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jc w:val="center"/>
      </w:pPr>
      <w:r>
        <w:rPr>
          <w:rFonts w:ascii="Calibri" w:hAnsi="Calibri" w:cs="Calibri" w:eastAsia="微软雅黑"/>
          <w:b/>
          <w:color w:val="0B1F44"/>
          <w:sz w:val="60"/>
        </w:rPr>
        <w:t>嗓音女性化手术</w:t>
      </w:r>
    </w:p>
    <w:p>
      <w:pPr>
        <w:spacing w:before="200"/>
        <w:jc w:val="center"/>
      </w:pPr>
      <w:r>
        <w:rPr>
          <w:rFonts w:ascii="Calibri" w:hAnsi="Calibri" w:cs="Calibri" w:eastAsia="宋体"/>
          <w:color w:val="6B7280"/>
          <w:sz w:val="24"/>
        </w:rPr>
        <w:t>MtF.wiki 中文文档 · 板块离线合辑</w:t>
      </w:r>
    </w:p>
    <w:p/>
    <w:p/>
    <w:p/>
    <w:p>
      <w:pPr>
        <w:spacing w:after="60"/>
        <w:jc w:val="center"/>
      </w:pPr>
      <w:r>
        <w:rPr>
          <w:rFonts w:ascii="Calibri" w:hAnsi="Calibri" w:cs="Calibri" w:eastAsia="微软雅黑"/>
          <w:b/>
          <w:color w:val="6B7280"/>
          <w:sz w:val="19"/>
        </w:rPr>
        <w:t>站点：</w:t>
      </w:r>
      <w:r>
        <w:rPr>
          <w:rFonts w:ascii="Calibri" w:hAnsi="Calibri" w:cs="Calibri" w:eastAsia="宋体"/>
          <w:color w:val="6B7280"/>
          <w:sz w:val="19"/>
        </w:rPr>
        <w:t>MtF.wiki（简体中文文档）</w:t>
      </w:r>
    </w:p>
    <w:p>
      <w:pPr>
        <w:spacing w:after="60"/>
        <w:jc w:val="center"/>
      </w:pPr>
      <w:r>
        <w:rPr>
          <w:rFonts w:ascii="Calibri" w:hAnsi="Calibri" w:cs="Calibri" w:eastAsia="微软雅黑"/>
          <w:b/>
          <w:color w:val="6B7280"/>
          <w:sz w:val="19"/>
        </w:rPr>
        <w:t>板块地址：</w:t>
      </w:r>
      <w:r>
        <w:rPr>
          <w:rFonts w:ascii="Calibri" w:hAnsi="Calibri" w:cs="Calibri" w:eastAsia="宋体"/>
          <w:color w:val="6B7280"/>
          <w:sz w:val="19"/>
        </w:rPr>
        <w:t>https://mtf.wiki/zh-cn/docs/vocal-surgery</w:t>
      </w:r>
    </w:p>
    <w:p>
      <w:pPr>
        <w:spacing w:after="60"/>
        <w:jc w:val="center"/>
      </w:pPr>
      <w:r>
        <w:rPr>
          <w:rFonts w:ascii="Calibri" w:hAnsi="Calibri" w:cs="Calibri" w:eastAsia="微软雅黑"/>
          <w:b/>
          <w:color w:val="6B7280"/>
          <w:sz w:val="19"/>
        </w:rPr>
        <w:t>收录章节：</w:t>
      </w:r>
      <w:r>
        <w:rPr>
          <w:rFonts w:ascii="Calibri" w:hAnsi="Calibri" w:cs="Calibri" w:eastAsia="宋体"/>
          <w:color w:val="6B7280"/>
          <w:sz w:val="19"/>
        </w:rPr>
        <w:t>7 篇（按网站原有目录树排列）</w:t>
      </w:r>
    </w:p>
    <w:p>
      <w:pPr>
        <w:spacing w:after="60"/>
        <w:jc w:val="center"/>
      </w:pPr>
      <w:r>
        <w:rPr>
          <w:rFonts w:ascii="Calibri" w:hAnsi="Calibri" w:cs="Calibri" w:eastAsia="微软雅黑"/>
          <w:b/>
          <w:color w:val="6B7280"/>
          <w:sz w:val="19"/>
        </w:rPr>
        <w:t>体例：</w:t>
      </w:r>
      <w:r>
        <w:rPr>
          <w:rFonts w:ascii="Calibri" w:hAnsi="Calibri" w:cs="Calibri" w:eastAsia="宋体"/>
          <w:color w:val="6B7280"/>
          <w:sz w:val="19"/>
        </w:rPr>
        <w:t>标题层级对应网站目录层级，正文保留原文结构与注释；未包含图片。</w:t>
      </w:r>
    </w:p>
    <w:p>
      <w:r>
        <w:br w:type="page"/>
      </w:r>
    </w:p>
    <w:p>
      <w:pPr>
        <w:pStyle w:val="Heading1"/>
      </w:pPr>
      <w:r>
        <w:rPr>
          <w:rFonts w:ascii="Calibri" w:hAnsi="Calibri" w:cs="Calibri" w:eastAsia="微软雅黑"/>
        </w:rPr>
        <w:t>目录</w:t>
      </w:r>
    </w:p>
    <w:p>
      <w:pPr>
        <w:spacing w:before="40" w:after="20"/>
        <w:ind w:left="0"/>
      </w:pPr>
      <w:r>
        <w:rPr>
          <w:rFonts w:ascii="Calibri" w:hAnsi="Calibri" w:cs="Calibri" w:eastAsia="微软雅黑"/>
          <w:b/>
          <w:color w:val="1F2937"/>
          <w:sz w:val="21"/>
        </w:rPr>
        <w:t>8  嗓音女性化手术</w:t>
      </w:r>
    </w:p>
    <w:p>
      <w:pPr>
        <w:spacing w:before="0" w:after="20"/>
        <w:ind w:left="312"/>
      </w:pPr>
      <w:r>
        <w:rPr>
          <w:rFonts w:ascii="Calibri" w:hAnsi="Calibri" w:cs="Calibri" w:eastAsia="宋体"/>
          <w:b w:val="0"/>
          <w:color w:val="6B7280"/>
          <w:sz w:val="19"/>
        </w:rPr>
        <w:t>8.1  声带手术综述</w:t>
      </w:r>
    </w:p>
    <w:p>
      <w:pPr>
        <w:spacing w:before="0" w:after="20"/>
        <w:ind w:left="312"/>
      </w:pPr>
      <w:r>
        <w:rPr>
          <w:rFonts w:ascii="Calibri" w:hAnsi="Calibri" w:cs="Calibri" w:eastAsia="宋体"/>
          <w:b w:val="0"/>
          <w:color w:val="6B7280"/>
          <w:sz w:val="19"/>
        </w:rPr>
        <w:t>8.2  北京友谊医院｜李革临</w:t>
      </w:r>
    </w:p>
    <w:p>
      <w:pPr>
        <w:spacing w:before="0" w:after="20"/>
        <w:ind w:left="312"/>
      </w:pPr>
      <w:r>
        <w:rPr>
          <w:rFonts w:ascii="Calibri" w:hAnsi="Calibri" w:cs="Calibri" w:eastAsia="宋体"/>
          <w:b w:val="0"/>
          <w:color w:val="6B7280"/>
          <w:sz w:val="19"/>
        </w:rPr>
        <w:t>8.3  南京同仁医院</w:t>
      </w:r>
    </w:p>
    <w:p>
      <w:pPr>
        <w:spacing w:before="0" w:after="20"/>
        <w:ind w:left="312"/>
      </w:pPr>
      <w:r>
        <w:rPr>
          <w:rFonts w:ascii="Calibri" w:hAnsi="Calibri" w:cs="Calibri" w:eastAsia="宋体"/>
          <w:b w:val="0"/>
          <w:color w:val="6B7280"/>
          <w:sz w:val="19"/>
        </w:rPr>
        <w:t>8.4  上海市第九人民医院｜易彬</w:t>
      </w:r>
    </w:p>
    <w:p>
      <w:pPr>
        <w:spacing w:before="0" w:after="20"/>
        <w:ind w:left="312"/>
      </w:pPr>
      <w:r>
        <w:rPr>
          <w:rFonts w:ascii="Calibri" w:hAnsi="Calibri" w:cs="Calibri" w:eastAsia="宋体"/>
          <w:b w:val="0"/>
          <w:color w:val="6B7280"/>
          <w:sz w:val="19"/>
        </w:rPr>
        <w:t>8.5  韩国｜艺颂嗓音中心医院</w:t>
      </w:r>
    </w:p>
    <w:p>
      <w:pPr>
        <w:spacing w:before="0" w:after="20"/>
        <w:ind w:left="312"/>
      </w:pPr>
      <w:r>
        <w:rPr>
          <w:rFonts w:ascii="Calibri" w:hAnsi="Calibri" w:cs="Calibri" w:eastAsia="宋体"/>
          <w:b w:val="0"/>
          <w:color w:val="6B7280"/>
          <w:sz w:val="19"/>
        </w:rPr>
        <w:t>8.6  泰国｜Yoskarn</w:t>
      </w:r>
    </w:p>
    <w:p>
      <w:r>
        <w:br w:type="page"/>
      </w:r>
    </w:p>
    <w:p>
      <w:pPr>
        <w:pStyle w:val="Heading1"/>
      </w:pPr>
      <w:r>
        <w:rPr>
          <w:rFonts w:ascii="Calibri" w:hAnsi="Calibri" w:cs="Calibri" w:eastAsia="微软雅黑"/>
        </w:rPr>
        <w:t>8  嗓音女性化手术</w:t>
      </w:r>
    </w:p>
    <w:p>
      <w:pPr>
        <w:spacing w:after="160"/>
      </w:pPr>
      <w:r>
        <w:rPr>
          <w:rFonts w:ascii="Calibri" w:hAnsi="Calibri" w:cs="Calibri" w:eastAsia="宋体"/>
          <w:color w:val="6B7280"/>
          <w:sz w:val="16"/>
        </w:rPr>
        <w:t>原文：https://mtf.wiki/zh-cn/docs/vocal-surgery</w:t>
      </w:r>
    </w:p>
    <w:p>
      <w:pPr>
        <w:spacing w:before="40" w:after="120"/>
      </w:pPr>
      <w:r>
        <w:rPr>
          <w:rFonts w:ascii="Calibri" w:hAnsi="Calibri" w:cs="Calibri" w:eastAsia="宋体"/>
          <w:i/>
          <w:color w:val="6B7280"/>
          <w:sz w:val="18"/>
        </w:rPr>
        <w:t>（本页在网站上仅作目录页，无正文内容。）</w:t>
      </w:r>
    </w:p>
    <w:p>
      <w:pPr>
        <w:pStyle w:val="Heading2"/>
      </w:pPr>
      <w:r>
        <w:rPr>
          <w:rFonts w:ascii="Calibri" w:hAnsi="Calibri" w:cs="Calibri" w:eastAsia="微软雅黑"/>
        </w:rPr>
        <w:t>8.1  声带手术综述</w:t>
      </w:r>
    </w:p>
    <w:p>
      <w:pPr>
        <w:spacing w:after="160"/>
      </w:pPr>
      <w:r>
        <w:rPr>
          <w:rFonts w:ascii="Calibri" w:hAnsi="Calibri" w:cs="Calibri" w:eastAsia="宋体"/>
          <w:color w:val="6B7280"/>
          <w:sz w:val="16"/>
        </w:rPr>
        <w:t>原文：https://mtf.wiki/zh-cn/docs/vocal-surgery/overview · 最近更新：2024年9月28日</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由于全麻喉部插管可能会刺激声带，一般不推荐在接受声带手术后一年内接受全麻手术。若希望进行性别重置手术，请主动向医生说明，医生可能会推荐在腰麻下进行性别重置手术。</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声带手术的效果因人而异，且可能有严重的副作用。副作用包括音量降低、声音严重嘶哑、手术后剧烈咳嗽导致缝线裂开。效果从令人满意到变化微小都有可能，并且无法预测。决定手术前，请仔细考虑这一点。</w:t>
      </w:r>
    </w:p>
    <w:p>
      <w:pPr>
        <w:pStyle w:val="Heading3"/>
      </w:pPr>
      <w:r>
        <w:rPr>
          <w:rFonts w:ascii="Calibri" w:hAnsi="Calibri" w:cs="Calibri" w:eastAsia="宋体"/>
        </w:rPr>
        <w:t>综述</w:t>
      </w:r>
    </w:p>
    <w:p>
      <w:pPr>
        <w:spacing w:after="100"/>
      </w:pPr>
      <w:r>
        <w:rPr>
          <w:rFonts w:ascii="Calibri" w:hAnsi="Calibri" w:cs="Calibri" w:eastAsia="宋体"/>
        </w:rPr>
        <w:t>嗓音女性化手术 前一般需要做这些事情</w:t>
      </w:r>
    </w:p>
    <w:p>
      <w:pPr>
        <w:spacing w:before="20" w:after="40"/>
        <w:ind w:left="425" w:hanging="312"/>
      </w:pPr>
      <w:r>
        <w:rPr>
          <w:rFonts w:ascii="Calibri" w:hAnsi="Calibri" w:cs="Calibri" w:eastAsia="宋体"/>
        </w:rPr>
        <w:t xml:space="preserve">1. </w:t>
      </w:r>
      <w:r>
        <w:rPr>
          <w:rFonts w:ascii="Calibri" w:hAnsi="Calibri" w:cs="Calibri" w:eastAsia="宋体"/>
        </w:rPr>
        <w:t>传染病</w:t>
      </w:r>
      <w:r>
        <w:rPr>
          <w:rFonts w:ascii="Calibri" w:hAnsi="Calibri" w:cs="Calibri" w:eastAsia="宋体"/>
        </w:rPr>
        <w:t>四项</w:t>
      </w:r>
    </w:p>
    <w:p>
      <w:pPr>
        <w:spacing w:before="20" w:after="40"/>
        <w:ind w:left="425" w:hanging="312"/>
      </w:pPr>
      <w:r>
        <w:rPr>
          <w:rFonts w:ascii="Calibri" w:hAnsi="Calibri" w:cs="Calibri" w:eastAsia="宋体"/>
        </w:rPr>
        <w:t xml:space="preserve">2. </w:t>
      </w:r>
      <w:r>
        <w:rPr>
          <w:rFonts w:ascii="Calibri" w:hAnsi="Calibri" w:cs="Calibri" w:eastAsia="宋体"/>
        </w:rPr>
        <w:t>嗓音检查 检查项目：高/低音、音域、发声方式、最长音时间、基频、等</w:t>
      </w:r>
    </w:p>
    <w:p>
      <w:pPr>
        <w:spacing w:before="20" w:after="40"/>
        <w:ind w:left="425" w:hanging="312"/>
      </w:pPr>
      <w:r>
        <w:rPr>
          <w:rFonts w:ascii="Calibri" w:hAnsi="Calibri" w:cs="Calibri" w:eastAsia="宋体"/>
        </w:rPr>
        <w:t xml:space="preserve">3. </w:t>
      </w:r>
      <w:r>
        <w:rPr>
          <w:rFonts w:ascii="Calibri" w:hAnsi="Calibri" w:cs="Calibri" w:eastAsia="宋体"/>
        </w:rPr>
        <w:t>喉镜检查</w:t>
      </w:r>
    </w:p>
    <w:p>
      <w:pPr>
        <w:spacing w:after="100"/>
      </w:pPr>
      <w:r>
        <w:rPr>
          <w:rFonts w:ascii="Calibri" w:hAnsi="Calibri" w:cs="Calibri" w:eastAsia="宋体"/>
        </w:rPr>
        <w:t xml:space="preserve">原则上建议先进行 </w:t>
      </w:r>
      <w:r>
        <w:rPr>
          <w:rFonts w:ascii="Calibri" w:hAnsi="Calibri" w:cs="Calibri" w:eastAsia="宋体"/>
        </w:rPr>
        <w:t>嗓音女性化训练</w:t>
      </w:r>
      <w:r>
        <w:rPr>
          <w:rFonts w:ascii="Calibri" w:hAnsi="Calibri" w:cs="Calibri" w:eastAsia="宋体"/>
        </w:rPr>
        <w:t>。嗓音训练能改变你发音的方式，以及用词等非基频能决定的部分。</w:t>
      </w:r>
    </w:p>
    <w:p>
      <w:pPr>
        <w:spacing w:after="100"/>
      </w:pPr>
      <w:r>
        <w:rPr>
          <w:rFonts w:ascii="Calibri" w:hAnsi="Calibri" w:cs="Calibri" w:eastAsia="宋体"/>
        </w:rPr>
        <w:t>嗓音女性化手术只能改变发声频率，且响度会有不同程度的损失。</w:t>
      </w:r>
    </w:p>
    <w:p>
      <w:pPr>
        <w:spacing w:after="100"/>
      </w:pPr>
      <w:r>
        <w:rPr>
          <w:rFonts w:ascii="Calibri" w:hAnsi="Calibri" w:cs="Calibri" w:eastAsia="宋体"/>
        </w:rPr>
        <w:t>如果不确定你的声音未达预期的具体原因，可以自己测试基频，或在具备嗓音训练条件的医院进行嗓音评估。</w:t>
      </w:r>
    </w:p>
    <w:p>
      <w:pPr>
        <w:spacing w:after="100"/>
      </w:pPr>
      <w:r>
        <w:rPr>
          <w:rFonts w:ascii="Calibri" w:hAnsi="Calibri" w:cs="Calibri" w:eastAsia="宋体"/>
        </w:rPr>
        <w:t>除此之外，还有一些日常生活习惯也会影响声音。以下列举一些因素，均为长期大量才会造成后果：</w:t>
      </w:r>
    </w:p>
    <w:p>
      <w:pPr>
        <w:spacing w:before="20" w:after="40"/>
        <w:ind w:left="425" w:hanging="312"/>
      </w:pPr>
      <w:r>
        <w:rPr>
          <w:rFonts w:ascii="Calibri" w:hAnsi="Calibri" w:cs="Calibri" w:eastAsia="宋体"/>
        </w:rPr>
        <w:t xml:space="preserve">• </w:t>
      </w:r>
      <w:r>
        <w:rPr>
          <w:rFonts w:ascii="Calibri" w:hAnsi="Calibri" w:cs="Calibri" w:eastAsia="宋体"/>
        </w:rPr>
        <w:t>吸烟，包括电子烟、二手烟</w:t>
      </w:r>
      <w:r>
        <w:br/>
      </w:r>
    </w:p>
    <w:p>
      <w:pPr>
        <w:spacing w:before="20" w:after="40"/>
        <w:ind w:left="822" w:hanging="312"/>
      </w:pPr>
      <w:r>
        <w:rPr>
          <w:rFonts w:ascii="Calibri" w:hAnsi="Calibri" w:cs="Calibri" w:eastAsia="宋体"/>
        </w:rPr>
        <w:t xml:space="preserve">◦ </w:t>
      </w:r>
      <w:r>
        <w:rPr>
          <w:rFonts w:ascii="Calibri" w:hAnsi="Calibri" w:cs="Calibri" w:eastAsia="宋体"/>
        </w:rPr>
        <w:t>吸烟会导致声带肿胀，极大程度影响声音</w:t>
      </w:r>
    </w:p>
    <w:p>
      <w:pPr>
        <w:spacing w:before="20" w:after="40"/>
        <w:ind w:left="425" w:hanging="312"/>
      </w:pPr>
      <w:r>
        <w:rPr>
          <w:rFonts w:ascii="Calibri" w:hAnsi="Calibri" w:cs="Calibri" w:eastAsia="宋体"/>
        </w:rPr>
        <w:t xml:space="preserve">• </w:t>
      </w:r>
      <w:r>
        <w:rPr>
          <w:rFonts w:ascii="Calibri" w:hAnsi="Calibri" w:cs="Calibri" w:eastAsia="宋体"/>
        </w:rPr>
        <w:t>饮酒</w:t>
      </w:r>
    </w:p>
    <w:p>
      <w:pPr>
        <w:spacing w:before="20" w:after="40"/>
        <w:ind w:left="425" w:hanging="312"/>
      </w:pPr>
      <w:r>
        <w:rPr>
          <w:rFonts w:ascii="Calibri" w:hAnsi="Calibri" w:cs="Calibri" w:eastAsia="宋体"/>
        </w:rPr>
        <w:t xml:space="preserve">• </w:t>
      </w:r>
      <w:r>
        <w:rPr>
          <w:rFonts w:ascii="Calibri" w:hAnsi="Calibri" w:cs="Calibri" w:eastAsia="宋体"/>
        </w:rPr>
        <w:t>喝咖啡</w:t>
      </w:r>
    </w:p>
    <w:p>
      <w:pPr>
        <w:spacing w:before="20" w:after="40"/>
        <w:ind w:left="425" w:hanging="312"/>
      </w:pPr>
      <w:r>
        <w:rPr>
          <w:rFonts w:ascii="Calibri" w:hAnsi="Calibri" w:cs="Calibri" w:eastAsia="宋体"/>
        </w:rPr>
        <w:t xml:space="preserve">• </w:t>
      </w:r>
      <w:r>
        <w:rPr>
          <w:rFonts w:ascii="Calibri" w:hAnsi="Calibri" w:cs="Calibri" w:eastAsia="宋体"/>
        </w:rPr>
        <w:t>晚睡眠</w:t>
      </w:r>
    </w:p>
    <w:p>
      <w:pPr>
        <w:spacing w:before="20" w:after="40"/>
        <w:ind w:left="425" w:hanging="312"/>
      </w:pPr>
      <w:r>
        <w:rPr>
          <w:rFonts w:ascii="Calibri" w:hAnsi="Calibri" w:cs="Calibri" w:eastAsia="宋体"/>
        </w:rPr>
        <w:t xml:space="preserve">• </w:t>
      </w:r>
      <w:r>
        <w:rPr>
          <w:rFonts w:ascii="Calibri" w:hAnsi="Calibri" w:cs="Calibri" w:eastAsia="宋体"/>
        </w:rPr>
        <w:t>睡眠前 2-3 个小时内吃食物，或者大量喝水</w:t>
      </w:r>
      <w:r>
        <w:br/>
      </w:r>
    </w:p>
    <w:p>
      <w:pPr>
        <w:spacing w:before="20" w:after="40"/>
        <w:ind w:left="822" w:hanging="312"/>
      </w:pPr>
      <w:r>
        <w:rPr>
          <w:rFonts w:ascii="Calibri" w:hAnsi="Calibri" w:cs="Calibri" w:eastAsia="宋体"/>
        </w:rPr>
        <w:t xml:space="preserve">◦ </w:t>
      </w:r>
      <w:r>
        <w:rPr>
          <w:rFonts w:ascii="Calibri" w:hAnsi="Calibri" w:cs="Calibri" w:eastAsia="宋体"/>
        </w:rPr>
        <w:t>这可能会导致胃酸逆流，刺激声带</w:t>
      </w:r>
    </w:p>
    <w:p>
      <w:pPr>
        <w:spacing w:before="20" w:after="40"/>
        <w:ind w:left="425" w:hanging="312"/>
      </w:pPr>
      <w:r>
        <w:rPr>
          <w:rFonts w:ascii="Calibri" w:hAnsi="Calibri" w:cs="Calibri" w:eastAsia="宋体"/>
        </w:rPr>
        <w:t xml:space="preserve">• </w:t>
      </w:r>
      <w:r>
        <w:rPr>
          <w:rFonts w:ascii="Calibri" w:hAnsi="Calibri" w:cs="Calibri" w:eastAsia="宋体"/>
        </w:rPr>
        <w:t>食用刺激性食物</w:t>
      </w:r>
      <w:r>
        <w:br/>
      </w:r>
    </w:p>
    <w:p>
      <w:pPr>
        <w:spacing w:before="20" w:after="40"/>
        <w:ind w:left="822" w:hanging="312"/>
      </w:pPr>
      <w:r>
        <w:rPr>
          <w:rFonts w:ascii="Calibri" w:hAnsi="Calibri" w:cs="Calibri" w:eastAsia="宋体"/>
        </w:rPr>
        <w:t xml:space="preserve">◦ </w:t>
      </w:r>
      <w:r>
        <w:rPr>
          <w:rFonts w:ascii="Calibri" w:hAnsi="Calibri" w:cs="Calibri" w:eastAsia="宋体"/>
        </w:rPr>
        <w:t>辣椒、酸性食物等，以及冰水</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手术不是万能的，术后依然需要通过 嗓音训练 调整发音、气质等。</w:t>
      </w:r>
    </w:p>
    <w:p>
      <w:pPr>
        <w:spacing w:after="100"/>
      </w:pPr>
      <w:r>
        <w:rPr>
          <w:rFonts w:ascii="Calibri" w:hAnsi="Calibri" w:cs="Calibri" w:eastAsia="宋体"/>
        </w:rPr>
        <w:t xml:space="preserve">国内医院目前做内镜下的 </w:t>
      </w:r>
      <w:r>
        <w:rPr>
          <w:rFonts w:ascii="Calibri" w:hAnsi="Calibri" w:cs="Calibri" w:eastAsia="宋体"/>
        </w:rPr>
        <w:t>声带截短术</w:t>
      </w:r>
      <w:r>
        <w:rPr>
          <w:rFonts w:ascii="Calibri" w:hAnsi="Calibri" w:cs="Calibri" w:eastAsia="宋体"/>
        </w:rPr>
        <w:t xml:space="preserve"> 为主， 环甲接近术 主要用于不适用 声带截短术 的病例 或 同时 </w:t>
      </w:r>
      <w:r>
        <w:rPr>
          <w:rFonts w:ascii="Calibri" w:hAnsi="Calibri" w:cs="Calibri" w:eastAsia="宋体"/>
        </w:rPr>
        <w:t>切除喉结</w:t>
      </w:r>
      <w:r>
        <w:rPr>
          <w:rFonts w:ascii="Calibri" w:hAnsi="Calibri" w:cs="Calibri" w:eastAsia="宋体"/>
        </w:rPr>
        <w:t xml:space="preserve"> 要求行 环甲接近术 的病例。</w:t>
      </w:r>
    </w:p>
    <w:p>
      <w:pPr>
        <w:spacing w:after="100"/>
      </w:pPr>
      <w:r>
        <w:rPr>
          <w:rFonts w:ascii="Calibri" w:hAnsi="Calibri" w:cs="Calibri" w:eastAsia="宋体"/>
        </w:rPr>
        <w:t>一般术后三个月不能吃刺激性食物的东西（谨遵医嘱） 咳嗽会导致术后开线。（故部分医院在手术中向术处补充部分药物以避免咳嗽和说话）</w:t>
      </w:r>
    </w:p>
    <w:p>
      <w:pPr>
        <w:spacing w:after="100"/>
      </w:pPr>
      <w:r>
        <w:rPr>
          <w:rFonts w:ascii="Calibri" w:hAnsi="Calibri" w:cs="Calibri" w:eastAsia="宋体"/>
        </w:rPr>
        <w:t xml:space="preserve">如出现术后 </w:t>
      </w:r>
      <w:r>
        <w:rPr>
          <w:rFonts w:ascii="Calibri" w:hAnsi="Calibri" w:cs="Calibri" w:eastAsia="宋体"/>
        </w:rPr>
        <w:t>声音嘶哑</w:t>
      </w:r>
      <w:r>
        <w:rPr>
          <w:rFonts w:ascii="Calibri" w:hAnsi="Calibri" w:cs="Calibri" w:eastAsia="宋体"/>
        </w:rPr>
        <w:t xml:space="preserve"> 或 声调降低 属于比较严重的术后并发症。</w:t>
      </w:r>
    </w:p>
    <w:p>
      <w:pPr>
        <w:pStyle w:val="Heading3"/>
      </w:pPr>
      <w:r>
        <w:rPr>
          <w:rFonts w:ascii="Calibri" w:hAnsi="Calibri" w:cs="Calibri" w:eastAsia="宋体"/>
        </w:rPr>
        <w:t>要求</w:t>
      </w:r>
    </w:p>
    <w:p>
      <w:pPr>
        <w:shd w:val="clear" w:color="auto" w:fill="F7F8FA"/>
        <w:pBdr>
          <w:left w:val="single" w:sz="18" w:space="6" w:color="C9CDD4"/>
        </w:pBdr>
        <w:spacing w:after="40"/>
      </w:pPr>
      <w:r>
        <w:rPr>
          <w:rFonts w:ascii="Calibri" w:hAnsi="Calibri" w:cs="Calibri" w:eastAsia="宋体"/>
        </w:rPr>
        <w:t>各医院有不同要求，总体而言国内嗓音手术的前置条件比srs宽松许多，具体要求以问诊时为准。</w:t>
      </w:r>
    </w:p>
    <w:p>
      <w:pPr>
        <w:pStyle w:val="Heading3"/>
      </w:pPr>
      <w:r>
        <w:rPr>
          <w:rFonts w:ascii="Calibri" w:hAnsi="Calibri" w:cs="Calibri" w:eastAsia="宋体"/>
        </w:rPr>
        <w:t>术式</w:t>
      </w:r>
    </w:p>
    <w:tbl>
      <w:tblPr>
        <w:tblStyle w:val="TableGrid"/>
        <w:tblW w:type="auto" w:w="0"/>
        <w:jc w:val="center"/>
        <w:tblLayout w:type="fixed"/>
        <w:tblLook w:firstColumn="1" w:firstRow="1" w:lastColumn="0" w:lastRow="0" w:noHBand="0" w:noVBand="1" w:val="04A0"/>
      </w:tblPr>
      <w:tblGrid>
        <w:gridCol w:w="1932"/>
        <w:gridCol w:w="5435"/>
        <w:gridCol w:w="965"/>
        <w:gridCol w:w="965"/>
      </w:tblGrid>
      <w:tr>
        <w:trPr>
          <w:tblHeader/>
        </w:trPr>
        <w:tc>
          <w:tcPr>
            <w:tcW w:type="dxa" w:w="1932"/>
            <w:shd w:val="clear" w:color="auto" w:fill="EDF1F7"/>
          </w:tcPr>
          <w:p>
            <w:pPr>
              <w:spacing w:before="40" w:after="40" w:line="276" w:lineRule="auto"/>
            </w:pPr>
            <w:r>
              <w:rPr>
                <w:b/>
                <w:sz w:val="18"/>
              </w:rPr>
            </w:r>
            <w:r>
              <w:rPr>
                <w:rFonts w:ascii="Calibri" w:hAnsi="Calibri" w:cs="Calibri" w:eastAsia="宋体"/>
                <w:b/>
                <w:sz w:val="18"/>
              </w:rPr>
              <w:t>术式</w:t>
            </w:r>
          </w:p>
        </w:tc>
        <w:tc>
          <w:tcPr>
            <w:tcW w:type="dxa" w:w="5435"/>
            <w:shd w:val="clear" w:color="auto" w:fill="EDF1F7"/>
          </w:tcPr>
          <w:p>
            <w:pPr>
              <w:spacing w:before="40" w:after="40" w:line="276" w:lineRule="auto"/>
            </w:pPr>
            <w:r>
              <w:rPr>
                <w:b/>
                <w:sz w:val="18"/>
              </w:rPr>
            </w:r>
            <w:r>
              <w:rPr>
                <w:rFonts w:ascii="Calibri" w:hAnsi="Calibri" w:cs="Calibri" w:eastAsia="宋体"/>
                <w:b/>
                <w:sz w:val="18"/>
              </w:rPr>
              <w:t>方法</w:t>
            </w:r>
          </w:p>
        </w:tc>
        <w:tc>
          <w:tcPr>
            <w:tcW w:type="dxa" w:w="965"/>
            <w:shd w:val="clear" w:color="auto" w:fill="EDF1F7"/>
          </w:tcPr>
          <w:p>
            <w:pPr>
              <w:spacing w:before="40" w:after="40" w:line="276" w:lineRule="auto"/>
            </w:pPr>
            <w:r>
              <w:rPr>
                <w:b/>
                <w:sz w:val="18"/>
              </w:rPr>
            </w:r>
            <w:r>
              <w:rPr>
                <w:rFonts w:ascii="Calibri" w:hAnsi="Calibri" w:cs="Calibri" w:eastAsia="宋体"/>
                <w:b/>
                <w:sz w:val="18"/>
              </w:rPr>
              <w:t>优点</w:t>
            </w:r>
          </w:p>
        </w:tc>
        <w:tc>
          <w:tcPr>
            <w:tcW w:type="dxa" w:w="965"/>
            <w:shd w:val="clear" w:color="auto" w:fill="EDF1F7"/>
          </w:tcPr>
          <w:p>
            <w:pPr>
              <w:spacing w:before="40" w:after="40" w:line="276" w:lineRule="auto"/>
            </w:pPr>
            <w:r>
              <w:rPr>
                <w:b/>
                <w:sz w:val="18"/>
              </w:rPr>
            </w:r>
            <w:r>
              <w:rPr>
                <w:rFonts w:ascii="Calibri" w:hAnsi="Calibri" w:cs="Calibri" w:eastAsia="宋体"/>
                <w:b/>
                <w:sz w:val="18"/>
              </w:rPr>
              <w:t>缺点</w:t>
            </w:r>
          </w:p>
        </w:tc>
      </w:tr>
      <w:tr>
        <w:tc>
          <w:tcPr>
            <w:tcW w:type="dxa" w:w="1932"/>
          </w:tcPr>
          <w:p>
            <w:pPr>
              <w:spacing w:before="40" w:after="40" w:line="276" w:lineRule="auto"/>
            </w:pPr>
            <w:r>
              <w:rPr>
                <w:sz w:val="18"/>
              </w:rPr>
            </w:r>
            <w:r>
              <w:rPr>
                <w:rFonts w:ascii="Calibri" w:hAnsi="Calibri" w:cs="Calibri" w:eastAsia="宋体"/>
                <w:sz w:val="18"/>
              </w:rPr>
              <w:t>环甲软骨接近术</w:t>
            </w:r>
            <w:r>
              <w:rPr>
                <w:sz w:val="18"/>
              </w:rPr>
              <w:br/>
            </w:r>
            <w:r>
              <w:rPr>
                <w:sz w:val="18"/>
              </w:rPr>
              <w:br/>
            </w:r>
            <w:r>
              <w:rPr>
                <w:rFonts w:ascii="Calibri" w:hAnsi="Calibri" w:cs="Calibri" w:eastAsia="宋体"/>
                <w:sz w:val="18"/>
              </w:rPr>
              <w:t>环状软骨固定术</w:t>
            </w:r>
          </w:p>
        </w:tc>
        <w:tc>
          <w:tcPr>
            <w:tcW w:type="dxa" w:w="5435"/>
          </w:tcPr>
          <w:p>
            <w:pPr>
              <w:spacing w:before="40" w:after="40" w:line="276" w:lineRule="auto"/>
            </w:pPr>
            <w:r>
              <w:rPr>
                <w:sz w:val="18"/>
              </w:rPr>
            </w:r>
            <w:r>
              <w:rPr>
                <w:rFonts w:ascii="Calibri" w:hAnsi="Calibri" w:cs="Calibri" w:eastAsia="宋体"/>
                <w:sz w:val="18"/>
              </w:rPr>
              <w:t>发高音时还价肌收缩，</w:t>
            </w:r>
            <w:r>
              <w:rPr>
                <w:sz w:val="18"/>
              </w:rPr>
              <w:br/>
            </w:r>
            <w:r>
              <w:rPr>
                <w:sz w:val="18"/>
              </w:rPr>
              <w:br/>
            </w:r>
            <w:r>
              <w:rPr>
                <w:rFonts w:ascii="Calibri" w:hAnsi="Calibri" w:cs="Calibri" w:eastAsia="宋体"/>
                <w:sz w:val="18"/>
              </w:rPr>
              <w:t>环状和甲状软骨靠近，声带拉近。</w:t>
            </w:r>
            <w:r>
              <w:rPr>
                <w:sz w:val="18"/>
              </w:rPr>
              <w:br/>
            </w:r>
            <w:r>
              <w:rPr>
                <w:sz w:val="18"/>
              </w:rPr>
              <w:br/>
            </w:r>
            <w:r>
              <w:rPr>
                <w:rFonts w:ascii="Calibri" w:hAnsi="Calibri" w:cs="Calibri" w:eastAsia="宋体"/>
                <w:sz w:val="18"/>
              </w:rPr>
              <w:t>因此使甲状和环状软骨接近，可让声带变紧</w:t>
            </w:r>
          </w:p>
        </w:tc>
        <w:tc>
          <w:tcPr>
            <w:tcW w:type="dxa" w:w="965"/>
          </w:tcPr>
          <w:p>
            <w:pPr>
              <w:spacing w:before="40" w:after="40" w:line="276" w:lineRule="auto"/>
            </w:pPr>
            <w:r>
              <w:rPr>
                <w:sz w:val="18"/>
              </w:rPr>
            </w:r>
            <w:r>
              <w:rPr>
                <w:rFonts w:ascii="Calibri" w:hAnsi="Calibri" w:cs="Calibri" w:eastAsia="宋体"/>
                <w:sz w:val="18"/>
              </w:rPr>
              <w:t>可同时处理喉结</w:t>
            </w:r>
          </w:p>
        </w:tc>
        <w:tc>
          <w:tcPr>
            <w:tcW w:type="dxa" w:w="965"/>
          </w:tcPr>
          <w:p>
            <w:pPr>
              <w:spacing w:before="40" w:after="40" w:line="276" w:lineRule="auto"/>
            </w:pPr>
            <w:r>
              <w:rPr>
                <w:sz w:val="18"/>
              </w:rPr>
            </w:r>
            <w:r>
              <w:rPr>
                <w:rFonts w:ascii="Calibri" w:hAnsi="Calibri" w:cs="Calibri" w:eastAsia="宋体"/>
                <w:sz w:val="18"/>
              </w:rPr>
              <w:t>有逆转可能，</w:t>
            </w:r>
            <w:r>
              <w:rPr>
                <w:sz w:val="18"/>
              </w:rPr>
              <w:br/>
            </w:r>
            <w:r>
              <w:rPr>
                <w:sz w:val="18"/>
              </w:rPr>
              <w:br/>
            </w:r>
            <w:r>
              <w:rPr>
                <w:rFonts w:ascii="Calibri" w:hAnsi="Calibri" w:cs="Calibri" w:eastAsia="宋体"/>
                <w:sz w:val="18"/>
              </w:rPr>
              <w:t>有需要再次手术的风险。</w:t>
            </w:r>
          </w:p>
        </w:tc>
      </w:tr>
      <w:tr>
        <w:tc>
          <w:tcPr>
            <w:tcW w:type="dxa" w:w="1932"/>
          </w:tcPr>
          <w:p>
            <w:pPr>
              <w:spacing w:before="40" w:after="40" w:line="276" w:lineRule="auto"/>
            </w:pPr>
            <w:r>
              <w:rPr>
                <w:sz w:val="18"/>
              </w:rPr>
            </w:r>
            <w:r>
              <w:rPr>
                <w:rFonts w:ascii="Calibri" w:hAnsi="Calibri" w:cs="Calibri" w:eastAsia="宋体"/>
                <w:sz w:val="18"/>
              </w:rPr>
              <w:t>声带截短术</w:t>
            </w:r>
          </w:p>
        </w:tc>
        <w:tc>
          <w:tcPr>
            <w:tcW w:type="dxa" w:w="5435"/>
          </w:tcPr>
          <w:p>
            <w:pPr>
              <w:spacing w:before="40" w:after="40" w:line="276" w:lineRule="auto"/>
            </w:pPr>
            <w:r>
              <w:rPr>
                <w:sz w:val="18"/>
              </w:rPr>
            </w:r>
            <w:r>
              <w:rPr>
                <w:rFonts w:ascii="Calibri" w:hAnsi="Calibri" w:cs="Calibri" w:eastAsia="宋体"/>
                <w:sz w:val="18"/>
              </w:rPr>
              <w:t>喉镜下将声带缝短</w:t>
            </w:r>
          </w:p>
        </w:tc>
        <w:tc>
          <w:tcPr>
            <w:tcW w:type="dxa" w:w="965"/>
          </w:tcPr>
          <w:p>
            <w:pPr>
              <w:spacing w:before="40" w:after="40" w:line="276" w:lineRule="auto"/>
            </w:pPr>
            <w:r>
              <w:rPr>
                <w:sz w:val="18"/>
              </w:rPr>
            </w:r>
            <w:r>
              <w:rPr>
                <w:rFonts w:ascii="Calibri" w:hAnsi="Calibri" w:cs="Calibri" w:eastAsia="宋体"/>
                <w:sz w:val="18"/>
              </w:rPr>
              <w:t>稳定微创无痕迹</w:t>
            </w:r>
          </w:p>
        </w:tc>
        <w:tc>
          <w:tcPr>
            <w:tcW w:type="dxa" w:w="965"/>
          </w:tcPr>
          <w:p>
            <w:pPr>
              <w:spacing w:before="40" w:after="40" w:line="276" w:lineRule="auto"/>
            </w:pPr>
            <w:r>
              <w:rPr>
                <w:sz w:val="18"/>
              </w:rPr>
            </w:r>
            <w:r>
              <w:rPr>
                <w:rFonts w:ascii="Calibri" w:hAnsi="Calibri" w:cs="Calibri" w:eastAsia="宋体"/>
                <w:sz w:val="18"/>
              </w:rPr>
              <w:t>改变不可逆，响度变小，效果抽奖</w:t>
            </w:r>
          </w:p>
        </w:tc>
      </w:tr>
      <w:tr>
        <w:tc>
          <w:tcPr>
            <w:tcW w:type="dxa" w:w="1932"/>
          </w:tcPr>
          <w:p>
            <w:pPr>
              <w:spacing w:before="40" w:after="40" w:line="276" w:lineRule="auto"/>
            </w:pPr>
            <w:r>
              <w:rPr>
                <w:sz w:val="18"/>
              </w:rPr>
            </w:r>
            <w:r>
              <w:rPr>
                <w:rFonts w:ascii="Calibri" w:hAnsi="Calibri" w:cs="Calibri" w:eastAsia="宋体"/>
                <w:sz w:val="18"/>
              </w:rPr>
              <w:t>甲状软骨声带缩小术</w:t>
            </w:r>
            <w:r>
              <w:rPr>
                <w:sz w:val="18"/>
              </w:rPr>
              <w:br/>
            </w:r>
            <w:r>
              <w:rPr>
                <w:sz w:val="18"/>
              </w:rPr>
              <w:br/>
            </w:r>
            <w:r>
              <w:rPr>
                <w:rFonts w:ascii="Calibri" w:hAnsi="Calibri" w:cs="Calibri" w:eastAsia="宋体"/>
                <w:sz w:val="18"/>
              </w:rPr>
              <w:t>声带壁缩小术</w:t>
            </w:r>
          </w:p>
        </w:tc>
        <w:tc>
          <w:tcPr>
            <w:tcW w:type="dxa" w:w="5435"/>
          </w:tcPr>
          <w:p>
            <w:pPr>
              <w:spacing w:before="40" w:after="40" w:line="276" w:lineRule="auto"/>
            </w:pPr>
            <w:r>
              <w:rPr>
                <w:sz w:val="18"/>
              </w:rPr>
            </w:r>
            <w:r>
              <w:rPr>
                <w:rFonts w:ascii="Calibri" w:hAnsi="Calibri" w:cs="Calibri" w:eastAsia="宋体"/>
                <w:sz w:val="18"/>
              </w:rPr>
              <w:t>甲状软骨的前半部分切除后</w:t>
            </w:r>
            <w:r>
              <w:rPr>
                <w:sz w:val="18"/>
              </w:rPr>
              <w:br/>
            </w:r>
            <w:r>
              <w:rPr>
                <w:sz w:val="18"/>
              </w:rPr>
              <w:br/>
            </w:r>
            <w:r>
              <w:rPr>
                <w:rFonts w:ascii="Calibri" w:hAnsi="Calibri" w:cs="Calibri" w:eastAsia="宋体"/>
                <w:sz w:val="18"/>
              </w:rPr>
              <w:t>切除部分用来缩短声带</w:t>
            </w:r>
          </w:p>
        </w:tc>
        <w:tc>
          <w:tcPr>
            <w:tcW w:type="dxa" w:w="965"/>
          </w:tcPr>
          <w:p>
            <w:pPr>
              <w:spacing w:before="40" w:after="40" w:line="276" w:lineRule="auto"/>
            </w:pPr>
            <w:r>
              <w:rPr>
                <w:sz w:val="18"/>
              </w:rPr>
            </w:r>
            <w:r>
              <w:rPr>
                <w:rFonts w:ascii="Calibri" w:hAnsi="Calibri" w:cs="Calibri" w:eastAsia="宋体"/>
                <w:sz w:val="18"/>
              </w:rPr>
              <w:t>N/A</w:t>
            </w:r>
          </w:p>
        </w:tc>
        <w:tc>
          <w:tcPr>
            <w:tcW w:type="dxa" w:w="965"/>
          </w:tcPr>
          <w:p>
            <w:pPr>
              <w:spacing w:before="40" w:after="40" w:line="276" w:lineRule="auto"/>
            </w:pPr>
            <w:r>
              <w:rPr>
                <w:sz w:val="18"/>
              </w:rPr>
            </w:r>
            <w:r>
              <w:rPr>
                <w:rFonts w:ascii="Calibri" w:hAnsi="Calibri" w:cs="Calibri" w:eastAsia="宋体"/>
                <w:sz w:val="18"/>
              </w:rPr>
              <w:t>N/A</w:t>
            </w:r>
          </w:p>
        </w:tc>
      </w:tr>
      <w:tr>
        <w:tc>
          <w:tcPr>
            <w:tcW w:type="dxa" w:w="1932"/>
          </w:tcPr>
          <w:p>
            <w:pPr>
              <w:spacing w:before="40" w:after="40" w:line="276" w:lineRule="auto"/>
            </w:pPr>
            <w:r>
              <w:rPr>
                <w:sz w:val="18"/>
              </w:rPr>
            </w:r>
            <w:r>
              <w:rPr>
                <w:rFonts w:ascii="Calibri" w:hAnsi="Calibri" w:cs="Calibri" w:eastAsia="宋体"/>
                <w:sz w:val="18"/>
              </w:rPr>
              <w:t>激光嗓音</w:t>
            </w:r>
          </w:p>
        </w:tc>
        <w:tc>
          <w:tcPr>
            <w:tcW w:type="dxa" w:w="5435"/>
          </w:tcPr>
          <w:p>
            <w:pPr>
              <w:spacing w:before="40" w:after="40" w:line="276" w:lineRule="auto"/>
            </w:pPr>
            <w:r>
              <w:rPr>
                <w:sz w:val="18"/>
              </w:rPr>
            </w:r>
            <w:r>
              <w:rPr>
                <w:rFonts w:ascii="Calibri" w:hAnsi="Calibri" w:cs="Calibri" w:eastAsia="宋体"/>
                <w:sz w:val="18"/>
              </w:rPr>
              <w:t>喉镜下利用激光将引起声带波动</w:t>
            </w:r>
            <w:r>
              <w:rPr>
                <w:sz w:val="18"/>
              </w:rPr>
              <w:br/>
            </w:r>
            <w:r>
              <w:rPr>
                <w:sz w:val="18"/>
              </w:rPr>
              <w:br/>
            </w:r>
            <w:r>
              <w:rPr>
                <w:rFonts w:ascii="Calibri" w:hAnsi="Calibri" w:cs="Calibri" w:eastAsia="宋体"/>
                <w:sz w:val="18"/>
              </w:rPr>
              <w:t>最大的声带后半部分的声带粘膜蒸发</w:t>
            </w:r>
          </w:p>
        </w:tc>
        <w:tc>
          <w:tcPr>
            <w:tcW w:type="dxa" w:w="965"/>
          </w:tcPr>
          <w:p>
            <w:pPr>
              <w:spacing w:before="40" w:after="40" w:line="276" w:lineRule="auto"/>
            </w:pPr>
            <w:r>
              <w:rPr>
                <w:sz w:val="18"/>
              </w:rPr>
            </w:r>
            <w:r>
              <w:rPr>
                <w:rFonts w:ascii="Calibri" w:hAnsi="Calibri" w:cs="Calibri" w:eastAsia="宋体"/>
                <w:sz w:val="18"/>
              </w:rPr>
              <w:t>N/A</w:t>
            </w:r>
          </w:p>
        </w:tc>
        <w:tc>
          <w:tcPr>
            <w:tcW w:type="dxa" w:w="965"/>
          </w:tcPr>
          <w:p>
            <w:pPr>
              <w:spacing w:before="40" w:after="40" w:line="276" w:lineRule="auto"/>
            </w:pPr>
            <w:r>
              <w:rPr>
                <w:sz w:val="18"/>
              </w:rPr>
            </w:r>
            <w:r>
              <w:rPr>
                <w:rFonts w:ascii="Calibri" w:hAnsi="Calibri" w:cs="Calibri" w:eastAsia="宋体"/>
                <w:sz w:val="18"/>
              </w:rPr>
              <w:t>N/A</w:t>
            </w:r>
          </w:p>
        </w:tc>
      </w:tr>
      <w:tr>
        <w:tc>
          <w:tcPr>
            <w:tcW w:type="dxa" w:w="1932"/>
          </w:tcPr>
          <w:p>
            <w:pPr>
              <w:spacing w:before="40" w:after="40" w:line="276" w:lineRule="auto"/>
            </w:pPr>
            <w:r>
              <w:rPr>
                <w:sz w:val="18"/>
              </w:rPr>
            </w:r>
            <w:r>
              <w:rPr>
                <w:rFonts w:ascii="Calibri" w:hAnsi="Calibri" w:cs="Calibri" w:eastAsia="宋体"/>
                <w:sz w:val="18"/>
              </w:rPr>
              <w:t>声带横膈膜整形术</w:t>
            </w:r>
          </w:p>
        </w:tc>
        <w:tc>
          <w:tcPr>
            <w:tcW w:type="dxa" w:w="5435"/>
          </w:tcPr>
          <w:p>
            <w:pPr>
              <w:spacing w:before="40" w:after="40" w:line="276" w:lineRule="auto"/>
            </w:pPr>
            <w:r>
              <w:rPr>
                <w:sz w:val="18"/>
              </w:rPr>
            </w:r>
            <w:r>
              <w:rPr>
                <w:rFonts w:ascii="Calibri" w:hAnsi="Calibri" w:cs="Calibri" w:eastAsia="宋体"/>
                <w:sz w:val="18"/>
              </w:rPr>
              <w:t>N/A</w:t>
            </w:r>
          </w:p>
        </w:tc>
        <w:tc>
          <w:tcPr>
            <w:tcW w:type="dxa" w:w="965"/>
          </w:tcPr>
          <w:p>
            <w:pPr>
              <w:spacing w:before="40" w:after="40" w:line="276" w:lineRule="auto"/>
            </w:pPr>
            <w:r>
              <w:rPr>
                <w:sz w:val="18"/>
              </w:rPr>
            </w:r>
            <w:r>
              <w:rPr>
                <w:rFonts w:ascii="Calibri" w:hAnsi="Calibri" w:cs="Calibri" w:eastAsia="宋体"/>
                <w:sz w:val="18"/>
              </w:rPr>
              <w:t>N/A</w:t>
            </w:r>
          </w:p>
        </w:tc>
        <w:tc>
          <w:tcPr>
            <w:tcW w:type="dxa" w:w="965"/>
          </w:tcPr>
          <w:p>
            <w:pPr>
              <w:spacing w:before="40" w:after="40" w:line="276" w:lineRule="auto"/>
            </w:pPr>
            <w:r>
              <w:rPr>
                <w:sz w:val="18"/>
              </w:rPr>
            </w:r>
            <w:r>
              <w:rPr>
                <w:rFonts w:ascii="Calibri" w:hAnsi="Calibri" w:cs="Calibri" w:eastAsia="宋体"/>
                <w:sz w:val="18"/>
              </w:rPr>
              <w:t>N/A</w:t>
            </w:r>
          </w:p>
        </w:tc>
      </w:tr>
    </w:tbl>
    <w:p>
      <w:pPr>
        <w:pStyle w:val="Heading3"/>
      </w:pPr>
      <w:r>
        <w:rPr>
          <w:rFonts w:ascii="Calibri" w:hAnsi="Calibri" w:cs="Calibri" w:eastAsia="宋体"/>
        </w:rPr>
        <w:t>影响嗓音的因素</w:t>
      </w:r>
    </w:p>
    <w:p>
      <w:pPr>
        <w:spacing w:after="100"/>
      </w:pPr>
      <w:r>
        <w:rPr>
          <w:rFonts w:ascii="Calibri" w:hAnsi="Calibri" w:cs="Calibri" w:eastAsia="宋体"/>
        </w:rPr>
        <w:t>话语基频、共振、变调、嗓音质量、清晰度、说话强度、言语率 和 韵律</w:t>
      </w:r>
    </w:p>
    <w:p>
      <w:pPr>
        <w:pStyle w:val="Heading4"/>
      </w:pPr>
      <w:r>
        <w:rPr>
          <w:rFonts w:ascii="Calibri" w:hAnsi="Calibri" w:cs="Calibri" w:eastAsia="宋体"/>
        </w:rPr>
        <w:t>不合适声带手术的情形</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以下情形均来源于就诊中被医生指出并且告知不合适进行手术，实际上最终手术与否还要看医生以及患者双方的考量。</w:t>
      </w:r>
    </w:p>
    <w:p>
      <w:pPr>
        <w:spacing w:before="20" w:after="40"/>
        <w:ind w:left="425" w:hanging="312"/>
      </w:pPr>
      <w:r>
        <w:rPr>
          <w:rFonts w:ascii="Calibri" w:hAnsi="Calibri" w:cs="Calibri" w:eastAsia="宋体"/>
        </w:rPr>
        <w:t xml:space="preserve">• </w:t>
      </w:r>
      <w:r>
        <w:rPr>
          <w:rFonts w:ascii="Calibri" w:hAnsi="Calibri" w:cs="Calibri" w:eastAsia="宋体"/>
        </w:rPr>
        <w:t>先天性声带发育不良</w:t>
      </w:r>
    </w:p>
    <w:p>
      <w:pPr>
        <w:spacing w:before="20" w:after="40"/>
        <w:ind w:left="425" w:hanging="312"/>
      </w:pPr>
      <w:r>
        <w:rPr>
          <w:rFonts w:ascii="Calibri" w:hAnsi="Calibri" w:cs="Calibri" w:eastAsia="宋体"/>
        </w:rPr>
        <w:t xml:space="preserve">• </w:t>
      </w:r>
      <w:r>
        <w:rPr>
          <w:rFonts w:ascii="Calibri" w:hAnsi="Calibri" w:cs="Calibri" w:eastAsia="宋体"/>
        </w:rPr>
        <w:t>声带闭合不全</w:t>
      </w:r>
    </w:p>
    <w:p>
      <w:pPr>
        <w:spacing w:before="20" w:after="40"/>
        <w:ind w:left="425" w:hanging="312"/>
      </w:pPr>
      <w:r>
        <w:rPr>
          <w:rFonts w:ascii="Calibri" w:hAnsi="Calibri" w:cs="Calibri" w:eastAsia="宋体"/>
        </w:rPr>
        <w:t xml:space="preserve">• </w:t>
      </w:r>
      <w:r>
        <w:rPr>
          <w:rFonts w:ascii="Calibri" w:hAnsi="Calibri" w:cs="Calibri" w:eastAsia="宋体"/>
        </w:rPr>
        <w:t>声门闭合不全</w:t>
      </w:r>
    </w:p>
    <w:p>
      <w:pPr>
        <w:spacing w:before="20" w:after="40"/>
        <w:ind w:left="425" w:hanging="312"/>
      </w:pPr>
      <w:r>
        <w:rPr>
          <w:rFonts w:ascii="Calibri" w:hAnsi="Calibri" w:cs="Calibri" w:eastAsia="宋体"/>
        </w:rPr>
        <w:t xml:space="preserve">• </w:t>
      </w:r>
      <w:r>
        <w:rPr>
          <w:rFonts w:ascii="Calibri" w:hAnsi="Calibri" w:cs="Calibri" w:eastAsia="宋体"/>
        </w:rPr>
        <w:t>声带过度松弛</w:t>
      </w:r>
    </w:p>
    <w:p>
      <w:pPr>
        <w:spacing w:before="20" w:after="40"/>
        <w:ind w:left="425" w:hanging="312"/>
      </w:pPr>
      <w:r>
        <w:rPr>
          <w:rFonts w:ascii="Calibri" w:hAnsi="Calibri" w:cs="Calibri" w:eastAsia="宋体"/>
        </w:rPr>
        <w:t xml:space="preserve">• </w:t>
      </w:r>
      <w:r>
        <w:rPr>
          <w:rFonts w:ascii="Calibri" w:hAnsi="Calibri" w:cs="Calibri" w:eastAsia="宋体"/>
        </w:rPr>
        <w:t>发声模式过于单一</w:t>
      </w:r>
    </w:p>
    <w:p>
      <w:pPr>
        <w:pStyle w:val="Heading3"/>
      </w:pPr>
      <w:r>
        <w:rPr>
          <w:rFonts w:ascii="Calibri" w:hAnsi="Calibri" w:cs="Calibri" w:eastAsia="宋体"/>
        </w:rPr>
        <w:t>参考资料</w:t>
      </w:r>
    </w:p>
    <w:p>
      <w:pPr>
        <w:spacing w:before="20" w:after="40"/>
        <w:ind w:left="425" w:hanging="312"/>
      </w:pPr>
      <w:r>
        <w:rPr>
          <w:rFonts w:ascii="Calibri" w:hAnsi="Calibri" w:cs="Calibri" w:eastAsia="宋体"/>
        </w:rPr>
        <w:t xml:space="preserve">• </w:t>
      </w:r>
      <w:r>
        <w:rPr>
          <w:rFonts w:ascii="Calibri" w:hAnsi="Calibri" w:cs="Calibri" w:eastAsia="宋体"/>
        </w:rPr>
        <w:t>http://cyfd.cnki.com.cn/Article/N2016060089000381.htm</w:t>
      </w:r>
    </w:p>
    <w:p>
      <w:pPr>
        <w:spacing w:before="20" w:after="40"/>
        <w:ind w:left="425" w:hanging="312"/>
      </w:pPr>
      <w:r>
        <w:rPr>
          <w:rFonts w:ascii="Calibri" w:hAnsi="Calibri" w:cs="Calibri" w:eastAsia="宋体"/>
        </w:rPr>
        <w:t xml:space="preserve">• </w:t>
      </w:r>
      <w:r>
        <w:rPr>
          <w:rFonts w:ascii="Calibri" w:hAnsi="Calibri" w:cs="Calibri" w:eastAsia="宋体"/>
        </w:rPr>
        <w:t>https://ameblo.jp/uniyuni5/entry-12254880995.html</w:t>
      </w:r>
    </w:p>
    <w:p>
      <w:pPr>
        <w:spacing w:before="20" w:after="40"/>
        <w:ind w:left="425" w:hanging="312"/>
      </w:pPr>
      <w:r>
        <w:rPr>
          <w:rFonts w:ascii="Calibri" w:hAnsi="Calibri" w:cs="Calibri" w:eastAsia="宋体"/>
        </w:rPr>
        <w:t xml:space="preserve">• </w:t>
      </w:r>
      <w:r>
        <w:rPr>
          <w:rFonts w:ascii="Calibri" w:hAnsi="Calibri" w:cs="Calibri" w:eastAsia="宋体"/>
        </w:rPr>
        <w:t>https://cn.yesonvc.com/page/2_4_1.php</w:t>
      </w:r>
    </w:p>
    <w:p>
      <w:pPr>
        <w:spacing w:before="20" w:after="40"/>
        <w:ind w:left="425" w:hanging="312"/>
      </w:pPr>
      <w:r>
        <w:rPr>
          <w:rFonts w:ascii="Calibri" w:hAnsi="Calibri" w:cs="Calibri" w:eastAsia="宋体"/>
        </w:rPr>
        <w:t xml:space="preserve">• </w:t>
      </w:r>
      <w:r>
        <w:rPr>
          <w:rFonts w:ascii="Calibri" w:hAnsi="Calibri" w:cs="Calibri" w:eastAsia="宋体"/>
        </w:rPr>
        <w:t>https://cn.yesonvc.com</w:t>
      </w:r>
    </w:p>
    <w:p>
      <w:pPr>
        <w:spacing w:before="20" w:after="40"/>
        <w:ind w:left="425" w:hanging="312"/>
      </w:pPr>
      <w:r>
        <w:rPr>
          <w:rFonts w:ascii="Calibri" w:hAnsi="Calibri" w:cs="Calibri" w:eastAsia="宋体"/>
        </w:rPr>
        <w:t xml:space="preserve">• </w:t>
      </w:r>
      <w:r>
        <w:rPr>
          <w:rFonts w:ascii="Calibri" w:hAnsi="Calibri" w:cs="Calibri" w:eastAsia="宋体"/>
        </w:rPr>
        <w:t>https://dr-ornouma.com/voice-change-surgery/cn/</w:t>
      </w:r>
    </w:p>
    <w:p>
      <w:pPr>
        <w:spacing w:before="20" w:after="40"/>
        <w:ind w:left="425" w:hanging="312"/>
      </w:pPr>
      <w:r>
        <w:rPr>
          <w:rFonts w:ascii="Calibri" w:hAnsi="Calibri" w:cs="Calibri" w:eastAsia="宋体"/>
        </w:rPr>
        <w:t xml:space="preserve">• </w:t>
      </w:r>
      <w:r>
        <w:rPr>
          <w:rFonts w:ascii="Calibri" w:hAnsi="Calibri" w:cs="Calibri" w:eastAsia="宋体"/>
        </w:rPr>
        <w:t>https://srs-bangkok.wixsite.com/agency-isk/procedures</w:t>
      </w:r>
    </w:p>
    <w:p>
      <w:pPr>
        <w:spacing w:before="20" w:after="40"/>
        <w:ind w:left="425" w:hanging="312"/>
      </w:pPr>
      <w:r>
        <w:rPr>
          <w:rFonts w:ascii="Calibri" w:hAnsi="Calibri" w:cs="Calibri" w:eastAsia="宋体"/>
        </w:rPr>
        <w:t xml:space="preserve">• </w:t>
      </w:r>
      <w:r>
        <w:rPr>
          <w:rFonts w:ascii="Calibri" w:hAnsi="Calibri" w:cs="Calibri" w:eastAsia="宋体"/>
        </w:rPr>
        <w:t>https://www.tandfonline.com/doi/full/10.1080/15532739.2015.1075931</w:t>
      </w:r>
    </w:p>
    <w:p>
      <w:pPr>
        <w:spacing w:before="20" w:after="40"/>
        <w:ind w:left="425" w:hanging="312"/>
      </w:pPr>
      <w:r>
        <w:rPr>
          <w:rFonts w:ascii="Calibri" w:hAnsi="Calibri" w:cs="Calibri" w:eastAsia="宋体"/>
        </w:rPr>
        <w:t xml:space="preserve">• </w:t>
      </w:r>
      <w:r>
        <w:rPr>
          <w:rFonts w:ascii="Calibri" w:hAnsi="Calibri" w:cs="Calibri" w:eastAsia="宋体"/>
        </w:rPr>
        <w:t>嗓音训练</w:t>
      </w:r>
      <w:r>
        <w:br/>
      </w:r>
    </w:p>
    <w:p>
      <w:pPr>
        <w:spacing w:before="20" w:after="40"/>
        <w:ind w:left="822" w:hanging="312"/>
      </w:pPr>
      <w:r>
        <w:rPr>
          <w:rFonts w:ascii="Calibri" w:hAnsi="Calibri" w:cs="Calibri" w:eastAsia="宋体"/>
        </w:rPr>
        <w:t xml:space="preserve">◦ </w:t>
      </w:r>
      <w:r>
        <w:rPr>
          <w:rFonts w:ascii="Calibri" w:hAnsi="Calibri" w:cs="Calibri" w:eastAsia="宋体"/>
        </w:rPr>
        <w:t>嗓音手术与嗓音训练（MtF）</w:t>
      </w:r>
      <w:r>
        <w:rPr>
          <w:rFonts w:ascii="Calibri" w:hAnsi="Calibri" w:cs="Calibri" w:eastAsia="宋体"/>
        </w:rPr>
        <w:t xml:space="preserve"> (</w:t>
      </w:r>
      <w:r>
        <w:rPr>
          <w:rFonts w:ascii="Calibri" w:hAnsi="Calibri" w:cs="Calibri" w:eastAsia="宋体"/>
        </w:rPr>
        <w:t>https://archive.is/2UytK</w:t>
      </w:r>
      <w:r>
        <w:rPr>
          <w:rFonts w:ascii="Calibri" w:hAnsi="Calibri" w:cs="Calibri" w:eastAsia="宋体"/>
        </w:rPr>
        <w:t>)</w:t>
      </w:r>
    </w:p>
    <w:p>
      <w:pPr>
        <w:spacing w:before="20" w:after="40"/>
        <w:ind w:left="822" w:hanging="312"/>
      </w:pPr>
      <w:r>
        <w:rPr>
          <w:rFonts w:ascii="Calibri" w:hAnsi="Calibri" w:cs="Calibri" w:eastAsia="宋体"/>
        </w:rPr>
        <w:t xml:space="preserve">◦ </w:t>
      </w:r>
      <w:r>
        <w:rPr>
          <w:rFonts w:ascii="Calibri" w:hAnsi="Calibri" w:cs="Calibri" w:eastAsia="宋体"/>
        </w:rPr>
        <w:t>跨性别者的嗓音调整</w:t>
      </w:r>
    </w:p>
    <w:p>
      <w:pPr>
        <w:spacing w:before="20" w:after="40"/>
        <w:ind w:left="822" w:hanging="312"/>
      </w:pPr>
      <w:r>
        <w:rPr>
          <w:rFonts w:ascii="Calibri" w:hAnsi="Calibri" w:cs="Calibri" w:eastAsia="宋体"/>
        </w:rPr>
        <w:t xml:space="preserve">◦ </w:t>
      </w:r>
      <w:r>
        <w:rPr>
          <w:rFonts w:ascii="Calibri" w:hAnsi="Calibri" w:cs="Calibri" w:eastAsia="宋体"/>
        </w:rPr>
        <w:t>寻找真实的声音 - MTF嗓音拯救指南</w:t>
      </w:r>
      <w:r>
        <w:rPr>
          <w:rFonts w:ascii="Calibri" w:hAnsi="Calibri" w:cs="Calibri" w:eastAsia="宋体"/>
        </w:rPr>
        <w:t xml:space="preserve"> (</w:t>
      </w:r>
      <w:r>
        <w:rPr>
          <w:rFonts w:ascii="Calibri" w:hAnsi="Calibri" w:cs="Calibri" w:eastAsia="宋体"/>
        </w:rPr>
        <w:t>https://archive.is/ZIkC3</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声带手术</w:t>
      </w:r>
      <w:r>
        <w:br/>
      </w:r>
    </w:p>
    <w:p>
      <w:pPr>
        <w:spacing w:before="20" w:after="40"/>
        <w:ind w:left="822" w:hanging="312"/>
      </w:pPr>
      <w:r>
        <w:rPr>
          <w:rFonts w:ascii="Calibri" w:hAnsi="Calibri" w:cs="Calibri" w:eastAsia="宋体"/>
        </w:rPr>
        <w:t xml:space="preserve">◦ </w:t>
      </w:r>
      <w:r>
        <w:rPr>
          <w:rFonts w:ascii="Calibri" w:hAnsi="Calibri" w:cs="Calibri" w:eastAsia="宋体"/>
        </w:rPr>
        <w:t>关于声带手术的一些内容</w:t>
      </w:r>
      <w:r>
        <w:rPr>
          <w:rFonts w:ascii="Calibri" w:hAnsi="Calibri" w:cs="Calibri" w:eastAsia="宋体"/>
        </w:rPr>
        <w:t xml:space="preserve"> (</w:t>
      </w:r>
      <w:r>
        <w:rPr>
          <w:rFonts w:ascii="Calibri" w:hAnsi="Calibri" w:cs="Calibri" w:eastAsia="宋体"/>
        </w:rPr>
        <w:t>https://archive.is/YNrna</w:t>
      </w:r>
      <w:r>
        <w:rPr>
          <w:rFonts w:ascii="Calibri" w:hAnsi="Calibri" w:cs="Calibri" w:eastAsia="宋体"/>
        </w:rPr>
        <w:t>)</w:t>
      </w:r>
    </w:p>
    <w:p>
      <w:pPr>
        <w:spacing w:before="20" w:after="40"/>
        <w:ind w:left="822" w:hanging="312"/>
      </w:pPr>
      <w:r>
        <w:rPr>
          <w:rFonts w:ascii="Calibri" w:hAnsi="Calibri" w:cs="Calibri" w:eastAsia="宋体"/>
        </w:rPr>
        <w:t xml:space="preserve">◦ </w:t>
      </w:r>
      <w:r>
        <w:rPr>
          <w:rFonts w:ascii="Calibri" w:hAnsi="Calibri" w:cs="Calibri" w:eastAsia="宋体"/>
        </w:rPr>
        <w:t>关于声带手术（翻译自日文）</w:t>
      </w:r>
      <w:r>
        <w:rPr>
          <w:rFonts w:ascii="Calibri" w:hAnsi="Calibri" w:cs="Calibri" w:eastAsia="宋体"/>
        </w:rPr>
        <w:t xml:space="preserve"> (</w:t>
      </w:r>
      <w:r>
        <w:rPr>
          <w:rFonts w:ascii="Calibri" w:hAnsi="Calibri" w:cs="Calibri" w:eastAsia="宋体"/>
        </w:rPr>
        <w:t>https://archive.is/222hn</w:t>
      </w:r>
      <w:r>
        <w:rPr>
          <w:rFonts w:ascii="Calibri" w:hAnsi="Calibri" w:cs="Calibri" w:eastAsia="宋体"/>
        </w:rPr>
        <w:t>)</w:t>
      </w:r>
    </w:p>
    <w:p>
      <w:pPr>
        <w:spacing w:before="20" w:after="40"/>
        <w:ind w:left="822" w:hanging="312"/>
      </w:pPr>
      <w:r>
        <w:rPr>
          <w:rFonts w:ascii="Calibri" w:hAnsi="Calibri" w:cs="Calibri" w:eastAsia="宋体"/>
        </w:rPr>
        <w:t xml:space="preserve">◦ </w:t>
      </w:r>
      <w:r>
        <w:rPr>
          <w:rFonts w:ascii="Calibri" w:hAnsi="Calibri" w:cs="Calibri" w:eastAsia="宋体"/>
        </w:rPr>
        <w:t>关于声音女性化手术的说明 - Chettawut 泰国曼谷整形中心</w:t>
      </w:r>
    </w:p>
    <w:p>
      <w:pPr>
        <w:spacing w:before="20" w:after="40"/>
        <w:ind w:left="822" w:hanging="312"/>
      </w:pPr>
      <w:r>
        <w:rPr>
          <w:rFonts w:ascii="Calibri" w:hAnsi="Calibri" w:cs="Calibri" w:eastAsia="宋体"/>
        </w:rPr>
        <w:t xml:space="preserve">◦ </w:t>
      </w:r>
      <w:r>
        <w:rPr>
          <w:rFonts w:ascii="Calibri" w:hAnsi="Calibri" w:cs="Calibri" w:eastAsia="宋体"/>
        </w:rPr>
        <w:t>Vocal Voice Surgery - PAI</w:t>
      </w:r>
    </w:p>
    <w:p>
      <w:pPr>
        <w:spacing w:before="20" w:after="40"/>
        <w:ind w:left="425" w:hanging="312"/>
      </w:pPr>
      <w:r>
        <w:rPr>
          <w:rFonts w:ascii="Calibri" w:hAnsi="Calibri" w:cs="Calibri" w:eastAsia="宋体"/>
        </w:rPr>
        <w:t xml:space="preserve">• </w:t>
      </w:r>
      <w:r>
        <w:rPr>
          <w:rFonts w:ascii="Calibri" w:hAnsi="Calibri" w:cs="Calibri" w:eastAsia="宋体"/>
        </w:rPr>
        <w:t>友谊医院</w:t>
      </w:r>
      <w:r>
        <w:br/>
      </w:r>
    </w:p>
    <w:p>
      <w:pPr>
        <w:spacing w:before="20" w:after="40"/>
        <w:ind w:left="822" w:hanging="312"/>
      </w:pPr>
      <w:r>
        <w:rPr>
          <w:rFonts w:ascii="Calibri" w:hAnsi="Calibri" w:cs="Calibri" w:eastAsia="宋体"/>
        </w:rPr>
        <w:t xml:space="preserve">◦ </w:t>
      </w:r>
      <w:r>
        <w:rPr>
          <w:rFonts w:ascii="Calibri" w:hAnsi="Calibri" w:cs="Calibri" w:eastAsia="宋体"/>
        </w:rPr>
        <w:t>友谊医院嗓音训练相关总结</w:t>
      </w:r>
      <w:r>
        <w:rPr>
          <w:rFonts w:ascii="Calibri" w:hAnsi="Calibri" w:cs="Calibri" w:eastAsia="宋体"/>
        </w:rPr>
        <w:t xml:space="preserve"> (</w:t>
      </w:r>
      <w:r>
        <w:rPr>
          <w:rFonts w:ascii="Calibri" w:hAnsi="Calibri" w:cs="Calibri" w:eastAsia="宋体"/>
        </w:rPr>
        <w:t>https://archive.is/TpS2Y</w:t>
      </w:r>
      <w:r>
        <w:rPr>
          <w:rFonts w:ascii="Calibri" w:hAnsi="Calibri" w:cs="Calibri" w:eastAsia="宋体"/>
        </w:rPr>
        <w:t>)</w:t>
      </w:r>
    </w:p>
    <w:p>
      <w:pPr>
        <w:spacing w:before="20" w:after="40"/>
        <w:ind w:left="822" w:hanging="312"/>
      </w:pPr>
      <w:r>
        <w:rPr>
          <w:rFonts w:ascii="Calibri" w:hAnsi="Calibri" w:cs="Calibri" w:eastAsia="宋体"/>
        </w:rPr>
        <w:t xml:space="preserve">◦ </w:t>
      </w:r>
      <w:r>
        <w:rPr>
          <w:rFonts w:ascii="Calibri" w:hAnsi="Calibri" w:cs="Calibri" w:eastAsia="宋体"/>
        </w:rPr>
        <w:t>北京友谊医院声带手术指南</w:t>
      </w:r>
      <w:r>
        <w:rPr>
          <w:rFonts w:ascii="Calibri" w:hAnsi="Calibri" w:cs="Calibri" w:eastAsia="宋体"/>
        </w:rPr>
        <w:t xml:space="preserve"> (</w:t>
      </w:r>
      <w:r>
        <w:rPr>
          <w:rFonts w:ascii="Calibri" w:hAnsi="Calibri" w:cs="Calibri" w:eastAsia="宋体"/>
        </w:rPr>
        <w:t>https://archive.is/54iYV</w:t>
      </w:r>
      <w:r>
        <w:rPr>
          <w:rFonts w:ascii="Calibri" w:hAnsi="Calibri" w:cs="Calibri" w:eastAsia="宋体"/>
        </w:rPr>
        <w:t>)</w:t>
      </w:r>
    </w:p>
    <w:p>
      <w:pPr>
        <w:spacing w:before="20" w:after="40"/>
        <w:ind w:left="822" w:hanging="312"/>
      </w:pPr>
      <w:r>
        <w:rPr>
          <w:rFonts w:ascii="Calibri" w:hAnsi="Calibri" w:cs="Calibri" w:eastAsia="宋体"/>
        </w:rPr>
        <w:t xml:space="preserve">◦ </w:t>
      </w:r>
      <w:r>
        <w:rPr>
          <w:rFonts w:ascii="Calibri" w:hAnsi="Calibri" w:cs="Calibri" w:eastAsia="宋体"/>
        </w:rPr>
        <w:t>疫情期间的友谊医院声带手术记录</w:t>
      </w:r>
      <w:r>
        <w:rPr>
          <w:rFonts w:ascii="Calibri" w:hAnsi="Calibri" w:cs="Calibri" w:eastAsia="宋体"/>
        </w:rPr>
        <w:t xml:space="preserve"> (</w:t>
      </w:r>
      <w:r>
        <w:rPr>
          <w:rFonts w:ascii="Calibri" w:hAnsi="Calibri" w:cs="Calibri" w:eastAsia="宋体"/>
        </w:rPr>
        <w:t>https://archive.is/JFFWb</w:t>
      </w:r>
      <w:r>
        <w:rPr>
          <w:rFonts w:ascii="Calibri" w:hAnsi="Calibri" w:cs="Calibri" w:eastAsia="宋体"/>
        </w:rPr>
        <w:t>)</w:t>
      </w:r>
    </w:p>
    <w:p>
      <w:pPr>
        <w:pStyle w:val="Heading2"/>
      </w:pPr>
      <w:r>
        <w:rPr>
          <w:rFonts w:ascii="Calibri" w:hAnsi="Calibri" w:cs="Calibri" w:eastAsia="微软雅黑"/>
        </w:rPr>
        <w:t>8.2  北京友谊医院｜李革临</w:t>
      </w:r>
    </w:p>
    <w:p>
      <w:pPr>
        <w:spacing w:after="160"/>
      </w:pPr>
      <w:r>
        <w:rPr>
          <w:rFonts w:ascii="Calibri" w:hAnsi="Calibri" w:cs="Calibri" w:eastAsia="宋体"/>
          <w:color w:val="6B7280"/>
          <w:sz w:val="16"/>
        </w:rPr>
        <w:t>原文：https://mtf.wiki/zh-cn/docs/vocal-surgery/li-gelin · 最近更新：2026年9月30日</w:t>
      </w:r>
    </w:p>
    <w:p>
      <w:pPr>
        <w:spacing w:after="100"/>
      </w:pPr>
      <w:r>
        <w:rPr>
          <w:rFonts w:ascii="Calibri" w:hAnsi="Calibri" w:cs="Calibri" w:eastAsia="宋体"/>
        </w:rPr>
        <w:t>主刀医师：</w:t>
      </w:r>
      <w:r>
        <w:rPr>
          <w:rFonts w:ascii="Calibri" w:hAnsi="Calibri" w:cs="Calibri" w:eastAsia="宋体"/>
        </w:rPr>
        <w:t>李革临</w:t>
      </w:r>
    </w:p>
    <w:p>
      <w:pPr>
        <w:spacing w:after="100"/>
      </w:pPr>
      <w:r>
        <w:rPr>
          <w:rFonts w:ascii="Calibri" w:hAnsi="Calibri" w:cs="Calibri" w:eastAsia="宋体"/>
        </w:rPr>
        <w:t>所属医院：</w:t>
      </w:r>
      <w:r>
        <w:rPr>
          <w:rFonts w:ascii="Calibri" w:hAnsi="Calibri" w:cs="Calibri" w:eastAsia="宋体"/>
        </w:rPr>
        <w:t>首都医科大学 附属 北京友谊医院</w:t>
      </w:r>
    </w:p>
    <w:p>
      <w:pPr>
        <w:spacing w:after="100"/>
      </w:pPr>
      <w:r>
        <w:rPr>
          <w:rFonts w:ascii="Calibri" w:hAnsi="Calibri" w:cs="Calibri" w:eastAsia="宋体"/>
        </w:rPr>
        <w:t>出诊时刻：</w:t>
      </w:r>
      <w:r>
        <w:rPr>
          <w:rFonts w:ascii="Calibri" w:hAnsi="Calibri" w:cs="Calibri" w:eastAsia="宋体"/>
        </w:rPr>
        <w:t>https://www.haodf.com/doctor/scheduletips/297218.html</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虽然李革临医生在两个院区出诊，但手术只能在西城院区进行。</w:t>
      </w:r>
    </w:p>
    <w:p>
      <w:pPr>
        <w:shd w:val="clear" w:color="auto" w:fill="EFF6FF"/>
        <w:pBdr>
          <w:left w:val="single" w:sz="18" w:space="6" w:color="3B82F6"/>
        </w:pBdr>
        <w:spacing w:after="40"/>
      </w:pPr>
      <w:r>
        <w:rPr>
          <w:rFonts w:ascii="Calibri" w:hAnsi="Calibri" w:cs="Calibri" w:eastAsia="宋体"/>
        </w:rPr>
        <w:t>在李革临处进行声带手术需要任意三甲医院的</w:t>
      </w:r>
      <w:r>
        <w:rPr>
          <w:rFonts w:ascii="Calibri" w:hAnsi="Calibri" w:cs="Calibri" w:eastAsia="宋体"/>
          <w:b/>
        </w:rPr>
        <w:t>跨性别相关医疗资料</w:t>
      </w:r>
      <w:r>
        <w:rPr>
          <w:rFonts w:ascii="Calibri" w:hAnsi="Calibri" w:cs="Calibri" w:eastAsia="宋体"/>
        </w:rPr>
        <w:t>，可以是易性症诊断病历或诊断证明；或精神科持续就诊三个月以上，且有相关诊断的病历。并且需要家长知情。如果身份证性别信息为「女」则无需相关材料。</w:t>
      </w:r>
    </w:p>
    <w:p>
      <w:pPr>
        <w:pStyle w:val="Heading3"/>
      </w:pPr>
      <w:r>
        <w:rPr>
          <w:rFonts w:ascii="Calibri" w:hAnsi="Calibri" w:cs="Calibri" w:eastAsia="宋体"/>
        </w:rPr>
        <w:t>费用参考</w:t>
      </w:r>
    </w:p>
    <w:p>
      <w:pPr>
        <w:spacing w:before="20" w:after="40"/>
        <w:ind w:left="425" w:hanging="312"/>
      </w:pPr>
      <w:r>
        <w:rPr>
          <w:rFonts w:ascii="Calibri" w:hAnsi="Calibri" w:cs="Calibri" w:eastAsia="宋体"/>
        </w:rPr>
        <w:t xml:space="preserve">• </w:t>
      </w:r>
      <w:r>
        <w:rPr>
          <w:rFonts w:ascii="Calibri" w:hAnsi="Calibri" w:cs="Calibri" w:eastAsia="宋体"/>
        </w:rPr>
        <w:t>声带手术：8000 ~ 10000 CNY</w:t>
      </w:r>
    </w:p>
    <w:p>
      <w:pPr>
        <w:spacing w:before="20" w:after="40"/>
        <w:ind w:left="425" w:hanging="312"/>
      </w:pPr>
      <w:r>
        <w:rPr>
          <w:rFonts w:ascii="Calibri" w:hAnsi="Calibri" w:cs="Calibri" w:eastAsia="宋体"/>
        </w:rPr>
        <w:t xml:space="preserve">• </w:t>
      </w:r>
      <w:r>
        <w:rPr>
          <w:rFonts w:ascii="Calibri" w:hAnsi="Calibri" w:cs="Calibri" w:eastAsia="宋体"/>
        </w:rPr>
        <w:t>声带 + 喉结手术： 16000 ~ 18000 CNY</w:t>
      </w:r>
    </w:p>
    <w:p>
      <w:pPr>
        <w:spacing w:after="100"/>
      </w:pPr>
      <w:r>
        <w:rPr>
          <w:rFonts w:ascii="Calibri" w:hAnsi="Calibri" w:cs="Calibri" w:eastAsia="宋体"/>
        </w:rPr>
        <w:t>费用受个体差异影响，上述范围应该能覆盖多数情况。如果选择国际医疗部住院，则费用相对普通部上调 3 ~ 5 倍。</w:t>
      </w:r>
    </w:p>
    <w:p>
      <w:pPr>
        <w:spacing w:after="100"/>
      </w:pPr>
      <w:r>
        <w:rPr>
          <w:rFonts w:ascii="Calibri" w:hAnsi="Calibri" w:cs="Calibri" w:eastAsia="宋体"/>
        </w:rPr>
        <w:t>门诊杭州职工医保可以使用统筹支付（无需异地医保备案）。住院不可以使用医保，只能自费。有姐妹在 2025 年 3 月成功通过支付宝蚂蚁险「好医保·长期医疗（旗舰版）」减少 1500 CNY 左右花费（可复现性存疑）。</w:t>
      </w:r>
    </w:p>
    <w:p>
      <w:pPr>
        <w:spacing w:after="100"/>
      </w:pPr>
      <w:r>
        <w:rPr>
          <w:rFonts w:ascii="Calibri" w:hAnsi="Calibri" w:cs="Calibri" w:eastAsia="宋体"/>
        </w:rPr>
        <w:t>声带手术的入院押金为 15000 CNY，声带和喉结手术的入院押金为 20000 CNY。</w:t>
      </w:r>
    </w:p>
    <w:p>
      <w:pPr>
        <w:pStyle w:val="Heading3"/>
      </w:pPr>
      <w:r>
        <w:rPr>
          <w:rFonts w:ascii="Calibri" w:hAnsi="Calibri" w:cs="Calibri" w:eastAsia="宋体"/>
        </w:rPr>
        <w:t>预约</w:t>
      </w:r>
    </w:p>
    <w:p>
      <w:pPr>
        <w:spacing w:after="100"/>
      </w:pPr>
      <w:r>
        <w:rPr>
          <w:rFonts w:ascii="Calibri" w:hAnsi="Calibri" w:cs="Calibri" w:eastAsia="宋体"/>
        </w:rPr>
        <w:t>挂李革临号后，按挂号时选择的院区就诊：</w:t>
      </w:r>
      <w:r>
        <w:rPr>
          <w:rFonts w:ascii="Calibri" w:hAnsi="Calibri" w:cs="Calibri" w:eastAsia="宋体"/>
          <w:b/>
        </w:rPr>
        <w:t>西城院区</w:t>
      </w:r>
      <w:r>
        <w:rPr>
          <w:rFonts w:ascii="Calibri" w:hAnsi="Calibri" w:cs="Calibri" w:eastAsia="宋体"/>
        </w:rPr>
        <w:t>在门诊楼 6 楼北侧，</w:t>
      </w:r>
      <w:r>
        <w:rPr>
          <w:rFonts w:ascii="Calibri" w:hAnsi="Calibri" w:cs="Calibri" w:eastAsia="宋体"/>
          <w:b/>
        </w:rPr>
        <w:t>通州院区</w:t>
      </w:r>
      <w:r>
        <w:rPr>
          <w:rFonts w:ascii="Calibri" w:hAnsi="Calibri" w:cs="Calibri" w:eastAsia="宋体"/>
        </w:rPr>
        <w:t>在门诊楼 2 楼东南侧；如挂的是国际医疗部，则前往对应院区的国际医疗部。（记得在签到机上签到：1 楼自助机取号后，还需在</w:t>
      </w:r>
      <w:r>
        <w:rPr>
          <w:rFonts w:ascii="Calibri" w:hAnsi="Calibri" w:cs="Calibri" w:eastAsia="宋体"/>
          <w:b/>
        </w:rPr>
        <w:t>就诊楼层的签到机</w:t>
      </w:r>
      <w:r>
        <w:rPr>
          <w:rFonts w:ascii="Calibri" w:hAnsi="Calibri" w:cs="Calibri" w:eastAsia="宋体"/>
        </w:rPr>
        <w:t>上签到，不然会像笔者一样浪费一小时。）直接告诉李革临自己的声带手术意愿。如同时有喉结手术意愿，请一并提出。</w:t>
      </w:r>
    </w:p>
    <w:p>
      <w:pPr>
        <w:spacing w:after="100"/>
      </w:pPr>
      <w:r>
        <w:rPr>
          <w:rFonts w:ascii="Calibri" w:hAnsi="Calibri" w:cs="Calibri" w:eastAsia="宋体"/>
        </w:rPr>
        <w:t>如选择国际医疗部，需注意：</w:t>
      </w:r>
      <w:r>
        <w:rPr>
          <w:rFonts w:ascii="Calibri" w:hAnsi="Calibri" w:cs="Calibri" w:eastAsia="宋体"/>
          <w:b/>
        </w:rPr>
        <w:t>国际医疗挂号以及检查费用高于普通医疗，且大部分费用为自费</w:t>
      </w:r>
      <w:r>
        <w:rPr>
          <w:rFonts w:ascii="Calibri" w:hAnsi="Calibri" w:cs="Calibri" w:eastAsia="宋体"/>
        </w:rPr>
        <w:t>（友谊医院小程序原话）。</w:t>
      </w:r>
    </w:p>
    <w:p>
      <w:pPr>
        <w:spacing w:after="100"/>
      </w:pPr>
      <w:r>
        <w:rPr>
          <w:rFonts w:ascii="Calibri" w:hAnsi="Calibri" w:cs="Calibri" w:eastAsia="宋体"/>
        </w:rPr>
        <w:t>李革临在简单问询情况后，会要求到助手侯倩处做喉镜检查和发声检查（582.50 元）。喉镜检查前</w:t>
      </w:r>
      <w:r>
        <w:rPr>
          <w:rFonts w:ascii="Calibri" w:hAnsi="Calibri" w:cs="Calibri" w:eastAsia="宋体"/>
          <w:b/>
        </w:rPr>
        <w:t>一定需要查传染病四项</w:t>
      </w:r>
      <w:r>
        <w:rPr>
          <w:rFonts w:ascii="Calibri" w:hAnsi="Calibri" w:cs="Calibri" w:eastAsia="宋体"/>
        </w:rPr>
        <w:t>，可携带最近三个月内医院互认的检查报告，喉镜室要求带有定量检测数值的报告；若没有报告，则须先做完传染病检查，再预约喉镜。</w:t>
      </w:r>
    </w:p>
    <w:p>
      <w:pPr>
        <w:spacing w:after="100"/>
      </w:pPr>
      <w:r>
        <w:rPr>
          <w:rFonts w:ascii="Calibri" w:hAnsi="Calibri" w:cs="Calibri" w:eastAsia="宋体"/>
        </w:rPr>
        <w:t xml:space="preserve">做喉镜前会被要求填写两份问卷，形式与 </w:t>
      </w:r>
      <w:r>
        <w:rPr>
          <w:rFonts w:ascii="Calibri" w:hAnsi="Calibri" w:cs="Calibri" w:eastAsia="宋体"/>
        </w:rPr>
        <w:t>陈臻</w:t>
      </w:r>
      <w:r>
        <w:rPr>
          <w:rFonts w:ascii="Calibri" w:hAnsi="Calibri" w:cs="Calibri" w:eastAsia="宋体"/>
        </w:rPr>
        <w:t xml:space="preserve"> 处嗓音训练所用的问卷类似。此项不额外收费，但院方未说明其用途。</w:t>
      </w:r>
    </w:p>
    <w:p>
      <w:pPr>
        <w:spacing w:after="100"/>
      </w:pPr>
      <w:r>
        <w:rPr>
          <w:rFonts w:ascii="Calibri" w:hAnsi="Calibri" w:cs="Calibri" w:eastAsia="宋体"/>
        </w:rPr>
        <w:t>喉镜</w:t>
      </w:r>
      <w:r>
        <w:rPr>
          <w:rFonts w:ascii="Calibri" w:hAnsi="Calibri" w:cs="Calibri" w:eastAsia="宋体"/>
          <w:b/>
        </w:rPr>
        <w:t>大概率无法当天完成</w:t>
      </w:r>
      <w:r>
        <w:rPr>
          <w:rFonts w:ascii="Calibri" w:hAnsi="Calibri" w:cs="Calibri" w:eastAsia="宋体"/>
        </w:rPr>
        <w:t>（2026 年 9 月的情况）。西城院区目前多数情况下不能当场做，运气不好时可能要排到 1～2 个月之后；通州院区的排队时间通常更短，但也基本无法当天做。预约电话为 010-63138677（据称友谊医院所留电话 010-60138585 无法预约）。</w:t>
      </w:r>
    </w:p>
    <w:p>
      <w:pPr>
        <w:spacing w:after="100"/>
      </w:pPr>
      <w:r>
        <w:rPr>
          <w:rFonts w:ascii="Calibri" w:hAnsi="Calibri" w:cs="Calibri" w:eastAsia="宋体"/>
        </w:rPr>
        <w:t>由于排期可能长达一两个月，建议提前规划时间。若希望缩短等待，可以在预约喉镜时选择</w:t>
      </w:r>
      <w:r>
        <w:rPr>
          <w:rFonts w:ascii="Calibri" w:hAnsi="Calibri" w:cs="Calibri" w:eastAsia="宋体"/>
          <w:b/>
        </w:rPr>
        <w:t>通州院区</w:t>
      </w:r>
      <w:r>
        <w:rPr>
          <w:rFonts w:ascii="Calibri" w:hAnsi="Calibri" w:cs="Calibri" w:eastAsia="宋体"/>
        </w:rPr>
        <w:t>——喉镜的院区与挂号的院区</w:t>
      </w:r>
      <w:r>
        <w:rPr>
          <w:rFonts w:ascii="Calibri" w:hAnsi="Calibri" w:cs="Calibri" w:eastAsia="宋体"/>
          <w:b/>
        </w:rPr>
        <w:t>不必一致</w:t>
      </w:r>
      <w:r>
        <w:rPr>
          <w:rFonts w:ascii="Calibri" w:hAnsi="Calibri" w:cs="Calibri" w:eastAsia="宋体"/>
        </w:rPr>
        <w:t>：挂西城院区的号，同样可以直接预约通州院区的喉镜；反之（挂通州院区的号而预约西城院区的喉镜）未经实测，但大概率也可行，只是西城排队更长，没有这个必要。但请注意，</w:t>
      </w:r>
      <w:r>
        <w:rPr>
          <w:rFonts w:ascii="Calibri" w:hAnsi="Calibri" w:cs="Calibri" w:eastAsia="宋体"/>
          <w:b/>
        </w:rPr>
        <w:t>手术仍只能在西城院区进行</w:t>
      </w:r>
      <w:r>
        <w:rPr>
          <w:rFonts w:ascii="Calibri" w:hAnsi="Calibri" w:cs="Calibri" w:eastAsia="宋体"/>
        </w:rPr>
        <w:t>。另外，国际医疗部的喉镜检查同样需要排队，</w:t>
      </w:r>
      <w:r>
        <w:rPr>
          <w:rFonts w:ascii="Calibri" w:hAnsi="Calibri" w:cs="Calibri" w:eastAsia="宋体"/>
          <w:b/>
        </w:rPr>
        <w:t>并不能缩短等待时间</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如果声带情况不适宜声带手术（例如严重的声带沟、声带过厚），李革临会劝阻；</w:t>
      </w:r>
    </w:p>
    <w:p>
      <w:pPr>
        <w:spacing w:before="20" w:after="40"/>
        <w:ind w:left="425" w:hanging="312"/>
      </w:pPr>
      <w:r>
        <w:rPr>
          <w:rFonts w:ascii="Calibri" w:hAnsi="Calibri" w:cs="Calibri" w:eastAsia="宋体"/>
        </w:rPr>
        <w:t xml:space="preserve">• </w:t>
      </w:r>
      <w:r>
        <w:rPr>
          <w:rFonts w:ascii="Calibri" w:hAnsi="Calibri" w:cs="Calibri" w:eastAsia="宋体"/>
        </w:rPr>
        <w:t>如果存在不严重的缺陷（例如声带闭合不全），李革临会要求先进行嗓音训练，再进行手术；</w:t>
      </w:r>
    </w:p>
    <w:p>
      <w:pPr>
        <w:spacing w:before="20" w:after="40"/>
        <w:ind w:left="425" w:hanging="312"/>
      </w:pPr>
      <w:r>
        <w:rPr>
          <w:rFonts w:ascii="Calibri" w:hAnsi="Calibri" w:cs="Calibri" w:eastAsia="宋体"/>
        </w:rPr>
        <w:t xml:space="preserve">• </w:t>
      </w:r>
      <w:r>
        <w:rPr>
          <w:rFonts w:ascii="Calibri" w:hAnsi="Calibri" w:cs="Calibri" w:eastAsia="宋体"/>
        </w:rPr>
        <w:t>如果声带略有问题（例如轻微的声带沟），李革临会推荐嗓音训练，并将手术作为第二选择。</w:t>
      </w:r>
    </w:p>
    <w:p>
      <w:pPr>
        <w:spacing w:before="20" w:after="40"/>
        <w:ind w:left="425" w:hanging="312"/>
      </w:pPr>
      <w:r>
        <w:rPr>
          <w:rFonts w:ascii="Calibri" w:hAnsi="Calibri" w:cs="Calibri" w:eastAsia="宋体"/>
        </w:rPr>
        <w:t xml:space="preserve">• </w:t>
      </w:r>
      <w:r>
        <w:rPr>
          <w:rFonts w:ascii="Calibri" w:hAnsi="Calibri" w:cs="Calibri" w:eastAsia="宋体"/>
        </w:rPr>
        <w:t>有反馈称李革临认为患有抑郁症或者双相情感障碍的患者，服用药物可能影响声带控制力，嗓音训练效果可能会不理想。因此其会建议解决相关精神问题后再进行嗓音训练。</w:t>
      </w:r>
    </w:p>
    <w:p>
      <w:pPr>
        <w:spacing w:after="100"/>
      </w:pPr>
      <w:r>
        <w:rPr>
          <w:rFonts w:ascii="Calibri" w:hAnsi="Calibri" w:cs="Calibri" w:eastAsia="宋体"/>
        </w:rPr>
        <w:t>注意，这个时候李革临不会要求出示易性症相关证明，也不要求家长同意（但此时会说明家长一定要知情，即便不同意，只要不来闹事就行）。</w:t>
      </w:r>
    </w:p>
    <w:p>
      <w:pPr>
        <w:spacing w:after="100"/>
      </w:pPr>
      <w:r>
        <w:rPr>
          <w:rFonts w:ascii="Calibri" w:hAnsi="Calibri" w:cs="Calibri" w:eastAsia="宋体"/>
        </w:rPr>
        <w:t>按照上述过程，一般会在半天内完成预约。李革临会开出住院证并要求回家等候电话通知。手术排期大概从两星期到一个月。也可预约更晚的时间，但不要超过两个月。</w:t>
      </w:r>
    </w:p>
    <w:p>
      <w:pPr>
        <w:pStyle w:val="Heading3"/>
      </w:pPr>
      <w:r>
        <w:rPr>
          <w:rFonts w:ascii="Calibri" w:hAnsi="Calibri" w:cs="Calibri" w:eastAsia="宋体"/>
        </w:rPr>
        <w:t>全流程攻略（仅供参考）</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编者于 2025-02-28 手术，遇到有姐妹术前住院不止一天，等待时间较长的情况。</w:t>
      </w:r>
    </w:p>
    <w:p>
      <w:pPr>
        <w:shd w:val="clear" w:color="auto" w:fill="EFF6FF"/>
        <w:pBdr>
          <w:left w:val="single" w:sz="18" w:space="6" w:color="3B82F6"/>
        </w:pBdr>
        <w:spacing w:after="40"/>
      </w:pPr>
      <w:r>
        <w:rPr>
          <w:rFonts w:ascii="Calibri" w:hAnsi="Calibri" w:cs="Calibri" w:eastAsia="宋体"/>
        </w:rPr>
        <w:t>编者不建议购买饭卡（据称 3 天 200 元），因为可以在医院小程序订餐（编者没试过），且儿科楼一层门口有外卖架，点外卖很方便。</w:t>
      </w:r>
    </w:p>
    <w:p>
      <w:pPr>
        <w:shd w:val="clear" w:color="auto" w:fill="EFF6FF"/>
        <w:pBdr>
          <w:left w:val="single" w:sz="18" w:space="6" w:color="3B82F6"/>
        </w:pBdr>
        <w:spacing w:after="40"/>
      </w:pPr>
      <w:r>
        <w:rPr>
          <w:rFonts w:ascii="Calibri" w:hAnsi="Calibri" w:cs="Calibri" w:eastAsia="宋体"/>
        </w:rPr>
        <w:t xml:space="preserve">医院提供 WIFI，SSID 为 </w:t>
      </w:r>
      <w:r>
        <w:rPr>
          <w:rFonts w:ascii="Consolas" w:hAnsi="Consolas" w:cs="Consolas" w:eastAsia="Consolas"/>
          <w:sz w:val="19"/>
        </w:rPr>
        <w:t>@youyiyiyuan</w:t>
      </w:r>
      <w:r>
        <w:rPr>
          <w:rFonts w:ascii="Calibri" w:hAnsi="Calibri" w:cs="Calibri" w:eastAsia="宋体"/>
        </w:rPr>
        <w:t>，无需密码。</w:t>
      </w:r>
    </w:p>
    <w:p>
      <w:pPr>
        <w:pStyle w:val="Heading4"/>
      </w:pPr>
      <w:r>
        <w:rPr>
          <w:rFonts w:ascii="Calibri" w:hAnsi="Calibri" w:cs="Calibri" w:eastAsia="宋体"/>
        </w:rPr>
        <w:t>近一周前</w:t>
      </w:r>
    </w:p>
    <w:p>
      <w:pPr>
        <w:spacing w:after="100"/>
      </w:pPr>
      <w:r>
        <w:rPr>
          <w:rFonts w:ascii="Calibri" w:hAnsi="Calibri" w:cs="Calibri" w:eastAsia="宋体"/>
        </w:rPr>
        <w:t>医生会电话通知入院时间，交代需要携带的文件。</w:t>
      </w:r>
    </w:p>
    <w:p>
      <w:pPr>
        <w:pStyle w:val="Heading4"/>
      </w:pPr>
      <w:r>
        <w:rPr>
          <w:rFonts w:ascii="Calibri" w:hAnsi="Calibri" w:cs="Calibri" w:eastAsia="宋体"/>
        </w:rPr>
        <w:t>T-1</w:t>
      </w:r>
    </w:p>
    <w:p>
      <w:pPr>
        <w:spacing w:after="100"/>
      </w:pPr>
      <w:r>
        <w:rPr>
          <w:rFonts w:ascii="Calibri" w:hAnsi="Calibri" w:cs="Calibri" w:eastAsia="宋体"/>
        </w:rPr>
        <w:t>办理入院，根据「北京友谊医院服务号」-「首页」-「住院服务」-「住院登记」，携带一次性口罩、水杯、饭盒、筷子、小勺、洗涤灵、防滑拖鞋、卫生纸、洗漱用品。另外建议携带充电宝、插排等。可购买一次性碗筷代替普通餐具，这样可以免去准备洗涤灵和刷碗的麻烦。</w:t>
      </w:r>
    </w:p>
    <w:p>
      <w:pPr>
        <w:spacing w:after="100"/>
      </w:pPr>
      <w:r>
        <w:rPr>
          <w:rFonts w:ascii="Calibri" w:hAnsi="Calibri" w:cs="Calibri" w:eastAsia="宋体"/>
          <w:b/>
        </w:rPr>
        <w:t>携带住院证及易性症诊断病历或诊断证明。如果有精神科证明你没有严重抑郁/焦虑的量表结果，建议一同携带。</w:t>
      </w:r>
    </w:p>
    <w:p>
      <w:pPr>
        <w:spacing w:before="20" w:after="40"/>
        <w:ind w:left="425" w:hanging="312"/>
      </w:pPr>
      <w:r>
        <w:rPr>
          <w:rFonts w:ascii="Calibri" w:hAnsi="Calibri" w:cs="Calibri" w:eastAsia="宋体"/>
        </w:rPr>
        <w:t xml:space="preserve">1. </w:t>
      </w:r>
      <w:r>
        <w:rPr>
          <w:rFonts w:ascii="Calibri" w:hAnsi="Calibri" w:cs="Calibri" w:eastAsia="宋体"/>
        </w:rPr>
        <w:t>上午在</w:t>
      </w:r>
      <w:r>
        <w:rPr>
          <w:rFonts w:ascii="Calibri" w:hAnsi="Calibri" w:cs="Calibri" w:eastAsia="宋体"/>
          <w:b/>
        </w:rPr>
        <w:t>内科楼</w:t>
      </w:r>
      <w:r>
        <w:rPr>
          <w:rFonts w:ascii="Calibri" w:hAnsi="Calibri" w:cs="Calibri" w:eastAsia="宋体"/>
        </w:rPr>
        <w:t>住院服务中心办理住院手续。取号，缴纳住院押金，领取住院腕带</w:t>
      </w:r>
      <w:r>
        <w:br/>
      </w:r>
    </w:p>
    <w:p>
      <w:pPr>
        <w:spacing w:before="20" w:after="40"/>
        <w:ind w:left="822" w:hanging="312"/>
      </w:pPr>
      <w:r>
        <w:rPr>
          <w:rFonts w:ascii="Calibri" w:hAnsi="Calibri" w:cs="Calibri" w:eastAsia="宋体"/>
        </w:rPr>
        <w:t xml:space="preserve">◦ </w:t>
      </w:r>
      <w:r>
        <w:rPr>
          <w:rFonts w:ascii="Calibri" w:hAnsi="Calibri" w:cs="Calibri" w:eastAsia="宋体"/>
        </w:rPr>
        <w:t>可选择办理饭卡</w:t>
      </w:r>
    </w:p>
    <w:p>
      <w:pPr>
        <w:spacing w:before="20" w:after="40"/>
        <w:ind w:left="822" w:hanging="312"/>
      </w:pPr>
      <w:r>
        <w:rPr>
          <w:rFonts w:ascii="Calibri" w:hAnsi="Calibri" w:cs="Calibri" w:eastAsia="宋体"/>
        </w:rPr>
        <w:t xml:space="preserve">◦ </w:t>
      </w:r>
      <w:r>
        <w:rPr>
          <w:rFonts w:ascii="Calibri" w:hAnsi="Calibri" w:cs="Calibri" w:eastAsia="宋体"/>
        </w:rPr>
        <w:t>声带喉结手术不在医保范围之列，只能</w:t>
      </w:r>
      <w:r>
        <w:rPr>
          <w:rFonts w:ascii="Calibri" w:hAnsi="Calibri" w:cs="Calibri" w:eastAsia="宋体"/>
          <w:b/>
        </w:rPr>
        <w:t>自费</w:t>
      </w:r>
    </w:p>
    <w:p>
      <w:pPr>
        <w:spacing w:before="20" w:after="40"/>
        <w:ind w:left="425" w:hanging="312"/>
      </w:pPr>
      <w:r>
        <w:rPr>
          <w:rFonts w:ascii="Calibri" w:hAnsi="Calibri" w:cs="Calibri" w:eastAsia="宋体"/>
        </w:rPr>
        <w:t xml:space="preserve">2. </w:t>
      </w:r>
      <w:r>
        <w:rPr>
          <w:rFonts w:ascii="Calibri" w:hAnsi="Calibri" w:cs="Calibri" w:eastAsia="宋体"/>
        </w:rPr>
        <w:t>前往</w:t>
      </w:r>
      <w:r>
        <w:rPr>
          <w:rFonts w:ascii="Calibri" w:hAnsi="Calibri" w:cs="Calibri" w:eastAsia="宋体"/>
          <w:b/>
        </w:rPr>
        <w:t>儿科楼</w:t>
      </w:r>
      <w:r>
        <w:rPr>
          <w:rFonts w:ascii="Calibri" w:hAnsi="Calibri" w:cs="Calibri" w:eastAsia="宋体"/>
        </w:rPr>
        <w:t xml:space="preserve"> 4 楼耳鼻喉科病房护士站登记入院。护士和医师会对 MtF 有人道主义特殊照顾，尽量安排单间病房或女病房。住院期间有以下要求：</w:t>
      </w:r>
      <w:r>
        <w:br/>
      </w:r>
    </w:p>
    <w:p>
      <w:pPr>
        <w:spacing w:before="20" w:after="40"/>
        <w:ind w:left="822" w:hanging="312"/>
      </w:pPr>
      <w:r>
        <w:rPr>
          <w:rFonts w:ascii="Calibri" w:hAnsi="Calibri" w:cs="Calibri" w:eastAsia="宋体"/>
        </w:rPr>
        <w:t xml:space="preserve">◦ </w:t>
      </w:r>
      <w:r>
        <w:rPr>
          <w:rFonts w:ascii="Calibri" w:hAnsi="Calibri" w:cs="Calibri" w:eastAsia="宋体"/>
        </w:rPr>
        <w:t>戴腕带、穿病号服</w:t>
      </w:r>
    </w:p>
    <w:p>
      <w:pPr>
        <w:spacing w:before="20" w:after="40"/>
        <w:ind w:left="822" w:hanging="312"/>
      </w:pPr>
      <w:r>
        <w:rPr>
          <w:rFonts w:ascii="Calibri" w:hAnsi="Calibri" w:cs="Calibri" w:eastAsia="宋体"/>
        </w:rPr>
        <w:t xml:space="preserve">◦ </w:t>
      </w:r>
      <w:r>
        <w:rPr>
          <w:rFonts w:ascii="Calibri" w:hAnsi="Calibri" w:cs="Calibri" w:eastAsia="宋体"/>
        </w:rPr>
        <w:t>不得长时间离开病房，护士会以一小时的间隔巡查，记录体温、扫描腕带</w:t>
      </w:r>
    </w:p>
    <w:p>
      <w:pPr>
        <w:spacing w:before="20" w:after="40"/>
        <w:ind w:left="822" w:hanging="312"/>
      </w:pPr>
      <w:r>
        <w:rPr>
          <w:rFonts w:ascii="Calibri" w:hAnsi="Calibri" w:cs="Calibri" w:eastAsia="宋体"/>
        </w:rPr>
        <w:t xml:space="preserve">◦ </w:t>
      </w:r>
      <w:r>
        <w:rPr>
          <w:rFonts w:ascii="Calibri" w:hAnsi="Calibri" w:cs="Calibri" w:eastAsia="宋体"/>
        </w:rPr>
        <w:t>一些护士要求不能串门</w:t>
      </w:r>
    </w:p>
    <w:p>
      <w:pPr>
        <w:spacing w:before="20" w:after="40"/>
        <w:ind w:left="425" w:hanging="312"/>
      </w:pPr>
      <w:r>
        <w:rPr>
          <w:rFonts w:ascii="Calibri" w:hAnsi="Calibri" w:cs="Calibri" w:eastAsia="宋体"/>
        </w:rPr>
        <w:t xml:space="preserve">3. </w:t>
      </w:r>
      <w:r>
        <w:rPr>
          <w:rFonts w:ascii="Calibri" w:hAnsi="Calibri" w:cs="Calibri" w:eastAsia="宋体"/>
        </w:rPr>
        <w:t>采尿，采血，以及其他检查</w:t>
      </w:r>
      <w:r>
        <w:br/>
      </w:r>
    </w:p>
    <w:p>
      <w:pPr>
        <w:spacing w:before="20" w:after="40"/>
        <w:ind w:left="822" w:hanging="312"/>
      </w:pPr>
      <w:r>
        <w:rPr>
          <w:rFonts w:ascii="Calibri" w:hAnsi="Calibri" w:cs="Calibri" w:eastAsia="宋体"/>
        </w:rPr>
        <w:t xml:space="preserve">◦ </w:t>
      </w:r>
      <w:r>
        <w:rPr>
          <w:rFonts w:ascii="Calibri" w:hAnsi="Calibri" w:cs="Calibri" w:eastAsia="宋体"/>
        </w:rPr>
        <w:t>采血要求当日最好空腹（如果不是空腹状态也可以），采血后便可进食</w:t>
      </w:r>
    </w:p>
    <w:p>
      <w:pPr>
        <w:spacing w:before="20" w:after="40"/>
        <w:ind w:left="822" w:hanging="312"/>
      </w:pPr>
      <w:r>
        <w:rPr>
          <w:rFonts w:ascii="Calibri" w:hAnsi="Calibri" w:cs="Calibri" w:eastAsia="宋体"/>
        </w:rPr>
        <w:t xml:space="preserve">◦ </w:t>
      </w:r>
      <w:r>
        <w:rPr>
          <w:rFonts w:ascii="Calibri" w:hAnsi="Calibri" w:cs="Calibri" w:eastAsia="宋体"/>
        </w:rPr>
        <w:t>如果携带三个月内京津冀鲁地区医院（北京、天津、河北、山东；该区域以外的医院有可能被拒绝互认）的传染病检查报告，可以免去入院时的传染病检查</w:t>
      </w:r>
      <w:r>
        <w:rPr>
          <w:rFonts w:ascii="Calibri" w:hAnsi="Calibri" w:cs="Calibri" w:eastAsia="宋体"/>
          <w:vertAlign w:val="superscript"/>
        </w:rPr>
        <w:t>1</w:t>
      </w:r>
    </w:p>
    <w:p>
      <w:pPr>
        <w:spacing w:before="20" w:after="40"/>
        <w:ind w:left="822" w:hanging="312"/>
      </w:pPr>
      <w:r>
        <w:rPr>
          <w:rFonts w:ascii="Calibri" w:hAnsi="Calibri" w:cs="Calibri" w:eastAsia="宋体"/>
        </w:rPr>
        <w:t xml:space="preserve">◦ </w:t>
      </w:r>
      <w:r>
        <w:rPr>
          <w:rFonts w:ascii="Calibri" w:hAnsi="Calibri" w:cs="Calibri" w:eastAsia="宋体"/>
        </w:rPr>
        <w:t>会有护工带领进行胸片及颈部 CT 平扫检查</w:t>
      </w:r>
    </w:p>
    <w:p>
      <w:pPr>
        <w:spacing w:before="20" w:after="40"/>
        <w:ind w:left="822" w:hanging="312"/>
      </w:pPr>
      <w:r>
        <w:rPr>
          <w:rFonts w:ascii="Calibri" w:hAnsi="Calibri" w:cs="Calibri" w:eastAsia="宋体"/>
        </w:rPr>
        <w:t xml:space="preserve">◦ </w:t>
      </w:r>
      <w:r>
        <w:rPr>
          <w:rFonts w:ascii="Calibri" w:hAnsi="Calibri" w:cs="Calibri" w:eastAsia="宋体"/>
        </w:rPr>
        <w:t>如果没有携带外院精神科量表，则需在本院完成量表检查</w:t>
      </w:r>
    </w:p>
    <w:p>
      <w:pPr>
        <w:spacing w:before="20" w:after="40"/>
        <w:ind w:left="425" w:hanging="312"/>
      </w:pPr>
      <w:r>
        <w:rPr>
          <w:rFonts w:ascii="Calibri" w:hAnsi="Calibri" w:cs="Calibri" w:eastAsia="宋体"/>
        </w:rPr>
        <w:t xml:space="preserve">4. </w:t>
      </w:r>
      <w:r>
        <w:rPr>
          <w:rFonts w:ascii="Calibri" w:hAnsi="Calibri" w:cs="Calibri" w:eastAsia="宋体"/>
        </w:rPr>
        <w:t>下午医生要求谈话，环节包括：</w:t>
      </w:r>
      <w:r>
        <w:br/>
      </w:r>
    </w:p>
    <w:p>
      <w:pPr>
        <w:spacing w:before="20" w:after="40"/>
        <w:ind w:left="822" w:hanging="312"/>
      </w:pPr>
      <w:r>
        <w:rPr>
          <w:rFonts w:ascii="Calibri" w:hAnsi="Calibri" w:cs="Calibri" w:eastAsia="宋体"/>
        </w:rPr>
        <w:t xml:space="preserve">◦ </w:t>
      </w:r>
      <w:r>
        <w:rPr>
          <w:rFonts w:ascii="Calibri" w:hAnsi="Calibri" w:cs="Calibri" w:eastAsia="宋体"/>
        </w:rPr>
        <w:t>补充病历信息</w:t>
      </w:r>
    </w:p>
    <w:p>
      <w:pPr>
        <w:spacing w:before="20" w:after="40"/>
        <w:ind w:left="822" w:hanging="312"/>
      </w:pPr>
      <w:r>
        <w:rPr>
          <w:rFonts w:ascii="Calibri" w:hAnsi="Calibri" w:cs="Calibri" w:eastAsia="宋体"/>
        </w:rPr>
        <w:t xml:space="preserve">◦ </w:t>
      </w:r>
      <w:r>
        <w:rPr>
          <w:rFonts w:ascii="Calibri" w:hAnsi="Calibri" w:cs="Calibri" w:eastAsia="宋体"/>
        </w:rPr>
        <w:t>签属手术说明知情同意书，需要提供一名紧急联系人，以备手术出现意外后通知</w:t>
      </w:r>
    </w:p>
    <w:p>
      <w:pPr>
        <w:spacing w:before="20" w:after="40"/>
        <w:ind w:left="822" w:hanging="312"/>
      </w:pPr>
      <w:r>
        <w:rPr>
          <w:rFonts w:ascii="Calibri" w:hAnsi="Calibri" w:cs="Calibri" w:eastAsia="宋体"/>
        </w:rPr>
        <w:t xml:space="preserve">◦ </w:t>
      </w:r>
      <w:r>
        <w:rPr>
          <w:rFonts w:ascii="Calibri" w:hAnsi="Calibri" w:cs="Calibri" w:eastAsia="宋体"/>
        </w:rPr>
        <w:t>签署麻醉同意书</w:t>
      </w:r>
    </w:p>
    <w:p>
      <w:pPr>
        <w:spacing w:before="20" w:after="40"/>
        <w:ind w:left="822" w:hanging="312"/>
      </w:pPr>
      <w:r>
        <w:rPr>
          <w:rFonts w:ascii="Calibri" w:hAnsi="Calibri" w:cs="Calibri" w:eastAsia="宋体"/>
        </w:rPr>
        <w:t xml:space="preserve">◦ </w:t>
      </w:r>
      <w:r>
        <w:rPr>
          <w:rFonts w:ascii="Calibri" w:hAnsi="Calibri" w:cs="Calibri" w:eastAsia="宋体"/>
        </w:rPr>
        <w:t>告知手术可能的风险，包括声音嘶哑</w:t>
      </w:r>
    </w:p>
    <w:p>
      <w:pPr>
        <w:spacing w:before="20" w:after="40"/>
        <w:ind w:left="822" w:hanging="312"/>
      </w:pPr>
      <w:r>
        <w:rPr>
          <w:rFonts w:ascii="Calibri" w:hAnsi="Calibri" w:cs="Calibri" w:eastAsia="宋体"/>
        </w:rPr>
        <w:t xml:space="preserve">◦ </w:t>
      </w:r>
      <w:r>
        <w:rPr>
          <w:rFonts w:ascii="Calibri" w:hAnsi="Calibri" w:cs="Calibri" w:eastAsia="宋体"/>
        </w:rPr>
        <w:t>告知手术注意事项，包括不能剧烈咳嗽，术后可能需要继续嗓音训练等</w:t>
      </w:r>
    </w:p>
    <w:p>
      <w:pPr>
        <w:spacing w:before="20" w:after="40"/>
        <w:ind w:left="822" w:hanging="312"/>
      </w:pPr>
      <w:r>
        <w:rPr>
          <w:rFonts w:ascii="Calibri" w:hAnsi="Calibri" w:cs="Calibri" w:eastAsia="宋体"/>
        </w:rPr>
        <w:t xml:space="preserve">◦ </w:t>
      </w:r>
      <w:r>
        <w:rPr>
          <w:rFonts w:ascii="Calibri" w:hAnsi="Calibri" w:cs="Calibri" w:eastAsia="宋体"/>
        </w:rPr>
        <w:t>查看易性症诊断病历或诊断证明</w:t>
      </w:r>
    </w:p>
    <w:p>
      <w:pPr>
        <w:spacing w:before="20" w:after="40"/>
        <w:ind w:left="822" w:hanging="312"/>
      </w:pPr>
      <w:r>
        <w:rPr>
          <w:rFonts w:ascii="Calibri" w:hAnsi="Calibri" w:cs="Calibri" w:eastAsia="宋体"/>
        </w:rPr>
        <w:t xml:space="preserve">◦ </w:t>
      </w:r>
      <w:r>
        <w:rPr>
          <w:rFonts w:ascii="Calibri" w:hAnsi="Calibri" w:cs="Calibri" w:eastAsia="宋体"/>
        </w:rPr>
        <w:t>可能查看上面提到的精神量表</w:t>
      </w:r>
    </w:p>
    <w:p>
      <w:pPr>
        <w:spacing w:before="20" w:after="40"/>
        <w:ind w:left="425" w:hanging="312"/>
      </w:pPr>
      <w:r>
        <w:rPr>
          <w:rFonts w:ascii="Calibri" w:hAnsi="Calibri" w:cs="Calibri" w:eastAsia="宋体"/>
        </w:rPr>
        <w:t xml:space="preserve">5. </w:t>
      </w:r>
      <w:r>
        <w:rPr>
          <w:rFonts w:ascii="Calibri" w:hAnsi="Calibri" w:cs="Calibri" w:eastAsia="宋体"/>
        </w:rPr>
        <w:t>李革临医生可能带队查房，并简短谈话：</w:t>
      </w:r>
      <w:r>
        <w:br/>
      </w:r>
    </w:p>
    <w:p>
      <w:pPr>
        <w:spacing w:before="20" w:after="40"/>
        <w:ind w:left="822" w:hanging="312"/>
      </w:pPr>
      <w:r>
        <w:rPr>
          <w:rFonts w:ascii="Calibri" w:hAnsi="Calibri" w:cs="Calibri" w:eastAsia="宋体"/>
        </w:rPr>
        <w:t xml:space="preserve">◦ </w:t>
      </w:r>
      <w:r>
        <w:rPr>
          <w:rFonts w:ascii="Calibri" w:hAnsi="Calibri" w:cs="Calibri" w:eastAsia="宋体"/>
        </w:rPr>
        <w:t>了解患者诉求：从事何职业，偏好音量保持还是音高提升</w:t>
      </w:r>
    </w:p>
    <w:p>
      <w:pPr>
        <w:spacing w:before="20" w:after="40"/>
        <w:ind w:left="822" w:hanging="312"/>
      </w:pPr>
      <w:r>
        <w:rPr>
          <w:rFonts w:ascii="Calibri" w:hAnsi="Calibri" w:cs="Calibri" w:eastAsia="宋体"/>
        </w:rPr>
        <w:t xml:space="preserve">◦ </w:t>
      </w:r>
      <w:r>
        <w:rPr>
          <w:rFonts w:ascii="Calibri" w:hAnsi="Calibri" w:cs="Calibri" w:eastAsia="宋体"/>
        </w:rPr>
        <w:t>查看易性症诊断病历或诊断证明</w:t>
      </w:r>
    </w:p>
    <w:p>
      <w:pPr>
        <w:keepNext/>
        <w:spacing w:before="120" w:after="40"/>
        <w:pBdr>
          <w:bottom w:val="single" w:sz="6" w:space="1" w:color="D4D8DE"/>
        </w:pBdr>
      </w:pPr>
      <w:r>
        <w:rPr>
          <w:rFonts w:ascii="Calibri" w:hAnsi="Calibri" w:cs="Calibri" w:eastAsia="微软雅黑"/>
          <w:b/>
        </w:rPr>
        <w:t>▸ 本段中提到的文件</w:t>
      </w:r>
    </w:p>
    <w:p>
      <w:pPr>
        <w:pStyle w:val="Heading4"/>
      </w:pPr>
      <w:r>
        <w:rPr>
          <w:rFonts w:ascii="Calibri" w:hAnsi="Calibri" w:cs="Calibri" w:eastAsia="宋体"/>
        </w:rPr>
        <w:t>T+0</w:t>
      </w:r>
    </w:p>
    <w:p>
      <w:pPr>
        <w:spacing w:before="20" w:after="40"/>
        <w:ind w:left="425" w:hanging="312"/>
      </w:pPr>
      <w:r>
        <w:rPr>
          <w:rFonts w:ascii="Calibri" w:hAnsi="Calibri" w:cs="Calibri" w:eastAsia="宋体"/>
        </w:rPr>
        <w:t xml:space="preserve">1. </w:t>
      </w:r>
      <w:r>
        <w:rPr>
          <w:rFonts w:ascii="Calibri" w:hAnsi="Calibri" w:cs="Calibri" w:eastAsia="宋体"/>
        </w:rPr>
        <w:t>手术当天可能要求一位家长陪同</w:t>
      </w:r>
    </w:p>
    <w:p>
      <w:pPr>
        <w:spacing w:before="20" w:after="40"/>
        <w:ind w:left="425" w:hanging="312"/>
      </w:pPr>
      <w:r>
        <w:rPr>
          <w:rFonts w:ascii="Calibri" w:hAnsi="Calibri" w:cs="Calibri" w:eastAsia="宋体"/>
        </w:rPr>
        <w:t xml:space="preserve">2. </w:t>
      </w:r>
      <w:r>
        <w:rPr>
          <w:rFonts w:ascii="Calibri" w:hAnsi="Calibri" w:cs="Calibri" w:eastAsia="宋体"/>
        </w:rPr>
        <w:t>当日 00:00 起</w:t>
      </w:r>
      <w:r>
        <w:rPr>
          <w:rFonts w:ascii="Calibri" w:hAnsi="Calibri" w:cs="Calibri" w:eastAsia="宋体"/>
          <w:b/>
        </w:rPr>
        <w:t>禁止</w:t>
      </w:r>
      <w:r>
        <w:rPr>
          <w:rFonts w:ascii="Calibri" w:hAnsi="Calibri" w:cs="Calibri" w:eastAsia="宋体"/>
        </w:rPr>
        <w:t>饮水进食</w:t>
      </w:r>
    </w:p>
    <w:p>
      <w:pPr>
        <w:spacing w:before="20" w:after="40"/>
        <w:ind w:left="425" w:hanging="312"/>
      </w:pPr>
      <w:r>
        <w:rPr>
          <w:rFonts w:ascii="Calibri" w:hAnsi="Calibri" w:cs="Calibri" w:eastAsia="宋体"/>
        </w:rPr>
        <w:t xml:space="preserve">3. </w:t>
      </w:r>
      <w:r>
        <w:rPr>
          <w:rFonts w:ascii="Calibri" w:hAnsi="Calibri" w:cs="Calibri" w:eastAsia="宋体"/>
        </w:rPr>
        <w:t>护士在手背上安装留置针，供住院期间输液及手术麻醉使用</w:t>
      </w:r>
    </w:p>
    <w:p>
      <w:pPr>
        <w:spacing w:before="20" w:after="40"/>
        <w:ind w:left="425" w:hanging="312"/>
      </w:pPr>
      <w:r>
        <w:rPr>
          <w:rFonts w:ascii="Calibri" w:hAnsi="Calibri" w:cs="Calibri" w:eastAsia="宋体"/>
        </w:rPr>
        <w:t xml:space="preserve">4. </w:t>
      </w:r>
      <w:r>
        <w:rPr>
          <w:rFonts w:ascii="Calibri" w:hAnsi="Calibri" w:cs="Calibri" w:eastAsia="宋体"/>
        </w:rPr>
        <w:t>输葡萄糖等及消炎药物</w:t>
      </w:r>
    </w:p>
    <w:p>
      <w:pPr>
        <w:spacing w:before="20" w:after="40"/>
        <w:ind w:left="425" w:hanging="312"/>
      </w:pPr>
      <w:r>
        <w:rPr>
          <w:rFonts w:ascii="Calibri" w:hAnsi="Calibri" w:cs="Calibri" w:eastAsia="宋体"/>
        </w:rPr>
        <w:t xml:space="preserve">5. </w:t>
      </w:r>
      <w:r>
        <w:rPr>
          <w:rFonts w:ascii="Calibri" w:hAnsi="Calibri" w:cs="Calibri" w:eastAsia="宋体"/>
        </w:rPr>
        <w:t>提前 10 分钟左右通知手术，接到通知后脱去内衣内裤等病号服以外的一切衣物，等待护工转运</w:t>
      </w:r>
    </w:p>
    <w:p>
      <w:pPr>
        <w:spacing w:before="20" w:after="40"/>
        <w:ind w:left="425" w:hanging="312"/>
      </w:pPr>
      <w:r>
        <w:rPr>
          <w:rFonts w:ascii="Calibri" w:hAnsi="Calibri" w:cs="Calibri" w:eastAsia="宋体"/>
        </w:rPr>
        <w:t xml:space="preserve">6. </w:t>
      </w:r>
      <w:r>
        <w:rPr>
          <w:rFonts w:ascii="Calibri" w:hAnsi="Calibri" w:cs="Calibri" w:eastAsia="宋体"/>
        </w:rPr>
        <w:t>推入手术室，手术持续约 3 小时</w:t>
      </w:r>
      <w:r>
        <w:br/>
      </w:r>
    </w:p>
    <w:p>
      <w:pPr>
        <w:spacing w:before="20" w:after="40"/>
        <w:ind w:left="822" w:hanging="312"/>
      </w:pPr>
      <w:r>
        <w:rPr>
          <w:rFonts w:ascii="Calibri" w:hAnsi="Calibri" w:cs="Calibri" w:eastAsia="宋体"/>
        </w:rPr>
        <w:t xml:space="preserve">◦ </w:t>
      </w:r>
      <w:r>
        <w:rPr>
          <w:rFonts w:ascii="Calibri" w:hAnsi="Calibri" w:cs="Calibri" w:eastAsia="宋体"/>
        </w:rPr>
        <w:t>陪护需在外科楼三楼家属等候室等待。请注意手术结束时不会有广播提示，请注意大屏上的状态更新。显示“手术结束”后请前往二楼手术室电梯口等候患者。</w:t>
      </w:r>
    </w:p>
    <w:p>
      <w:pPr>
        <w:spacing w:before="20" w:after="40"/>
        <w:ind w:left="425" w:hanging="312"/>
      </w:pPr>
      <w:r>
        <w:rPr>
          <w:rFonts w:ascii="Calibri" w:hAnsi="Calibri" w:cs="Calibri" w:eastAsia="宋体"/>
        </w:rPr>
        <w:t xml:space="preserve">7. </w:t>
      </w:r>
      <w:r>
        <w:rPr>
          <w:rFonts w:ascii="Calibri" w:hAnsi="Calibri" w:cs="Calibri" w:eastAsia="宋体"/>
        </w:rPr>
        <w:t>在麻醉留观室醒来，清醒后推回病房</w:t>
      </w:r>
      <w:r>
        <w:br/>
      </w:r>
    </w:p>
    <w:p>
      <w:pPr>
        <w:spacing w:before="20" w:after="40"/>
        <w:ind w:left="822" w:hanging="312"/>
      </w:pPr>
      <w:r>
        <w:rPr>
          <w:rFonts w:ascii="Calibri" w:hAnsi="Calibri" w:cs="Calibri" w:eastAsia="宋体"/>
        </w:rPr>
        <w:t xml:space="preserve">◦ </w:t>
      </w:r>
      <w:r>
        <w:rPr>
          <w:rFonts w:ascii="Calibri" w:hAnsi="Calibri" w:cs="Calibri" w:eastAsia="宋体"/>
        </w:rPr>
        <w:t>此时起尽量不咳嗽，以免声带缝线迸裂，如实在忍不住，使用最小力度</w:t>
      </w:r>
    </w:p>
    <w:p>
      <w:pPr>
        <w:spacing w:before="20" w:after="40"/>
        <w:ind w:left="822" w:hanging="312"/>
      </w:pPr>
      <w:r>
        <w:rPr>
          <w:rFonts w:ascii="Calibri" w:hAnsi="Calibri" w:cs="Calibri" w:eastAsia="宋体"/>
        </w:rPr>
        <w:t xml:space="preserve">◦ </w:t>
      </w:r>
      <w:r>
        <w:rPr>
          <w:rFonts w:ascii="Calibri" w:hAnsi="Calibri" w:cs="Calibri" w:eastAsia="宋体"/>
        </w:rPr>
        <w:t>部分患者麻醉反应较为强烈且可能持续几小时，如有呕吐感请跟医生护士提出</w:t>
      </w:r>
    </w:p>
    <w:p>
      <w:pPr>
        <w:spacing w:before="20" w:after="40"/>
        <w:ind w:left="425" w:hanging="312"/>
      </w:pPr>
      <w:r>
        <w:rPr>
          <w:rFonts w:ascii="Calibri" w:hAnsi="Calibri" w:cs="Calibri" w:eastAsia="宋体"/>
        </w:rPr>
        <w:t xml:space="preserve">8. </w:t>
      </w:r>
      <w:r>
        <w:rPr>
          <w:rFonts w:ascii="Calibri" w:hAnsi="Calibri" w:cs="Calibri" w:eastAsia="宋体"/>
        </w:rPr>
        <w:t>术后观察 4 小时</w:t>
      </w:r>
      <w:r>
        <w:br/>
      </w:r>
    </w:p>
    <w:p>
      <w:pPr>
        <w:spacing w:before="20" w:after="40"/>
        <w:ind w:left="822" w:hanging="312"/>
      </w:pPr>
      <w:r>
        <w:rPr>
          <w:rFonts w:ascii="Calibri" w:hAnsi="Calibri" w:cs="Calibri" w:eastAsia="宋体"/>
        </w:rPr>
        <w:t xml:space="preserve">◦ </w:t>
      </w:r>
      <w:r>
        <w:rPr>
          <w:rFonts w:ascii="Calibri" w:hAnsi="Calibri" w:cs="Calibri" w:eastAsia="宋体"/>
        </w:rPr>
        <w:t>不得下床活动</w:t>
      </w:r>
    </w:p>
    <w:p>
      <w:pPr>
        <w:spacing w:before="20" w:after="40"/>
        <w:ind w:left="822" w:hanging="312"/>
      </w:pPr>
      <w:r>
        <w:rPr>
          <w:rFonts w:ascii="Calibri" w:hAnsi="Calibri" w:cs="Calibri" w:eastAsia="宋体"/>
        </w:rPr>
        <w:t xml:space="preserve">◦ </w:t>
      </w:r>
      <w:r>
        <w:rPr>
          <w:rFonts w:ascii="Calibri" w:hAnsi="Calibri" w:cs="Calibri" w:eastAsia="宋体"/>
        </w:rPr>
        <w:t>不得饮水进食</w:t>
      </w:r>
    </w:p>
    <w:p>
      <w:pPr>
        <w:spacing w:before="20" w:after="40"/>
        <w:ind w:left="822" w:hanging="312"/>
      </w:pPr>
      <w:r>
        <w:rPr>
          <w:rFonts w:ascii="Calibri" w:hAnsi="Calibri" w:cs="Calibri" w:eastAsia="宋体"/>
        </w:rPr>
        <w:t xml:space="preserve">◦ </w:t>
      </w:r>
      <w:r>
        <w:rPr>
          <w:rFonts w:ascii="Calibri" w:hAnsi="Calibri" w:cs="Calibri" w:eastAsia="宋体"/>
        </w:rPr>
        <w:t>如有呕吐感，记得按铃</w:t>
      </w:r>
    </w:p>
    <w:p>
      <w:pPr>
        <w:spacing w:before="20" w:after="40"/>
        <w:ind w:left="425" w:hanging="312"/>
      </w:pPr>
      <w:r>
        <w:rPr>
          <w:rFonts w:ascii="Calibri" w:hAnsi="Calibri" w:cs="Calibri" w:eastAsia="宋体"/>
        </w:rPr>
        <w:t xml:space="preserve">9. </w:t>
      </w:r>
      <w:r>
        <w:rPr>
          <w:rFonts w:ascii="Calibri" w:hAnsi="Calibri" w:cs="Calibri" w:eastAsia="宋体"/>
        </w:rPr>
        <w:t>观察结束，移去心电监测设备及氧气管</w:t>
      </w:r>
      <w:r>
        <w:br/>
      </w:r>
    </w:p>
    <w:p>
      <w:pPr>
        <w:spacing w:before="20" w:after="40"/>
        <w:ind w:left="822" w:hanging="312"/>
      </w:pPr>
      <w:r>
        <w:rPr>
          <w:rFonts w:ascii="Calibri" w:hAnsi="Calibri" w:cs="Calibri" w:eastAsia="宋体"/>
        </w:rPr>
        <w:t xml:space="preserve">◦ </w:t>
      </w:r>
      <w:r>
        <w:rPr>
          <w:rFonts w:ascii="Calibri" w:hAnsi="Calibri" w:cs="Calibri" w:eastAsia="宋体"/>
        </w:rPr>
        <w:t>移去心电监测设备后，身上可能遗漏有电极贴片，可自行摘下丢弃</w:t>
      </w:r>
    </w:p>
    <w:p>
      <w:pPr>
        <w:spacing w:before="20" w:after="40"/>
        <w:ind w:left="822" w:hanging="312"/>
      </w:pPr>
      <w:r>
        <w:rPr>
          <w:rFonts w:ascii="Calibri" w:hAnsi="Calibri" w:cs="Calibri" w:eastAsia="宋体"/>
        </w:rPr>
        <w:t xml:space="preserve">◦ </w:t>
      </w:r>
      <w:r>
        <w:rPr>
          <w:rFonts w:ascii="Calibri" w:hAnsi="Calibri" w:cs="Calibri" w:eastAsia="宋体"/>
        </w:rPr>
        <w:t>可饮水</w:t>
      </w:r>
    </w:p>
    <w:p>
      <w:pPr>
        <w:spacing w:before="20" w:after="40"/>
        <w:ind w:left="822" w:hanging="312"/>
      </w:pPr>
      <w:r>
        <w:rPr>
          <w:rFonts w:ascii="Calibri" w:hAnsi="Calibri" w:cs="Calibri" w:eastAsia="宋体"/>
        </w:rPr>
        <w:t xml:space="preserve">◦ </w:t>
      </w:r>
      <w:r>
        <w:rPr>
          <w:rFonts w:ascii="Calibri" w:hAnsi="Calibri" w:cs="Calibri" w:eastAsia="宋体"/>
        </w:rPr>
        <w:t>可进食，选择质地软，易于吞咽的清淡食物</w:t>
      </w:r>
    </w:p>
    <w:p>
      <w:pPr>
        <w:spacing w:before="20" w:after="40"/>
        <w:ind w:left="822" w:hanging="312"/>
      </w:pPr>
      <w:r>
        <w:rPr>
          <w:rFonts w:ascii="Calibri" w:hAnsi="Calibri" w:cs="Calibri" w:eastAsia="宋体"/>
        </w:rPr>
        <w:t xml:space="preserve">◦ </w:t>
      </w:r>
      <w:r>
        <w:rPr>
          <w:rFonts w:ascii="Calibri" w:hAnsi="Calibri" w:cs="Calibri" w:eastAsia="宋体"/>
        </w:rPr>
        <w:t>若同时做了喉结手术，避免手术部位沾水</w:t>
      </w:r>
    </w:p>
    <w:p>
      <w:pPr>
        <w:pStyle w:val="Heading4"/>
      </w:pPr>
      <w:r>
        <w:rPr>
          <w:rFonts w:ascii="Calibri" w:hAnsi="Calibri" w:cs="Calibri" w:eastAsia="宋体"/>
        </w:rPr>
        <w:t>T+1</w:t>
      </w:r>
    </w:p>
    <w:p>
      <w:pPr>
        <w:spacing w:before="20" w:after="40"/>
        <w:ind w:left="425" w:hanging="312"/>
      </w:pPr>
      <w:r>
        <w:rPr>
          <w:rFonts w:ascii="Calibri" w:hAnsi="Calibri" w:cs="Calibri" w:eastAsia="宋体"/>
        </w:rPr>
        <w:t xml:space="preserve">1. </w:t>
      </w:r>
      <w:r>
        <w:rPr>
          <w:rFonts w:ascii="Calibri" w:hAnsi="Calibri" w:cs="Calibri" w:eastAsia="宋体"/>
        </w:rPr>
        <w:t>输消炎等药物</w:t>
      </w:r>
    </w:p>
    <w:p>
      <w:pPr>
        <w:spacing w:before="20" w:after="40"/>
        <w:ind w:left="425" w:hanging="312"/>
      </w:pPr>
      <w:r>
        <w:rPr>
          <w:rFonts w:ascii="Calibri" w:hAnsi="Calibri" w:cs="Calibri" w:eastAsia="宋体"/>
        </w:rPr>
        <w:t xml:space="preserve">2. </w:t>
      </w:r>
      <w:r>
        <w:rPr>
          <w:rFonts w:ascii="Calibri" w:hAnsi="Calibri" w:cs="Calibri" w:eastAsia="宋体"/>
        </w:rPr>
        <w:t>进行雾化治疗</w:t>
      </w:r>
      <w:r>
        <w:br/>
      </w:r>
    </w:p>
    <w:p>
      <w:pPr>
        <w:spacing w:before="20" w:after="40"/>
        <w:ind w:left="822" w:hanging="312"/>
      </w:pPr>
      <w:r>
        <w:rPr>
          <w:rFonts w:ascii="Calibri" w:hAnsi="Calibri" w:cs="Calibri" w:eastAsia="宋体"/>
        </w:rPr>
        <w:t xml:space="preserve">◦ </w:t>
      </w:r>
      <w:r>
        <w:rPr>
          <w:rFonts w:ascii="Calibri" w:hAnsi="Calibri" w:cs="Calibri" w:eastAsia="宋体"/>
        </w:rPr>
        <w:t>雾化器在每次治疗后自行清洗，沥干水后重复使用</w:t>
      </w:r>
    </w:p>
    <w:p>
      <w:pPr>
        <w:spacing w:before="20" w:after="40"/>
        <w:ind w:left="425" w:hanging="312"/>
      </w:pPr>
      <w:r>
        <w:rPr>
          <w:rFonts w:ascii="Calibri" w:hAnsi="Calibri" w:cs="Calibri" w:eastAsia="宋体"/>
        </w:rPr>
        <w:t xml:space="preserve">3. </w:t>
      </w:r>
      <w:r>
        <w:rPr>
          <w:rFonts w:ascii="Calibri" w:hAnsi="Calibri" w:cs="Calibri" w:eastAsia="宋体"/>
        </w:rPr>
        <w:t>注意保护嗓子</w:t>
      </w:r>
      <w:r>
        <w:br/>
      </w:r>
    </w:p>
    <w:p>
      <w:pPr>
        <w:spacing w:before="20" w:after="40"/>
        <w:ind w:left="822" w:hanging="312"/>
      </w:pPr>
      <w:r>
        <w:rPr>
          <w:rFonts w:ascii="Calibri" w:hAnsi="Calibri" w:cs="Calibri" w:eastAsia="宋体"/>
        </w:rPr>
        <w:t xml:space="preserve">◦ </w:t>
      </w:r>
      <w:r>
        <w:rPr>
          <w:rFonts w:ascii="Calibri" w:hAnsi="Calibri" w:cs="Calibri" w:eastAsia="宋体"/>
        </w:rPr>
        <w:t>术后第一天尽量避免说话，实际上也只能发出气音</w:t>
      </w:r>
    </w:p>
    <w:p>
      <w:pPr>
        <w:spacing w:before="20" w:after="40"/>
        <w:ind w:left="822" w:hanging="312"/>
      </w:pPr>
      <w:r>
        <w:rPr>
          <w:rFonts w:ascii="Calibri" w:hAnsi="Calibri" w:cs="Calibri" w:eastAsia="宋体"/>
        </w:rPr>
        <w:t xml:space="preserve">◦ </w:t>
      </w:r>
      <w:r>
        <w:rPr>
          <w:rFonts w:ascii="Calibri" w:hAnsi="Calibri" w:cs="Calibri" w:eastAsia="宋体"/>
        </w:rPr>
        <w:t>术后第二天后同样尽量避免说话，每日说话时间不宜超过一小时</w:t>
      </w:r>
    </w:p>
    <w:p>
      <w:pPr>
        <w:spacing w:after="100"/>
      </w:pPr>
      <w:r>
        <w:rPr>
          <w:rFonts w:ascii="Calibri" w:hAnsi="Calibri" w:cs="Calibri" w:eastAsia="宋体"/>
        </w:rPr>
        <w:t>此后几天流程与今日类似。</w:t>
      </w:r>
    </w:p>
    <w:p>
      <w:pPr>
        <w:pStyle w:val="Heading4"/>
      </w:pPr>
      <w:r>
        <w:rPr>
          <w:rFonts w:ascii="Calibri" w:hAnsi="Calibri" w:cs="Calibri" w:eastAsia="宋体"/>
        </w:rPr>
        <w:t>T+3</w:t>
      </w:r>
    </w:p>
    <w:p>
      <w:pPr>
        <w:spacing w:after="100"/>
      </w:pPr>
      <w:r>
        <w:rPr>
          <w:rFonts w:ascii="Calibri" w:hAnsi="Calibri" w:cs="Calibri" w:eastAsia="宋体"/>
        </w:rPr>
        <w:t>一般此时安排出院。</w:t>
      </w:r>
    </w:p>
    <w:p>
      <w:pPr>
        <w:spacing w:before="20" w:after="40"/>
        <w:ind w:left="425" w:hanging="312"/>
      </w:pPr>
      <w:r>
        <w:rPr>
          <w:rFonts w:ascii="Calibri" w:hAnsi="Calibri" w:cs="Calibri" w:eastAsia="宋体"/>
        </w:rPr>
        <w:t xml:space="preserve">1. </w:t>
      </w:r>
      <w:r>
        <w:rPr>
          <w:rFonts w:ascii="Calibri" w:hAnsi="Calibri" w:cs="Calibri" w:eastAsia="宋体"/>
        </w:rPr>
        <w:t>拆除留置针；腕带可自行留作纪念</w:t>
      </w:r>
    </w:p>
    <w:p>
      <w:pPr>
        <w:spacing w:before="20" w:after="40"/>
        <w:ind w:left="425" w:hanging="312"/>
      </w:pPr>
      <w:r>
        <w:rPr>
          <w:rFonts w:ascii="Calibri" w:hAnsi="Calibri" w:cs="Calibri" w:eastAsia="宋体"/>
        </w:rPr>
        <w:t xml:space="preserve">2. </w:t>
      </w:r>
      <w:r>
        <w:rPr>
          <w:rFonts w:ascii="Calibri" w:hAnsi="Calibri" w:cs="Calibri" w:eastAsia="宋体"/>
        </w:rPr>
        <w:t>做喉镜检查及发声测试，检查缝线情况</w:t>
      </w:r>
    </w:p>
    <w:p>
      <w:pPr>
        <w:spacing w:before="20" w:after="40"/>
        <w:ind w:left="425" w:hanging="312"/>
      </w:pPr>
      <w:r>
        <w:rPr>
          <w:rFonts w:ascii="Calibri" w:hAnsi="Calibri" w:cs="Calibri" w:eastAsia="宋体"/>
        </w:rPr>
        <w:t xml:space="preserve">3. </w:t>
      </w:r>
      <w:r>
        <w:rPr>
          <w:rFonts w:ascii="Calibri" w:hAnsi="Calibri" w:cs="Calibri" w:eastAsia="宋体"/>
        </w:rPr>
        <w:t>医生开具抗生素药物，交代术后第一次复查时间等</w:t>
      </w:r>
    </w:p>
    <w:p>
      <w:pPr>
        <w:spacing w:before="20" w:after="40"/>
        <w:ind w:left="425" w:hanging="312"/>
      </w:pPr>
      <w:r>
        <w:rPr>
          <w:rFonts w:ascii="Calibri" w:hAnsi="Calibri" w:cs="Calibri" w:eastAsia="宋体"/>
        </w:rPr>
        <w:t xml:space="preserve">4. </w:t>
      </w:r>
      <w:r>
        <w:rPr>
          <w:rFonts w:ascii="Calibri" w:hAnsi="Calibri" w:cs="Calibri" w:eastAsia="宋体"/>
        </w:rPr>
        <w:t>到</w:t>
      </w:r>
      <w:r>
        <w:rPr>
          <w:rFonts w:ascii="Calibri" w:hAnsi="Calibri" w:cs="Calibri" w:eastAsia="宋体"/>
          <w:b/>
        </w:rPr>
        <w:t>内科楼</w:t>
      </w:r>
      <w:r>
        <w:rPr>
          <w:rFonts w:ascii="Calibri" w:hAnsi="Calibri" w:cs="Calibri" w:eastAsia="宋体"/>
        </w:rPr>
        <w:t>住院服务中心办理出院，退结剩余款项</w:t>
      </w:r>
    </w:p>
    <w:p>
      <w:pPr>
        <w:pStyle w:val="Heading4"/>
      </w:pPr>
      <w:r>
        <w:rPr>
          <w:rFonts w:ascii="Calibri" w:hAnsi="Calibri" w:cs="Calibri" w:eastAsia="宋体"/>
        </w:rPr>
        <w:t>术后护理</w:t>
      </w:r>
    </w:p>
    <w:p>
      <w:pPr>
        <w:spacing w:before="20" w:after="40"/>
        <w:ind w:left="425" w:hanging="312"/>
      </w:pPr>
      <w:r>
        <w:rPr>
          <w:rFonts w:ascii="Calibri" w:hAnsi="Calibri" w:cs="Calibri" w:eastAsia="宋体"/>
        </w:rPr>
        <w:t xml:space="preserve">1. </w:t>
      </w:r>
      <w:r>
        <w:rPr>
          <w:rFonts w:ascii="Calibri" w:hAnsi="Calibri" w:cs="Calibri" w:eastAsia="宋体"/>
        </w:rPr>
        <w:t>谨遵医嘱</w:t>
      </w:r>
    </w:p>
    <w:p>
      <w:pPr>
        <w:spacing w:before="20" w:after="40"/>
        <w:ind w:left="425" w:hanging="312"/>
      </w:pPr>
      <w:r>
        <w:rPr>
          <w:rFonts w:ascii="Calibri" w:hAnsi="Calibri" w:cs="Calibri" w:eastAsia="宋体"/>
        </w:rPr>
        <w:t xml:space="preserve">2. </w:t>
      </w:r>
      <w:r>
        <w:rPr>
          <w:rFonts w:ascii="Calibri" w:hAnsi="Calibri" w:cs="Calibri" w:eastAsia="宋体"/>
        </w:rPr>
        <w:t>术后一个月、术后三个月需进行两次复查</w:t>
      </w:r>
    </w:p>
    <w:p>
      <w:pPr>
        <w:spacing w:before="20" w:after="40"/>
        <w:ind w:left="425" w:hanging="312"/>
      </w:pPr>
      <w:r>
        <w:rPr>
          <w:rFonts w:ascii="Calibri" w:hAnsi="Calibri" w:cs="Calibri" w:eastAsia="宋体"/>
        </w:rPr>
        <w:t xml:space="preserve">3. </w:t>
      </w:r>
      <w:r>
        <w:rPr>
          <w:rFonts w:ascii="Calibri" w:hAnsi="Calibri" w:cs="Calibri" w:eastAsia="宋体"/>
        </w:rPr>
        <w:t>手术后最大声压（音量）会降低，若遇声带发育不良等情况，声音会一直略有嘶哑</w:t>
      </w:r>
    </w:p>
    <w:p>
      <w:pPr>
        <w:pStyle w:val="Heading3"/>
      </w:pPr>
      <w:r>
        <w:rPr>
          <w:rFonts w:ascii="Calibri" w:hAnsi="Calibri" w:cs="Calibri" w:eastAsia="宋体"/>
        </w:rPr>
        <w:t>术后评价</w:t>
      </w:r>
    </w:p>
    <w:p>
      <w:pPr>
        <w:pStyle w:val="Heading4"/>
      </w:pPr>
      <w:r>
        <w:rPr>
          <w:rFonts w:ascii="Calibri" w:hAnsi="Calibri" w:cs="Calibri" w:eastAsia="宋体"/>
        </w:rPr>
        <w:t>笔者 1</w:t>
      </w:r>
    </w:p>
    <w:p>
      <w:pPr>
        <w:shd w:val="clear" w:color="auto" w:fill="F7F8FA"/>
        <w:pBdr>
          <w:left w:val="single" w:sz="18" w:space="6" w:color="C9CDD4"/>
        </w:pBdr>
        <w:spacing w:after="40"/>
      </w:pPr>
      <w:r>
        <w:rPr>
          <w:rFonts w:ascii="Calibri" w:hAnsi="Calibri" w:cs="Calibri" w:eastAsia="宋体"/>
        </w:rPr>
        <w:t>笔者基频从 150Hz 提升到了 200Hz 左右。手术几个月后笔者自己觉得声音变为了中性偏女性的声音，并且日常生活没有出现问题（电话里 pass）。这是笔者的个人感受，仅供参考。</w:t>
      </w:r>
    </w:p>
    <w:p>
      <w:pPr>
        <w:pStyle w:val="Heading4"/>
      </w:pPr>
      <w:r>
        <w:rPr>
          <w:rFonts w:ascii="Calibri" w:hAnsi="Calibri" w:cs="Calibri" w:eastAsia="宋体"/>
        </w:rPr>
        <w:t>笔者 2</w:t>
      </w:r>
    </w:p>
    <w:p>
      <w:pPr>
        <w:shd w:val="clear" w:color="auto" w:fill="F7F8FA"/>
        <w:pBdr>
          <w:left w:val="single" w:sz="18" w:space="6" w:color="C9CDD4"/>
        </w:pBdr>
        <w:spacing w:after="40"/>
      </w:pPr>
      <w:r>
        <w:rPr>
          <w:rFonts w:ascii="Calibri" w:hAnsi="Calibri" w:cs="Calibri" w:eastAsia="宋体"/>
        </w:rPr>
        <w:t>笔者于 2023 年 10 月接受声带截短 + 喉结磨平手术，术前最放松状态说话的基频大约 140Hz，属于较为男性化的嗓音；术后 4-5 个月时，发音习惯尚未转变，此时最放松状态说话的基频约 180Hz，属于较为中性的嗓音；术后 7-8 个月时，逐渐适应了女声的发音方式（胸腔共鸣和头部共鸣混合），使用新的发音方式说话的基频大约 220-240Hz，属于较为女性化的嗓音。</w:t>
      </w:r>
    </w:p>
    <w:p>
      <w:pPr>
        <w:shd w:val="clear" w:color="auto" w:fill="F7F8FA"/>
        <w:pBdr>
          <w:left w:val="single" w:sz="18" w:space="6" w:color="C9CDD4"/>
        </w:pBdr>
        <w:spacing w:after="40"/>
      </w:pPr>
      <w:r>
        <w:rPr>
          <w:rFonts w:ascii="Calibri" w:hAnsi="Calibri" w:cs="Calibri" w:eastAsia="宋体"/>
        </w:rPr>
        <w:t>术后的音域低限相比术前没有明显提高，所以术后仍可以发出较为男性化的声音，只是相比术前需要更加刻意一些才能发出男声。</w:t>
      </w:r>
    </w:p>
    <w:p>
      <w:pPr>
        <w:pStyle w:val="Heading4"/>
      </w:pPr>
      <w:r>
        <w:rPr>
          <w:rFonts w:ascii="Calibri" w:hAnsi="Calibri" w:cs="Calibri" w:eastAsia="宋体"/>
        </w:rPr>
        <w:t>笔者 3</w:t>
      </w:r>
    </w:p>
    <w:p>
      <w:pPr>
        <w:shd w:val="clear" w:color="auto" w:fill="F7F8FA"/>
        <w:pBdr>
          <w:left w:val="single" w:sz="18" w:space="6" w:color="C9CDD4"/>
        </w:pBdr>
        <w:spacing w:after="40"/>
      </w:pPr>
      <w:r>
        <w:rPr>
          <w:rFonts w:ascii="Calibri" w:hAnsi="Calibri" w:cs="Calibri" w:eastAsia="宋体"/>
        </w:rPr>
        <w:t>笔者于 2025 年 2 月接受声带截短，喉结磨平手术，基频从 140Hz 提升到了 200Hz 左右。属于较为女性化的声音。</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恢复期的不确定因素可能造成强烈的精神冲击。术后达到稳定嗓音状态的时长存在极大的个人差异（与笔者同一天手术的姐妹没出院就是女声，而笔者半年多才慢慢实现嗓音女性化），且最终改善效果无法预测。</w:t>
      </w:r>
    </w:p>
    <w:p>
      <w:pPr>
        <w:shd w:val="clear" w:color="auto" w:fill="FFFBEB"/>
        <w:pBdr>
          <w:left w:val="single" w:sz="18" w:space="6" w:color="F59E0B"/>
        </w:pBdr>
        <w:spacing w:after="40"/>
      </w:pPr>
      <w:r>
        <w:rPr>
          <w:rFonts w:ascii="Calibri" w:hAnsi="Calibri" w:cs="Calibri" w:eastAsia="宋体"/>
        </w:rPr>
        <w:t xml:space="preserve">恢复期中笔者还遇到了明显的基频下降的情况，并因此产生了强烈的自杀念头。如果当下精神状况不佳，请务必谨慎考虑嗓音女性化手术，如果决定手术，也请务必放低个人预期 </w:t>
      </w:r>
      <w:r>
        <w:rPr>
          <w:rFonts w:ascii="Calibri" w:hAnsi="Calibri" w:cs="Calibri" w:eastAsia="宋体"/>
          <w:strike/>
        </w:rPr>
        <w:t>（一万块还要什么自行车）</w:t>
      </w:r>
      <w:r>
        <w:rPr>
          <w:rFonts w:ascii="Calibri" w:hAnsi="Calibri" w:cs="Calibri" w:eastAsia="宋体"/>
        </w:rPr>
        <w:t>。</w:t>
      </w:r>
    </w:p>
    <w:p>
      <w:pPr>
        <w:pStyle w:val="Heading3"/>
      </w:pPr>
      <w:r>
        <w:rPr>
          <w:rFonts w:ascii="Calibri" w:hAnsi="Calibri" w:cs="Calibri" w:eastAsia="宋体"/>
        </w:rPr>
        <w:t>注意事项</w:t>
      </w:r>
    </w:p>
    <w:p>
      <w:pPr>
        <w:spacing w:before="20" w:after="40"/>
        <w:ind w:left="425" w:hanging="312"/>
      </w:pPr>
      <w:r>
        <w:rPr>
          <w:rFonts w:ascii="Calibri" w:hAnsi="Calibri" w:cs="Calibri" w:eastAsia="宋体"/>
        </w:rPr>
        <w:t xml:space="preserve">1. </w:t>
      </w:r>
      <w:r>
        <w:rPr>
          <w:rFonts w:ascii="Calibri" w:hAnsi="Calibri" w:cs="Calibri" w:eastAsia="宋体"/>
        </w:rPr>
        <w:t>计算机嗓音分析的结果并不一定十分准确，尤其是最大频率，该项结果和当事人的发声技巧有很大关系，测出来的最大频率并不一定是生理极限，有条件的话可以尝试跟唱钢琴音高。</w:t>
      </w:r>
    </w:p>
    <w:p>
      <w:pPr>
        <w:spacing w:before="20" w:after="40"/>
        <w:ind w:left="425" w:hanging="312"/>
      </w:pPr>
      <w:r>
        <w:rPr>
          <w:rFonts w:ascii="Calibri" w:hAnsi="Calibri" w:cs="Calibri" w:eastAsia="宋体"/>
        </w:rPr>
        <w:t xml:space="preserve">2. </w:t>
      </w:r>
      <w:r>
        <w:rPr>
          <w:rFonts w:ascii="Calibri" w:hAnsi="Calibri" w:cs="Calibri" w:eastAsia="宋体"/>
        </w:rPr>
        <w:t xml:space="preserve">手术可能需停激素类药物，请遵医嘱。 </w:t>
      </w:r>
      <w:r>
        <w:br/>
      </w:r>
      <w:r>
        <w:br/>
      </w:r>
      <w:r>
        <w:rPr>
          <w:rFonts w:ascii="Calibri" w:hAnsi="Calibri" w:cs="Calibri" w:eastAsia="宋体"/>
        </w:rPr>
        <w:t>术前会加测激素六项，但意义不明。目前笔者尚未了解到因激素水平被拒绝手术的例子。</w:t>
      </w:r>
    </w:p>
    <w:p>
      <w:pPr>
        <w:spacing w:before="20" w:after="40"/>
        <w:ind w:left="425" w:hanging="312"/>
      </w:pPr>
      <w:r>
        <w:rPr>
          <w:rFonts w:ascii="Calibri" w:hAnsi="Calibri" w:cs="Calibri" w:eastAsia="宋体"/>
        </w:rPr>
        <w:t xml:space="preserve">3. </w:t>
      </w:r>
      <w:r>
        <w:rPr>
          <w:rFonts w:ascii="Calibri" w:hAnsi="Calibri" w:cs="Calibri" w:eastAsia="宋体"/>
        </w:rPr>
        <w:t>友谊医院的病历上性别可能会写 TS/Other 或者是证件性别，不过总有人把科室或者其他字段写成 TS 之类。</w:t>
      </w:r>
    </w:p>
    <w:p>
      <w:pPr>
        <w:pStyle w:val="Heading3"/>
      </w:pPr>
      <w:r>
        <w:rPr>
          <w:rFonts w:ascii="Calibri" w:hAnsi="Calibri" w:cs="Calibri" w:eastAsia="宋体"/>
        </w:rPr>
        <w:t>手术笔记</w:t>
      </w:r>
    </w:p>
    <w:p>
      <w:pPr>
        <w:spacing w:before="20" w:after="40"/>
        <w:ind w:left="425" w:hanging="312"/>
      </w:pPr>
      <w:r>
        <w:rPr>
          <w:rFonts w:ascii="Calibri" w:hAnsi="Calibri" w:cs="Calibri" w:eastAsia="宋体"/>
        </w:rPr>
        <w:t xml:space="preserve">• </w:t>
      </w:r>
      <w:r>
        <w:rPr>
          <w:rFonts w:ascii="Calibri" w:hAnsi="Calibri" w:cs="Calibri" w:eastAsia="宋体"/>
        </w:rPr>
        <w:t>手术日志: 202202 北京友谊医院 声带+喉结 手术 (实例供参考) · Issue #384 · project-trans/MtF-wiki</w:t>
      </w:r>
    </w:p>
    <w:p>
      <w:pPr>
        <w:spacing w:before="20" w:after="40"/>
        <w:ind w:left="425" w:hanging="312"/>
      </w:pPr>
      <w:r>
        <w:rPr>
          <w:rFonts w:ascii="Calibri" w:hAnsi="Calibri" w:cs="Calibri" w:eastAsia="宋体"/>
        </w:rPr>
        <w:t xml:space="preserve">• </w:t>
      </w:r>
      <w:r>
        <w:rPr>
          <w:rFonts w:ascii="Calibri" w:hAnsi="Calibri" w:cs="Calibri" w:eastAsia="宋体"/>
        </w:rPr>
        <w:t>北京友谊医院 手术记录 (供参考) · Issue #425 · project-trans/MtF-wiki</w:t>
      </w:r>
    </w:p>
    <w:p>
      <w:pPr>
        <w:spacing w:before="20" w:after="40"/>
        <w:ind w:left="425" w:hanging="312"/>
      </w:pPr>
      <w:r>
        <w:rPr>
          <w:rFonts w:ascii="Calibri" w:hAnsi="Calibri" w:cs="Calibri" w:eastAsia="宋体"/>
        </w:rPr>
        <w:t xml:space="preserve">• </w:t>
      </w:r>
      <w:r>
        <w:rPr>
          <w:rFonts w:ascii="Calibri" w:hAnsi="Calibri" w:cs="Calibri" w:eastAsia="宋体"/>
        </w:rPr>
        <w:t>adamanteye@disroot.org</w:t>
      </w:r>
      <w:r>
        <w:rPr>
          <w:rFonts w:ascii="Calibri" w:hAnsi="Calibri" w:cs="Calibri" w:eastAsia="宋体"/>
        </w:rPr>
        <w:t xml:space="preserve"> ada 等人的手术交流微信群（通过邮件联系加入）</w:t>
      </w:r>
    </w:p>
    <w:p>
      <w:pPr>
        <w:pStyle w:val="Heading3"/>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 xml:space="preserve">北京市卫生健康委员会、天津市卫生健康委员会、河北省卫生健康委员会、山东省卫生健康委员会. 关于印发京津冀鲁区域医疗机构检查检验结果互认工作实施方案的通知 [EB/OL]. 2025-05. </w:t>
      </w:r>
      <w:r>
        <w:rPr>
          <w:rFonts w:ascii="Calibri" w:hAnsi="Calibri" w:cs="Calibri" w:eastAsia="宋体"/>
        </w:rPr>
        <w:t>政策解读</w:t>
      </w:r>
      <w:r>
        <w:rPr>
          <w:rFonts w:ascii="Calibri" w:hAnsi="Calibri" w:cs="Calibri" w:eastAsia="宋体"/>
        </w:rPr>
        <w:t>｜</w:t>
      </w:r>
      <w:r>
        <w:rPr>
          <w:rFonts w:ascii="Calibri" w:hAnsi="Calibri" w:cs="Calibri" w:eastAsia="宋体"/>
        </w:rPr>
        <w:t>政策文件</w:t>
      </w:r>
      <w:r>
        <w:rPr>
          <w:rFonts w:ascii="Calibri" w:hAnsi="Calibri" w:cs="Calibri" w:eastAsia="宋体"/>
        </w:rPr>
        <w:t xml:space="preserve"> </w:t>
      </w:r>
    </w:p>
    <w:p>
      <w:pPr>
        <w:pStyle w:val="Heading2"/>
      </w:pPr>
      <w:r>
        <w:rPr>
          <w:rFonts w:ascii="Calibri" w:hAnsi="Calibri" w:cs="Calibri" w:eastAsia="微软雅黑"/>
        </w:rPr>
        <w:t>8.3  南京同仁医院</w:t>
      </w:r>
    </w:p>
    <w:p>
      <w:pPr>
        <w:spacing w:after="160"/>
      </w:pPr>
      <w:r>
        <w:rPr>
          <w:rFonts w:ascii="Calibri" w:hAnsi="Calibri" w:cs="Calibri" w:eastAsia="宋体"/>
          <w:color w:val="6B7280"/>
          <w:sz w:val="16"/>
        </w:rPr>
        <w:t>原文：https://mtf.wiki/zh-cn/docs/vocal-surgery/nanjing-tongren · 最近更新：2026年4月20日</w:t>
      </w:r>
    </w:p>
    <w:p>
      <w:pPr>
        <w:pStyle w:val="Heading3"/>
      </w:pPr>
      <w:r>
        <w:rPr>
          <w:rFonts w:ascii="Calibri" w:hAnsi="Calibri" w:cs="Calibri" w:eastAsia="宋体"/>
        </w:rPr>
        <w:t>南京同仁医院 - 嗓音中心</w:t>
      </w:r>
    </w:p>
    <w:p>
      <w:pPr>
        <w:spacing w:after="100"/>
      </w:pPr>
      <w:r>
        <w:rPr>
          <w:rFonts w:ascii="Calibri" w:hAnsi="Calibri" w:cs="Calibri" w:eastAsia="宋体"/>
        </w:rPr>
        <w:t>官方介绍：</w:t>
      </w:r>
      <w:r>
        <w:rPr>
          <w:rFonts w:ascii="Calibri" w:hAnsi="Calibri" w:cs="Calibri" w:eastAsia="宋体"/>
        </w:rPr>
        <w:t>http://www.njtrh.org/tesezhuanke/sangyinzhongxin/keshijieshao/2021-07-26/5777.html</w:t>
      </w:r>
    </w:p>
    <w:p>
      <w:pPr>
        <w:shd w:val="clear" w:color="auto" w:fill="F7F8FA"/>
        <w:pBdr>
          <w:left w:val="single" w:sz="18" w:space="6" w:color="C9CDD4"/>
        </w:pBdr>
        <w:spacing w:after="40"/>
      </w:pPr>
      <w:r>
        <w:rPr>
          <w:rFonts w:ascii="Calibri" w:hAnsi="Calibri" w:cs="Calibri" w:eastAsia="宋体"/>
        </w:rPr>
        <w:t>南京同仁医院嗓音中心成立于 2014 年 10 月 8 日，在引进亚洲专业嗓音机构 —— 韩国艺颂的全套医疗服务体系及理念的基础上，结合南京同仁耳鼻喉头颈外科国家临床重点专科、江苏省重点专科的优势，成为国内为数不多的集嗓音检测、治疗、手术和康复管理于一体的专业化嗓音中心。</w:t>
      </w:r>
    </w:p>
    <w:p>
      <w:pPr>
        <w:spacing w:after="100"/>
      </w:pPr>
      <w:r>
        <w:rPr>
          <w:rFonts w:ascii="Calibri" w:hAnsi="Calibri" w:cs="Calibri" w:eastAsia="宋体"/>
        </w:rPr>
        <w:t>韩国艺颂方面由于院长工作繁忙，无法兼顾，表示已经取消了对南京同仁医院的合作。</w:t>
      </w:r>
    </w:p>
    <w:p>
      <w:pPr>
        <w:spacing w:after="100"/>
      </w:pPr>
      <w:r>
        <w:rPr>
          <w:rFonts w:ascii="Calibri" w:hAnsi="Calibri" w:cs="Calibri" w:eastAsia="宋体"/>
        </w:rPr>
        <w:t>2023 年 1 月，南京同仁医院表示该院采用韩国艺颂相同的技术，只是由中国医生主刀进行手术。</w:t>
      </w:r>
    </w:p>
    <w:p>
      <w:pPr>
        <w:pStyle w:val="Heading3"/>
      </w:pPr>
      <w:r>
        <w:rPr>
          <w:rFonts w:ascii="Calibri" w:hAnsi="Calibri" w:cs="Calibri" w:eastAsia="宋体"/>
        </w:rPr>
        <w:t>在线预约</w:t>
      </w:r>
    </w:p>
    <w:p>
      <w:pPr>
        <w:spacing w:after="100"/>
      </w:pPr>
      <w:r>
        <w:rPr>
          <w:rFonts w:ascii="Calibri" w:hAnsi="Calibri" w:cs="Calibri" w:eastAsia="宋体"/>
        </w:rPr>
        <w:t>微信客服：</w:t>
      </w:r>
      <w:r>
        <w:rPr>
          <w:rFonts w:ascii="Calibri" w:hAnsi="Calibri" w:cs="Calibri" w:eastAsia="宋体"/>
        </w:rPr>
        <w:t xml:space="preserve"> 微信 njtryeson2016</w:t>
      </w:r>
      <w:r>
        <w:rPr>
          <w:rFonts w:ascii="Calibri" w:hAnsi="Calibri" w:cs="Calibri" w:eastAsia="宋体"/>
        </w:rPr>
        <w:t xml:space="preserve"> QQ：</w:t>
      </w:r>
      <w:r>
        <w:rPr>
          <w:rFonts w:ascii="Consolas" w:hAnsi="Consolas" w:cs="Consolas" w:eastAsia="Consolas"/>
          <w:sz w:val="19"/>
        </w:rPr>
        <w:t>3040055353</w:t>
      </w:r>
      <w:r>
        <w:rPr>
          <w:rFonts w:ascii="Calibri" w:hAnsi="Calibri" w:cs="Calibri" w:eastAsia="宋体"/>
        </w:rPr>
        <w:t xml:space="preserve"> 电话：</w:t>
      </w:r>
      <w:r>
        <w:rPr>
          <w:rFonts w:ascii="Calibri" w:hAnsi="Calibri" w:cs="Calibri" w:eastAsia="宋体"/>
        </w:rPr>
        <w:t>+86 025-6698-8209</w:t>
      </w:r>
    </w:p>
    <w:p>
      <w:pPr>
        <w:pStyle w:val="Heading3"/>
      </w:pPr>
      <w:r>
        <w:rPr>
          <w:rFonts w:ascii="Calibri" w:hAnsi="Calibri" w:cs="Calibri" w:eastAsia="宋体"/>
        </w:rPr>
        <w:t>接诊时间</w:t>
      </w:r>
    </w:p>
    <w:p>
      <w:pPr>
        <w:spacing w:after="100"/>
      </w:pPr>
      <w:r>
        <w:rPr>
          <w:rFonts w:ascii="Calibri" w:hAnsi="Calibri" w:cs="Calibri" w:eastAsia="宋体"/>
        </w:rPr>
        <w:t>周一至周日 8:00 至 17:00</w:t>
      </w:r>
    </w:p>
    <w:p>
      <w:pPr>
        <w:pStyle w:val="Heading3"/>
      </w:pPr>
      <w:r>
        <w:rPr>
          <w:rFonts w:ascii="Calibri" w:hAnsi="Calibri" w:cs="Calibri" w:eastAsia="宋体"/>
        </w:rPr>
        <w:t>费用参考</w:t>
      </w:r>
    </w:p>
    <w:p>
      <w:pPr>
        <w:spacing w:before="20" w:after="40"/>
        <w:ind w:left="425" w:hanging="312"/>
      </w:pPr>
      <w:r>
        <w:rPr>
          <w:rFonts w:ascii="Calibri" w:hAnsi="Calibri" w:cs="Calibri" w:eastAsia="宋体"/>
        </w:rPr>
        <w:t xml:space="preserve">• </w:t>
      </w:r>
      <w:r>
        <w:rPr>
          <w:rFonts w:ascii="Calibri" w:hAnsi="Calibri" w:cs="Calibri" w:eastAsia="宋体"/>
        </w:rPr>
        <w:t>声带手术：49800 CNY</w:t>
      </w:r>
    </w:p>
    <w:p>
      <w:pPr>
        <w:spacing w:before="20" w:after="40"/>
        <w:ind w:left="425" w:hanging="312"/>
      </w:pPr>
      <w:r>
        <w:rPr>
          <w:rFonts w:ascii="Calibri" w:hAnsi="Calibri" w:cs="Calibri" w:eastAsia="宋体"/>
        </w:rPr>
        <w:t xml:space="preserve">• </w:t>
      </w:r>
      <w:r>
        <w:rPr>
          <w:rFonts w:ascii="Calibri" w:hAnsi="Calibri" w:cs="Calibri" w:eastAsia="宋体"/>
        </w:rPr>
        <w:t>喉结手术：19800 CNY</w:t>
      </w:r>
    </w:p>
    <w:p>
      <w:pPr>
        <w:spacing w:after="100"/>
      </w:pPr>
      <w:r>
        <w:rPr>
          <w:rFonts w:ascii="Calibri" w:hAnsi="Calibri" w:cs="Calibri" w:eastAsia="宋体"/>
        </w:rPr>
        <w:t>2 台手术一起做的话，总价是 59000 元。</w:t>
      </w:r>
    </w:p>
    <w:p>
      <w:pPr>
        <w:spacing w:after="100"/>
      </w:pPr>
      <w:r>
        <w:rPr>
          <w:rFonts w:ascii="Calibri" w:hAnsi="Calibri" w:cs="Calibri" w:eastAsia="宋体"/>
        </w:rPr>
        <w:t>若想先做声带，之后有需要再做喉结的话，（建议在这里做喉结，因为其他医院在半麻状态下可能处理不当导致声带变松，同仁是全麻下一点点磨更精准）后期再做喉结的费用是 1w 多，具体费用不详。</w:t>
      </w:r>
    </w:p>
    <w:p>
      <w:pPr>
        <w:spacing w:after="100"/>
      </w:pPr>
      <w:r>
        <w:rPr>
          <w:rFonts w:ascii="Calibri" w:hAnsi="Calibri" w:cs="Calibri" w:eastAsia="宋体"/>
        </w:rPr>
        <w:t>（请注意时效性，本费用咨询于 2025 年 1 月）</w:t>
      </w:r>
    </w:p>
    <w:p>
      <w:pPr>
        <w:pStyle w:val="Heading3"/>
      </w:pPr>
      <w:r>
        <w:rPr>
          <w:rFonts w:ascii="Calibri" w:hAnsi="Calibri" w:cs="Calibri" w:eastAsia="宋体"/>
        </w:rPr>
        <w:t>嗓音女性化手术</w:t>
      </w:r>
    </w:p>
    <w:p>
      <w:pPr>
        <w:shd w:val="clear" w:color="auto" w:fill="F7F8FA"/>
        <w:pBdr>
          <w:left w:val="single" w:sz="18" w:space="6" w:color="C9CDD4"/>
        </w:pBdr>
        <w:spacing w:after="40"/>
      </w:pPr>
      <w:r>
        <w:rPr>
          <w:rFonts w:ascii="Calibri" w:hAnsi="Calibri" w:cs="Calibri" w:eastAsia="宋体"/>
        </w:rPr>
        <w:t>嗓音女性化手术需要做一套嗓音综合检查（包括心理声学检查，气流动力学，音响学，频闪喉镜等检查），还有全麻手术的术前检查。</w:t>
      </w:r>
    </w:p>
    <w:p>
      <w:pPr>
        <w:spacing w:after="100"/>
      </w:pPr>
      <w:r>
        <w:rPr>
          <w:rFonts w:ascii="Calibri" w:hAnsi="Calibri" w:cs="Calibri" w:eastAsia="宋体"/>
        </w:rPr>
        <w:t>不合适声带手术的情形</w:t>
      </w:r>
    </w:p>
    <w:p>
      <w:pPr>
        <w:spacing w:after="100"/>
      </w:pPr>
      <w:r>
        <w:rPr>
          <w:rFonts w:ascii="Calibri" w:hAnsi="Calibri" w:cs="Calibri" w:eastAsia="宋体"/>
        </w:rPr>
        <w:t>包含：</w:t>
      </w:r>
    </w:p>
    <w:p>
      <w:pPr>
        <w:spacing w:before="20" w:after="40"/>
        <w:ind w:left="425" w:hanging="312"/>
      </w:pPr>
      <w:r>
        <w:rPr>
          <w:rFonts w:ascii="Calibri" w:hAnsi="Calibri" w:cs="Calibri" w:eastAsia="宋体"/>
        </w:rPr>
        <w:t xml:space="preserve">• </w:t>
      </w:r>
      <w:r>
        <w:rPr>
          <w:rFonts w:ascii="Calibri" w:hAnsi="Calibri" w:cs="Calibri" w:eastAsia="宋体"/>
        </w:rPr>
        <w:t>嗓音综合检查 × 2</w:t>
      </w:r>
    </w:p>
    <w:p>
      <w:pPr>
        <w:spacing w:before="20" w:after="40"/>
        <w:ind w:left="425" w:hanging="312"/>
      </w:pPr>
      <w:r>
        <w:rPr>
          <w:rFonts w:ascii="Calibri" w:hAnsi="Calibri" w:cs="Calibri" w:eastAsia="宋体"/>
        </w:rPr>
        <w:t xml:space="preserve">• </w:t>
      </w:r>
      <w:r>
        <w:rPr>
          <w:rFonts w:ascii="Calibri" w:hAnsi="Calibri" w:cs="Calibri" w:eastAsia="宋体"/>
        </w:rPr>
        <w:t>嗓音女性化手术</w:t>
      </w:r>
    </w:p>
    <w:p>
      <w:pPr>
        <w:spacing w:before="20" w:after="40"/>
        <w:ind w:left="425" w:hanging="312"/>
      </w:pPr>
      <w:r>
        <w:rPr>
          <w:rFonts w:ascii="Calibri" w:hAnsi="Calibri" w:cs="Calibri" w:eastAsia="宋体"/>
        </w:rPr>
        <w:t xml:space="preserve">• </w:t>
      </w:r>
      <w:r>
        <w:rPr>
          <w:rFonts w:ascii="Calibri" w:hAnsi="Calibri" w:cs="Calibri" w:eastAsia="宋体"/>
        </w:rPr>
        <w:t>2 - 3 晚单人/双人 VIP 病房使用</w:t>
      </w:r>
    </w:p>
    <w:p>
      <w:pPr>
        <w:spacing w:before="20" w:after="40"/>
        <w:ind w:left="425" w:hanging="312"/>
      </w:pPr>
      <w:r>
        <w:rPr>
          <w:rFonts w:ascii="Calibri" w:hAnsi="Calibri" w:cs="Calibri" w:eastAsia="宋体"/>
        </w:rPr>
        <w:t xml:space="preserve">• </w:t>
      </w:r>
      <w:r>
        <w:rPr>
          <w:rFonts w:ascii="Calibri" w:hAnsi="Calibri" w:cs="Calibri" w:eastAsia="宋体"/>
        </w:rPr>
        <w:t>住院期间免费投药（所有药品）、复诊</w:t>
      </w:r>
    </w:p>
    <w:p>
      <w:pPr>
        <w:spacing w:before="20" w:after="40"/>
        <w:ind w:left="425" w:hanging="312"/>
      </w:pPr>
      <w:r>
        <w:rPr>
          <w:rFonts w:ascii="Calibri" w:hAnsi="Calibri" w:cs="Calibri" w:eastAsia="宋体"/>
        </w:rPr>
        <w:t xml:space="preserve">• </w:t>
      </w:r>
      <w:r>
        <w:rPr>
          <w:rFonts w:ascii="Calibri" w:hAnsi="Calibri" w:cs="Calibri" w:eastAsia="宋体"/>
        </w:rPr>
        <w:t>2 次注射：术后注射/术后一到三个月复诊注射（肉毒素注射，有辅助嗓音恢复的功能。</w:t>
      </w:r>
      <w:r>
        <w:rPr>
          <w:rFonts w:ascii="Calibri" w:hAnsi="Calibri" w:cs="Calibri" w:eastAsia="宋体"/>
          <w:strike/>
        </w:rPr>
        <w:t>其实就是注射之后让你不想说话</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术后语音训练（有报告反馈院方回应不及时或忽视消息）</w:t>
      </w:r>
    </w:p>
    <w:p>
      <w:pPr>
        <w:spacing w:after="100"/>
      </w:pPr>
      <w:r>
        <w:rPr>
          <w:rFonts w:ascii="Calibri" w:hAnsi="Calibri" w:cs="Calibri" w:eastAsia="宋体"/>
        </w:rPr>
        <w:t>Tips：</w:t>
      </w:r>
    </w:p>
    <w:p>
      <w:pPr>
        <w:spacing w:before="20" w:after="40"/>
        <w:ind w:left="425" w:hanging="312"/>
      </w:pPr>
      <w:r>
        <w:rPr>
          <w:rFonts w:ascii="Calibri" w:hAnsi="Calibri" w:cs="Calibri" w:eastAsia="宋体"/>
        </w:rPr>
        <w:t xml:space="preserve">• </w:t>
      </w:r>
      <w:r>
        <w:rPr>
          <w:rFonts w:ascii="Calibri" w:hAnsi="Calibri" w:cs="Calibri" w:eastAsia="宋体"/>
        </w:rPr>
        <w:t>截止 2024 年 10 月：院方反馈做了 400 多例，正常恢复的情况下没有术后嘶哑的</w:t>
      </w:r>
    </w:p>
    <w:p>
      <w:pPr>
        <w:spacing w:before="20" w:after="40"/>
        <w:ind w:left="425" w:hanging="312"/>
      </w:pPr>
      <w:r>
        <w:rPr>
          <w:rFonts w:ascii="Calibri" w:hAnsi="Calibri" w:cs="Calibri" w:eastAsia="宋体"/>
        </w:rPr>
        <w:t xml:space="preserve">• </w:t>
      </w:r>
      <w:r>
        <w:rPr>
          <w:rFonts w:ascii="Calibri" w:hAnsi="Calibri" w:cs="Calibri" w:eastAsia="宋体"/>
        </w:rPr>
        <w:t>如果事先在别处磨过喉结，来同仁做声带会修复磨过喉结导致的声带松弛问题</w:t>
      </w:r>
    </w:p>
    <w:p>
      <w:pPr>
        <w:spacing w:before="20" w:after="40"/>
        <w:ind w:left="425" w:hanging="312"/>
      </w:pPr>
      <w:r>
        <w:rPr>
          <w:rFonts w:ascii="Calibri" w:hAnsi="Calibri" w:cs="Calibri" w:eastAsia="宋体"/>
        </w:rPr>
        <w:t xml:space="preserve">• </w:t>
      </w:r>
      <w:r>
        <w:rPr>
          <w:rFonts w:ascii="Calibri" w:hAnsi="Calibri" w:cs="Calibri" w:eastAsia="宋体"/>
        </w:rPr>
        <w:t>南京同仁医院不需要任何精神科证明，如果有的话会更好，没有也不要紧</w:t>
      </w:r>
    </w:p>
    <w:p>
      <w:pPr>
        <w:spacing w:before="20" w:after="40"/>
        <w:ind w:left="425" w:hanging="312"/>
      </w:pPr>
      <w:r>
        <w:rPr>
          <w:rFonts w:ascii="Calibri" w:hAnsi="Calibri" w:cs="Calibri" w:eastAsia="宋体"/>
        </w:rPr>
        <w:t xml:space="preserve">• </w:t>
      </w:r>
      <w:r>
        <w:rPr>
          <w:rFonts w:ascii="Calibri" w:hAnsi="Calibri" w:cs="Calibri" w:eastAsia="宋体"/>
        </w:rPr>
        <w:t>18 岁以上无需家长，已满 17 周岁未满 18 周岁需家长同意，未满 17 周岁或超过 60 周岁不可以手术</w:t>
      </w:r>
    </w:p>
    <w:p>
      <w:pPr>
        <w:spacing w:before="20" w:after="40"/>
        <w:ind w:left="425" w:hanging="312"/>
      </w:pPr>
      <w:r>
        <w:rPr>
          <w:rFonts w:ascii="Calibri" w:hAnsi="Calibri" w:cs="Calibri" w:eastAsia="宋体"/>
        </w:rPr>
        <w:t xml:space="preserve">• </w:t>
      </w:r>
      <w:r>
        <w:rPr>
          <w:rFonts w:ascii="Calibri" w:hAnsi="Calibri" w:cs="Calibri" w:eastAsia="宋体"/>
        </w:rPr>
        <w:t>同仁的缝线目前采用的是永久性不可吸收线，不拆线，因为临床效果更好，且术后声带缝合的线基本上是看不到的</w:t>
      </w:r>
    </w:p>
    <w:p>
      <w:pPr>
        <w:spacing w:before="20" w:after="40"/>
        <w:ind w:left="425" w:hanging="312"/>
      </w:pPr>
      <w:r>
        <w:rPr>
          <w:rFonts w:ascii="Calibri" w:hAnsi="Calibri" w:cs="Calibri" w:eastAsia="宋体"/>
        </w:rPr>
        <w:t xml:space="preserve">• </w:t>
      </w:r>
      <w:r>
        <w:rPr>
          <w:rFonts w:ascii="Calibri" w:hAnsi="Calibri" w:cs="Calibri" w:eastAsia="宋体"/>
        </w:rPr>
        <w:t>缝合的地方以后是不会发声的了，并不会影响到声音的质量。 术后发声的部位是声带缝合后剩余的那一部分</w:t>
      </w:r>
    </w:p>
    <w:p>
      <w:pPr>
        <w:spacing w:before="20" w:after="40"/>
        <w:ind w:left="425" w:hanging="312"/>
      </w:pPr>
      <w:r>
        <w:rPr>
          <w:rFonts w:ascii="Calibri" w:hAnsi="Calibri" w:cs="Calibri" w:eastAsia="宋体"/>
        </w:rPr>
        <w:t xml:space="preserve">• </w:t>
      </w:r>
      <w:r>
        <w:rPr>
          <w:rFonts w:ascii="Calibri" w:hAnsi="Calibri" w:cs="Calibri" w:eastAsia="宋体"/>
        </w:rPr>
        <w:t>肉毒素帮助嗓音恢复的原理是：声带截短后，大脑仍然能控制缝起来部分的肌肉，为了让以后说话时只利用截剩下部分声带的肌肉，需要注射肉毒素，使神经重建，重新学习新的发声方式</w:t>
      </w:r>
    </w:p>
    <w:p>
      <w:pPr>
        <w:spacing w:before="20" w:after="40"/>
        <w:ind w:left="425" w:hanging="312"/>
      </w:pPr>
      <w:r>
        <w:rPr>
          <w:rFonts w:ascii="Calibri" w:hAnsi="Calibri" w:cs="Calibri" w:eastAsia="宋体"/>
        </w:rPr>
        <w:t xml:space="preserve">• </w:t>
      </w:r>
      <w:r>
        <w:rPr>
          <w:rFonts w:ascii="Calibri" w:hAnsi="Calibri" w:cs="Calibri" w:eastAsia="宋体"/>
        </w:rPr>
        <w:t>若频率提升效果不明显，可以在两次肉毒素注射后继续追加（两次之后追加会收费，每次注射费用 1980 元）</w:t>
      </w:r>
    </w:p>
    <w:p>
      <w:pPr>
        <w:pStyle w:val="Heading4"/>
      </w:pPr>
      <w:r>
        <w:rPr>
          <w:rFonts w:ascii="Calibri" w:hAnsi="Calibri" w:cs="Calibri" w:eastAsia="宋体"/>
        </w:rPr>
        <w:t>术前</w:t>
      </w:r>
    </w:p>
    <w:p>
      <w:pPr>
        <w:spacing w:before="20" w:after="40"/>
        <w:ind w:left="425" w:hanging="312"/>
      </w:pPr>
      <w:r>
        <w:rPr>
          <w:rFonts w:ascii="Calibri" w:hAnsi="Calibri" w:cs="Calibri" w:eastAsia="宋体"/>
        </w:rPr>
        <w:t xml:space="preserve">1. </w:t>
      </w:r>
      <w:r>
        <w:rPr>
          <w:rFonts w:ascii="Calibri" w:hAnsi="Calibri" w:cs="Calibri" w:eastAsia="宋体"/>
        </w:rPr>
        <w:t>提前2周微信预约。</w:t>
      </w:r>
    </w:p>
    <w:p>
      <w:pPr>
        <w:spacing w:before="20" w:after="40"/>
        <w:ind w:left="425" w:hanging="312"/>
      </w:pPr>
      <w:r>
        <w:rPr>
          <w:rFonts w:ascii="Calibri" w:hAnsi="Calibri" w:cs="Calibri" w:eastAsia="宋体"/>
        </w:rPr>
        <w:t xml:space="preserve">2. </w:t>
      </w:r>
      <w:r>
        <w:rPr>
          <w:rFonts w:ascii="Calibri" w:hAnsi="Calibri" w:cs="Calibri" w:eastAsia="宋体"/>
        </w:rPr>
        <w:t>手术费用包含除了吃饭以外的所有费用。如有陪护可以约双人病房，不需要加钱。</w:t>
      </w:r>
    </w:p>
    <w:p>
      <w:pPr>
        <w:spacing w:before="20" w:after="40"/>
        <w:ind w:left="425" w:hanging="312"/>
      </w:pPr>
      <w:r>
        <w:rPr>
          <w:rFonts w:ascii="Calibri" w:hAnsi="Calibri" w:cs="Calibri" w:eastAsia="宋体"/>
        </w:rPr>
        <w:t xml:space="preserve">3. </w:t>
      </w:r>
      <w:r>
        <w:rPr>
          <w:rFonts w:ascii="Calibri" w:hAnsi="Calibri" w:cs="Calibri" w:eastAsia="宋体"/>
        </w:rPr>
        <w:t>通常周二来办理住院，周三做嗓音综合检查（喉镜检查，电脑嗓音分析）+ 全麻术前检查，随后与何院长面诊确定手术方案，周四手术，周五上午9点后就可以出院了。</w:t>
      </w:r>
    </w:p>
    <w:p>
      <w:pPr>
        <w:spacing w:before="20" w:after="40"/>
        <w:ind w:left="425" w:hanging="312"/>
      </w:pPr>
      <w:r>
        <w:rPr>
          <w:rFonts w:ascii="Calibri" w:hAnsi="Calibri" w:cs="Calibri" w:eastAsia="宋体"/>
        </w:rPr>
        <w:t xml:space="preserve">4. </w:t>
      </w:r>
      <w:r>
        <w:rPr>
          <w:rFonts w:ascii="Calibri" w:hAnsi="Calibri" w:cs="Calibri" w:eastAsia="宋体"/>
        </w:rPr>
        <w:t>带好一套换洗衣物和洗澡的毛巾，其他的牙刷牙膏、洗脸巾、拖鞋、一次性内裤医院都有准备。</w:t>
      </w:r>
    </w:p>
    <w:p>
      <w:pPr>
        <w:spacing w:before="20" w:after="40"/>
        <w:ind w:left="425" w:hanging="312"/>
      </w:pPr>
      <w:r>
        <w:rPr>
          <w:rFonts w:ascii="Calibri" w:hAnsi="Calibri" w:cs="Calibri" w:eastAsia="宋体"/>
        </w:rPr>
        <w:t xml:space="preserve">5. </w:t>
      </w:r>
      <w:r>
        <w:rPr>
          <w:rFonts w:ascii="Calibri" w:hAnsi="Calibri" w:cs="Calibri" w:eastAsia="宋体"/>
        </w:rPr>
        <w:t>如果有美甲的话，双手各去一根手指头的美甲，然后这个期间做好保温，不要感冒。</w:t>
      </w:r>
    </w:p>
    <w:p>
      <w:pPr>
        <w:spacing w:before="20" w:after="40"/>
        <w:ind w:left="425" w:hanging="312"/>
      </w:pPr>
      <w:r>
        <w:rPr>
          <w:rFonts w:ascii="Calibri" w:hAnsi="Calibri" w:cs="Calibri" w:eastAsia="宋体"/>
        </w:rPr>
        <w:t xml:space="preserve">6. </w:t>
      </w:r>
      <w:r>
        <w:rPr>
          <w:rFonts w:ascii="Calibri" w:hAnsi="Calibri" w:cs="Calibri" w:eastAsia="宋体"/>
        </w:rPr>
        <w:t>手术期间停几天雌激素，术后可以正常使用。</w:t>
      </w:r>
    </w:p>
    <w:p>
      <w:pPr>
        <w:pStyle w:val="Heading4"/>
      </w:pPr>
      <w:r>
        <w:rPr>
          <w:rFonts w:ascii="Calibri" w:hAnsi="Calibri" w:cs="Calibri" w:eastAsia="宋体"/>
        </w:rPr>
        <w:t>术后</w:t>
      </w:r>
    </w:p>
    <w:p>
      <w:pPr>
        <w:spacing w:before="20" w:after="40"/>
        <w:ind w:left="425" w:hanging="312"/>
      </w:pPr>
      <w:r>
        <w:rPr>
          <w:rFonts w:ascii="Calibri" w:hAnsi="Calibri" w:cs="Calibri" w:eastAsia="宋体"/>
        </w:rPr>
        <w:t xml:space="preserve">1. </w:t>
      </w:r>
      <w:r>
        <w:rPr>
          <w:rFonts w:ascii="Calibri" w:hAnsi="Calibri" w:cs="Calibri" w:eastAsia="宋体"/>
        </w:rPr>
        <w:t>术后当天回病房后 2 小时喝水， 4 小时吃东西，吃稀饭，面条，馄饨等软烂的食物，术后第二天开始正常清淡饮食。</w:t>
      </w:r>
    </w:p>
    <w:p>
      <w:pPr>
        <w:spacing w:before="20" w:after="40"/>
        <w:ind w:left="425" w:hanging="312"/>
      </w:pPr>
      <w:r>
        <w:rPr>
          <w:rFonts w:ascii="Calibri" w:hAnsi="Calibri" w:cs="Calibri" w:eastAsia="宋体"/>
        </w:rPr>
        <w:t xml:space="preserve">2. </w:t>
      </w:r>
      <w:r>
        <w:rPr>
          <w:rFonts w:ascii="Calibri" w:hAnsi="Calibri" w:cs="Calibri" w:eastAsia="宋体"/>
        </w:rPr>
        <w:t>术后 3 周内避免</w:t>
      </w:r>
      <w:r>
        <w:rPr>
          <w:rFonts w:ascii="Calibri" w:hAnsi="Calibri" w:cs="Calibri" w:eastAsia="宋体"/>
          <w:b/>
        </w:rPr>
        <w:t>清嗓</w:t>
      </w:r>
      <w:r>
        <w:rPr>
          <w:rFonts w:ascii="Calibri" w:hAnsi="Calibri" w:cs="Calibri" w:eastAsia="宋体"/>
        </w:rPr>
        <w:t>。无法避免咳嗽时张开嘴，使空气外流减少手术部位的刺激。</w:t>
      </w:r>
    </w:p>
    <w:p>
      <w:pPr>
        <w:spacing w:before="20" w:after="40"/>
        <w:ind w:left="425" w:hanging="312"/>
      </w:pPr>
      <w:r>
        <w:rPr>
          <w:rFonts w:ascii="Calibri" w:hAnsi="Calibri" w:cs="Calibri" w:eastAsia="宋体"/>
        </w:rPr>
        <w:t xml:space="preserve">3. </w:t>
      </w:r>
      <w:r>
        <w:rPr>
          <w:rFonts w:ascii="Calibri" w:hAnsi="Calibri" w:cs="Calibri" w:eastAsia="宋体"/>
        </w:rPr>
        <w:t>术后 3 周内避免</w:t>
      </w:r>
      <w:r>
        <w:rPr>
          <w:rFonts w:ascii="Calibri" w:hAnsi="Calibri" w:cs="Calibri" w:eastAsia="宋体"/>
          <w:b/>
        </w:rPr>
        <w:t>拎重物或脖子用力</w:t>
      </w:r>
      <w:r>
        <w:rPr>
          <w:rFonts w:ascii="Calibri" w:hAnsi="Calibri" w:cs="Calibri" w:eastAsia="宋体"/>
        </w:rPr>
        <w:t>的工作和运动（如游泳、高尔夫、网球、登山等，可以散步或走步运动）。</w:t>
      </w:r>
    </w:p>
    <w:p>
      <w:pPr>
        <w:spacing w:before="20" w:after="40"/>
        <w:ind w:left="425" w:hanging="312"/>
      </w:pPr>
      <w:r>
        <w:rPr>
          <w:rFonts w:ascii="Calibri" w:hAnsi="Calibri" w:cs="Calibri" w:eastAsia="宋体"/>
        </w:rPr>
        <w:t xml:space="preserve">4. </w:t>
      </w:r>
      <w:r>
        <w:rPr>
          <w:rFonts w:ascii="Calibri" w:hAnsi="Calibri" w:cs="Calibri" w:eastAsia="宋体"/>
        </w:rPr>
        <w:t>术后需要禁声一个月（前两周</w:t>
      </w:r>
      <w:r>
        <w:rPr>
          <w:rFonts w:ascii="Calibri" w:hAnsi="Calibri" w:cs="Calibri" w:eastAsia="宋体"/>
          <w:b/>
        </w:rPr>
        <w:t>完全禁止</w:t>
      </w:r>
      <w:r>
        <w:rPr>
          <w:rFonts w:ascii="Calibri" w:hAnsi="Calibri" w:cs="Calibri" w:eastAsia="宋体"/>
        </w:rPr>
        <w:t>说话，后约两周禁止对话，一天只能说 1-2 句），然后正常说话，这个时候声音会很哑；大约一周到 2 周左右会适应，渐渐不哑；2-3 个月可以开始进行普通对话，但一开始不能进行长时间对话，需要避免</w:t>
      </w:r>
      <w:r>
        <w:rPr>
          <w:rFonts w:ascii="Calibri" w:hAnsi="Calibri" w:cs="Calibri" w:eastAsia="宋体"/>
          <w:b/>
        </w:rPr>
        <w:t>悄悄话或大声说话</w:t>
      </w:r>
      <w:r>
        <w:rPr>
          <w:rFonts w:ascii="Calibri" w:hAnsi="Calibri" w:cs="Calibri" w:eastAsia="宋体"/>
        </w:rPr>
        <w:t>。</w:t>
      </w:r>
    </w:p>
    <w:p>
      <w:pPr>
        <w:spacing w:before="20" w:after="40"/>
        <w:ind w:left="425" w:hanging="312"/>
      </w:pPr>
      <w:r>
        <w:rPr>
          <w:rFonts w:ascii="Calibri" w:hAnsi="Calibri" w:cs="Calibri" w:eastAsia="宋体"/>
        </w:rPr>
        <w:t xml:space="preserve">5. </w:t>
      </w:r>
      <w:r>
        <w:rPr>
          <w:rFonts w:ascii="Calibri" w:hAnsi="Calibri" w:cs="Calibri" w:eastAsia="宋体"/>
        </w:rPr>
        <w:t>术后 2 个月内，烟酒茶，咖啡，碳酸饮料暂时不要喝。</w:t>
      </w:r>
    </w:p>
    <w:p>
      <w:pPr>
        <w:spacing w:before="20" w:after="40"/>
        <w:ind w:left="425" w:hanging="312"/>
      </w:pPr>
      <w:r>
        <w:rPr>
          <w:rFonts w:ascii="Calibri" w:hAnsi="Calibri" w:cs="Calibri" w:eastAsia="宋体"/>
        </w:rPr>
        <w:t xml:space="preserve">6. </w:t>
      </w:r>
      <w:r>
        <w:rPr>
          <w:rFonts w:ascii="Calibri" w:hAnsi="Calibri" w:cs="Calibri" w:eastAsia="宋体"/>
        </w:rPr>
        <w:t>术后 2 个月左右等到说话很顺畅了，也能够长时间说话的时候来复查+语音训练。 大约需要 2 个半小时，现场会教语训的方法，回去自己练习。后面练习一个月后如果方便可以约时间再来现场，如果不方便可以约时间线上教学。</w:t>
      </w:r>
      <w:r>
        <w:rPr>
          <w:rFonts w:ascii="Calibri" w:hAnsi="Calibri" w:cs="Calibri" w:eastAsia="宋体"/>
          <w:strike/>
        </w:rPr>
        <w:t>语训一共三次。</w:t>
      </w:r>
      <w:r>
        <w:rPr>
          <w:rFonts w:ascii="Calibri" w:hAnsi="Calibri" w:cs="Calibri" w:eastAsia="宋体"/>
        </w:rPr>
        <w:t>（</w:t>
      </w:r>
      <w:r>
        <w:rPr>
          <w:rFonts w:ascii="Calibri" w:hAnsi="Calibri" w:cs="Calibri" w:eastAsia="宋体"/>
          <w:b/>
        </w:rPr>
        <w:t>据 2026 年 4 月反馈，医院未明确告知语训课的次数，且存在不回复疑问的情况</w:t>
      </w:r>
      <w:r>
        <w:rPr>
          <w:rFonts w:ascii="Calibri" w:hAnsi="Calibri" w:cs="Calibri" w:eastAsia="宋体"/>
        </w:rPr>
        <w:t>）</w:t>
      </w:r>
    </w:p>
    <w:p>
      <w:pPr>
        <w:spacing w:before="20" w:after="40"/>
        <w:ind w:left="425" w:hanging="312"/>
      </w:pPr>
      <w:r>
        <w:rPr>
          <w:rFonts w:ascii="Calibri" w:hAnsi="Calibri" w:cs="Calibri" w:eastAsia="宋体"/>
        </w:rPr>
        <w:t xml:space="preserve">7. </w:t>
      </w:r>
      <w:r>
        <w:rPr>
          <w:rFonts w:ascii="Calibri" w:hAnsi="Calibri" w:cs="Calibri" w:eastAsia="宋体"/>
        </w:rPr>
        <w:t>术后2个月开始，声音提升大约在 15-20Hz 左右，然后会慢慢提升，差不多一年到一年半左右能够达到一个稳定的程度。</w:t>
      </w:r>
    </w:p>
    <w:p>
      <w:pPr>
        <w:spacing w:before="20" w:after="40"/>
        <w:ind w:left="425" w:hanging="312"/>
      </w:pPr>
      <w:r>
        <w:rPr>
          <w:rFonts w:ascii="Calibri" w:hAnsi="Calibri" w:cs="Calibri" w:eastAsia="宋体"/>
        </w:rPr>
        <w:t xml:space="preserve">8. </w:t>
      </w:r>
      <w:r>
        <w:rPr>
          <w:rFonts w:ascii="Calibri" w:hAnsi="Calibri" w:cs="Calibri" w:eastAsia="宋体"/>
        </w:rPr>
        <w:t>术后肉毒素根据个人体质不同生效时间也不同，可能手术当天生效，也可能术后 3-5 天生效。</w:t>
      </w:r>
    </w:p>
    <w:p>
      <w:pPr>
        <w:spacing w:before="20" w:after="40"/>
        <w:ind w:left="425" w:hanging="312"/>
      </w:pPr>
      <w:r>
        <w:rPr>
          <w:rFonts w:ascii="Calibri" w:hAnsi="Calibri" w:cs="Calibri" w:eastAsia="宋体"/>
        </w:rPr>
        <w:t xml:space="preserve">9. </w:t>
      </w:r>
      <w:r>
        <w:rPr>
          <w:rFonts w:ascii="Calibri" w:hAnsi="Calibri" w:cs="Calibri" w:eastAsia="宋体"/>
        </w:rPr>
        <w:t>术后肉毒素生效期间喝水/喝粥很很容易呛到（也有人不会呛），需要注意。解决办法：</w:t>
      </w:r>
      <w:r>
        <w:rPr>
          <w:rFonts w:ascii="Calibri" w:hAnsi="Calibri" w:cs="Calibri" w:eastAsia="宋体"/>
          <w:b/>
        </w:rPr>
        <w:t>低头小口喝水</w:t>
      </w:r>
      <w:r>
        <w:rPr>
          <w:rFonts w:ascii="Calibri" w:hAnsi="Calibri" w:cs="Calibri" w:eastAsia="宋体"/>
        </w:rPr>
        <w:t>，喝水时保持注意力集中不要边干别的边喝水。</w:t>
      </w:r>
    </w:p>
    <w:p>
      <w:pPr>
        <w:spacing w:before="20" w:after="40"/>
        <w:ind w:left="425" w:hanging="312"/>
      </w:pPr>
      <w:r>
        <w:rPr>
          <w:rFonts w:ascii="Calibri" w:hAnsi="Calibri" w:cs="Calibri" w:eastAsia="宋体"/>
        </w:rPr>
        <w:t xml:space="preserve">10. </w:t>
      </w:r>
      <w:r>
        <w:rPr>
          <w:rFonts w:ascii="Calibri" w:hAnsi="Calibri" w:cs="Calibri" w:eastAsia="宋体"/>
        </w:rPr>
        <w:t>小心感冒，若感冒，不要随意服药，一定要去医院就诊，避免感冒加重。</w:t>
      </w:r>
    </w:p>
    <w:p>
      <w:pPr>
        <w:spacing w:before="20" w:after="40"/>
        <w:ind w:left="425" w:hanging="312"/>
      </w:pPr>
      <w:r>
        <w:rPr>
          <w:rFonts w:ascii="Calibri" w:hAnsi="Calibri" w:cs="Calibri" w:eastAsia="宋体"/>
        </w:rPr>
        <w:t xml:space="preserve">11. </w:t>
      </w:r>
      <w:r>
        <w:rPr>
          <w:rFonts w:ascii="Calibri" w:hAnsi="Calibri" w:cs="Calibri" w:eastAsia="宋体"/>
        </w:rPr>
        <w:t>嗓音完全上升到女性音域的时间，一般需要约 6-12 个月。</w:t>
      </w:r>
    </w:p>
    <w:p>
      <w:pPr>
        <w:spacing w:before="20" w:after="40"/>
        <w:ind w:left="425" w:hanging="312"/>
      </w:pPr>
      <w:r>
        <w:rPr>
          <w:rFonts w:ascii="Calibri" w:hAnsi="Calibri" w:cs="Calibri" w:eastAsia="宋体"/>
        </w:rPr>
        <w:t xml:space="preserve">12. </w:t>
      </w:r>
      <w:r>
        <w:rPr>
          <w:rFonts w:ascii="Calibri" w:hAnsi="Calibri" w:cs="Calibri" w:eastAsia="宋体"/>
        </w:rPr>
        <w:t>术后接受全麻手术时，必须提前说明声带手术史，并建议使用 6 号及以下的插管。</w:t>
      </w:r>
    </w:p>
    <w:p>
      <w:pPr>
        <w:spacing w:before="20" w:after="40"/>
        <w:ind w:left="425" w:hanging="312"/>
      </w:pPr>
      <w:r>
        <w:rPr>
          <w:rFonts w:ascii="Calibri" w:hAnsi="Calibri" w:cs="Calibri" w:eastAsia="宋体"/>
        </w:rPr>
        <w:t xml:space="preserve">13. </w:t>
      </w:r>
      <w:r>
        <w:rPr>
          <w:rFonts w:ascii="Calibri" w:hAnsi="Calibri" w:cs="Calibri" w:eastAsia="宋体"/>
        </w:rPr>
        <w:t>手术结束时会打一针肉毒，术后 3 个月时复查，根据你的声音的恢复情况选择再打一次肉毒，或者也可以留作之后声音变化变慢的时候再来注射。</w:t>
      </w:r>
    </w:p>
    <w:p>
      <w:pPr>
        <w:spacing w:before="20" w:after="40"/>
        <w:ind w:left="425" w:hanging="312"/>
      </w:pPr>
      <w:r>
        <w:rPr>
          <w:rFonts w:ascii="Calibri" w:hAnsi="Calibri" w:cs="Calibri" w:eastAsia="宋体"/>
        </w:rPr>
        <w:t xml:space="preserve">14. </w:t>
      </w:r>
      <w:r>
        <w:rPr>
          <w:rFonts w:ascii="Calibri" w:hAnsi="Calibri" w:cs="Calibri" w:eastAsia="宋体"/>
        </w:rPr>
        <w:t>据院方反馈，手术声音频率平均能够提升 74Hz 左右。</w:t>
      </w:r>
    </w:p>
    <w:p>
      <w:pPr>
        <w:pStyle w:val="Heading3"/>
      </w:pPr>
      <w:r>
        <w:rPr>
          <w:rFonts w:ascii="Calibri" w:hAnsi="Calibri" w:cs="Calibri" w:eastAsia="宋体"/>
        </w:rPr>
        <w:t>手术效果</w:t>
      </w:r>
    </w:p>
    <w:p>
      <w:pPr>
        <w:pStyle w:val="Heading4"/>
      </w:pPr>
      <w:r>
        <w:rPr>
          <w:rFonts w:ascii="Calibri" w:hAnsi="Calibri" w:cs="Calibri" w:eastAsia="宋体"/>
        </w:rPr>
        <w:t>手术前</w:t>
      </w:r>
    </w:p>
    <w:p>
      <w:pPr>
        <w:pStyle w:val="Heading4"/>
      </w:pPr>
      <w:r>
        <w:rPr>
          <w:rFonts w:ascii="Calibri" w:hAnsi="Calibri" w:cs="Calibri" w:eastAsia="宋体"/>
        </w:rPr>
        <w:t>术后三个月</w:t>
      </w:r>
    </w:p>
    <w:p>
      <w:pPr>
        <w:pStyle w:val="Heading3"/>
      </w:pPr>
      <w:r>
        <w:rPr>
          <w:rFonts w:ascii="Calibri" w:hAnsi="Calibri" w:cs="Calibri" w:eastAsia="宋体"/>
        </w:rPr>
        <w:t>医院地址</w:t>
      </w:r>
    </w:p>
    <w:p>
      <w:pPr>
        <w:spacing w:after="100"/>
      </w:pPr>
      <w:r>
        <w:rPr>
          <w:rFonts w:ascii="Calibri" w:hAnsi="Calibri" w:cs="Calibri" w:eastAsia="宋体"/>
        </w:rPr>
        <w:t>南京市 江宁区 吉印大道 2007 号</w:t>
      </w:r>
      <w:r>
        <w:rPr>
          <w:rFonts w:ascii="Calibri" w:hAnsi="Calibri" w:cs="Calibri" w:eastAsia="宋体"/>
        </w:rPr>
        <w:t xml:space="preserve"> 南京同仁医院门诊大厅 4 楼 B 区</w:t>
      </w:r>
    </w:p>
    <w:p>
      <w:pPr>
        <w:pStyle w:val="Heading3"/>
      </w:pPr>
      <w:r>
        <w:rPr>
          <w:rFonts w:ascii="Calibri" w:hAnsi="Calibri" w:cs="Calibri" w:eastAsia="宋体"/>
        </w:rPr>
        <w:t>参考资料</w:t>
      </w:r>
    </w:p>
    <w:p>
      <w:pPr>
        <w:spacing w:before="20" w:after="40"/>
        <w:ind w:left="425" w:hanging="312"/>
      </w:pPr>
      <w:r>
        <w:rPr>
          <w:rFonts w:ascii="Calibri" w:hAnsi="Calibri" w:cs="Calibri" w:eastAsia="宋体"/>
        </w:rPr>
        <w:t xml:space="preserve">• </w:t>
      </w:r>
      <w:r>
        <w:rPr>
          <w:rFonts w:ascii="Calibri" w:hAnsi="Calibri" w:cs="Calibri" w:eastAsia="宋体"/>
        </w:rPr>
        <w:t>七七在南京同仁的 VFS 日记</w:t>
      </w:r>
    </w:p>
    <w:p>
      <w:pPr>
        <w:spacing w:before="20" w:after="40"/>
        <w:ind w:left="425" w:hanging="312"/>
      </w:pPr>
      <w:r>
        <w:rPr>
          <w:rFonts w:ascii="Calibri" w:hAnsi="Calibri" w:cs="Calibri" w:eastAsia="宋体"/>
        </w:rPr>
        <w:t xml:space="preserve">• </w:t>
      </w:r>
      <w:r>
        <w:rPr>
          <w:rFonts w:ascii="Calibri" w:hAnsi="Calibri" w:cs="Calibri" w:eastAsia="宋体"/>
        </w:rPr>
        <w:t>南京同仁耳鼻喉科证书 1</w:t>
      </w:r>
    </w:p>
    <w:p>
      <w:pPr>
        <w:spacing w:before="20" w:after="40"/>
        <w:ind w:left="425" w:hanging="312"/>
      </w:pPr>
      <w:r>
        <w:rPr>
          <w:rFonts w:ascii="Calibri" w:hAnsi="Calibri" w:cs="Calibri" w:eastAsia="宋体"/>
        </w:rPr>
        <w:t xml:space="preserve">• </w:t>
      </w:r>
      <w:r>
        <w:rPr>
          <w:rFonts w:ascii="Calibri" w:hAnsi="Calibri" w:cs="Calibri" w:eastAsia="宋体"/>
        </w:rPr>
        <w:t>南京同仁耳鼻喉科证书 2</w:t>
      </w:r>
    </w:p>
    <w:p>
      <w:pPr>
        <w:pStyle w:val="Heading2"/>
      </w:pPr>
      <w:r>
        <w:rPr>
          <w:rFonts w:ascii="Calibri" w:hAnsi="Calibri" w:cs="Calibri" w:eastAsia="微软雅黑"/>
        </w:rPr>
        <w:t>8.4  上海市第九人民医院｜易彬</w:t>
      </w:r>
    </w:p>
    <w:p>
      <w:pPr>
        <w:spacing w:after="160"/>
      </w:pPr>
      <w:r>
        <w:rPr>
          <w:rFonts w:ascii="Calibri" w:hAnsi="Calibri" w:cs="Calibri" w:eastAsia="宋体"/>
          <w:color w:val="6B7280"/>
          <w:sz w:val="16"/>
        </w:rPr>
        <w:t>原文：https://mtf.wiki/zh-cn/docs/vocal-surgery/yi-bin · 最近更新：2026年9月5日</w:t>
      </w:r>
    </w:p>
    <w:p>
      <w:pPr>
        <w:spacing w:after="100"/>
      </w:pPr>
      <w:r>
        <w:rPr>
          <w:rFonts w:ascii="Calibri" w:hAnsi="Calibri" w:cs="Calibri" w:eastAsia="宋体"/>
        </w:rPr>
        <w:t>主刀医师：</w:t>
      </w:r>
      <w:r>
        <w:rPr>
          <w:rFonts w:ascii="Calibri" w:hAnsi="Calibri" w:cs="Calibri" w:eastAsia="宋体"/>
        </w:rPr>
        <w:t>易彬</w:t>
      </w:r>
    </w:p>
    <w:p>
      <w:pPr>
        <w:spacing w:after="100"/>
      </w:pPr>
      <w:r>
        <w:rPr>
          <w:rFonts w:ascii="Calibri" w:hAnsi="Calibri" w:cs="Calibri" w:eastAsia="宋体"/>
        </w:rPr>
        <w:t>所属医院：</w:t>
      </w:r>
      <w:r>
        <w:rPr>
          <w:rFonts w:ascii="Calibri" w:hAnsi="Calibri" w:cs="Calibri" w:eastAsia="宋体"/>
        </w:rPr>
        <w:t>上海市第九人民医院南部院区(制造局路639号) 耳鼻咽喉头颈外科</w:t>
      </w:r>
    </w:p>
    <w:p>
      <w:pPr>
        <w:pStyle w:val="Heading3"/>
      </w:pPr>
      <w:r>
        <w:rPr>
          <w:rFonts w:ascii="Calibri" w:hAnsi="Calibri" w:cs="Calibri" w:eastAsia="宋体"/>
        </w:rPr>
        <w:t>预约挂号</w:t>
      </w:r>
    </w:p>
    <w:p>
      <w:pPr>
        <w:spacing w:after="100"/>
      </w:pPr>
      <w:r>
        <w:rPr>
          <w:rFonts w:ascii="Calibri" w:hAnsi="Calibri" w:cs="Calibri" w:eastAsia="宋体"/>
        </w:rPr>
        <w:t xml:space="preserve">在 </w:t>
      </w:r>
      <w:r>
        <w:rPr>
          <w:rFonts w:ascii="Calibri" w:hAnsi="Calibri" w:cs="Calibri" w:eastAsia="宋体"/>
        </w:rPr>
        <w:t>上海市第九人民医院</w:t>
      </w:r>
      <w:r>
        <w:rPr>
          <w:rFonts w:ascii="Calibri" w:hAnsi="Calibri" w:cs="Calibri" w:eastAsia="宋体"/>
        </w:rPr>
        <w:t xml:space="preserve"> 微信公众号预约挂号，提前14天放号。可使用医保挂号。</w:t>
      </w:r>
    </w:p>
    <w:tbl>
      <w:tblPr>
        <w:tblStyle w:val="TableGrid"/>
        <w:tblW w:type="auto" w:w="0"/>
        <w:jc w:val="center"/>
        <w:tblLayout w:type="fixed"/>
        <w:tblLook w:firstColumn="1" w:firstRow="1" w:lastColumn="0" w:lastRow="0" w:noHBand="0" w:noVBand="1" w:val="04A0"/>
      </w:tblPr>
      <w:tblGrid>
        <w:gridCol w:w="2399"/>
        <w:gridCol w:w="2399"/>
        <w:gridCol w:w="4499"/>
      </w:tblGrid>
      <w:tr>
        <w:trPr>
          <w:tblHeader/>
        </w:trPr>
        <w:tc>
          <w:tcPr>
            <w:tcW w:type="dxa" w:w="2399"/>
            <w:shd w:val="clear" w:color="auto" w:fill="EDF1F7"/>
          </w:tcPr>
          <w:p>
            <w:pPr>
              <w:spacing w:before="40" w:after="40" w:line="276" w:lineRule="auto"/>
            </w:pPr>
            <w:r>
              <w:rPr>
                <w:b/>
                <w:sz w:val="18"/>
              </w:rPr>
            </w:r>
            <w:r>
              <w:rPr>
                <w:rFonts w:ascii="Calibri" w:hAnsi="Calibri" w:cs="Calibri" w:eastAsia="宋体"/>
                <w:b/>
                <w:sz w:val="18"/>
              </w:rPr>
              <w:t>时段</w:t>
            </w:r>
          </w:p>
        </w:tc>
        <w:tc>
          <w:tcPr>
            <w:tcW w:type="dxa" w:w="2399"/>
            <w:shd w:val="clear" w:color="auto" w:fill="EDF1F7"/>
          </w:tcPr>
          <w:p>
            <w:pPr>
              <w:spacing w:before="40" w:after="40" w:line="276" w:lineRule="auto"/>
            </w:pPr>
            <w:r>
              <w:rPr>
                <w:b/>
                <w:sz w:val="18"/>
              </w:rPr>
            </w:r>
            <w:r>
              <w:rPr>
                <w:rFonts w:ascii="Calibri" w:hAnsi="Calibri" w:cs="Calibri" w:eastAsia="宋体"/>
                <w:b/>
                <w:sz w:val="18"/>
              </w:rPr>
              <w:t>类型</w:t>
            </w:r>
          </w:p>
        </w:tc>
        <w:tc>
          <w:tcPr>
            <w:tcW w:type="dxa" w:w="4499"/>
            <w:shd w:val="clear" w:color="auto" w:fill="EDF1F7"/>
          </w:tcPr>
          <w:p>
            <w:pPr>
              <w:spacing w:before="40" w:after="40" w:line="276" w:lineRule="auto"/>
            </w:pPr>
            <w:r>
              <w:rPr>
                <w:b/>
                <w:sz w:val="18"/>
              </w:rPr>
            </w:r>
            <w:r>
              <w:rPr>
                <w:rFonts w:ascii="Calibri" w:hAnsi="Calibri" w:cs="Calibri" w:eastAsia="宋体"/>
                <w:b/>
                <w:sz w:val="18"/>
              </w:rPr>
              <w:t>价格 (医保/自费)</w:t>
            </w:r>
          </w:p>
        </w:tc>
      </w:tr>
      <w:tr>
        <w:tc>
          <w:tcPr>
            <w:tcW w:type="dxa" w:w="2399"/>
          </w:tcPr>
          <w:p>
            <w:pPr>
              <w:spacing w:before="40" w:after="40" w:line="276" w:lineRule="auto"/>
            </w:pPr>
            <w:r>
              <w:rPr>
                <w:sz w:val="18"/>
              </w:rPr>
            </w:r>
            <w:r>
              <w:rPr>
                <w:rFonts w:ascii="Calibri" w:hAnsi="Calibri" w:cs="Calibri" w:eastAsia="宋体"/>
                <w:sz w:val="18"/>
              </w:rPr>
              <w:t>周五上午</w:t>
            </w:r>
          </w:p>
        </w:tc>
        <w:tc>
          <w:tcPr>
            <w:tcW w:type="dxa" w:w="2399"/>
          </w:tcPr>
          <w:p>
            <w:pPr>
              <w:spacing w:before="40" w:after="40" w:line="276" w:lineRule="auto"/>
            </w:pPr>
            <w:r>
              <w:rPr>
                <w:sz w:val="18"/>
              </w:rPr>
            </w:r>
            <w:r>
              <w:rPr>
                <w:rFonts w:ascii="Calibri" w:hAnsi="Calibri" w:cs="Calibri" w:eastAsia="宋体"/>
                <w:sz w:val="18"/>
              </w:rPr>
              <w:t>嗓音专病门诊</w:t>
            </w:r>
          </w:p>
        </w:tc>
        <w:tc>
          <w:tcPr>
            <w:tcW w:type="dxa" w:w="4499"/>
          </w:tcPr>
          <w:p>
            <w:pPr>
              <w:spacing w:before="40" w:after="40" w:line="276" w:lineRule="auto"/>
            </w:pPr>
            <w:r>
              <w:rPr>
                <w:sz w:val="18"/>
              </w:rPr>
            </w:r>
            <w:r>
              <w:rPr>
                <w:rFonts w:ascii="Calibri" w:hAnsi="Calibri" w:cs="Calibri" w:eastAsia="宋体"/>
                <w:sz w:val="18"/>
              </w:rPr>
              <w:t>25 元 (19 / 6)</w:t>
            </w:r>
          </w:p>
        </w:tc>
      </w:tr>
      <w:tr>
        <w:tc>
          <w:tcPr>
            <w:tcW w:type="dxa" w:w="2399"/>
          </w:tcPr>
          <w:p>
            <w:pPr>
              <w:spacing w:before="40" w:after="40" w:line="276" w:lineRule="auto"/>
            </w:pPr>
            <w:r>
              <w:rPr>
                <w:sz w:val="18"/>
              </w:rPr>
            </w:r>
            <w:r>
              <w:rPr>
                <w:rFonts w:ascii="Calibri" w:hAnsi="Calibri" w:cs="Calibri" w:eastAsia="宋体"/>
                <w:sz w:val="18"/>
              </w:rPr>
              <w:t>周三上午/周四下午</w:t>
            </w:r>
          </w:p>
        </w:tc>
        <w:tc>
          <w:tcPr>
            <w:tcW w:type="dxa" w:w="2399"/>
          </w:tcPr>
          <w:p>
            <w:pPr>
              <w:spacing w:before="40" w:after="40" w:line="276" w:lineRule="auto"/>
            </w:pPr>
            <w:r>
              <w:rPr>
                <w:sz w:val="18"/>
              </w:rPr>
            </w:r>
            <w:r>
              <w:rPr>
                <w:rFonts w:ascii="Calibri" w:hAnsi="Calibri" w:cs="Calibri" w:eastAsia="宋体"/>
                <w:sz w:val="18"/>
              </w:rPr>
              <w:t>专家门诊</w:t>
            </w:r>
          </w:p>
        </w:tc>
        <w:tc>
          <w:tcPr>
            <w:tcW w:type="dxa" w:w="4499"/>
          </w:tcPr>
          <w:p>
            <w:pPr>
              <w:spacing w:before="40" w:after="40" w:line="276" w:lineRule="auto"/>
            </w:pPr>
            <w:r>
              <w:rPr>
                <w:sz w:val="18"/>
              </w:rPr>
            </w:r>
            <w:r>
              <w:rPr>
                <w:rFonts w:ascii="Calibri" w:hAnsi="Calibri" w:cs="Calibri" w:eastAsia="宋体"/>
                <w:sz w:val="18"/>
              </w:rPr>
              <w:t>40 元 (19 / 21)</w:t>
            </w:r>
          </w:p>
        </w:tc>
      </w:tr>
      <w:tr>
        <w:tc>
          <w:tcPr>
            <w:tcW w:type="dxa" w:w="2399"/>
          </w:tcPr>
          <w:p>
            <w:pPr>
              <w:spacing w:before="40" w:after="40" w:line="276" w:lineRule="auto"/>
            </w:pPr>
            <w:r>
              <w:rPr>
                <w:sz w:val="18"/>
              </w:rPr>
            </w:r>
            <w:r>
              <w:rPr>
                <w:rFonts w:ascii="Calibri" w:hAnsi="Calibri" w:cs="Calibri" w:eastAsia="宋体"/>
                <w:sz w:val="18"/>
              </w:rPr>
              <w:t>周五下午</w:t>
            </w:r>
          </w:p>
        </w:tc>
        <w:tc>
          <w:tcPr>
            <w:tcW w:type="dxa" w:w="2399"/>
          </w:tcPr>
          <w:p>
            <w:pPr>
              <w:spacing w:before="40" w:after="40" w:line="276" w:lineRule="auto"/>
            </w:pPr>
            <w:r>
              <w:rPr>
                <w:sz w:val="18"/>
              </w:rPr>
            </w:r>
            <w:r>
              <w:rPr>
                <w:rFonts w:ascii="Calibri" w:hAnsi="Calibri" w:cs="Calibri" w:eastAsia="宋体"/>
                <w:sz w:val="18"/>
              </w:rPr>
              <w:t>特需门诊</w:t>
            </w:r>
          </w:p>
        </w:tc>
        <w:tc>
          <w:tcPr>
            <w:tcW w:type="dxa" w:w="4499"/>
          </w:tcPr>
          <w:p>
            <w:pPr>
              <w:spacing w:before="40" w:after="40" w:line="276" w:lineRule="auto"/>
            </w:pPr>
            <w:r>
              <w:rPr>
                <w:sz w:val="18"/>
              </w:rPr>
            </w:r>
            <w:r>
              <w:rPr>
                <w:rFonts w:ascii="Calibri" w:hAnsi="Calibri" w:cs="Calibri" w:eastAsia="宋体"/>
                <w:sz w:val="18"/>
              </w:rPr>
              <w:t>200 元</w:t>
            </w:r>
          </w:p>
        </w:tc>
      </w:tr>
    </w:tbl>
    <w:p>
      <w:pPr>
        <w:spacing w:after="100"/>
      </w:pPr>
      <w:r>
        <w:rPr>
          <w:rFonts w:ascii="Calibri" w:hAnsi="Calibri" w:cs="Calibri" w:eastAsia="宋体"/>
        </w:rPr>
        <w:t>医生本人推荐挂周五上午的“嗓音专病门诊”</w:t>
      </w:r>
    </w:p>
    <w:p>
      <w:pPr>
        <w:spacing w:after="100"/>
      </w:pPr>
      <w:r>
        <w:rPr>
          <w:rFonts w:ascii="Calibri" w:hAnsi="Calibri" w:cs="Calibri" w:eastAsia="宋体"/>
        </w:rPr>
        <w:t>就诊地点位于南院北区1号楼，入口位于</w:t>
      </w:r>
      <w:r>
        <w:rPr>
          <w:rFonts w:ascii="Calibri" w:hAnsi="Calibri" w:cs="Calibri" w:eastAsia="宋体"/>
          <w:b/>
        </w:rPr>
        <w:t>制造局路639号</w:t>
      </w:r>
      <w:r>
        <w:rPr>
          <w:rFonts w:ascii="Calibri" w:hAnsi="Calibri" w:cs="Calibri" w:eastAsia="宋体"/>
        </w:rPr>
        <w:t>，与整复外科不同。</w:t>
      </w:r>
    </w:p>
    <w:p>
      <w:pPr>
        <w:pStyle w:val="Heading3"/>
      </w:pPr>
      <w:r>
        <w:rPr>
          <w:rFonts w:ascii="Calibri" w:hAnsi="Calibri" w:cs="Calibri" w:eastAsia="宋体"/>
        </w:rPr>
        <w:t>线上问诊</w:t>
      </w:r>
    </w:p>
    <w:p>
      <w:pPr>
        <w:spacing w:after="100"/>
      </w:pPr>
      <w:r>
        <w:rPr>
          <w:rFonts w:ascii="Calibri" w:hAnsi="Calibri" w:cs="Calibri" w:eastAsia="宋体"/>
        </w:rPr>
        <w:t>微医平台</w:t>
      </w:r>
    </w:p>
    <w:p>
      <w:pPr>
        <w:spacing w:after="100"/>
      </w:pPr>
      <w:r>
        <w:rPr>
          <w:rFonts w:ascii="Calibri" w:hAnsi="Calibri" w:cs="Calibri" w:eastAsia="宋体"/>
        </w:rPr>
        <w:t>一次 30 元。线下就诊时让医生主动发起一次回复可以在接下来 7 天内免费咨询 3 次。</w:t>
      </w:r>
    </w:p>
    <w:p>
      <w:pPr>
        <w:pStyle w:val="Heading3"/>
      </w:pPr>
      <w:r>
        <w:rPr>
          <w:rFonts w:ascii="Calibri" w:hAnsi="Calibri" w:cs="Calibri" w:eastAsia="宋体"/>
        </w:rPr>
        <w:t>嗓音训练</w:t>
      </w:r>
    </w:p>
    <w:p>
      <w:pPr>
        <w:spacing w:after="100"/>
      </w:pPr>
      <w:r>
        <w:rPr>
          <w:rFonts w:ascii="Calibri" w:hAnsi="Calibri" w:cs="Calibri" w:eastAsia="宋体"/>
        </w:rPr>
        <w:t>嗓音女性化训练在每周五上午的“嗓音专病门诊”开设，价格 3000 元/次，一次约 1 小时，价格不是绝对的，也不是必须在这里训练。</w:t>
      </w:r>
    </w:p>
    <w:p>
      <w:pPr>
        <w:spacing w:after="100"/>
      </w:pPr>
      <w:r>
        <w:rPr>
          <w:rFonts w:ascii="Calibri" w:hAnsi="Calibri" w:cs="Calibri" w:eastAsia="宋体"/>
        </w:rPr>
        <w:t xml:space="preserve">由华东师范大学的 </w:t>
      </w:r>
      <w:r>
        <w:rPr>
          <w:rFonts w:ascii="Calibri" w:hAnsi="Calibri" w:cs="Calibri" w:eastAsia="宋体"/>
        </w:rPr>
        <w:t>金河庚</w:t>
      </w:r>
      <w:r>
        <w:rPr>
          <w:rFonts w:ascii="Calibri" w:hAnsi="Calibri" w:cs="Calibri" w:eastAsia="宋体"/>
        </w:rPr>
        <w:t xml:space="preserve"> 教授 (韩国籍, 与陈臻有联系) 授课。支持线上教学。</w:t>
      </w:r>
    </w:p>
    <w:p>
      <w:pPr>
        <w:spacing w:after="100"/>
      </w:pPr>
      <w:r>
        <w:rPr>
          <w:rFonts w:ascii="Calibri" w:hAnsi="Calibri" w:cs="Calibri" w:eastAsia="宋体"/>
        </w:rPr>
        <w:t>若需进行声带手术，需要接受至少 5 次嗓音训练，但不要求该训练一定由金河庚教授进行。</w:t>
      </w:r>
    </w:p>
    <w:p>
      <w:pPr>
        <w:spacing w:after="100"/>
      </w:pPr>
      <w:r>
        <w:rPr>
          <w:rFonts w:ascii="Calibri" w:hAnsi="Calibri" w:cs="Calibri" w:eastAsia="宋体"/>
        </w:rPr>
        <w:t>该部分信息截至 2024 年 09 月 27 日</w:t>
      </w:r>
    </w:p>
    <w:p>
      <w:pPr>
        <w:pStyle w:val="Heading3"/>
      </w:pPr>
      <w:r>
        <w:rPr>
          <w:rFonts w:ascii="Calibri" w:hAnsi="Calibri" w:cs="Calibri" w:eastAsia="宋体"/>
        </w:rPr>
        <w:t>嗓音评估</w:t>
      </w:r>
    </w:p>
    <w:p>
      <w:pPr>
        <w:spacing w:after="100"/>
      </w:pPr>
      <w:r>
        <w:rPr>
          <w:rFonts w:ascii="Calibri" w:hAnsi="Calibri" w:cs="Calibri" w:eastAsia="宋体"/>
        </w:rPr>
        <w:t>嗓音评估价格约 286 元，时长约 15~20 分钟，同样由金河庚教授进行。需要按指令以平时的声音发声或朗读一系列内容。评估后会给出基频、最低/最高频率等信息。</w:t>
      </w:r>
    </w:p>
    <w:p>
      <w:pPr>
        <w:spacing w:after="100"/>
      </w:pPr>
      <w:r>
        <w:rPr>
          <w:rFonts w:ascii="Calibri" w:hAnsi="Calibri" w:cs="Calibri" w:eastAsia="宋体"/>
        </w:rPr>
        <w:t>支持周五上午以外的时间。如非周五上午前往，请先在微医平台上与医生预约确认。</w:t>
      </w:r>
    </w:p>
    <w:p>
      <w:pPr>
        <w:pStyle w:val="Heading3"/>
      </w:pPr>
      <w:r>
        <w:rPr>
          <w:rFonts w:ascii="Calibri" w:hAnsi="Calibri" w:cs="Calibri" w:eastAsia="宋体"/>
        </w:rPr>
        <w:t>喉镜检查</w:t>
      </w:r>
    </w:p>
    <w:p>
      <w:pPr>
        <w:spacing w:before="20" w:after="40"/>
        <w:ind w:left="425" w:hanging="312"/>
      </w:pPr>
      <w:r>
        <w:rPr>
          <w:rFonts w:ascii="Calibri" w:hAnsi="Calibri" w:cs="Calibri" w:eastAsia="宋体"/>
        </w:rPr>
        <w:t xml:space="preserve">• </w:t>
      </w:r>
      <w:r>
        <w:rPr>
          <w:rFonts w:ascii="Calibri" w:hAnsi="Calibri" w:cs="Calibri" w:eastAsia="宋体"/>
        </w:rPr>
        <w:t>检查费 150 元，另加麻药奥布卡因凝胶 36 元 (麻药不可医保)</w:t>
      </w:r>
    </w:p>
    <w:p>
      <w:pPr>
        <w:spacing w:before="20" w:after="40"/>
        <w:ind w:left="425" w:hanging="312"/>
      </w:pPr>
      <w:r>
        <w:rPr>
          <w:rFonts w:ascii="Calibri" w:hAnsi="Calibri" w:cs="Calibri" w:eastAsia="宋体"/>
        </w:rPr>
        <w:t xml:space="preserve">• </w:t>
      </w:r>
      <w:r>
        <w:rPr>
          <w:rFonts w:ascii="Calibri" w:hAnsi="Calibri" w:cs="Calibri" w:eastAsia="宋体"/>
        </w:rPr>
        <w:t>检查后 2 小时内禁食禁水</w:t>
      </w:r>
    </w:p>
    <w:p>
      <w:pPr>
        <w:spacing w:before="20" w:after="40"/>
        <w:ind w:left="425" w:hanging="312"/>
      </w:pPr>
      <w:r>
        <w:rPr>
          <w:rFonts w:ascii="Calibri" w:hAnsi="Calibri" w:cs="Calibri" w:eastAsia="宋体"/>
        </w:rPr>
        <w:t xml:space="preserve">• </w:t>
      </w:r>
      <w:r>
        <w:rPr>
          <w:rFonts w:ascii="Calibri" w:hAnsi="Calibri" w:cs="Calibri" w:eastAsia="宋体"/>
        </w:rPr>
        <w:t>医生会手写检查申请单，注明需要着重观察的部位</w:t>
      </w:r>
    </w:p>
    <w:p>
      <w:pPr>
        <w:spacing w:before="20" w:after="40"/>
        <w:ind w:left="425" w:hanging="312"/>
      </w:pPr>
      <w:r>
        <w:rPr>
          <w:rFonts w:ascii="Calibri" w:hAnsi="Calibri" w:cs="Calibri" w:eastAsia="宋体"/>
        </w:rPr>
        <w:t xml:space="preserve">• </w:t>
      </w:r>
      <w:r>
        <w:rPr>
          <w:rFonts w:ascii="Calibri" w:hAnsi="Calibri" w:cs="Calibri" w:eastAsia="宋体"/>
        </w:rPr>
        <w:t>检查时需听从指示发出声音</w:t>
      </w:r>
    </w:p>
    <w:p>
      <w:pPr>
        <w:spacing w:before="20" w:after="40"/>
        <w:ind w:left="425" w:hanging="312"/>
      </w:pPr>
      <w:r>
        <w:rPr>
          <w:rFonts w:ascii="Calibri" w:hAnsi="Calibri" w:cs="Calibri" w:eastAsia="宋体"/>
        </w:rPr>
        <w:t xml:space="preserve">• </w:t>
      </w:r>
      <w:r>
        <w:rPr>
          <w:rFonts w:ascii="Calibri" w:hAnsi="Calibri" w:cs="Calibri" w:eastAsia="宋体"/>
        </w:rPr>
        <w:t>检查后会给出检查报告一式两份</w:t>
      </w:r>
    </w:p>
    <w:p>
      <w:pPr>
        <w:pStyle w:val="Heading3"/>
      </w:pPr>
      <w:r>
        <w:rPr>
          <w:rFonts w:ascii="Calibri" w:hAnsi="Calibri" w:cs="Calibri" w:eastAsia="宋体"/>
        </w:rPr>
        <w:t>声带手术</w:t>
      </w:r>
    </w:p>
    <w:p>
      <w:pPr>
        <w:spacing w:before="20" w:after="40"/>
        <w:ind w:left="425" w:hanging="312"/>
      </w:pPr>
      <w:r>
        <w:rPr>
          <w:rFonts w:ascii="Calibri" w:hAnsi="Calibri" w:cs="Calibri" w:eastAsia="宋体"/>
        </w:rPr>
        <w:t xml:space="preserve">• </w:t>
      </w:r>
      <w:r>
        <w:rPr>
          <w:rFonts w:ascii="Calibri" w:hAnsi="Calibri" w:cs="Calibri" w:eastAsia="宋体"/>
        </w:rPr>
        <w:t>费用约 20000 元，若需同时进行喉结手术则需额外附加 5000 元</w:t>
      </w:r>
    </w:p>
    <w:p>
      <w:pPr>
        <w:spacing w:before="20" w:after="40"/>
        <w:ind w:left="425" w:hanging="312"/>
      </w:pPr>
      <w:r>
        <w:rPr>
          <w:rFonts w:ascii="Calibri" w:hAnsi="Calibri" w:cs="Calibri" w:eastAsia="宋体"/>
        </w:rPr>
        <w:t xml:space="preserve">• </w:t>
      </w:r>
      <w:r>
        <w:rPr>
          <w:rFonts w:ascii="Calibri" w:hAnsi="Calibri" w:cs="Calibri" w:eastAsia="宋体"/>
        </w:rPr>
        <w:t>需要做喉镜</w:t>
      </w:r>
    </w:p>
    <w:p>
      <w:pPr>
        <w:spacing w:before="20" w:after="40"/>
        <w:ind w:left="425" w:hanging="312"/>
      </w:pPr>
      <w:r>
        <w:rPr>
          <w:rFonts w:ascii="Calibri" w:hAnsi="Calibri" w:cs="Calibri" w:eastAsia="宋体"/>
        </w:rPr>
        <w:t xml:space="preserve">• </w:t>
      </w:r>
      <w:r>
        <w:rPr>
          <w:rFonts w:ascii="Calibri" w:hAnsi="Calibri" w:cs="Calibri" w:eastAsia="宋体"/>
        </w:rPr>
        <w:t>手术后约 14 天内不能说话</w:t>
      </w:r>
    </w:p>
    <w:p>
      <w:pPr>
        <w:spacing w:before="20" w:after="40"/>
        <w:ind w:left="425" w:hanging="312"/>
      </w:pPr>
      <w:r>
        <w:rPr>
          <w:rFonts w:ascii="Calibri" w:hAnsi="Calibri" w:cs="Calibri" w:eastAsia="宋体"/>
        </w:rPr>
        <w:t xml:space="preserve">• </w:t>
      </w:r>
      <w:r>
        <w:rPr>
          <w:rFonts w:ascii="Calibri" w:hAnsi="Calibri" w:cs="Calibri" w:eastAsia="宋体"/>
        </w:rPr>
        <w:t>建议在 SRS 后进行声带手术 (声带手术后声门变小增加了插拔管的风险，并且声带缝合处也有开裂风险)</w:t>
      </w:r>
    </w:p>
    <w:p>
      <w:pPr>
        <w:spacing w:before="20" w:after="40"/>
        <w:ind w:left="425" w:hanging="312"/>
      </w:pPr>
      <w:r>
        <w:rPr>
          <w:rFonts w:ascii="Calibri" w:hAnsi="Calibri" w:cs="Calibri" w:eastAsia="宋体"/>
        </w:rPr>
        <w:t xml:space="preserve">• </w:t>
      </w:r>
      <w:r>
        <w:rPr>
          <w:rFonts w:ascii="Calibri" w:hAnsi="Calibri" w:cs="Calibri" w:eastAsia="宋体"/>
        </w:rPr>
        <w:t>如果需要切除喉结，建议在 25 周岁前进行以避免甲状软骨钙化的影响</w:t>
      </w:r>
    </w:p>
    <w:p>
      <w:pPr>
        <w:spacing w:before="20" w:after="40"/>
        <w:ind w:left="425" w:hanging="312"/>
      </w:pPr>
      <w:r>
        <w:rPr>
          <w:rFonts w:ascii="Calibri" w:hAnsi="Calibri" w:cs="Calibri" w:eastAsia="宋体"/>
        </w:rPr>
        <w:t xml:space="preserve">• </w:t>
      </w:r>
      <w:r>
        <w:rPr>
          <w:rFonts w:ascii="Calibri" w:hAnsi="Calibri" w:cs="Calibri" w:eastAsia="宋体"/>
        </w:rPr>
        <w:t>嗓音手术后半年不能进行其它全麻手术</w:t>
      </w:r>
    </w:p>
    <w:p>
      <w:pPr>
        <w:spacing w:after="100"/>
      </w:pPr>
      <w:r>
        <w:rPr>
          <w:rFonts w:ascii="Calibri" w:hAnsi="Calibri" w:cs="Calibri" w:eastAsia="宋体"/>
        </w:rPr>
        <w:t>信息截至 2022 年 06 月 08 日</w:t>
      </w:r>
    </w:p>
    <w:p>
      <w:pPr>
        <w:pStyle w:val="Heading2"/>
      </w:pPr>
      <w:r>
        <w:rPr>
          <w:rFonts w:ascii="Calibri" w:hAnsi="Calibri" w:cs="Calibri" w:eastAsia="微软雅黑"/>
        </w:rPr>
        <w:t>8.5  韩国｜艺颂嗓音中心医院</w:t>
      </w:r>
    </w:p>
    <w:p>
      <w:pPr>
        <w:spacing w:after="160"/>
      </w:pPr>
      <w:r>
        <w:rPr>
          <w:rFonts w:ascii="Calibri" w:hAnsi="Calibri" w:cs="Calibri" w:eastAsia="宋体"/>
          <w:color w:val="6B7280"/>
          <w:sz w:val="16"/>
        </w:rPr>
        <w:t>原文：https://mtf.wiki/zh-cn/docs/vocal-surgery/korea/yesonvc · 最近更新：2026年4月3日</w:t>
      </w:r>
    </w:p>
    <w:p>
      <w:pPr>
        <w:pStyle w:val="Heading3"/>
      </w:pPr>
      <w:r>
        <w:rPr>
          <w:rFonts w:ascii="Calibri" w:hAnsi="Calibri" w:cs="Calibri" w:eastAsia="宋体"/>
        </w:rPr>
        <w:t>官网介绍</w:t>
      </w:r>
    </w:p>
    <w:p>
      <w:pPr>
        <w:spacing w:after="100"/>
      </w:pPr>
      <w:r>
        <w:rPr>
          <w:rFonts w:ascii="Calibri" w:hAnsi="Calibri" w:cs="Calibri" w:eastAsia="宋体"/>
        </w:rPr>
        <w:t>https://cn.yesonvc.com/page/2_4_1.php</w:t>
      </w:r>
    </w:p>
    <w:p>
      <w:pPr>
        <w:spacing w:after="100"/>
      </w:pPr>
      <w:r>
        <w:rPr>
          <w:rFonts w:ascii="Calibri" w:hAnsi="Calibri" w:cs="Calibri" w:eastAsia="宋体"/>
        </w:rPr>
        <w:t>https://goo.gl/maps/JbdKFEUfcrLPWfJXA</w:t>
      </w:r>
    </w:p>
    <w:p>
      <w:pPr>
        <w:pStyle w:val="Heading3"/>
      </w:pPr>
      <w:r>
        <w:rPr>
          <w:rFonts w:ascii="Calibri" w:hAnsi="Calibri" w:cs="Calibri" w:eastAsia="宋体"/>
        </w:rPr>
        <w:t>费用</w:t>
      </w:r>
    </w:p>
    <w:p>
      <w:pPr>
        <w:spacing w:after="100"/>
      </w:pPr>
      <w:r>
        <w:rPr>
          <w:rFonts w:ascii="Calibri" w:hAnsi="Calibri" w:cs="Calibri" w:eastAsia="宋体"/>
        </w:rPr>
        <w:t>嗓音女性化手术套餐费： 10200 USD</w:t>
      </w:r>
    </w:p>
    <w:p>
      <w:pPr>
        <w:spacing w:after="100"/>
      </w:pPr>
      <w:r>
        <w:rPr>
          <w:rFonts w:ascii="Calibri" w:hAnsi="Calibri" w:cs="Calibri" w:eastAsia="宋体"/>
        </w:rPr>
        <w:t>(1.没有做过声带手术2.声带没有其他嗓音疾病3.喉结没有受损的情况下)</w:t>
      </w:r>
    </w:p>
    <w:p>
      <w:pPr>
        <w:spacing w:after="100"/>
      </w:pPr>
      <w:r>
        <w:rPr>
          <w:rFonts w:ascii="Calibri" w:hAnsi="Calibri" w:cs="Calibri" w:eastAsia="宋体"/>
        </w:rPr>
        <w:t>费用包含：</w:t>
      </w:r>
    </w:p>
    <w:p>
      <w:pPr>
        <w:spacing w:before="20" w:after="40"/>
        <w:ind w:left="425" w:hanging="312"/>
      </w:pPr>
      <w:r>
        <w:rPr>
          <w:rFonts w:ascii="Calibri" w:hAnsi="Calibri" w:cs="Calibri" w:eastAsia="宋体"/>
        </w:rPr>
        <w:t xml:space="preserve">• </w:t>
      </w:r>
      <w:r>
        <w:rPr>
          <w:rFonts w:ascii="Calibri" w:hAnsi="Calibri" w:cs="Calibri" w:eastAsia="宋体"/>
        </w:rPr>
        <w:t>门诊</w:t>
      </w:r>
    </w:p>
    <w:p>
      <w:pPr>
        <w:spacing w:before="20" w:after="40"/>
        <w:ind w:left="425" w:hanging="312"/>
      </w:pPr>
      <w:r>
        <w:rPr>
          <w:rFonts w:ascii="Calibri" w:hAnsi="Calibri" w:cs="Calibri" w:eastAsia="宋体"/>
        </w:rPr>
        <w:t xml:space="preserve">• </w:t>
      </w:r>
      <w:r>
        <w:rPr>
          <w:rFonts w:ascii="Calibri" w:hAnsi="Calibri" w:cs="Calibri" w:eastAsia="宋体"/>
        </w:rPr>
        <w:t>嗓音综合检查</w:t>
      </w:r>
    </w:p>
    <w:p>
      <w:pPr>
        <w:spacing w:before="20" w:after="40"/>
        <w:ind w:left="425" w:hanging="312"/>
      </w:pPr>
      <w:r>
        <w:rPr>
          <w:rFonts w:ascii="Calibri" w:hAnsi="Calibri" w:cs="Calibri" w:eastAsia="宋体"/>
        </w:rPr>
        <w:t xml:space="preserve">• </w:t>
      </w:r>
      <w:r>
        <w:rPr>
          <w:rFonts w:ascii="Calibri" w:hAnsi="Calibri" w:cs="Calibri" w:eastAsia="宋体"/>
        </w:rPr>
        <w:t>术前基本检查 (X光线、血液检查、心电图)</w:t>
      </w:r>
    </w:p>
    <w:p>
      <w:pPr>
        <w:spacing w:before="20" w:after="40"/>
        <w:ind w:left="425" w:hanging="312"/>
      </w:pPr>
      <w:r>
        <w:rPr>
          <w:rFonts w:ascii="Calibri" w:hAnsi="Calibri" w:cs="Calibri" w:eastAsia="宋体"/>
        </w:rPr>
        <w:t xml:space="preserve">• </w:t>
      </w:r>
      <w:r>
        <w:rPr>
          <w:rFonts w:ascii="Calibri" w:hAnsi="Calibri" w:cs="Calibri" w:eastAsia="宋体"/>
        </w:rPr>
        <w:t>声带手术</w:t>
      </w:r>
    </w:p>
    <w:p>
      <w:pPr>
        <w:spacing w:before="20" w:after="40"/>
        <w:ind w:left="425" w:hanging="312"/>
      </w:pPr>
      <w:r>
        <w:rPr>
          <w:rFonts w:ascii="Calibri" w:hAnsi="Calibri" w:cs="Calibri" w:eastAsia="宋体"/>
        </w:rPr>
        <w:t xml:space="preserve">• </w:t>
      </w:r>
      <w:r>
        <w:rPr>
          <w:rFonts w:ascii="Calibri" w:hAnsi="Calibri" w:cs="Calibri" w:eastAsia="宋体"/>
        </w:rPr>
        <w:t>全身麻醉</w:t>
      </w:r>
    </w:p>
    <w:p>
      <w:pPr>
        <w:spacing w:before="20" w:after="40"/>
        <w:ind w:left="425" w:hanging="312"/>
      </w:pPr>
      <w:r>
        <w:rPr>
          <w:rFonts w:ascii="Calibri" w:hAnsi="Calibri" w:cs="Calibri" w:eastAsia="宋体"/>
        </w:rPr>
        <w:t xml:space="preserve">• </w:t>
      </w:r>
      <w:r>
        <w:rPr>
          <w:rFonts w:ascii="Calibri" w:hAnsi="Calibri" w:cs="Calibri" w:eastAsia="宋体"/>
        </w:rPr>
        <w:t>单间病房使用</w:t>
      </w:r>
    </w:p>
    <w:p>
      <w:pPr>
        <w:spacing w:before="20" w:after="40"/>
        <w:ind w:left="425" w:hanging="312"/>
      </w:pPr>
      <w:r>
        <w:rPr>
          <w:rFonts w:ascii="Calibri" w:hAnsi="Calibri" w:cs="Calibri" w:eastAsia="宋体"/>
        </w:rPr>
        <w:t xml:space="preserve">• </w:t>
      </w:r>
      <w:r>
        <w:rPr>
          <w:rFonts w:ascii="Calibri" w:hAnsi="Calibri" w:cs="Calibri" w:eastAsia="宋体"/>
        </w:rPr>
        <w:t>术后午餐</w:t>
      </w:r>
    </w:p>
    <w:p>
      <w:pPr>
        <w:spacing w:before="20" w:after="40"/>
        <w:ind w:left="425" w:hanging="312"/>
      </w:pPr>
      <w:r>
        <w:rPr>
          <w:rFonts w:ascii="Calibri" w:hAnsi="Calibri" w:cs="Calibri" w:eastAsia="宋体"/>
        </w:rPr>
        <w:t xml:space="preserve">• </w:t>
      </w:r>
      <w:r>
        <w:rPr>
          <w:rFonts w:ascii="Calibri" w:hAnsi="Calibri" w:cs="Calibri" w:eastAsia="宋体"/>
        </w:rPr>
        <w:t>住院期间免费投药 (所有药品）</w:t>
      </w:r>
    </w:p>
    <w:p>
      <w:pPr>
        <w:spacing w:before="20" w:after="40"/>
        <w:ind w:left="425" w:hanging="312"/>
      </w:pPr>
      <w:r>
        <w:rPr>
          <w:rFonts w:ascii="Calibri" w:hAnsi="Calibri" w:cs="Calibri" w:eastAsia="宋体"/>
        </w:rPr>
        <w:t xml:space="preserve">• </w:t>
      </w:r>
      <w:r>
        <w:rPr>
          <w:rFonts w:ascii="Calibri" w:hAnsi="Calibri" w:cs="Calibri" w:eastAsia="宋体"/>
        </w:rPr>
        <w:t>复诊+药物注射（价值400美金）</w:t>
      </w:r>
    </w:p>
    <w:p>
      <w:pPr>
        <w:spacing w:before="20" w:after="40"/>
        <w:ind w:left="425" w:hanging="312"/>
      </w:pPr>
      <w:r>
        <w:rPr>
          <w:rFonts w:ascii="Calibri" w:hAnsi="Calibri" w:cs="Calibri" w:eastAsia="宋体"/>
        </w:rPr>
        <w:t xml:space="preserve">• </w:t>
      </w:r>
      <w:r>
        <w:rPr>
          <w:rFonts w:ascii="Calibri" w:hAnsi="Calibri" w:cs="Calibri" w:eastAsia="宋体"/>
        </w:rPr>
        <w:t>术后院内处方药（7天）</w:t>
      </w:r>
    </w:p>
    <w:p>
      <w:pPr>
        <w:spacing w:before="20" w:after="40"/>
        <w:ind w:left="425" w:hanging="312"/>
      </w:pPr>
      <w:r>
        <w:rPr>
          <w:rFonts w:ascii="Calibri" w:hAnsi="Calibri" w:cs="Calibri" w:eastAsia="宋体"/>
        </w:rPr>
        <w:t xml:space="preserve">• </w:t>
      </w:r>
      <w:r>
        <w:rPr>
          <w:rFonts w:ascii="Calibri" w:hAnsi="Calibri" w:cs="Calibri" w:eastAsia="宋体"/>
        </w:rPr>
        <w:t>三次免费术后视频嗓音训练指导</w:t>
      </w:r>
    </w:p>
    <w:p>
      <w:pPr>
        <w:spacing w:after="100"/>
      </w:pPr>
      <w:r>
        <w:rPr>
          <w:rFonts w:ascii="Calibri" w:hAnsi="Calibri" w:cs="Calibri" w:eastAsia="宋体"/>
        </w:rPr>
        <w:t>（当出现附加治疗时，需追加额外费用）</w:t>
      </w:r>
    </w:p>
    <w:p>
      <w:pPr>
        <w:spacing w:after="100"/>
      </w:pPr>
      <w:r>
        <w:rPr>
          <w:rFonts w:ascii="Calibri" w:hAnsi="Calibri" w:cs="Calibri" w:eastAsia="宋体"/>
        </w:rPr>
        <w:t>其他免费服务：</w:t>
      </w:r>
    </w:p>
    <w:p>
      <w:pPr>
        <w:spacing w:before="20" w:after="40"/>
        <w:ind w:left="425" w:hanging="312"/>
      </w:pPr>
      <w:r>
        <w:rPr>
          <w:rFonts w:ascii="Calibri" w:hAnsi="Calibri" w:cs="Calibri" w:eastAsia="宋体"/>
        </w:rPr>
        <w:t xml:space="preserve">• </w:t>
      </w:r>
      <w:r>
        <w:rPr>
          <w:rFonts w:ascii="Calibri" w:hAnsi="Calibri" w:cs="Calibri" w:eastAsia="宋体"/>
        </w:rPr>
        <w:t>翻译服务</w:t>
      </w:r>
    </w:p>
    <w:p>
      <w:pPr>
        <w:spacing w:after="100"/>
      </w:pPr>
      <w:r>
        <w:rPr>
          <w:rFonts w:ascii="Calibri" w:hAnsi="Calibri" w:cs="Calibri" w:eastAsia="宋体"/>
        </w:rPr>
        <w:t>没有出现其他声带疾病的情况下，10200USD 包含来院期间的所有费用，你个人需准备滞留期间3天的酒店费用和机票费用还有饮食费。</w:t>
      </w:r>
    </w:p>
    <w:p>
      <w:pPr>
        <w:spacing w:after="100"/>
      </w:pPr>
      <w:r>
        <w:rPr>
          <w:rFonts w:ascii="Calibri" w:hAnsi="Calibri" w:cs="Calibri" w:eastAsia="宋体"/>
        </w:rPr>
        <w:t>医院可以银联卡支付。</w:t>
      </w:r>
    </w:p>
    <w:p>
      <w:pPr>
        <w:pStyle w:val="Heading3"/>
      </w:pPr>
      <w:r>
        <w:rPr>
          <w:rFonts w:ascii="Calibri" w:hAnsi="Calibri" w:cs="Calibri" w:eastAsia="宋体"/>
        </w:rPr>
        <w:t>预约方式</w:t>
      </w:r>
    </w:p>
    <w:p>
      <w:pPr>
        <w:spacing w:after="100"/>
      </w:pPr>
      <w:r>
        <w:rPr>
          <w:rFonts w:ascii="Calibri" w:hAnsi="Calibri" w:cs="Calibri" w:eastAsia="宋体"/>
        </w:rPr>
        <w:t>诊疗预约：</w:t>
      </w:r>
      <w:r>
        <w:rPr>
          <w:rFonts w:ascii="Calibri" w:hAnsi="Calibri" w:cs="Calibri" w:eastAsia="宋体"/>
        </w:rPr>
        <w:t>+82 2-3444-0550</w:t>
      </w:r>
      <w:r>
        <w:rPr>
          <w:rFonts w:ascii="Calibri" w:hAnsi="Calibri" w:cs="Calibri" w:eastAsia="宋体"/>
        </w:rPr>
        <w:t>。</w:t>
      </w:r>
    </w:p>
    <w:p>
      <w:pPr>
        <w:spacing w:after="100"/>
      </w:pPr>
      <w:r>
        <w:rPr>
          <w:rFonts w:ascii="Calibri" w:hAnsi="Calibri" w:cs="Calibri" w:eastAsia="宋体"/>
        </w:rPr>
        <w:t>在线诊疗咨询：</w:t>
      </w:r>
      <w:r>
        <w:rPr>
          <w:rFonts w:ascii="Calibri" w:hAnsi="Calibri" w:cs="Calibri" w:eastAsia="宋体"/>
        </w:rPr>
        <w:t>china@yesonvc.com</w:t>
      </w:r>
      <w:r>
        <w:rPr>
          <w:rFonts w:ascii="Calibri" w:hAnsi="Calibri" w:cs="Calibri" w:eastAsia="宋体"/>
        </w:rPr>
        <w:t>，</w:t>
      </w:r>
      <w:r>
        <w:rPr>
          <w:rFonts w:ascii="Calibri" w:hAnsi="Calibri" w:cs="Calibri" w:eastAsia="宋体"/>
        </w:rPr>
        <w:t>english@yesonvc.com</w:t>
      </w:r>
      <w:r>
        <w:rPr>
          <w:rFonts w:ascii="Calibri" w:hAnsi="Calibri" w:cs="Calibri" w:eastAsia="宋体"/>
        </w:rPr>
        <w:t>。</w:t>
      </w:r>
    </w:p>
    <w:p>
      <w:pPr>
        <w:spacing w:after="100"/>
      </w:pPr>
      <w:r>
        <w:rPr>
          <w:rFonts w:ascii="Calibri" w:hAnsi="Calibri" w:cs="Calibri" w:eastAsia="宋体"/>
        </w:rPr>
        <w:t>WeChat：yesonvc。</w:t>
      </w:r>
    </w:p>
    <w:p>
      <w:pPr>
        <w:spacing w:after="100"/>
      </w:pPr>
      <w:r>
        <w:rPr>
          <w:rFonts w:ascii="Calibri" w:hAnsi="Calibri" w:cs="Calibri" w:eastAsia="宋体"/>
        </w:rPr>
        <w:t>Line：yesonvoice</w:t>
      </w:r>
    </w:p>
    <w:p>
      <w:pPr>
        <w:spacing w:after="100"/>
      </w:pPr>
      <w:r>
        <w:rPr>
          <w:rFonts w:ascii="Calibri" w:hAnsi="Calibri" w:cs="Calibri" w:eastAsia="宋体"/>
        </w:rPr>
        <w:t>您可以提前一到四个月预约。但如果需要重新安排或取消您手术行程的情况，必须6周之前告知我们,否则再次预约的条件将受到限制。</w:t>
      </w:r>
    </w:p>
    <w:p>
      <w:pPr>
        <w:pStyle w:val="Heading3"/>
      </w:pPr>
      <w:r>
        <w:rPr>
          <w:rFonts w:ascii="Calibri" w:hAnsi="Calibri" w:cs="Calibri" w:eastAsia="宋体"/>
        </w:rPr>
        <w:t>手术方法</w:t>
      </w:r>
    </w:p>
    <w:p>
      <w:pPr>
        <w:spacing w:after="100"/>
      </w:pPr>
      <w:r>
        <w:rPr>
          <w:rFonts w:ascii="Calibri" w:hAnsi="Calibri" w:cs="Calibri" w:eastAsia="宋体"/>
        </w:rPr>
        <w:t>通过口腔运用内视镜，将声带黏膜和声带固有层的三分之一部分剥离后，使用永久性缝线对声带肌肉进行永久性的缝合。 使声带变薄、变短，从而发出更加女性化的声音。</w:t>
      </w:r>
      <w:r>
        <w:rPr>
          <w:rFonts w:ascii="Calibri" w:hAnsi="Calibri" w:cs="Calibri" w:eastAsia="宋体"/>
        </w:rPr>
        <w:t>模拟视频</w:t>
      </w:r>
    </w:p>
    <w:p>
      <w:pPr>
        <w:pStyle w:val="Heading3"/>
      </w:pPr>
      <w:r>
        <w:rPr>
          <w:rFonts w:ascii="Calibri" w:hAnsi="Calibri" w:cs="Calibri" w:eastAsia="宋体"/>
        </w:rPr>
        <w:t>术后恢复</w:t>
      </w:r>
    </w:p>
    <w:p>
      <w:pPr>
        <w:spacing w:before="20" w:after="40"/>
        <w:ind w:left="425" w:hanging="312"/>
      </w:pPr>
      <w:r>
        <w:rPr>
          <w:rFonts w:ascii="Calibri" w:hAnsi="Calibri" w:cs="Calibri" w:eastAsia="宋体"/>
        </w:rPr>
        <w:t xml:space="preserve">• </w:t>
      </w:r>
      <w:r>
        <w:rPr>
          <w:rFonts w:ascii="Calibri" w:hAnsi="Calibri" w:cs="Calibri" w:eastAsia="宋体"/>
        </w:rPr>
        <w:t>术后 1 个月内需完全禁声。</w:t>
      </w:r>
    </w:p>
    <w:p>
      <w:pPr>
        <w:spacing w:before="20" w:after="40"/>
        <w:ind w:left="425" w:hanging="312"/>
      </w:pPr>
      <w:r>
        <w:rPr>
          <w:rFonts w:ascii="Calibri" w:hAnsi="Calibri" w:cs="Calibri" w:eastAsia="宋体"/>
        </w:rPr>
        <w:t xml:space="preserve">• </w:t>
      </w:r>
      <w:r>
        <w:rPr>
          <w:rFonts w:ascii="Calibri" w:hAnsi="Calibri" w:cs="Calibri" w:eastAsia="宋体"/>
        </w:rPr>
        <w:t>术后 1 - 2 个月可以以正常音量进行简短的对话，不可以喊叫、唱歌或低声耳语。</w:t>
      </w:r>
    </w:p>
    <w:p>
      <w:pPr>
        <w:spacing w:before="20" w:after="40"/>
        <w:ind w:left="425" w:hanging="312"/>
      </w:pPr>
      <w:r>
        <w:rPr>
          <w:rFonts w:ascii="Calibri" w:hAnsi="Calibri" w:cs="Calibri" w:eastAsia="宋体"/>
        </w:rPr>
        <w:t xml:space="preserve">• </w:t>
      </w:r>
      <w:r>
        <w:rPr>
          <w:rFonts w:ascii="Calibri" w:hAnsi="Calibri" w:cs="Calibri" w:eastAsia="宋体"/>
        </w:rPr>
        <w:t>术后 2 个月内尽量避免咳嗽，禁食辛辣食物及含咖啡因的饮料，避免拎重物、锻炼与剧烈运动。</w:t>
      </w:r>
    </w:p>
    <w:p>
      <w:pPr>
        <w:spacing w:before="20" w:after="40"/>
        <w:ind w:left="425" w:hanging="312"/>
      </w:pPr>
      <w:r>
        <w:rPr>
          <w:rFonts w:ascii="Calibri" w:hAnsi="Calibri" w:cs="Calibri" w:eastAsia="宋体"/>
        </w:rPr>
        <w:t xml:space="preserve">• </w:t>
      </w:r>
      <w:r>
        <w:rPr>
          <w:rFonts w:ascii="Calibri" w:hAnsi="Calibri" w:cs="Calibri" w:eastAsia="宋体"/>
        </w:rPr>
        <w:t>术后 3 个月内禁止吸烟、饮酒。</w:t>
      </w:r>
    </w:p>
    <w:p>
      <w:pPr>
        <w:pStyle w:val="Heading3"/>
      </w:pPr>
      <w:r>
        <w:rPr>
          <w:rFonts w:ascii="Calibri" w:hAnsi="Calibri" w:cs="Calibri" w:eastAsia="宋体"/>
        </w:rPr>
        <w:t>注意事项</w:t>
      </w:r>
    </w:p>
    <w:p>
      <w:pPr>
        <w:spacing w:before="20" w:after="40"/>
        <w:ind w:left="425" w:hanging="312"/>
      </w:pPr>
      <w:r>
        <w:rPr>
          <w:rFonts w:ascii="Calibri" w:hAnsi="Calibri" w:cs="Calibri" w:eastAsia="宋体"/>
        </w:rPr>
        <w:t xml:space="preserve">1. </w:t>
      </w:r>
      <w:r>
        <w:rPr>
          <w:rFonts w:ascii="Calibri" w:hAnsi="Calibri" w:cs="Calibri" w:eastAsia="宋体"/>
        </w:rPr>
        <w:t>未接受过喉结切除的患者嗓音上升情况要普遍好于接受过喉结切除手术的患者。</w:t>
      </w:r>
    </w:p>
    <w:p>
      <w:pPr>
        <w:spacing w:before="20" w:after="40"/>
        <w:ind w:left="425" w:hanging="312"/>
      </w:pPr>
      <w:r>
        <w:rPr>
          <w:rFonts w:ascii="Calibri" w:hAnsi="Calibri" w:cs="Calibri" w:eastAsia="宋体"/>
        </w:rPr>
        <w:t xml:space="preserve">2. </w:t>
      </w:r>
      <w:r>
        <w:rPr>
          <w:rFonts w:ascii="Calibri" w:hAnsi="Calibri" w:cs="Calibri" w:eastAsia="宋体"/>
        </w:rPr>
        <w:t>术后接受全麻手术时，必须提前说明声带手术史，并建议使用 6 号及以下的插管。</w:t>
      </w:r>
    </w:p>
    <w:p>
      <w:pPr>
        <w:spacing w:before="20" w:after="40"/>
        <w:ind w:left="425" w:hanging="312"/>
      </w:pPr>
      <w:r>
        <w:rPr>
          <w:rFonts w:ascii="Calibri" w:hAnsi="Calibri" w:cs="Calibri" w:eastAsia="宋体"/>
        </w:rPr>
        <w:t xml:space="preserve">3. </w:t>
      </w:r>
      <w:r>
        <w:rPr>
          <w:rFonts w:ascii="Calibri" w:hAnsi="Calibri" w:cs="Calibri" w:eastAsia="宋体"/>
        </w:rPr>
        <w:t>受疫情影响，从 2020 年 11 月 1 日起，中国、日本、俄罗斯事业部暂停所有业务。</w:t>
      </w:r>
    </w:p>
    <w:p>
      <w:pPr>
        <w:spacing w:before="20" w:after="40"/>
        <w:ind w:left="425" w:hanging="312"/>
      </w:pPr>
      <w:r>
        <w:rPr>
          <w:rFonts w:ascii="Calibri" w:hAnsi="Calibri" w:cs="Calibri" w:eastAsia="宋体"/>
        </w:rPr>
        <w:t xml:space="preserve">4. </w:t>
      </w:r>
      <w:r>
        <w:rPr>
          <w:rFonts w:ascii="Calibri" w:hAnsi="Calibri" w:cs="Calibri" w:eastAsia="宋体"/>
        </w:rPr>
        <w:t xml:space="preserve">与南京同仁的合作关系见 </w:t>
      </w:r>
      <w:r>
        <w:rPr>
          <w:rFonts w:ascii="Calibri" w:hAnsi="Calibri" w:cs="Calibri" w:eastAsia="宋体"/>
        </w:rPr>
        <w:t>南京同仁嗓音中心</w:t>
      </w:r>
      <w:r>
        <w:rPr>
          <w:rFonts w:ascii="Calibri" w:hAnsi="Calibri" w:cs="Calibri" w:eastAsia="宋体"/>
        </w:rPr>
        <w:t>。</w:t>
      </w:r>
    </w:p>
    <w:p>
      <w:pPr>
        <w:spacing w:before="20" w:after="40"/>
        <w:ind w:left="425" w:hanging="312"/>
      </w:pPr>
      <w:r>
        <w:rPr>
          <w:rFonts w:ascii="Calibri" w:hAnsi="Calibri" w:cs="Calibri" w:eastAsia="宋体"/>
        </w:rPr>
        <w:t xml:space="preserve">5. </w:t>
      </w:r>
      <w:r>
        <w:rPr>
          <w:rFonts w:ascii="Calibri" w:hAnsi="Calibri" w:cs="Calibri" w:eastAsia="宋体"/>
        </w:rPr>
        <w:t>嗓音女性化手术无需提供额外证明，将根据您长期激素使用情况及术前问诊表综合评估手术需求。</w:t>
      </w:r>
    </w:p>
    <w:p>
      <w:pPr>
        <w:spacing w:before="20" w:after="40"/>
        <w:ind w:left="425" w:hanging="312"/>
      </w:pPr>
      <w:r>
        <w:rPr>
          <w:rFonts w:ascii="Calibri" w:hAnsi="Calibri" w:cs="Calibri" w:eastAsia="宋体"/>
        </w:rPr>
        <w:t xml:space="preserve">6. </w:t>
      </w:r>
      <w:r>
        <w:rPr>
          <w:rFonts w:ascii="Calibri" w:hAnsi="Calibri" w:cs="Calibri" w:eastAsia="宋体"/>
        </w:rPr>
        <w:t>未满18周岁的患者需由监护人陪同，并签署手术同意书。</w:t>
      </w:r>
    </w:p>
    <w:p>
      <w:pPr>
        <w:pStyle w:val="Heading2"/>
      </w:pPr>
      <w:r>
        <w:rPr>
          <w:rFonts w:ascii="Calibri" w:hAnsi="Calibri" w:cs="Calibri" w:eastAsia="微软雅黑"/>
        </w:rPr>
        <w:t>8.6  泰国｜Yoskarn</w:t>
      </w:r>
    </w:p>
    <w:p>
      <w:pPr>
        <w:spacing w:after="160"/>
      </w:pPr>
      <w:r>
        <w:rPr>
          <w:rFonts w:ascii="Calibri" w:hAnsi="Calibri" w:cs="Calibri" w:eastAsia="宋体"/>
          <w:color w:val="6B7280"/>
          <w:sz w:val="16"/>
        </w:rPr>
        <w:t>原文：https://mtf.wiki/zh-cn/docs/vocal-surgery/thailand/yoskarn · 最近更新：2025年5月1日</w:t>
      </w:r>
    </w:p>
    <w:p>
      <w:pPr>
        <w:spacing w:after="100"/>
      </w:pPr>
      <w:r>
        <w:rPr>
          <w:rFonts w:ascii="Calibri" w:hAnsi="Calibri" w:cs="Calibri" w:eastAsia="宋体"/>
        </w:rPr>
        <w:t>医生：Somyos Kunachak, 宋育</w:t>
      </w:r>
    </w:p>
    <w:p>
      <w:pPr>
        <w:spacing w:after="100"/>
      </w:pPr>
      <w:r>
        <w:rPr>
          <w:rFonts w:ascii="Calibri" w:hAnsi="Calibri" w:cs="Calibri" w:eastAsia="宋体"/>
        </w:rPr>
        <w:t>电话：</w:t>
      </w:r>
      <w:r>
        <w:rPr>
          <w:rFonts w:ascii="Calibri" w:hAnsi="Calibri" w:cs="Calibri" w:eastAsia="宋体"/>
        </w:rPr>
        <w:t>+66 2-253-8901</w:t>
      </w:r>
    </w:p>
    <w:p>
      <w:pPr>
        <w:spacing w:after="100"/>
      </w:pPr>
      <w:r>
        <w:rPr>
          <w:rFonts w:ascii="Calibri" w:hAnsi="Calibri" w:cs="Calibri" w:eastAsia="宋体"/>
        </w:rPr>
        <w:t xml:space="preserve">电子邮件: </w:t>
      </w:r>
      <w:r>
        <w:rPr>
          <w:rFonts w:ascii="Calibri" w:hAnsi="Calibri" w:cs="Calibri" w:eastAsia="宋体"/>
        </w:rPr>
        <w:t>info@yoskarn.com</w:t>
      </w:r>
    </w:p>
    <w:p>
      <w:pPr>
        <w:spacing w:after="100"/>
      </w:pPr>
      <w:r>
        <w:rPr>
          <w:rFonts w:ascii="Calibri" w:hAnsi="Calibri" w:cs="Calibri" w:eastAsia="宋体"/>
        </w:rPr>
        <w:t>泰国宋育医生的声带手术技术在国际上来说是很不错的，很多欧美日本姐妹都选择在这里做。</w:t>
      </w:r>
    </w:p>
    <w:p>
      <w:pPr>
        <w:spacing w:after="100"/>
      </w:pPr>
      <w:r>
        <w:rPr>
          <w:rFonts w:ascii="Calibri" w:hAnsi="Calibri" w:cs="Calibri" w:eastAsia="宋体"/>
          <w:b/>
        </w:rPr>
        <w:t>手术费用</w:t>
      </w:r>
      <w:r>
        <w:rPr>
          <w:rFonts w:ascii="Calibri" w:hAnsi="Calibri" w:cs="Calibri" w:eastAsia="宋体"/>
        </w:rPr>
        <w:t>：</w:t>
      </w:r>
      <w:r>
        <w:rPr>
          <w:rFonts w:ascii="Calibri" w:hAnsi="Calibri" w:cs="Calibri" w:eastAsia="宋体"/>
        </w:rPr>
        <w:t>THB 210,000.00</w:t>
      </w:r>
      <w:r>
        <w:rPr>
          <w:rFonts w:ascii="Calibri" w:hAnsi="Calibri" w:cs="Calibri" w:eastAsia="宋体"/>
        </w:rPr>
        <w:t xml:space="preserve">，跟喉结一起做的费用是 </w:t>
      </w:r>
      <w:r>
        <w:rPr>
          <w:rFonts w:ascii="Calibri" w:hAnsi="Calibri" w:cs="Calibri" w:eastAsia="宋体"/>
        </w:rPr>
        <w:t>THB 240,000.00</w:t>
      </w:r>
      <w:r>
        <w:rPr>
          <w:rFonts w:ascii="Calibri" w:hAnsi="Calibri" w:cs="Calibri" w:eastAsia="宋体"/>
        </w:rPr>
        <w:t>.</w:t>
      </w:r>
    </w:p>
    <w:p>
      <w:pPr>
        <w:spacing w:after="100"/>
      </w:pPr>
      <w:r>
        <w:rPr>
          <w:rFonts w:ascii="Calibri" w:hAnsi="Calibri" w:cs="Calibri" w:eastAsia="宋体"/>
        </w:rPr>
        <w:t>官网：</w:t>
      </w:r>
      <w:r>
        <w:rPr>
          <w:rFonts w:ascii="Calibri" w:hAnsi="Calibri" w:cs="Calibri" w:eastAsia="宋体"/>
        </w:rPr>
        <w:t>http://www.voice-surgery.com</w:t>
      </w:r>
      <w:r>
        <w:rPr>
          <w:rFonts w:ascii="Calibri" w:hAnsi="Calibri" w:cs="Calibri" w:eastAsia="宋体"/>
        </w:rPr>
        <w:t xml:space="preserve"> （医生网站上有声音效果）</w:t>
      </w:r>
    </w:p>
    <w:p>
      <w:pPr>
        <w:pStyle w:val="Heading3"/>
      </w:pPr>
      <w:r>
        <w:rPr>
          <w:rFonts w:ascii="Calibri" w:hAnsi="Calibri" w:cs="Calibri" w:eastAsia="宋体"/>
        </w:rPr>
        <w:t>技术</w:t>
      </w:r>
    </w:p>
    <w:p>
      <w:pPr>
        <w:spacing w:before="20" w:after="40"/>
        <w:ind w:left="425" w:hanging="312"/>
      </w:pPr>
      <w:r>
        <w:rPr>
          <w:rFonts w:ascii="Calibri" w:hAnsi="Calibri" w:cs="Calibri" w:eastAsia="宋体"/>
        </w:rPr>
        <w:t xml:space="preserve">1. </w:t>
      </w:r>
      <w:r>
        <w:rPr>
          <w:rFonts w:ascii="Calibri" w:hAnsi="Calibri" w:cs="Calibri" w:eastAsia="宋体"/>
        </w:rPr>
        <w:t>环甲软骨接近术（全麻固定法）</w:t>
      </w:r>
    </w:p>
    <w:p>
      <w:pPr>
        <w:spacing w:before="20" w:after="40"/>
        <w:ind w:left="425" w:hanging="312"/>
      </w:pPr>
      <w:r>
        <w:rPr>
          <w:rFonts w:ascii="Calibri" w:hAnsi="Calibri" w:cs="Calibri" w:eastAsia="宋体"/>
        </w:rPr>
        <w:t xml:space="preserve">2. </w:t>
      </w:r>
      <w:r>
        <w:rPr>
          <w:rFonts w:ascii="Calibri" w:hAnsi="Calibri" w:cs="Calibri" w:eastAsia="宋体"/>
        </w:rPr>
        <w:t>甲状软骨和声带壁缩小术（把声带整体切断，再缝合）</w:t>
      </w:r>
    </w:p>
    <w:p>
      <w:pPr>
        <w:spacing w:after="100"/>
      </w:pPr>
      <w:r>
        <w:rPr>
          <w:rFonts w:ascii="Calibri" w:hAnsi="Calibri" w:cs="Calibri" w:eastAsia="宋体"/>
        </w:rPr>
        <w:t>第一次接受声带手术的一般案例，医生会推荐第一种手术技术，恢复风险比第二种低。如果术后对自己的声音还不满意，或者做修复手术的案例，医生才会结合临床检查推荐做第二种技术。</w:t>
      </w:r>
    </w:p>
    <w:p>
      <w:pPr>
        <w:pStyle w:val="Heading4"/>
      </w:pPr>
      <w:r>
        <w:rPr>
          <w:rFonts w:ascii="Calibri" w:hAnsi="Calibri" w:cs="Calibri" w:eastAsia="宋体"/>
        </w:rPr>
        <w:t>风险</w:t>
      </w:r>
    </w:p>
    <w:p>
      <w:pPr>
        <w:spacing w:after="100"/>
      </w:pPr>
      <w:r>
        <w:rPr>
          <w:rFonts w:ascii="Calibri" w:hAnsi="Calibri" w:cs="Calibri" w:eastAsia="宋体"/>
        </w:rPr>
        <w:t>40 岁以上的人面临声音沙哑的风险是 3%</w:t>
      </w:r>
    </w:p>
    <w:p>
      <w:pPr>
        <w:pStyle w:val="Heading3"/>
      </w:pPr>
      <w:r>
        <w:rPr>
          <w:rFonts w:ascii="Calibri" w:hAnsi="Calibri" w:cs="Calibri" w:eastAsia="宋体"/>
        </w:rPr>
        <w:t>注意事项</w:t>
      </w:r>
    </w:p>
    <w:p>
      <w:pPr>
        <w:spacing w:after="100"/>
      </w:pPr>
      <w:r>
        <w:rPr>
          <w:rFonts w:ascii="Calibri" w:hAnsi="Calibri" w:cs="Calibri" w:eastAsia="宋体"/>
        </w:rPr>
        <w:t>手术后，两个星期内不可以说话及咳嗽，三个月内不可以吸烟。</w:t>
      </w:r>
    </w:p>
    <w:p>
      <w:pPr>
        <w:spacing w:after="100"/>
      </w:pPr>
      <w:r>
        <w:rPr>
          <w:rFonts w:ascii="Calibri" w:hAnsi="Calibri" w:cs="Calibri" w:eastAsia="宋体"/>
        </w:rPr>
        <w:t>术后一周要开始练气。三个月后要开始练声，慢慢习惯新的声带结构。</w:t>
      </w:r>
    </w:p>
    <w:p>
      <w:pPr>
        <w:spacing w:after="100"/>
      </w:pPr>
      <w:r>
        <w:rPr>
          <w:rFonts w:ascii="Calibri" w:hAnsi="Calibri" w:cs="Calibri" w:eastAsia="宋体"/>
        </w:rPr>
        <w:t>声音刚开始可能比较沙哑或者跟原声一样，但等声带慢慢消肿后，声音会慢慢跟著改变。如果养的好话，三个月或者半年后会慢慢变化，但最好的效果是在一年后。当然，如果术后不配合（比如讲话、咳嗽、吸烟），都可能导致手术效果不理想。</w:t>
      </w:r>
    </w:p>
    <w:p>
      <w:pPr>
        <w:spacing w:after="100"/>
      </w:pPr>
      <w:r>
        <w:rPr>
          <w:rFonts w:ascii="Calibri" w:hAnsi="Calibri" w:cs="Calibri" w:eastAsia="宋体"/>
        </w:rPr>
        <w:t>声带是非常敏感的部位，哪怕没有做手术的一般人感冒或者上火，都容易造成声音沙哑。做完声带手术，刚开始也是很沙哑的。</w:t>
      </w:r>
    </w:p>
    <w:p>
      <w:pPr>
        <w:spacing w:after="100"/>
      </w:pPr>
      <w:r>
        <w:rPr>
          <w:rFonts w:ascii="Calibri" w:hAnsi="Calibri" w:cs="Calibri" w:eastAsia="宋体"/>
        </w:rPr>
        <w:t>术前需要提供的基本体检项目有：</w:t>
      </w:r>
    </w:p>
    <w:p>
      <w:pPr>
        <w:spacing w:before="20" w:after="40"/>
        <w:ind w:left="425" w:hanging="312"/>
      </w:pPr>
      <w:r>
        <w:rPr>
          <w:rFonts w:ascii="Calibri" w:hAnsi="Calibri" w:cs="Calibri" w:eastAsia="宋体"/>
        </w:rPr>
        <w:t xml:space="preserve">1. </w:t>
      </w:r>
      <w:r>
        <w:rPr>
          <w:rFonts w:ascii="Calibri" w:hAnsi="Calibri" w:cs="Calibri" w:eastAsia="宋体"/>
        </w:rPr>
        <w:t>全血检测报告</w:t>
      </w:r>
    </w:p>
    <w:p>
      <w:pPr>
        <w:spacing w:before="20" w:after="40"/>
        <w:ind w:left="425" w:hanging="312"/>
      </w:pPr>
      <w:r>
        <w:rPr>
          <w:rFonts w:ascii="Calibri" w:hAnsi="Calibri" w:cs="Calibri" w:eastAsia="宋体"/>
        </w:rPr>
        <w:t xml:space="preserve">2. </w:t>
      </w:r>
      <w:r>
        <w:rPr>
          <w:rFonts w:ascii="Calibri" w:hAnsi="Calibri" w:cs="Calibri" w:eastAsia="宋体"/>
        </w:rPr>
        <w:t>凝血检测报告</w:t>
      </w:r>
    </w:p>
    <w:p>
      <w:pPr>
        <w:spacing w:before="20" w:after="40"/>
        <w:ind w:left="425" w:hanging="312"/>
      </w:pPr>
      <w:r>
        <w:rPr>
          <w:rFonts w:ascii="Calibri" w:hAnsi="Calibri" w:cs="Calibri" w:eastAsia="宋体"/>
        </w:rPr>
        <w:t xml:space="preserve">3. </w:t>
      </w:r>
      <w:r>
        <w:rPr>
          <w:rFonts w:ascii="Calibri" w:hAnsi="Calibri" w:cs="Calibri" w:eastAsia="宋体"/>
        </w:rPr>
        <w:t>血液电解质检测报告</w:t>
      </w:r>
    </w:p>
    <w:p>
      <w:pPr>
        <w:spacing w:before="20" w:after="40"/>
        <w:ind w:left="425" w:hanging="312"/>
      </w:pPr>
      <w:r>
        <w:rPr>
          <w:rFonts w:ascii="Calibri" w:hAnsi="Calibri" w:cs="Calibri" w:eastAsia="宋体"/>
        </w:rPr>
        <w:t xml:space="preserve">4. </w:t>
      </w:r>
      <w:r>
        <w:rPr>
          <w:rFonts w:ascii="Calibri" w:hAnsi="Calibri" w:cs="Calibri" w:eastAsia="宋体"/>
        </w:rPr>
        <w:t>空腹血糖检测报告</w:t>
      </w:r>
    </w:p>
    <w:p>
      <w:pPr>
        <w:spacing w:before="20" w:after="40"/>
        <w:ind w:left="425" w:hanging="312"/>
      </w:pPr>
      <w:r>
        <w:rPr>
          <w:rFonts w:ascii="Calibri" w:hAnsi="Calibri" w:cs="Calibri" w:eastAsia="宋体"/>
        </w:rPr>
        <w:t xml:space="preserve">5. </w:t>
      </w:r>
      <w:r>
        <w:rPr>
          <w:rFonts w:ascii="Calibri" w:hAnsi="Calibri" w:cs="Calibri" w:eastAsia="宋体"/>
        </w:rPr>
        <w:t>艾滋病毒检测报告</w:t>
      </w:r>
    </w:p>
    <w:p>
      <w:pPr>
        <w:spacing w:before="20" w:after="40"/>
        <w:ind w:left="425" w:hanging="312"/>
      </w:pPr>
      <w:r>
        <w:rPr>
          <w:rFonts w:ascii="Calibri" w:hAnsi="Calibri" w:cs="Calibri" w:eastAsia="宋体"/>
        </w:rPr>
        <w:t xml:space="preserve">6. </w:t>
      </w:r>
      <w:r>
        <w:rPr>
          <w:rFonts w:ascii="Calibri" w:hAnsi="Calibri" w:cs="Calibri" w:eastAsia="宋体"/>
        </w:rPr>
        <w:t>胸部 X 光（需要提供底片）</w:t>
      </w:r>
    </w:p>
    <w:p>
      <w:pPr>
        <w:spacing w:before="20" w:after="40"/>
        <w:ind w:left="425" w:hanging="312"/>
      </w:pPr>
      <w:r>
        <w:rPr>
          <w:rFonts w:ascii="Calibri" w:hAnsi="Calibri" w:cs="Calibri" w:eastAsia="宋体"/>
        </w:rPr>
        <w:t xml:space="preserve">7. </w:t>
      </w:r>
      <w:r>
        <w:rPr>
          <w:rFonts w:ascii="Calibri" w:hAnsi="Calibri" w:cs="Calibri" w:eastAsia="宋体"/>
        </w:rPr>
        <w:t>心电图报告</w:t>
      </w:r>
    </w:p>
    <w:p>
      <w:pPr>
        <w:spacing w:before="360" w:after="0"/>
      </w:pPr>
      <w:r>
        <w:rPr>
          <w:rFonts w:ascii="Calibri" w:hAnsi="Calibri" w:cs="Calibri" w:eastAsia="宋体"/>
          <w:i/>
          <w:color w:val="6B7280"/>
          <w:sz w:val="16"/>
        </w:rPr>
        <w:t>以上内容整理自 MtF.wiki 中文文档（https://mtf.wiki/zh-cn/docs/vocal-surgery），仅供离线阅读。</w:t>
      </w:r>
    </w:p>
    <w:sectPr w:rsidR="00FC693F" w:rsidRPr="0006063C" w:rsidSect="00034616">
      <w:headerReference w:type="default" r:id="rId9"/>
      <w:footerReference w:type="default" r:id="rId10"/>
      <w:pgSz w:w="11906" w:h="16838"/>
      <w:pgMar w:top="1247" w:right="1304" w:bottom="1134" w:left="1304" w:header="680"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s="Calibri" w:eastAsia="宋体"/>
        <w:color w:val="6B7280"/>
        <w:sz w:val="17"/>
      </w:rPr>
      <w:t xml:space="preserve">第 </w:t>
    </w:r>
    <w:r>
      <w:rPr>
        <w:color w:val="6B7280"/>
        <w:sz w:val="17"/>
      </w:rPr>
      <w:fldChar w:fldCharType="begin"/>
      <w:instrText xml:space="preserve"> PAGE </w:instrText>
      <w:fldChar w:fldCharType="separate"/>
      <w:fldChar w:fldCharType="end"/>
    </w:r>
    <w:r>
      <w:rPr>
        <w:rFonts w:ascii="Calibri" w:hAnsi="Calibri" w:cs="Calibri" w:eastAsia="宋体"/>
        <w:color w:val="6B7280"/>
        <w:sz w:val="17"/>
      </w:rPr>
      <w:t xml:space="preserve"> 页 / 共 </w:t>
    </w:r>
    <w:r>
      <w:rPr>
        <w:color w:val="6B7280"/>
        <w:sz w:val="17"/>
      </w:rPr>
      <w:fldChar w:fldCharType="begin"/>
      <w:instrText xml:space="preserve"> NUMPAGES </w:instrText>
      <w:fldChar w:fldCharType="separate"/>
      <w:fldChar w:fldCharType="end"/>
    </w:r>
    <w:r>
      <w:rPr>
        <w:rFonts w:ascii="Calibri" w:hAnsi="Calibri" w:cs="Calibri" w:eastAsia="宋体"/>
        <w:color w:val="6B7280"/>
        <w:sz w:val="17"/>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6" w:space="1" w:color="D4D8DE"/>
      </w:pBdr>
    </w:pPr>
    <w:r/>
    <w:r>
      <w:rPr>
        <w:rFonts w:ascii="Calibri" w:hAnsi="Calibri" w:cs="Calibri" w:eastAsia="微软雅黑"/>
        <w:color w:val="6B7280"/>
        <w:sz w:val="17"/>
      </w:rPr>
      <w:t>嗓音女性化手术</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before="0" w:after="80"/>
    </w:pPr>
    <w:rPr>
      <w:rFonts w:ascii="Calibri" w:hAnsi="Calibri" w:cs="Calibri" w:eastAsia="宋体"/>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line="288" w:lineRule="auto"/>
      <w:outlineLvl w:val="0"/>
    </w:pPr>
    <w:rPr>
      <w:rFonts w:asciiTheme="majorHAnsi" w:eastAsiaTheme="majorEastAsia" w:hAnsiTheme="majorHAnsi" w:cstheme="majorBidi" w:ascii="Calibri" w:hAnsi="Calibri" w:cs="Calibri" w:eastAsia="微软雅黑"/>
      <w:b/>
      <w:bCs/>
      <w:i w:val="0"/>
      <w:color w:val="122F66"/>
      <w:sz w:val="44"/>
      <w:szCs w:val="28"/>
    </w:rPr>
  </w:style>
  <w:style w:type="paragraph" w:styleId="Heading2">
    <w:name w:val="heading 2"/>
    <w:basedOn w:val="Normal"/>
    <w:next w:val="Normal"/>
    <w:link w:val="Heading2Char"/>
    <w:uiPriority w:val="9"/>
    <w:unhideWhenUsed/>
    <w:qFormat/>
    <w:rsid w:val="00FC693F"/>
    <w:pPr>
      <w:keepNext/>
      <w:keepLines/>
      <w:spacing w:before="320" w:after="120" w:line="288" w:lineRule="auto"/>
      <w:outlineLvl w:val="1"/>
    </w:pPr>
    <w:rPr>
      <w:rFonts w:asciiTheme="majorHAnsi" w:eastAsiaTheme="majorEastAsia" w:hAnsiTheme="majorHAnsi" w:cstheme="majorBidi" w:ascii="Calibri" w:hAnsi="Calibri" w:cs="Calibri" w:eastAsia="微软雅黑"/>
      <w:b/>
      <w:bCs/>
      <w:i w:val="0"/>
      <w:color w:val="122F66"/>
      <w:sz w:val="33"/>
      <w:szCs w:val="26"/>
    </w:rPr>
  </w:style>
  <w:style w:type="paragraph" w:styleId="Heading3">
    <w:name w:val="heading 3"/>
    <w:basedOn w:val="Normal"/>
    <w:next w:val="Normal"/>
    <w:link w:val="Heading3Char"/>
    <w:uiPriority w:val="9"/>
    <w:unhideWhenUsed/>
    <w:qFormat/>
    <w:rsid w:val="00FC693F"/>
    <w:pPr>
      <w:keepNext/>
      <w:keepLines/>
      <w:spacing w:before="240" w:after="80" w:line="288" w:lineRule="auto"/>
      <w:outlineLvl w:val="2"/>
    </w:pPr>
    <w:rPr>
      <w:rFonts w:asciiTheme="majorHAnsi" w:eastAsiaTheme="majorEastAsia" w:hAnsiTheme="majorHAnsi" w:cstheme="majorBidi" w:ascii="Calibri" w:hAnsi="Calibri" w:cs="Calibri" w:eastAsia="微软雅黑"/>
      <w:b/>
      <w:bCs/>
      <w:i w:val="0"/>
      <w:color w:val="1F2937"/>
      <w:sz w:val="27"/>
    </w:rPr>
  </w:style>
  <w:style w:type="paragraph" w:styleId="Heading4">
    <w:name w:val="heading 4"/>
    <w:basedOn w:val="Normal"/>
    <w:next w:val="Normal"/>
    <w:link w:val="Heading4Char"/>
    <w:uiPriority w:val="9"/>
    <w:semiHidden/>
    <w:unhideWhenUsed/>
    <w:qFormat/>
    <w:rsid w:val="00FC693F"/>
    <w:pPr>
      <w:keepNext/>
      <w:keepLines/>
      <w:spacing w:before="240" w:after="80" w:line="288" w:lineRule="auto"/>
      <w:outlineLvl w:val="3"/>
    </w:pPr>
    <w:rPr>
      <w:rFonts w:asciiTheme="majorHAnsi" w:eastAsiaTheme="majorEastAsia" w:hAnsiTheme="majorHAnsi" w:cstheme="majorBidi" w:ascii="Calibri" w:hAnsi="Calibri" w:cs="Calibri" w:eastAsia="微软雅黑"/>
      <w:b/>
      <w:bCs/>
      <w:i w:val="0"/>
      <w:iCs/>
      <w:color w:val="1F2937"/>
      <w:sz w:val="24"/>
    </w:rPr>
  </w:style>
  <w:style w:type="paragraph" w:styleId="Heading5">
    <w:name w:val="heading 5"/>
    <w:basedOn w:val="Normal"/>
    <w:next w:val="Normal"/>
    <w:link w:val="Heading5Char"/>
    <w:uiPriority w:val="9"/>
    <w:semiHidden/>
    <w:unhideWhenUsed/>
    <w:qFormat/>
    <w:rsid w:val="00FC693F"/>
    <w:pPr>
      <w:keepNext/>
      <w:keepLines/>
      <w:spacing w:before="240" w:after="80" w:line="288" w:lineRule="auto"/>
      <w:outlineLvl w:val="4"/>
    </w:pPr>
    <w:rPr>
      <w:rFonts w:asciiTheme="majorHAnsi" w:eastAsiaTheme="majorEastAsia" w:hAnsiTheme="majorHAnsi" w:cstheme="majorBidi" w:ascii="Calibri" w:hAnsi="Calibri" w:cs="Calibri" w:eastAsia="微软雅黑"/>
      <w:b/>
      <w:i w:val="0"/>
      <w:color w:val="1F2937"/>
      <w:sz w:val="22"/>
    </w:rPr>
  </w:style>
  <w:style w:type="paragraph" w:styleId="Heading6">
    <w:name w:val="heading 6"/>
    <w:basedOn w:val="Normal"/>
    <w:next w:val="Normal"/>
    <w:link w:val="Heading6Char"/>
    <w:uiPriority w:val="9"/>
    <w:semiHidden/>
    <w:unhideWhenUsed/>
    <w:qFormat/>
    <w:rsid w:val="00FC693F"/>
    <w:pPr>
      <w:keepNext/>
      <w:keepLines/>
      <w:spacing w:before="240" w:after="80" w:line="288" w:lineRule="auto"/>
      <w:outlineLvl w:val="5"/>
    </w:pPr>
    <w:rPr>
      <w:rFonts w:asciiTheme="majorHAnsi" w:eastAsiaTheme="majorEastAsia" w:hAnsiTheme="majorHAnsi" w:cstheme="majorBidi" w:ascii="Calibri" w:hAnsi="Calibri" w:cs="Calibri" w:eastAsia="微软雅黑"/>
      <w:b/>
      <w:i w:val="0"/>
      <w:iCs/>
      <w:color w:val="1F2937"/>
      <w:sz w:val="21"/>
    </w:rPr>
  </w:style>
  <w:style w:type="paragraph" w:styleId="Heading7">
    <w:name w:val="heading 7"/>
    <w:basedOn w:val="Normal"/>
    <w:next w:val="Normal"/>
    <w:link w:val="Heading7Char"/>
    <w:uiPriority w:val="9"/>
    <w:semiHidden/>
    <w:unhideWhenUsed/>
    <w:qFormat/>
    <w:rsid w:val="00FC693F"/>
    <w:pPr>
      <w:keepNext/>
      <w:keepLines/>
      <w:spacing w:before="240" w:after="80" w:line="288" w:lineRule="auto"/>
      <w:outlineLvl w:val="6"/>
    </w:pPr>
    <w:rPr>
      <w:rFonts w:asciiTheme="majorHAnsi" w:eastAsiaTheme="majorEastAsia" w:hAnsiTheme="majorHAnsi" w:cstheme="majorBidi" w:ascii="Calibri" w:hAnsi="Calibri" w:cs="Calibri" w:eastAsia="微软雅黑"/>
      <w:b/>
      <w:i w:val="0"/>
      <w:iCs/>
      <w:color w:val="1F2937"/>
      <w:sz w:val="21"/>
    </w:rPr>
  </w:style>
  <w:style w:type="paragraph" w:styleId="Heading8">
    <w:name w:val="heading 8"/>
    <w:basedOn w:val="Normal"/>
    <w:next w:val="Normal"/>
    <w:link w:val="Heading8Char"/>
    <w:uiPriority w:val="9"/>
    <w:semiHidden/>
    <w:unhideWhenUsed/>
    <w:qFormat/>
    <w:rsid w:val="00FC693F"/>
    <w:pPr>
      <w:keepNext/>
      <w:keepLines/>
      <w:spacing w:before="240" w:after="80" w:line="288" w:lineRule="auto"/>
      <w:outlineLvl w:val="7"/>
    </w:pPr>
    <w:rPr>
      <w:rFonts w:asciiTheme="majorHAnsi" w:eastAsiaTheme="majorEastAsia" w:hAnsiTheme="majorHAnsi" w:cstheme="majorBidi" w:ascii="Calibri" w:hAnsi="Calibri" w:cs="Calibri" w:eastAsia="微软雅黑"/>
      <w:b/>
      <w:i w:val="0"/>
      <w:color w:val="1F2937"/>
      <w:sz w:val="21"/>
      <w:szCs w:val="20"/>
    </w:rPr>
  </w:style>
  <w:style w:type="paragraph" w:styleId="Heading9">
    <w:name w:val="heading 9"/>
    <w:basedOn w:val="Normal"/>
    <w:next w:val="Normal"/>
    <w:link w:val="Heading9Char"/>
    <w:uiPriority w:val="9"/>
    <w:semiHidden/>
    <w:unhideWhenUsed/>
    <w:qFormat/>
    <w:rsid w:val="00FC693F"/>
    <w:pPr>
      <w:keepNext/>
      <w:keepLines/>
      <w:spacing w:before="240" w:after="80" w:line="288" w:lineRule="auto"/>
      <w:outlineLvl w:val="8"/>
    </w:pPr>
    <w:rPr>
      <w:rFonts w:asciiTheme="majorHAnsi" w:eastAsiaTheme="majorEastAsia" w:hAnsiTheme="majorHAnsi" w:cstheme="majorBidi" w:ascii="Calibri" w:hAnsi="Calibri" w:cs="Calibri" w:eastAsia="微软雅黑"/>
      <w:b/>
      <w:i w:val="0"/>
      <w:iCs/>
      <w:color w:val="1F2937"/>
      <w:sz w:val="2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s="Calibri" w:eastAsia="微软雅黑"/>
      <w:b/>
      <w:color w:val="0B1F44"/>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嗓音女性化手术</dc:title>
  <dc:subject>MtF.wiki 中文文档 · 离线副本</dc:subject>
  <dc:creator>MtF.wiki</dc:creator>
  <cp:keywords>MtF.wiki;跨性别;文档;离线副本</cp:keywords>
  <dc:description>整理自 https://mtf.wiki/zh-cn/docs/vocal-surgery，按网站原有目录层级编排，未包含图片。</dc:description>
  <cp:lastModifiedBy/>
  <cp:revision>1</cp:revision>
  <dcterms:created xsi:type="dcterms:W3CDTF">2013-12-23T23:15:00Z</dcterms:created>
  <dcterms:modified xsi:type="dcterms:W3CDTF">2013-12-23T23:15:00Z</dcterms:modified>
  <cp:category/>
</cp:coreProperties>
</file>