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生殖器相关手术</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https://mtf.wiki/zh-cn/docs/srs</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58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4  生殖器相关手术</w:t>
      </w:r>
    </w:p>
    <w:p>
      <w:pPr>
        <w:spacing w:before="0" w:after="20"/>
        <w:ind w:left="312"/>
      </w:pPr>
      <w:r>
        <w:rPr>
          <w:rFonts w:ascii="Calibri" w:hAnsi="Calibri" w:cs="Calibri" w:eastAsia="宋体"/>
          <w:b w:val="0"/>
          <w:color w:val="6B7280"/>
          <w:sz w:val="19"/>
        </w:rPr>
        <w:t>4.1  基本概念</w:t>
      </w:r>
    </w:p>
    <w:p>
      <w:pPr>
        <w:spacing w:before="0" w:after="20"/>
        <w:ind w:left="312"/>
      </w:pPr>
      <w:r>
        <w:rPr>
          <w:rFonts w:ascii="Calibri" w:hAnsi="Calibri" w:cs="Calibri" w:eastAsia="宋体"/>
          <w:b w:val="0"/>
          <w:color w:val="6B7280"/>
          <w:sz w:val="19"/>
        </w:rPr>
        <w:t>4.2  术前科普</w:t>
      </w:r>
    </w:p>
    <w:p>
      <w:pPr>
        <w:spacing w:before="0" w:after="20"/>
        <w:ind w:left="312"/>
      </w:pPr>
      <w:r>
        <w:rPr>
          <w:rFonts w:ascii="Calibri" w:hAnsi="Calibri" w:cs="Calibri" w:eastAsia="宋体"/>
          <w:b w:val="0"/>
          <w:color w:val="6B7280"/>
          <w:sz w:val="19"/>
        </w:rPr>
        <w:t>4.3  手术技术</w:t>
      </w:r>
    </w:p>
    <w:p>
      <w:pPr>
        <w:spacing w:before="0" w:after="20"/>
        <w:ind w:left="312"/>
      </w:pPr>
      <w:r>
        <w:rPr>
          <w:rFonts w:ascii="Calibri" w:hAnsi="Calibri" w:cs="Calibri" w:eastAsia="宋体"/>
          <w:b w:val="0"/>
          <w:color w:val="6B7280"/>
          <w:sz w:val="19"/>
        </w:rPr>
        <w:t>4.4  术后护理</w:t>
      </w:r>
    </w:p>
    <w:p>
      <w:pPr>
        <w:spacing w:before="0" w:after="20"/>
        <w:ind w:left="312"/>
      </w:pPr>
      <w:r>
        <w:rPr>
          <w:rFonts w:ascii="Calibri" w:hAnsi="Calibri" w:cs="Calibri" w:eastAsia="宋体"/>
          <w:b w:val="0"/>
          <w:color w:val="6B7280"/>
          <w:sz w:val="19"/>
        </w:rPr>
        <w:t>4.5  手术评价方法</w:t>
      </w:r>
    </w:p>
    <w:p>
      <w:pPr>
        <w:spacing w:before="0" w:after="20"/>
        <w:ind w:left="312"/>
      </w:pPr>
      <w:r>
        <w:rPr>
          <w:rFonts w:ascii="Calibri" w:hAnsi="Calibri" w:cs="Calibri" w:eastAsia="宋体"/>
          <w:b w:val="0"/>
          <w:color w:val="6B7280"/>
          <w:sz w:val="19"/>
        </w:rPr>
        <w:t>4.6  户口身份证变更指引</w:t>
      </w:r>
    </w:p>
    <w:p>
      <w:pPr>
        <w:spacing w:before="0" w:after="20"/>
        <w:ind w:left="312"/>
      </w:pPr>
      <w:r>
        <w:rPr>
          <w:rFonts w:ascii="Calibri" w:hAnsi="Calibri" w:cs="Calibri" w:eastAsia="宋体"/>
          <w:b w:val="0"/>
          <w:color w:val="6B7280"/>
          <w:sz w:val="19"/>
        </w:rPr>
        <w:t>4.7  中国</w:t>
      </w:r>
    </w:p>
    <w:p>
      <w:pPr>
        <w:spacing w:before="0" w:after="20"/>
        <w:ind w:left="624"/>
      </w:pPr>
      <w:r>
        <w:rPr>
          <w:rFonts w:ascii="Calibri" w:hAnsi="Calibri" w:cs="Calibri" w:eastAsia="宋体"/>
          <w:b w:val="0"/>
          <w:color w:val="6B7280"/>
          <w:sz w:val="19"/>
        </w:rPr>
        <w:t>4.7.1  SRS 综述（中国大陆）</w:t>
      </w:r>
    </w:p>
    <w:p>
      <w:pPr>
        <w:spacing w:before="0" w:after="20"/>
        <w:ind w:left="624"/>
      </w:pPr>
      <w:r>
        <w:rPr>
          <w:rFonts w:ascii="Calibri" w:hAnsi="Calibri" w:cs="Calibri" w:eastAsia="宋体"/>
          <w:b w:val="0"/>
          <w:color w:val="6B7280"/>
          <w:sz w:val="19"/>
        </w:rPr>
        <w:t>4.7.2  术前公证</w:t>
      </w:r>
    </w:p>
    <w:p>
      <w:pPr>
        <w:spacing w:before="0" w:after="20"/>
        <w:ind w:left="624"/>
      </w:pPr>
      <w:r>
        <w:rPr>
          <w:rFonts w:ascii="Calibri" w:hAnsi="Calibri" w:cs="Calibri" w:eastAsia="宋体"/>
          <w:b w:val="0"/>
          <w:color w:val="6B7280"/>
          <w:sz w:val="19"/>
        </w:rPr>
        <w:t>4.7.3  上海四一一医院｜赵烨德</w:t>
      </w:r>
    </w:p>
    <w:p>
      <w:pPr>
        <w:spacing w:before="0" w:after="20"/>
        <w:ind w:left="935"/>
      </w:pPr>
      <w:r>
        <w:rPr>
          <w:rFonts w:ascii="Calibri" w:hAnsi="Calibri" w:cs="Calibri" w:eastAsia="宋体"/>
          <w:b w:val="0"/>
          <w:color w:val="6B7280"/>
          <w:sz w:val="19"/>
        </w:rPr>
        <w:t>4.7.3.1  【术前】预约排期与术前准备</w:t>
      </w:r>
    </w:p>
    <w:p>
      <w:pPr>
        <w:spacing w:before="0" w:after="20"/>
        <w:ind w:left="935"/>
      </w:pPr>
      <w:r>
        <w:rPr>
          <w:rFonts w:ascii="Calibri" w:hAnsi="Calibri" w:cs="Calibri" w:eastAsia="宋体"/>
          <w:b w:val="0"/>
          <w:color w:val="6B7280"/>
          <w:sz w:val="19"/>
        </w:rPr>
        <w:t>4.7.3.2  【术前】入院前准备</w:t>
      </w:r>
    </w:p>
    <w:p>
      <w:pPr>
        <w:spacing w:before="0" w:after="20"/>
        <w:ind w:left="935"/>
      </w:pPr>
      <w:r>
        <w:rPr>
          <w:rFonts w:ascii="Calibri" w:hAnsi="Calibri" w:cs="Calibri" w:eastAsia="宋体"/>
          <w:b w:val="0"/>
          <w:color w:val="6B7280"/>
          <w:sz w:val="19"/>
        </w:rPr>
        <w:t>4.7.3.3  【Q&amp;A】手术常见问题</w:t>
      </w:r>
    </w:p>
    <w:p>
      <w:pPr>
        <w:spacing w:before="0" w:after="20"/>
        <w:ind w:left="1247"/>
      </w:pPr>
      <w:r>
        <w:rPr>
          <w:rFonts w:ascii="Calibri" w:hAnsi="Calibri" w:cs="Calibri" w:eastAsia="宋体"/>
          <w:b w:val="0"/>
          <w:color w:val="6B7280"/>
          <w:sz w:val="19"/>
        </w:rPr>
        <w:t>4.7.3.3.1  住院期Q&amp;A</w:t>
      </w:r>
    </w:p>
    <w:p>
      <w:pPr>
        <w:spacing w:before="0" w:after="20"/>
        <w:ind w:left="1247"/>
      </w:pPr>
      <w:r>
        <w:rPr>
          <w:rFonts w:ascii="Calibri" w:hAnsi="Calibri" w:cs="Calibri" w:eastAsia="宋体"/>
          <w:b w:val="0"/>
          <w:color w:val="6B7280"/>
          <w:sz w:val="19"/>
        </w:rPr>
        <w:t>4.7.3.3.2  手术技术Q&amp;A</w:t>
      </w:r>
    </w:p>
    <w:p>
      <w:pPr>
        <w:spacing w:before="0" w:after="20"/>
        <w:ind w:left="935"/>
      </w:pPr>
      <w:r>
        <w:rPr>
          <w:rFonts w:ascii="Calibri" w:hAnsi="Calibri" w:cs="Calibri" w:eastAsia="宋体"/>
          <w:b w:val="0"/>
          <w:color w:val="6B7280"/>
          <w:sz w:val="19"/>
        </w:rPr>
        <w:t>4.7.3.4  【住院】住院全流程攻略</w:t>
      </w:r>
    </w:p>
    <w:p>
      <w:pPr>
        <w:spacing w:before="0" w:after="20"/>
        <w:ind w:left="935"/>
      </w:pPr>
      <w:r>
        <w:rPr>
          <w:rFonts w:ascii="Calibri" w:hAnsi="Calibri" w:cs="Calibri" w:eastAsia="宋体"/>
          <w:b w:val="0"/>
          <w:color w:val="6B7280"/>
          <w:sz w:val="19"/>
        </w:rPr>
        <w:t>4.7.3.5  【术后】术后护理与常见并发症</w:t>
      </w:r>
    </w:p>
    <w:p>
      <w:pPr>
        <w:spacing w:before="0" w:after="20"/>
        <w:ind w:left="935"/>
      </w:pPr>
      <w:r>
        <w:rPr>
          <w:rFonts w:ascii="Calibri" w:hAnsi="Calibri" w:cs="Calibri" w:eastAsia="宋体"/>
          <w:b w:val="0"/>
          <w:color w:val="6B7280"/>
          <w:sz w:val="19"/>
        </w:rPr>
        <w:t>4.7.3.6  【NSFW】术后评价</w:t>
      </w:r>
    </w:p>
    <w:p>
      <w:pPr>
        <w:spacing w:before="0" w:after="20"/>
        <w:ind w:left="935"/>
      </w:pPr>
      <w:r>
        <w:rPr>
          <w:rFonts w:ascii="Calibri" w:hAnsi="Calibri" w:cs="Calibri" w:eastAsia="宋体"/>
          <w:b w:val="0"/>
          <w:color w:val="6B7280"/>
          <w:sz w:val="19"/>
        </w:rPr>
        <w:t>4.7.3.7  上海四一一医院｜性腺切除手术</w:t>
      </w:r>
    </w:p>
    <w:p>
      <w:pPr>
        <w:spacing w:before="0" w:after="20"/>
        <w:ind w:left="624"/>
      </w:pPr>
      <w:r>
        <w:rPr>
          <w:rFonts w:ascii="Calibri" w:hAnsi="Calibri" w:cs="Calibri" w:eastAsia="宋体"/>
          <w:b w:val="0"/>
          <w:color w:val="6B7280"/>
          <w:sz w:val="19"/>
        </w:rPr>
        <w:t>4.7.4  中国医学科学院整形外科医院（八大处）</w:t>
      </w:r>
    </w:p>
    <w:p>
      <w:pPr>
        <w:spacing w:before="0" w:after="20"/>
        <w:ind w:left="935"/>
      </w:pPr>
      <w:r>
        <w:rPr>
          <w:rFonts w:ascii="Calibri" w:hAnsi="Calibri" w:cs="Calibri" w:eastAsia="宋体"/>
          <w:b w:val="0"/>
          <w:color w:val="6B7280"/>
          <w:sz w:val="19"/>
        </w:rPr>
        <w:t>4.7.4.1  李峰永</w:t>
      </w:r>
    </w:p>
    <w:p>
      <w:pPr>
        <w:spacing w:before="0" w:after="20"/>
        <w:ind w:left="1247"/>
      </w:pPr>
      <w:r>
        <w:rPr>
          <w:rFonts w:ascii="Calibri" w:hAnsi="Calibri" w:cs="Calibri" w:eastAsia="宋体"/>
          <w:b w:val="0"/>
          <w:color w:val="6B7280"/>
          <w:sz w:val="19"/>
        </w:rPr>
        <w:t>4.7.4.1.1  【院前】入院前准备</w:t>
      </w:r>
    </w:p>
    <w:p>
      <w:pPr>
        <w:spacing w:before="0" w:after="20"/>
        <w:ind w:left="1247"/>
      </w:pPr>
      <w:r>
        <w:rPr>
          <w:rFonts w:ascii="Calibri" w:hAnsi="Calibri" w:cs="Calibri" w:eastAsia="宋体"/>
          <w:b w:val="0"/>
          <w:color w:val="6B7280"/>
          <w:sz w:val="19"/>
        </w:rPr>
        <w:t>4.7.4.1.2  【院中】住院手术时间线</w:t>
      </w:r>
    </w:p>
    <w:p>
      <w:pPr>
        <w:spacing w:before="0" w:after="20"/>
        <w:ind w:left="1247"/>
      </w:pPr>
      <w:r>
        <w:rPr>
          <w:rFonts w:ascii="Calibri" w:hAnsi="Calibri" w:cs="Calibri" w:eastAsia="宋体"/>
          <w:b w:val="0"/>
          <w:color w:val="6B7280"/>
          <w:sz w:val="19"/>
        </w:rPr>
        <w:t>4.7.4.1.3  【院后】出院后诸项事宜</w:t>
      </w:r>
    </w:p>
    <w:p>
      <w:pPr>
        <w:spacing w:before="0" w:after="20"/>
        <w:ind w:left="1247"/>
      </w:pPr>
      <w:r>
        <w:rPr>
          <w:rFonts w:ascii="Calibri" w:hAnsi="Calibri" w:cs="Calibri" w:eastAsia="宋体"/>
          <w:b w:val="0"/>
          <w:color w:val="6B7280"/>
          <w:sz w:val="19"/>
        </w:rPr>
        <w:t>4.7.4.1.4  住院手术费用</w:t>
      </w:r>
    </w:p>
    <w:p>
      <w:pPr>
        <w:spacing w:before="0" w:after="20"/>
        <w:ind w:left="1247"/>
      </w:pPr>
      <w:r>
        <w:rPr>
          <w:rFonts w:ascii="Calibri" w:hAnsi="Calibri" w:cs="Calibri" w:eastAsia="宋体"/>
          <w:b w:val="0"/>
          <w:color w:val="6B7280"/>
          <w:sz w:val="19"/>
        </w:rPr>
        <w:t>4.7.4.1.5  医院给的宣教文件</w:t>
      </w:r>
    </w:p>
    <w:p>
      <w:pPr>
        <w:spacing w:before="0" w:after="20"/>
        <w:ind w:left="935"/>
      </w:pPr>
      <w:r>
        <w:rPr>
          <w:rFonts w:ascii="Calibri" w:hAnsi="Calibri" w:cs="Calibri" w:eastAsia="宋体"/>
          <w:b w:val="0"/>
          <w:color w:val="6B7280"/>
          <w:sz w:val="19"/>
        </w:rPr>
        <w:t>4.7.4.2  刘立强等专家团队</w:t>
      </w:r>
    </w:p>
    <w:p>
      <w:pPr>
        <w:spacing w:before="0" w:after="20"/>
        <w:ind w:left="935"/>
      </w:pPr>
      <w:r>
        <w:rPr>
          <w:rFonts w:ascii="Calibri" w:hAnsi="Calibri" w:cs="Calibri" w:eastAsia="宋体"/>
          <w:b w:val="0"/>
          <w:color w:val="6B7280"/>
          <w:sz w:val="19"/>
        </w:rPr>
        <w:t>4.7.4.3  可能过时的信息</w:t>
      </w:r>
    </w:p>
    <w:p>
      <w:pPr>
        <w:spacing w:before="0" w:after="20"/>
        <w:ind w:left="935"/>
      </w:pPr>
      <w:r>
        <w:rPr>
          <w:rFonts w:ascii="Calibri" w:hAnsi="Calibri" w:cs="Calibri" w:eastAsia="宋体"/>
          <w:b w:val="0"/>
          <w:color w:val="6B7280"/>
          <w:sz w:val="19"/>
        </w:rPr>
        <w:t>4.7.4.4  对舞蹈家金星SRS医院的考据</w:t>
      </w:r>
    </w:p>
    <w:p>
      <w:pPr>
        <w:spacing w:before="0" w:after="20"/>
        <w:ind w:left="624"/>
      </w:pPr>
      <w:r>
        <w:rPr>
          <w:rFonts w:ascii="Calibri" w:hAnsi="Calibri" w:cs="Calibri" w:eastAsia="宋体"/>
          <w:b w:val="0"/>
          <w:color w:val="6B7280"/>
          <w:sz w:val="19"/>
        </w:rPr>
        <w:t>4.7.5  北医三院</w:t>
      </w:r>
    </w:p>
    <w:p>
      <w:pPr>
        <w:spacing w:before="0" w:after="20"/>
        <w:ind w:left="624"/>
      </w:pPr>
      <w:r>
        <w:rPr>
          <w:rFonts w:ascii="Calibri" w:hAnsi="Calibri" w:cs="Calibri" w:eastAsia="宋体"/>
          <w:b w:val="0"/>
          <w:color w:val="6B7280"/>
          <w:sz w:val="19"/>
        </w:rPr>
        <w:t>4.7.6  上海九院</w:t>
      </w:r>
    </w:p>
    <w:p>
      <w:pPr>
        <w:spacing w:before="0" w:after="20"/>
        <w:ind w:left="624"/>
      </w:pPr>
      <w:r>
        <w:rPr>
          <w:rFonts w:ascii="Calibri" w:hAnsi="Calibri" w:cs="Calibri" w:eastAsia="宋体"/>
          <w:b w:val="0"/>
          <w:color w:val="6B7280"/>
          <w:sz w:val="19"/>
        </w:rPr>
        <w:t>4.7.7  四川大学华西医院｜许学文</w:t>
      </w:r>
    </w:p>
    <w:p>
      <w:pPr>
        <w:spacing w:before="0" w:after="20"/>
        <w:ind w:left="624"/>
      </w:pPr>
      <w:r>
        <w:rPr>
          <w:rFonts w:ascii="Calibri" w:hAnsi="Calibri" w:cs="Calibri" w:eastAsia="宋体"/>
          <w:b w:val="0"/>
          <w:color w:val="6B7280"/>
          <w:sz w:val="19"/>
        </w:rPr>
        <w:t>4.7.8  四川核工业四一六医院｜余道江</w:t>
      </w:r>
    </w:p>
    <w:p>
      <w:pPr>
        <w:spacing w:before="0" w:after="20"/>
        <w:ind w:left="624"/>
      </w:pPr>
      <w:r>
        <w:rPr>
          <w:rFonts w:ascii="Calibri" w:hAnsi="Calibri" w:cs="Calibri" w:eastAsia="宋体"/>
          <w:b w:val="0"/>
          <w:color w:val="6B7280"/>
          <w:sz w:val="19"/>
        </w:rPr>
        <w:t>4.7.9  安徽医科大学第一附属医院｜张贤生</w:t>
      </w:r>
    </w:p>
    <w:p>
      <w:pPr>
        <w:spacing w:before="0" w:after="20"/>
        <w:ind w:left="624"/>
      </w:pPr>
      <w:r>
        <w:rPr>
          <w:rFonts w:ascii="Calibri" w:hAnsi="Calibri" w:cs="Calibri" w:eastAsia="宋体"/>
          <w:b w:val="0"/>
          <w:color w:val="6B7280"/>
          <w:sz w:val="19"/>
        </w:rPr>
        <w:t>4.7.10  广州华侨医院｜刘宏伟</w:t>
      </w:r>
    </w:p>
    <w:p>
      <w:pPr>
        <w:spacing w:before="0" w:after="20"/>
        <w:ind w:left="624"/>
      </w:pPr>
      <w:r>
        <w:rPr>
          <w:rFonts w:ascii="Calibri" w:hAnsi="Calibri" w:cs="Calibri" w:eastAsia="宋体"/>
          <w:b w:val="0"/>
          <w:color w:val="6B7280"/>
          <w:sz w:val="19"/>
        </w:rPr>
        <w:t>4.7.11  深圳市罗湖区人民医院</w:t>
      </w:r>
    </w:p>
    <w:p>
      <w:pPr>
        <w:spacing w:before="0" w:after="20"/>
        <w:ind w:left="312"/>
      </w:pPr>
      <w:r>
        <w:rPr>
          <w:rFonts w:ascii="Calibri" w:hAnsi="Calibri" w:cs="Calibri" w:eastAsia="宋体"/>
          <w:b w:val="0"/>
          <w:color w:val="6B7280"/>
          <w:sz w:val="19"/>
        </w:rPr>
        <w:t>4.8  泰国</w:t>
      </w:r>
    </w:p>
    <w:p>
      <w:pPr>
        <w:spacing w:before="0" w:after="20"/>
        <w:ind w:left="624"/>
      </w:pPr>
      <w:r>
        <w:rPr>
          <w:rFonts w:ascii="Calibri" w:hAnsi="Calibri" w:cs="Calibri" w:eastAsia="宋体"/>
          <w:b w:val="0"/>
          <w:color w:val="6B7280"/>
          <w:sz w:val="19"/>
        </w:rPr>
        <w:t>4.8.1  SRS 综述（泰国）</w:t>
      </w:r>
    </w:p>
    <w:p>
      <w:pPr>
        <w:spacing w:before="0" w:after="20"/>
        <w:ind w:left="624"/>
      </w:pPr>
      <w:r>
        <w:rPr>
          <w:rFonts w:ascii="Calibri" w:hAnsi="Calibri" w:cs="Calibri" w:eastAsia="宋体"/>
          <w:b w:val="0"/>
          <w:color w:val="6B7280"/>
          <w:sz w:val="19"/>
        </w:rPr>
        <w:t>4.8.2  泰国旅行指南</w:t>
      </w:r>
    </w:p>
    <w:p>
      <w:pPr>
        <w:spacing w:before="0" w:after="20"/>
        <w:ind w:left="624"/>
      </w:pPr>
      <w:r>
        <w:rPr>
          <w:rFonts w:ascii="Calibri" w:hAnsi="Calibri" w:cs="Calibri" w:eastAsia="宋体"/>
          <w:b w:val="0"/>
          <w:color w:val="6B7280"/>
          <w:sz w:val="19"/>
        </w:rPr>
        <w:t>4.8.3  中介信息</w:t>
      </w:r>
    </w:p>
    <w:p>
      <w:pPr>
        <w:spacing w:before="0" w:after="20"/>
        <w:ind w:left="624"/>
      </w:pPr>
      <w:r>
        <w:rPr>
          <w:rFonts w:ascii="Calibri" w:hAnsi="Calibri" w:cs="Calibri" w:eastAsia="宋体"/>
          <w:b w:val="0"/>
          <w:color w:val="6B7280"/>
          <w:sz w:val="19"/>
        </w:rPr>
        <w:t>4.8.4  Chettasak 医生</w:t>
      </w:r>
    </w:p>
    <w:p>
      <w:pPr>
        <w:spacing w:before="0" w:after="20"/>
        <w:ind w:left="624"/>
      </w:pPr>
      <w:r>
        <w:rPr>
          <w:rFonts w:ascii="Calibri" w:hAnsi="Calibri" w:cs="Calibri" w:eastAsia="宋体"/>
          <w:b w:val="0"/>
          <w:color w:val="6B7280"/>
          <w:sz w:val="19"/>
        </w:rPr>
        <w:t>4.8.5  Greechart 医生</w:t>
      </w:r>
    </w:p>
    <w:p>
      <w:pPr>
        <w:spacing w:before="0" w:after="20"/>
        <w:ind w:left="624"/>
      </w:pPr>
      <w:r>
        <w:rPr>
          <w:rFonts w:ascii="Calibri" w:hAnsi="Calibri" w:cs="Calibri" w:eastAsia="宋体"/>
          <w:b w:val="0"/>
          <w:color w:val="6B7280"/>
          <w:sz w:val="19"/>
        </w:rPr>
        <w:t>4.8.6  Kamol</w:t>
      </w:r>
    </w:p>
    <w:p>
      <w:pPr>
        <w:spacing w:before="0" w:after="20"/>
        <w:ind w:left="624"/>
      </w:pPr>
      <w:r>
        <w:rPr>
          <w:rFonts w:ascii="Calibri" w:hAnsi="Calibri" w:cs="Calibri" w:eastAsia="宋体"/>
          <w:b w:val="0"/>
          <w:color w:val="6B7280"/>
          <w:sz w:val="19"/>
        </w:rPr>
        <w:t>4.8.7  PAI (Burin, Sutin)</w:t>
      </w:r>
    </w:p>
    <w:p>
      <w:pPr>
        <w:spacing w:before="0" w:after="20"/>
        <w:ind w:left="624"/>
      </w:pPr>
      <w:r>
        <w:rPr>
          <w:rFonts w:ascii="Calibri" w:hAnsi="Calibri" w:cs="Calibri" w:eastAsia="宋体"/>
          <w:b w:val="0"/>
          <w:color w:val="6B7280"/>
          <w:sz w:val="19"/>
        </w:rPr>
        <w:t>4.8.8  Saran 医生</w:t>
      </w:r>
    </w:p>
    <w:p>
      <w:pPr>
        <w:spacing w:before="0" w:after="20"/>
        <w:ind w:left="624"/>
      </w:pPr>
      <w:r>
        <w:rPr>
          <w:rFonts w:ascii="Calibri" w:hAnsi="Calibri" w:cs="Calibri" w:eastAsia="宋体"/>
          <w:b w:val="0"/>
          <w:color w:val="6B7280"/>
          <w:sz w:val="19"/>
        </w:rPr>
        <w:t>4.8.9  Suporn 诊所</w:t>
      </w:r>
    </w:p>
    <w:p>
      <w:pPr>
        <w:spacing w:before="0" w:after="20"/>
        <w:ind w:left="624"/>
      </w:pPr>
      <w:r>
        <w:rPr>
          <w:rFonts w:ascii="Calibri" w:hAnsi="Calibri" w:cs="Calibri" w:eastAsia="宋体"/>
          <w:b w:val="0"/>
          <w:color w:val="6B7280"/>
          <w:sz w:val="19"/>
        </w:rPr>
        <w:t>4.8.10  Thiti 医生</w:t>
      </w:r>
    </w:p>
    <w:p>
      <w:pPr>
        <w:spacing w:before="0" w:after="20"/>
        <w:ind w:left="624"/>
      </w:pPr>
      <w:r>
        <w:rPr>
          <w:rFonts w:ascii="Calibri" w:hAnsi="Calibri" w:cs="Calibri" w:eastAsia="宋体"/>
          <w:b w:val="0"/>
          <w:color w:val="6B7280"/>
          <w:sz w:val="19"/>
        </w:rPr>
        <w:t>4.8.11  Yanhee 医院</w:t>
      </w:r>
    </w:p>
    <w:p>
      <w:pPr>
        <w:spacing w:before="0" w:after="20"/>
        <w:ind w:left="312"/>
      </w:pPr>
      <w:r>
        <w:rPr>
          <w:rFonts w:ascii="Calibri" w:hAnsi="Calibri" w:cs="Calibri" w:eastAsia="宋体"/>
          <w:b w:val="0"/>
          <w:color w:val="6B7280"/>
          <w:sz w:val="19"/>
        </w:rPr>
        <w:t>4.9  芬兰</w:t>
      </w:r>
    </w:p>
    <w:p>
      <w:pPr>
        <w:spacing w:before="0" w:after="20"/>
        <w:ind w:left="312"/>
      </w:pPr>
      <w:r>
        <w:rPr>
          <w:rFonts w:ascii="Calibri" w:hAnsi="Calibri" w:cs="Calibri" w:eastAsia="宋体"/>
          <w:b w:val="0"/>
          <w:color w:val="6B7280"/>
          <w:sz w:val="19"/>
        </w:rPr>
        <w:t>4.10  日本</w:t>
      </w:r>
    </w:p>
    <w:p>
      <w:pPr>
        <w:spacing w:before="0" w:after="20"/>
        <w:ind w:left="624"/>
      </w:pPr>
      <w:r>
        <w:rPr>
          <w:rFonts w:ascii="Calibri" w:hAnsi="Calibri" w:cs="Calibri" w:eastAsia="宋体"/>
          <w:b w:val="0"/>
          <w:color w:val="6B7280"/>
          <w:sz w:val="19"/>
        </w:rPr>
        <w:t>4.10.1  銀座アテナクリニック本院</w:t>
      </w:r>
    </w:p>
    <w:p>
      <w:pPr>
        <w:spacing w:before="0" w:after="20"/>
        <w:ind w:left="312"/>
      </w:pPr>
      <w:r>
        <w:rPr>
          <w:rFonts w:ascii="Calibri" w:hAnsi="Calibri" w:cs="Calibri" w:eastAsia="宋体"/>
          <w:b w:val="0"/>
          <w:color w:val="6B7280"/>
          <w:sz w:val="19"/>
        </w:rPr>
        <w:t>4.11  美国</w:t>
      </w:r>
    </w:p>
    <w:p>
      <w:pPr>
        <w:spacing w:before="0" w:after="20"/>
        <w:ind w:left="624"/>
      </w:pPr>
      <w:r>
        <w:rPr>
          <w:rFonts w:ascii="Calibri" w:hAnsi="Calibri" w:cs="Calibri" w:eastAsia="宋体"/>
          <w:b w:val="0"/>
          <w:color w:val="6B7280"/>
          <w:sz w:val="19"/>
        </w:rPr>
        <w:t>4.11.1  SRS 综述（美国）</w:t>
      </w:r>
    </w:p>
    <w:p>
      <w:pPr>
        <w:spacing w:before="0" w:after="20"/>
        <w:ind w:left="624"/>
      </w:pPr>
      <w:r>
        <w:rPr>
          <w:rFonts w:ascii="Calibri" w:hAnsi="Calibri" w:cs="Calibri" w:eastAsia="宋体"/>
          <w:b w:val="0"/>
          <w:color w:val="6B7280"/>
          <w:sz w:val="19"/>
        </w:rPr>
        <w:t>4.11.2  Heidi Wittenberg</w:t>
      </w:r>
    </w:p>
    <w:p>
      <w:pPr>
        <w:spacing w:before="0" w:after="20"/>
        <w:ind w:left="624"/>
      </w:pPr>
      <w:r>
        <w:rPr>
          <w:rFonts w:ascii="Calibri" w:hAnsi="Calibri" w:cs="Calibri" w:eastAsia="宋体"/>
          <w:b w:val="0"/>
          <w:color w:val="6B7280"/>
          <w:sz w:val="19"/>
        </w:rPr>
        <w:t>4.11.3  Min Jun</w:t>
      </w:r>
    </w:p>
    <w:p>
      <w:pPr>
        <w:spacing w:before="0" w:after="20"/>
        <w:ind w:left="312"/>
      </w:pPr>
      <w:r>
        <w:rPr>
          <w:rFonts w:ascii="Calibri" w:hAnsi="Calibri" w:cs="Calibri" w:eastAsia="宋体"/>
          <w:b w:val="0"/>
          <w:color w:val="6B7280"/>
          <w:sz w:val="19"/>
        </w:rPr>
        <w:t>4.12  墨西哥</w:t>
      </w:r>
    </w:p>
    <w:p>
      <w:pPr>
        <w:spacing w:before="0" w:after="20"/>
        <w:ind w:left="624"/>
      </w:pPr>
      <w:r>
        <w:rPr>
          <w:rFonts w:ascii="Calibri" w:hAnsi="Calibri" w:cs="Calibri" w:eastAsia="宋体"/>
          <w:b w:val="0"/>
          <w:color w:val="6B7280"/>
          <w:sz w:val="19"/>
        </w:rPr>
        <w:t>4.12.1  Mexico Transgender Center</w:t>
      </w:r>
    </w:p>
    <w:p>
      <w:r>
        <w:br w:type="page"/>
      </w:r>
    </w:p>
    <w:p>
      <w:pPr>
        <w:pStyle w:val="Heading1"/>
      </w:pPr>
      <w:r>
        <w:rPr>
          <w:rFonts w:ascii="Calibri" w:hAnsi="Calibri" w:cs="Calibri" w:eastAsia="微软雅黑"/>
        </w:rPr>
        <w:t>4  生殖器相关手术</w:t>
      </w:r>
    </w:p>
    <w:p>
      <w:pPr>
        <w:spacing w:after="160"/>
      </w:pPr>
      <w:r>
        <w:rPr>
          <w:rFonts w:ascii="Calibri" w:hAnsi="Calibri" w:cs="Calibri" w:eastAsia="宋体"/>
          <w:color w:val="6B7280"/>
          <w:sz w:val="16"/>
        </w:rPr>
        <w:t>原文：https://mtf.wiki/zh-cn/docs/srs</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4.1  基本概念</w:t>
      </w:r>
    </w:p>
    <w:p>
      <w:pPr>
        <w:spacing w:after="160"/>
      </w:pPr>
      <w:r>
        <w:rPr>
          <w:rFonts w:ascii="Calibri" w:hAnsi="Calibri" w:cs="Calibri" w:eastAsia="宋体"/>
          <w:color w:val="6B7280"/>
          <w:sz w:val="16"/>
        </w:rPr>
        <w:t>原文：https://mtf.wiki/zh-cn/docs/srs/terminology · 最近更新：2025年12月8日</w:t>
      </w:r>
    </w:p>
    <w:p>
      <w:pPr>
        <w:spacing w:after="100"/>
      </w:pPr>
      <w:r>
        <w:rPr>
          <w:rFonts w:ascii="Calibri" w:hAnsi="Calibri" w:cs="Calibri" w:eastAsia="宋体"/>
        </w:rPr>
        <w:t>「生殖器相关手术」包括但不限于：性别重置术、性腺切除术、生殖器部分或完全切除术、阴道成形术等跨性别相关的生殖器区域手术。</w:t>
      </w:r>
    </w:p>
    <w:p>
      <w:pPr>
        <w:spacing w:after="100"/>
      </w:pPr>
      <w:r>
        <w:rPr>
          <w:rFonts w:ascii="Calibri" w:hAnsi="Calibri" w:cs="Calibri" w:eastAsia="宋体"/>
        </w:rPr>
        <w:t>性别肯定手术（Gender-affirming surgery），又称性别重置手术（Sex Reassignment Surgery，SRS），俗称变性手术，习惯上常用于指代跨性别相关的生殖器手术。</w:t>
      </w:r>
    </w:p>
    <w:p>
      <w:pPr>
        <w:spacing w:after="100"/>
      </w:pPr>
      <w:r>
        <w:rPr>
          <w:rFonts w:ascii="Calibri" w:hAnsi="Calibri" w:cs="Calibri" w:eastAsia="宋体"/>
        </w:rPr>
        <w:t xml:space="preserve">尽管性别肯定手术的概念包括但不限于（对于女性倾向的跨性别者而言）面部女性化手术（包括喉结切除术 / 声带手术）、隆乳手术、睾丸切除术、阴道 / 外阴成形术（有 / 无深度）、美容手术，以及术前准备项目（如脱毛）。 </w:t>
      </w:r>
      <w:r>
        <w:rPr>
          <w:rFonts w:ascii="Calibri" w:hAnsi="Calibri" w:cs="Calibri" w:eastAsia="宋体"/>
          <w:vertAlign w:val="superscript"/>
        </w:rPr>
        <w:t>1</w:t>
      </w:r>
      <w:r>
        <w:rPr>
          <w:rFonts w:ascii="Calibri" w:hAnsi="Calibri" w:cs="Calibri" w:eastAsia="宋体"/>
          <w:vertAlign w:val="superscript"/>
        </w:rPr>
        <w:t>2</w:t>
      </w:r>
    </w:p>
    <w:p>
      <w:pPr>
        <w:shd w:val="clear" w:color="auto" w:fill="F7F8FA"/>
        <w:pBdr>
          <w:left w:val="single" w:sz="18" w:space="6" w:color="C9CDD4"/>
        </w:pBdr>
        <w:spacing w:after="40"/>
      </w:pPr>
      <w:r>
        <w:rPr>
          <w:rFonts w:ascii="Calibri" w:hAnsi="Calibri" w:cs="Calibri" w:eastAsia="宋体"/>
        </w:rPr>
        <w:t>性别重置技术，是指通过外科手段（组织移植和器官再造）使手术对象的生理性别与其心理性别相符， 即切除原有的性器官并重建新性别的体表性器官和与之相匹配的第二性征的医疗技术。</w:t>
      </w:r>
      <w:r>
        <w:rPr>
          <w:rFonts w:ascii="Calibri" w:hAnsi="Calibri" w:cs="Calibri" w:eastAsia="宋体"/>
          <w:vertAlign w:val="superscript"/>
        </w:rPr>
        <w:t>3</w:t>
      </w:r>
    </w:p>
    <w:p>
      <w:pPr>
        <w:spacing w:after="100"/>
      </w:pPr>
      <w:r>
        <w:rPr>
          <w:rFonts w:ascii="Calibri" w:hAnsi="Calibri" w:cs="Calibri" w:eastAsia="宋体"/>
        </w:rPr>
        <w:t>但是在中国大陆的习惯性语境下，大部分人仍然通常将性别肯定手术/性别重置手术等同于跨性别相关的生殖器区域手术。为了方便条目的分类索引，我们将性别肯定手术的内容按手术部位分为数个版块，「生殖器相关手术」板块下的内容用于专门记录跨性别相关的生殖器区域手术及相关内容。</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跨性别和多元性别人群健康照护指南第八版 第十三章 手术及术后护理 </w:t>
      </w:r>
      <w:r>
        <w:rPr>
          <w:rFonts w:ascii="Calibri" w:hAnsi="Calibri" w:cs="Calibri" w:eastAsia="宋体"/>
        </w:rPr>
        <w:t>https://project-trans.org/SOC-8/soc8cn/section13</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跨性别和多元性别人群健康照护指南第八版 附录E 性别肯定手术干预 </w:t>
      </w:r>
      <w:r>
        <w:rPr>
          <w:rFonts w:ascii="Calibri" w:hAnsi="Calibri" w:cs="Calibri" w:eastAsia="宋体"/>
        </w:rPr>
        <w:t>https://project-trans.org/SOC-8/soc8cn/appendixE</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性别重置技术临床应用管理规范（2022 年版）</w:t>
      </w:r>
      <w:r>
        <w:rPr>
          <w:rFonts w:ascii="Calibri" w:hAnsi="Calibri" w:cs="Calibri" w:eastAsia="宋体"/>
        </w:rPr>
        <w:t>https://project-trans.org/china-legal/spec/2022-04-20/srs/readme</w:t>
      </w:r>
      <w:r>
        <w:rPr>
          <w:rFonts w:ascii="Calibri" w:hAnsi="Calibri" w:cs="Calibri" w:eastAsia="宋体"/>
        </w:rPr>
        <w:t xml:space="preserve"> </w:t>
      </w:r>
    </w:p>
    <w:p>
      <w:pPr>
        <w:pStyle w:val="Heading2"/>
      </w:pPr>
      <w:r>
        <w:rPr>
          <w:rFonts w:ascii="Calibri" w:hAnsi="Calibri" w:cs="Calibri" w:eastAsia="微软雅黑"/>
        </w:rPr>
        <w:t>4.2  术前科普</w:t>
      </w:r>
    </w:p>
    <w:p>
      <w:pPr>
        <w:spacing w:after="160"/>
      </w:pPr>
      <w:r>
        <w:rPr>
          <w:rFonts w:ascii="Calibri" w:hAnsi="Calibri" w:cs="Calibri" w:eastAsia="宋体"/>
          <w:color w:val="6B7280"/>
          <w:sz w:val="16"/>
        </w:rPr>
        <w:t>原文：https://mtf.wiki/zh-cn/docs/srs/faq · 最近更新：2026年1月27日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本页面整理自</w:t>
      </w:r>
      <w:r>
        <w:rPr>
          <w:rFonts w:ascii="Calibri" w:hAnsi="Calibri" w:cs="Calibri" w:eastAsia="宋体"/>
        </w:rPr>
        <w:t>SRS FAQ (v1.1) · Fluorescence - 知乎</w:t>
      </w:r>
      <w:r>
        <w:rPr>
          <w:rFonts w:ascii="Calibri" w:hAnsi="Calibri" w:cs="Calibri" w:eastAsia="宋体"/>
        </w:rPr>
        <w:t>。</w:t>
      </w:r>
    </w:p>
    <w:p>
      <w:pPr>
        <w:pStyle w:val="Heading3"/>
      </w:pPr>
      <w:r>
        <w:rPr>
          <w:rFonts w:ascii="Calibri" w:hAnsi="Calibri" w:cs="Calibri" w:eastAsia="宋体"/>
        </w:rPr>
        <w:t>Why SRS? SRS 能做到什么？ 我应当考虑 SRS 吗？</w:t>
      </w:r>
    </w:p>
    <w:p>
      <w:pPr>
        <w:spacing w:after="100"/>
      </w:pPr>
      <w:r>
        <w:rPr>
          <w:rFonts w:ascii="Calibri" w:hAnsi="Calibri" w:cs="Calibri" w:eastAsia="宋体"/>
        </w:rPr>
        <w:t>SRS 对于跨性别者而言并非必须，其直接作用仅仅是将生殖器官重塑为女性形态，且获得包括插入式性交在内的部分功能，以及在一些国家得以修改法律性别的权利。</w:t>
      </w:r>
    </w:p>
    <w:p>
      <w:pPr>
        <w:spacing w:after="100"/>
      </w:pPr>
      <w:r>
        <w:rPr>
          <w:rFonts w:ascii="Calibri" w:hAnsi="Calibri" w:cs="Calibri" w:eastAsia="宋体"/>
        </w:rPr>
        <w:t>在社会身份等方面，SRS 的影响是相对间接的。此外在进行良好的 HRT 的基础上，SRS（或单进行性腺切除）对内分泌方面进一步女性化的影响相对有限，而长期 HRT（即使使用色普龙）的风险也并非不可控。</w:t>
      </w:r>
    </w:p>
    <w:p>
      <w:pPr>
        <w:spacing w:after="100"/>
      </w:pPr>
      <w:r>
        <w:rPr>
          <w:rFonts w:ascii="Calibri" w:hAnsi="Calibri" w:cs="Calibri" w:eastAsia="宋体"/>
        </w:rPr>
        <w:t>WPATH 指南</w:t>
      </w:r>
      <w:r>
        <w:rPr>
          <w:rFonts w:ascii="Calibri" w:hAnsi="Calibri" w:cs="Calibri" w:eastAsia="宋体"/>
        </w:rPr>
        <w:t>对 SRS 在术前的 HRT 和 RLE（Real-Life Experience，指在对应性别身份下生活的体验）时长上有着严格的规定，但每个个体的状况不一。</w:t>
      </w:r>
    </w:p>
    <w:p>
      <w:pPr>
        <w:spacing w:after="100"/>
      </w:pPr>
      <w:r>
        <w:rPr>
          <w:rFonts w:ascii="Calibri" w:hAnsi="Calibri" w:cs="Calibri" w:eastAsia="宋体"/>
        </w:rPr>
        <w:t>性别焦虑有着不同的指向：</w:t>
      </w:r>
    </w:p>
    <w:p>
      <w:pPr>
        <w:spacing w:after="100"/>
      </w:pPr>
      <w:r>
        <w:rPr>
          <w:rFonts w:ascii="Calibri" w:hAnsi="Calibri" w:cs="Calibri" w:eastAsia="宋体"/>
        </w:rPr>
        <w:t>一个人可能会看重女性的社会身份和他人的认同，也可能会重视着装和外在身体特征上的女性化，亦有可能着重在意第一性征。</w:t>
      </w:r>
    </w:p>
    <w:p>
      <w:pPr>
        <w:spacing w:after="100"/>
      </w:pPr>
      <w:r>
        <w:rPr>
          <w:rFonts w:ascii="Calibri" w:hAnsi="Calibri" w:cs="Calibri" w:eastAsia="宋体"/>
        </w:rPr>
        <w:t>一个人身上常常不同程度地同时存在指向所有这些方面的性别焦虑，但也可能在某些方面相对较轻或并不存在。</w:t>
      </w:r>
    </w:p>
    <w:p>
      <w:pPr>
        <w:spacing w:after="100"/>
      </w:pPr>
      <w:r>
        <w:rPr>
          <w:rFonts w:ascii="Calibri" w:hAnsi="Calibri" w:cs="Calibri" w:eastAsia="宋体"/>
        </w:rPr>
        <w:t>同时，不同的个体的需求程度也有区别：</w:t>
      </w:r>
    </w:p>
    <w:p>
      <w:pPr>
        <w:spacing w:after="100"/>
      </w:pPr>
      <w:r>
        <w:rPr>
          <w:rFonts w:ascii="Calibri" w:hAnsi="Calibri" w:cs="Calibri" w:eastAsia="宋体"/>
        </w:rPr>
        <w:t>一些个体无法接受以未 SRS 的身体生存，一些个体尽管强烈寻求 SRS 但也能在一段时间内正常生活，而对另一些个体而言 SRS 可能只是能够让生活更加舒心的选择。</w:t>
      </w:r>
    </w:p>
    <w:p>
      <w:pPr>
        <w:spacing w:after="100"/>
      </w:pPr>
      <w:r>
        <w:rPr>
          <w:rFonts w:ascii="Calibri" w:hAnsi="Calibri" w:cs="Calibri" w:eastAsia="宋体"/>
        </w:rPr>
        <w:t>有的个体长期稳定地以女性外观和身份生活，但有时可能因生理或法律文件上的性别遇到麻烦，此时，她或许有（也或许没有）意愿和机会，根据自身情况选择适时的 SRS。</w:t>
      </w:r>
    </w:p>
    <w:p>
      <w:pPr>
        <w:spacing w:after="100"/>
      </w:pPr>
      <w:r>
        <w:rPr>
          <w:rFonts w:ascii="Calibri" w:hAnsi="Calibri" w:cs="Calibri" w:eastAsia="宋体"/>
        </w:rPr>
        <w:t>也有个体的性别认同长期受到压抑，被自己所厌恶的第一性征所折磨，这时即使没有经历 RLE 或 HRT，也许对她而言立即 SRS 也是更优的选择，而她也有能力基于自身状况合理地做出判断。</w:t>
      </w:r>
    </w:p>
    <w:p>
      <w:pPr>
        <w:spacing w:after="100"/>
      </w:pPr>
      <w:r>
        <w:rPr>
          <w:rFonts w:ascii="Calibri" w:hAnsi="Calibri" w:cs="Calibri" w:eastAsia="宋体"/>
        </w:rPr>
        <w:t>但同时也有一些个体，对 SRS 的效果有着不切实际的幻想，因在术后并没有得到期望的社会身份转变而失望乃至后悔。</w:t>
      </w:r>
    </w:p>
    <w:p>
      <w:pPr>
        <w:spacing w:after="100"/>
      </w:pPr>
      <w:r>
        <w:rPr>
          <w:rFonts w:ascii="Calibri" w:hAnsi="Calibri" w:cs="Calibri" w:eastAsia="宋体"/>
        </w:rPr>
        <w:t>每个人都应当认清自己的心理诉求，理性地分析利弊做出选择。毕竟，SRS 往往能直截了当地解决第一性征的问题，但对其他方面的性别焦虑并不能直接地起到作用，而就和 HRT 一样，进行 SRS 的决定是不可逆的，在困扰与痛苦中蹉跎的时间同样是不可逆的。</w:t>
      </w:r>
    </w:p>
    <w:p>
      <w:pPr>
        <w:spacing w:after="100"/>
      </w:pPr>
      <w:r>
        <w:rPr>
          <w:rFonts w:ascii="Calibri" w:hAnsi="Calibri" w:cs="Calibri" w:eastAsia="宋体"/>
        </w:rPr>
        <w:t>一个残酷的现实是，即使是完整的转变之后，我们也只是近乎得到了地球上另一半人生来就有的东西。在完成 SRS 以外，我们还有其它各方面的转变，以及更加重要的，其它所有的人生目标与追求。将 SRS 或转变视为唯一的人生目标，为之牺牲其它重要的机会，很可能是不明智的。</w:t>
      </w:r>
    </w:p>
    <w:p>
      <w:pPr>
        <w:pStyle w:val="Heading3"/>
      </w:pPr>
      <w:r>
        <w:rPr>
          <w:rFonts w:ascii="Calibri" w:hAnsi="Calibri" w:cs="Calibri" w:eastAsia="宋体"/>
        </w:rPr>
        <w:t>When SRS?</w:t>
      </w:r>
    </w:p>
    <w:p>
      <w:pPr>
        <w:spacing w:after="100"/>
      </w:pPr>
      <w:r>
        <w:rPr>
          <w:rFonts w:ascii="Calibri" w:hAnsi="Calibri" w:cs="Calibri" w:eastAsia="宋体"/>
        </w:rPr>
        <w:t>这一问题，正确的回答当然只有「自己准备好的时候」，然而这仍旧会受到外在环境的影响。国内法规规定 SRS 需年满 18 周岁，而美国一些较为激进的医生出于总体的福祉考虑会接收一些尚未成年的高中毕业生以让她们能有新的开始。</w:t>
      </w:r>
    </w:p>
    <w:p>
      <w:pPr>
        <w:spacing w:after="100"/>
      </w:pPr>
      <w:r>
        <w:rPr>
          <w:rFonts w:ascii="Calibri" w:hAnsi="Calibri" w:cs="Calibri" w:eastAsia="宋体"/>
        </w:rPr>
        <w:t>国内目前在毕业后几乎无法修改学历，导致一些人不得不为此加快计划或安排休学。绝大部分公司无法接受 SRS 作为病假理由（这也是当当网案件中的状况），使得职业发展也需要被考虑进来。</w:t>
      </w:r>
    </w:p>
    <w:p>
      <w:pPr>
        <w:spacing w:after="100"/>
      </w:pPr>
      <w:r>
        <w:rPr>
          <w:rFonts w:ascii="Calibri" w:hAnsi="Calibri" w:cs="Calibri" w:eastAsia="宋体"/>
        </w:rPr>
        <w:t>高昂的价格同样也是一个影响因素，但单单为了更快地 SRS 选择更容易获得资金的手段（如放弃科研或深造、放弃脱离带来痛苦的原生家庭、乃至于选择一些常被认为不正当的工作）是否值得，需要在面临选择时深思。</w:t>
      </w:r>
    </w:p>
    <w:p>
      <w:pPr>
        <w:spacing w:after="100"/>
      </w:pPr>
      <w:r>
        <w:rPr>
          <w:rFonts w:ascii="Calibri" w:hAnsi="Calibri" w:cs="Calibri" w:eastAsia="宋体"/>
        </w:rPr>
        <w:t>除此之外，个人的精神状况也十分重要。不仅是精神病性障碍（包括精神分裂症或某些情况下的严重的双相情感障碍等会带来幻觉、妄想等症状的状况）患者常被认为在症状被控制前不宜进行 SRS，在跨性别者中常见的重性抑郁障碍也可能会影响 SRS。</w:t>
      </w:r>
    </w:p>
    <w:p>
      <w:pPr>
        <w:spacing w:after="100"/>
      </w:pPr>
      <w:r>
        <w:rPr>
          <w:rFonts w:ascii="Calibri" w:hAnsi="Calibri" w:cs="Calibri" w:eastAsia="宋体"/>
        </w:rPr>
        <w:t>SRS 术前和术后都需要投入相当的时间和精力，而动力不足、兴趣减退是抑郁的典型症状。如果从过往的性别过渡 (transition) 相关的活动中表现出的动力不足以完成术后所需要的一系列护理（如 dilation），继而使得 SRS 结果不佳，反而可能使得抑郁症和性别焦虑进一步加重。因此，SRS 不能被视为与性别焦虑相关的抑郁症的解药，在准备 SRS 过程中也同样需要关注抑郁症的治疗。</w:t>
      </w:r>
    </w:p>
    <w:p>
      <w:pPr>
        <w:pStyle w:val="Heading3"/>
      </w:pPr>
      <w:r>
        <w:rPr>
          <w:rFonts w:ascii="Calibri" w:hAnsi="Calibri" w:cs="Calibri" w:eastAsia="宋体"/>
        </w:rPr>
        <w:t>前后有哪些护理方面的注意事项？</w:t>
      </w:r>
    </w:p>
    <w:p>
      <w:pPr>
        <w:spacing w:after="100"/>
      </w:pPr>
      <w:r>
        <w:rPr>
          <w:rFonts w:ascii="Calibri" w:hAnsi="Calibri" w:cs="Calibri" w:eastAsia="宋体"/>
        </w:rPr>
        <w:t>在泰国，通常需要术前禁食一至二日，但除结肠 SRS 外术后通常不需禁食；总需卧床数日，期间应尽可能避免活动以避免伤口撕裂，同时进行膀胱功能训练，如果出现问题可能需要重新插尿管；之后会住院一至两周，此后通常会需要出院后住在附近宾馆由相应的护士进行护理，并练习通模具。</w:t>
      </w:r>
    </w:p>
    <w:p>
      <w:pPr>
        <w:spacing w:after="100"/>
      </w:pPr>
      <w:r>
        <w:rPr>
          <w:rFonts w:ascii="Calibri" w:hAnsi="Calibri" w:cs="Calibri" w:eastAsia="宋体"/>
        </w:rPr>
        <w:t>术后通常需要有一个月至三个月甚至更长的恢复期，不宜久站、久坐或较长时间行走，否则非常容易撕裂或出现肉芽组织增生，期间需要频繁通模具否则萎缩风险很高。此后不同医生和术式会有不同的要求，但大多在一两年内需要每日 30 min 以上的通模具时间，此后频率和时间可以减少。</w:t>
      </w:r>
    </w:p>
    <w:p>
      <w:pPr>
        <w:spacing w:after="100"/>
      </w:pPr>
      <w:r>
        <w:rPr>
          <w:rFonts w:ascii="Calibri" w:hAnsi="Calibri" w:cs="Calibri" w:eastAsia="宋体"/>
        </w:rPr>
        <w:t>术后的长期卧床可能导致深静脉血栓，因此医院可能会使用气囊压力装置。吸烟是深静脉血栓的重要风险因素，因此术前和术后若干月都应严格禁烟。雌激素同样会增加深静脉血栓风险，因此医生一般会要求短期内停止使用雌激素，但对于没有其它风险因素（如吸烟、个人史、家族史、易形成血栓疾病）的手术对象停用雌激素是否必要以及是否会给手术对象带来更严重的负面心理影响尚存争议。此外，一些药物（如阿司匹林等具有抗凝血功能的药物以及非甾体抗炎药）可能导致术后持续炎症或出血，因此应当在前后避免，具体应咨询医生。</w:t>
      </w:r>
    </w:p>
    <w:p>
      <w:pPr>
        <w:pStyle w:val="Heading3"/>
      </w:pPr>
      <w:r>
        <w:rPr>
          <w:rFonts w:ascii="Calibri" w:hAnsi="Calibri" w:cs="Calibri" w:eastAsia="宋体"/>
        </w:rPr>
        <w:t>参考阅读</w:t>
      </w:r>
    </w:p>
    <w:p>
      <w:pPr>
        <w:spacing w:before="20" w:after="40"/>
        <w:ind w:left="425" w:hanging="312"/>
      </w:pPr>
      <w:r>
        <w:rPr>
          <w:rFonts w:ascii="Calibri" w:hAnsi="Calibri" w:cs="Calibri" w:eastAsia="宋体"/>
        </w:rPr>
        <w:t xml:space="preserve">• </w:t>
      </w:r>
      <w:r>
        <w:rPr>
          <w:rFonts w:ascii="Calibri" w:hAnsi="Calibri" w:cs="Calibri" w:eastAsia="宋体"/>
        </w:rPr>
        <w:t>SRS FAQ (v1.1) · Fluorescence - 知乎</w:t>
      </w:r>
    </w:p>
    <w:p>
      <w:pPr>
        <w:spacing w:before="20" w:after="40"/>
        <w:ind w:left="425" w:hanging="312"/>
      </w:pPr>
      <w:r>
        <w:rPr>
          <w:rFonts w:ascii="Calibri" w:hAnsi="Calibri" w:cs="Calibri" w:eastAsia="宋体"/>
        </w:rPr>
        <w:t xml:space="preserve">• </w:t>
      </w:r>
      <w:r>
        <w:rPr>
          <w:rFonts w:ascii="Calibri" w:hAnsi="Calibri" w:cs="Calibri" w:eastAsia="宋体"/>
        </w:rPr>
        <w:t>PAI Burin 手术 90 天后写下的手术 FAQ</w:t>
      </w:r>
    </w:p>
    <w:p>
      <w:pPr>
        <w:pStyle w:val="Heading2"/>
      </w:pPr>
      <w:r>
        <w:rPr>
          <w:rFonts w:ascii="Calibri" w:hAnsi="Calibri" w:cs="Calibri" w:eastAsia="微软雅黑"/>
        </w:rPr>
        <w:t>4.3  手术技术</w:t>
      </w:r>
    </w:p>
    <w:p>
      <w:pPr>
        <w:spacing w:after="160"/>
      </w:pPr>
      <w:r>
        <w:rPr>
          <w:rFonts w:ascii="Calibri" w:hAnsi="Calibri" w:cs="Calibri" w:eastAsia="宋体"/>
          <w:color w:val="6B7280"/>
          <w:sz w:val="16"/>
        </w:rPr>
        <w:t>原文：https://mtf.wiki/zh-cn/docs/srs/tech · 最近更新：2026年9月22日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本页面整理自</w:t>
      </w:r>
      <w:r>
        <w:rPr>
          <w:rFonts w:ascii="Calibri" w:hAnsi="Calibri" w:cs="Calibri" w:eastAsia="宋体"/>
        </w:rPr>
        <w:t>SRS FAQ (v1.1) · Fluorescence - 知乎</w:t>
      </w:r>
      <w:r>
        <w:rPr>
          <w:rFonts w:ascii="Calibri" w:hAnsi="Calibri" w:cs="Calibri" w:eastAsia="宋体"/>
        </w:rPr>
        <w:t>。</w:t>
      </w:r>
    </w:p>
    <w:p>
      <w:pPr>
        <w:pStyle w:val="Heading3"/>
      </w:pPr>
      <w:r>
        <w:rPr>
          <w:rFonts w:ascii="Calibri" w:hAnsi="Calibri" w:cs="Calibri" w:eastAsia="宋体"/>
        </w:rPr>
        <w:t>SRS 手术方式</w:t>
      </w:r>
    </w:p>
    <w:p>
      <w:pPr>
        <w:spacing w:after="100"/>
      </w:pPr>
      <w:r>
        <w:rPr>
          <w:rFonts w:ascii="Calibri" w:hAnsi="Calibri" w:cs="Calibri" w:eastAsia="宋体"/>
        </w:rPr>
        <w:t>SRS 根据阴道再造的方式常可分为以下几种，包括</w:t>
      </w:r>
    </w:p>
    <w:p>
      <w:pPr>
        <w:spacing w:before="20" w:after="40"/>
        <w:ind w:left="425" w:hanging="312"/>
      </w:pPr>
      <w:r>
        <w:rPr>
          <w:rFonts w:ascii="Calibri" w:hAnsi="Calibri" w:cs="Calibri" w:eastAsia="宋体"/>
        </w:rPr>
        <w:t xml:space="preserve">1. </w:t>
      </w:r>
      <w:r>
        <w:rPr>
          <w:rFonts w:ascii="Calibri" w:hAnsi="Calibri" w:cs="Calibri" w:eastAsia="宋体"/>
        </w:rPr>
        <w:t>使用皮瓣的 SRS</w:t>
      </w:r>
      <w:r>
        <w:br/>
      </w:r>
      <w:r>
        <w:br/>
      </w:r>
      <w:r>
        <w:rPr>
          <w:rFonts w:ascii="Calibri" w:hAnsi="Calibri" w:cs="Calibri" w:eastAsia="宋体"/>
        </w:rPr>
        <w:t>利用现有器官的皮片（graft）或皮瓣（flap）作为阴道。</w:t>
      </w:r>
      <w:r>
        <w:br/>
      </w:r>
      <w:r>
        <w:br/>
      </w:r>
      <w:r>
        <w:rPr>
          <w:rFonts w:ascii="Calibri" w:hAnsi="Calibri" w:cs="Calibri" w:eastAsia="宋体"/>
        </w:rPr>
        <w:t>经典的皮瓣 SRS 采用阴茎翻转（Penile Inversion, PI）技术，使用带蒂的阴茎皮肤翻转作为阴道，用阴囊皮肤来成形外部结构，手术简便，少有严重并发症，但由于解剖结构的限制外观较难做到足够精细。</w:t>
      </w:r>
      <w:r>
        <w:br/>
      </w:r>
      <w:r>
        <w:br/>
      </w:r>
      <w:r>
        <w:rPr>
          <w:rFonts w:ascii="Calibri" w:hAnsi="Calibri" w:cs="Calibri" w:eastAsia="宋体"/>
        </w:rPr>
        <w:t>另一类技术（所谓的非 PI 技术）使用取自阴囊的游离皮瓣作为阴道，使用阴茎和包皮皮瓣等组织来成形外部结构，这样医生能利用这些组织实现更加贴近顺性别女性的结构，但缺点在于恢复期长，且阴道萎缩等并发症的风险更大，对通模具要求更高。近年来采用 PI 技术的医生也往往会结合使用阴囊皮瓣以及其它组织如尿道黏膜，从而使得手术结果得以改善。</w:t>
      </w:r>
      <w:r>
        <w:br/>
      </w:r>
      <w:r>
        <w:br/>
      </w:r>
      <w:r>
        <w:rPr>
          <w:rFonts w:ascii="Calibri" w:hAnsi="Calibri" w:cs="Calibri" w:eastAsia="宋体"/>
        </w:rPr>
        <w:t>皮瓣 SRS 共有的缺点是阴道内壁缺乏分泌液，因此尽管仍有尿道球腺和前列腺等腺体的分泌，使用中往往很难足够，此外皮瓣 SRS 对原有器官有一定要求：器官较小、HRT 时间过长、开始时间较早或之前施行过包皮环切或睾丸切除的情况下，可能会出现材料不足，造成深度不足或外观不佳，有时需利用腹股沟皮瓣。</w:t>
      </w:r>
    </w:p>
    <w:p>
      <w:pPr>
        <w:spacing w:before="20" w:after="40"/>
        <w:ind w:left="425" w:hanging="312"/>
      </w:pPr>
      <w:r>
        <w:rPr>
          <w:rFonts w:ascii="Calibri" w:hAnsi="Calibri" w:cs="Calibri" w:eastAsia="宋体"/>
        </w:rPr>
        <w:t xml:space="preserve">2. </w:t>
      </w:r>
      <w:r>
        <w:rPr>
          <w:rFonts w:ascii="Calibri" w:hAnsi="Calibri" w:cs="Calibri" w:eastAsia="宋体"/>
        </w:rPr>
        <w:t>使用肠道的 SRS</w:t>
      </w:r>
      <w:r>
        <w:br/>
      </w:r>
      <w:r>
        <w:br/>
      </w:r>
      <w:r>
        <w:rPr>
          <w:rFonts w:ascii="Calibri" w:hAnsi="Calibri" w:cs="Calibri" w:eastAsia="宋体"/>
        </w:rPr>
        <w:t>开腹或使用腹腔镜取一段肠道作为阴道，最常用的是乙状结肠，也有使用回肠的，而外部结构仍使用原有器官的组织成形。优点在于对于原有器官没有过多要求，有自然分泌（由于取自肠道因此具有异味，其中回肠的异味较乙状结肠轻，但分泌物仍呈棕色），可以获得非常充足的深度，且相对不易萎缩对通模具要求更低，但缺点在于价格稍高，手术更加复杂，会有更高的并发症风险，将来发生消化系统问题如肠梗阻的风险会有一定提升，同时会在腹部留下疤痕，且术前对灌肠清肠的要求较高。此外，如果其它方式的 SRS 出现问题，如发生阴道萎缩或深度不足的状况，也可以通过肠道 SRS 来重新手术。</w:t>
      </w:r>
      <w:r>
        <w:br/>
      </w:r>
      <w:r>
        <w:br/>
      </w:r>
      <w:r>
        <w:rPr>
          <w:rFonts w:ascii="Calibri" w:hAnsi="Calibri" w:cs="Calibri" w:eastAsia="宋体"/>
        </w:rPr>
        <w:t>回肠代阴道目前在国内主要由</w:t>
      </w:r>
      <w:r>
        <w:rPr>
          <w:rFonts w:ascii="Calibri" w:hAnsi="Calibri" w:cs="Calibri" w:eastAsia="宋体"/>
        </w:rPr>
        <w:t>深圳市罗湖区人民医院</w:t>
      </w:r>
      <w:r>
        <w:rPr>
          <w:rFonts w:ascii="Calibri" w:hAnsi="Calibri" w:cs="Calibri" w:eastAsia="宋体"/>
        </w:rPr>
        <w:t xml:space="preserve"> 开展（即「罗湖术式」）；需要注意的是，该院</w:t>
      </w:r>
      <w:r>
        <w:rPr>
          <w:rFonts w:ascii="Calibri" w:hAnsi="Calibri" w:cs="Calibri" w:eastAsia="宋体"/>
          <w:b/>
        </w:rPr>
        <w:t>无 SRS 资质</w:t>
      </w:r>
      <w:r>
        <w:rPr>
          <w:rFonts w:ascii="Calibri" w:hAnsi="Calibri" w:cs="Calibri" w:eastAsia="宋体"/>
        </w:rPr>
        <w:t>，只对身份证性别已为女性的患者施行手术，且该院对跨性别女性一般不采用腹膜或生物补片术式。</w:t>
      </w:r>
    </w:p>
    <w:p>
      <w:pPr>
        <w:spacing w:before="20" w:after="40"/>
        <w:ind w:left="425" w:hanging="312"/>
      </w:pPr>
      <w:r>
        <w:rPr>
          <w:rFonts w:ascii="Calibri" w:hAnsi="Calibri" w:cs="Calibri" w:eastAsia="宋体"/>
        </w:rPr>
        <w:t xml:space="preserve">3. </w:t>
      </w:r>
      <w:r>
        <w:rPr>
          <w:rFonts w:ascii="Calibri" w:hAnsi="Calibri" w:cs="Calibri" w:eastAsia="宋体"/>
        </w:rPr>
        <w:t>使用其它材料的 SRS</w:t>
      </w:r>
      <w:r>
        <w:br/>
      </w:r>
      <w:r>
        <w:br/>
      </w:r>
      <w:r>
        <w:rPr>
          <w:rFonts w:ascii="Calibri" w:hAnsi="Calibri" w:cs="Calibri" w:eastAsia="宋体"/>
        </w:rPr>
        <w:t>包括腹膜、口腔黏膜和生物补片等。</w:t>
      </w:r>
      <w:r>
        <w:br/>
      </w:r>
      <w:r>
        <w:br/>
      </w:r>
      <w:r>
        <w:rPr>
          <w:rFonts w:ascii="Calibri" w:hAnsi="Calibri" w:cs="Calibri" w:eastAsia="宋体"/>
        </w:rPr>
        <w:t xml:space="preserve">其中腹膜和生物补片（如脱细胞异体真皮）仍相对不成熟：目前实施这类技术的有北美的 "Dr. Ting" 、"Dr. Bowers" 和 "Dr. Heidi Wittenberg" , 此外泰国的 </w:t>
      </w:r>
      <w:r>
        <w:rPr>
          <w:rFonts w:ascii="Calibri" w:hAnsi="Calibri" w:cs="Calibri" w:eastAsia="宋体"/>
        </w:rPr>
        <w:t>Kamol</w:t>
      </w:r>
      <w:r>
        <w:rPr>
          <w:rFonts w:ascii="Calibri" w:hAnsi="Calibri" w:cs="Calibri" w:eastAsia="宋体"/>
        </w:rPr>
        <w:t xml:space="preserve"> 也引入了这样的技术。其优点在于能有更加自然的分泌，对原有器官没有过多要求，不过其耐用性尚存疑问。需要注意的是，腹膜术后的萎缩往往比较严重，有案例萎缩约 1 ~ 3 英寸左右，甚至全部萎缩。</w:t>
      </w:r>
      <w:r>
        <w:br/>
      </w:r>
      <w:r>
        <w:br/>
      </w:r>
      <w:r>
        <w:rPr>
          <w:rFonts w:ascii="Calibri" w:hAnsi="Calibri" w:cs="Calibri" w:eastAsia="宋体"/>
        </w:rPr>
        <w:t>口腔黏膜则已相对成熟。口腔黏膜与阴道上皮同为非角化的复层鳞状上皮，是组织学特性上最接近的替代材料，术后可见少量接近正常白带的黄白色分泌物，多数情况下无需外源润滑剂即可完成性生活</w:t>
      </w:r>
      <w:r>
        <w:rPr>
          <w:rFonts w:ascii="Calibri" w:hAnsi="Calibri" w:cs="Calibri" w:eastAsia="宋体"/>
          <w:vertAlign w:val="superscript"/>
        </w:rPr>
        <w:t>1</w:t>
      </w:r>
      <w:r>
        <w:rPr>
          <w:rFonts w:ascii="Calibri" w:hAnsi="Calibri" w:cs="Calibri" w:eastAsia="宋体"/>
        </w:rPr>
        <w:t>。整片口腔黏膜移植自 2003 年即有报道，后为充分利用有限的供区材料而改用微粒移植；该术式在国内主要由</w:t>
      </w:r>
      <w:r>
        <w:rPr>
          <w:rFonts w:ascii="Calibri" w:hAnsi="Calibri" w:cs="Calibri" w:eastAsia="宋体"/>
        </w:rPr>
        <w:t>中国医学科学院整形外科医院（八大处）</w:t>
      </w:r>
      <w:r>
        <w:rPr>
          <w:rFonts w:ascii="Calibri" w:hAnsi="Calibri" w:cs="Calibri" w:eastAsia="宋体"/>
        </w:rPr>
        <w:t xml:space="preserve"> 开展，可单独用于阴道再造，也可与皮瓣联合（半皮瓣半口腔黏膜），常用于自体皮瓣材料不足、毛发过多或供区状态不佳的情况。单纯口腔黏膜微粒移植的缺点是术后创面收缩较明显、佩戴模具的周期较长，因此也有联合脱细胞异体真皮作为支架的改良术式</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4. </w:t>
      </w:r>
      <w:r>
        <w:rPr>
          <w:rFonts w:ascii="Calibri" w:hAnsi="Calibri" w:cs="Calibri" w:eastAsia="宋体"/>
        </w:rPr>
        <w:t>零深度 SRS</w:t>
      </w:r>
      <w:r>
        <w:br/>
      </w:r>
      <w:r>
        <w:br/>
      </w:r>
      <w:r>
        <w:rPr>
          <w:rFonts w:ascii="Calibri" w:hAnsi="Calibri" w:cs="Calibri" w:eastAsia="宋体"/>
        </w:rPr>
        <w:t>只进行外阴成形而没有较深的阴道，适用于没有相应需求的对象。这类手术优点在于相比一般的 SRS 简便、低风险，恢复期短得多，也不需要通模具。</w:t>
      </w:r>
      <w:r>
        <w:br/>
      </w:r>
      <w:r>
        <w:br/>
      </w:r>
      <w:r>
        <w:rPr>
          <w:rFonts w:ascii="Calibri" w:hAnsi="Calibri" w:cs="Calibri" w:eastAsia="宋体"/>
        </w:rPr>
        <w:t>当前中国对于性别鉴定不会特别测量阴道深度。</w:t>
      </w:r>
    </w:p>
    <w:p>
      <w:pPr>
        <w:spacing w:after="100"/>
      </w:pPr>
      <w:r>
        <w:rPr>
          <w:rFonts w:ascii="Calibri" w:hAnsi="Calibri" w:cs="Calibri" w:eastAsia="宋体"/>
        </w:rPr>
        <w:t>无论使用上述哪种方法处理阴道，外阴部分通常都用原有器官的组织成形，且利用原有的神经实现性感觉，因此在感觉上不会有原理上的差异。不同的医生即使采取相同的术式，技术也会有明显的差异，需要考虑各方面因素。</w:t>
      </w:r>
    </w:p>
    <w:p>
      <w:pPr>
        <w:pStyle w:val="Heading4"/>
      </w:pPr>
      <w:r>
        <w:rPr>
          <w:rFonts w:ascii="Calibri" w:hAnsi="Calibri" w:cs="Calibri" w:eastAsia="宋体"/>
        </w:rPr>
        <w:t>术式对比</w:t>
      </w:r>
    </w:p>
    <w:p>
      <w:pPr>
        <w:spacing w:after="100"/>
      </w:pPr>
      <w:r>
        <w:rPr>
          <w:rFonts w:ascii="Calibri" w:hAnsi="Calibri" w:cs="Calibri" w:eastAsia="宋体"/>
        </w:rPr>
        <w:t>下表将上文各术式拆开横向对比，便于快速查阅；具体细节仍以正文与各医院／医生页面为准。</w:t>
      </w:r>
    </w:p>
    <w:tbl>
      <w:tblPr>
        <w:tblStyle w:val="TableGrid"/>
        <w:tblW w:type="auto" w:w="0"/>
        <w:jc w:val="center"/>
        <w:tblLayout w:type="fixed"/>
        <w:tblLook w:firstColumn="1" w:firstRow="1" w:lastColumn="0" w:lastRow="0" w:noHBand="0" w:noVBand="1" w:val="04A0"/>
      </w:tblPr>
      <w:tblGrid>
        <w:gridCol w:w="898"/>
        <w:gridCol w:w="1102"/>
        <w:gridCol w:w="898"/>
        <w:gridCol w:w="1495"/>
        <w:gridCol w:w="898"/>
        <w:gridCol w:w="898"/>
        <w:gridCol w:w="1338"/>
        <w:gridCol w:w="1771"/>
      </w:tblGrid>
      <w:tr>
        <w:trPr>
          <w:tblHeader/>
        </w:trPr>
        <w:tc>
          <w:tcPr>
            <w:tcW w:type="dxa" w:w="898"/>
            <w:shd w:val="clear" w:color="auto" w:fill="EDF1F7"/>
          </w:tcPr>
          <w:p>
            <w:pPr>
              <w:spacing w:before="40" w:after="40" w:line="276" w:lineRule="auto"/>
            </w:pPr>
            <w:r>
              <w:rPr>
                <w:b/>
                <w:sz w:val="17"/>
              </w:rPr>
            </w:r>
            <w:r>
              <w:rPr>
                <w:rFonts w:ascii="Calibri" w:hAnsi="Calibri" w:cs="Calibri" w:eastAsia="宋体"/>
                <w:b/>
                <w:sz w:val="17"/>
              </w:rPr>
              <w:t>术式</w:t>
            </w:r>
          </w:p>
        </w:tc>
        <w:tc>
          <w:tcPr>
            <w:tcW w:type="dxa" w:w="1102"/>
            <w:shd w:val="clear" w:color="auto" w:fill="EDF1F7"/>
          </w:tcPr>
          <w:p>
            <w:pPr>
              <w:spacing w:before="40" w:after="40" w:line="276" w:lineRule="auto"/>
            </w:pPr>
            <w:r>
              <w:rPr>
                <w:b/>
                <w:sz w:val="17"/>
              </w:rPr>
            </w:r>
            <w:r>
              <w:rPr>
                <w:rFonts w:ascii="Calibri" w:hAnsi="Calibri" w:cs="Calibri" w:eastAsia="宋体"/>
                <w:b/>
                <w:sz w:val="17"/>
              </w:rPr>
              <w:t>阴道材料</w:t>
            </w:r>
          </w:p>
        </w:tc>
        <w:tc>
          <w:tcPr>
            <w:tcW w:type="dxa" w:w="898"/>
            <w:shd w:val="clear" w:color="auto" w:fill="EDF1F7"/>
          </w:tcPr>
          <w:p>
            <w:pPr>
              <w:spacing w:before="40" w:after="40" w:line="276" w:lineRule="auto"/>
            </w:pPr>
            <w:r>
              <w:rPr>
                <w:b/>
                <w:sz w:val="17"/>
              </w:rPr>
            </w:r>
            <w:r>
              <w:rPr>
                <w:rFonts w:ascii="Calibri" w:hAnsi="Calibri" w:cs="Calibri" w:eastAsia="宋体"/>
                <w:b/>
                <w:sz w:val="17"/>
              </w:rPr>
              <w:t>对原有器官的要求</w:t>
            </w:r>
          </w:p>
        </w:tc>
        <w:tc>
          <w:tcPr>
            <w:tcW w:type="dxa" w:w="1495"/>
            <w:shd w:val="clear" w:color="auto" w:fill="EDF1F7"/>
          </w:tcPr>
          <w:p>
            <w:pPr>
              <w:spacing w:before="40" w:after="40" w:line="276" w:lineRule="auto"/>
            </w:pPr>
            <w:r>
              <w:rPr>
                <w:b/>
                <w:sz w:val="17"/>
              </w:rPr>
            </w:r>
            <w:r>
              <w:rPr>
                <w:rFonts w:ascii="Calibri" w:hAnsi="Calibri" w:cs="Calibri" w:eastAsia="宋体"/>
                <w:b/>
                <w:sz w:val="17"/>
              </w:rPr>
              <w:t>自然分泌</w:t>
            </w:r>
          </w:p>
        </w:tc>
        <w:tc>
          <w:tcPr>
            <w:tcW w:type="dxa" w:w="898"/>
            <w:shd w:val="clear" w:color="auto" w:fill="EDF1F7"/>
          </w:tcPr>
          <w:p>
            <w:pPr>
              <w:spacing w:before="40" w:after="40" w:line="276" w:lineRule="auto"/>
            </w:pPr>
            <w:r>
              <w:rPr>
                <w:b/>
                <w:sz w:val="17"/>
              </w:rPr>
            </w:r>
            <w:r>
              <w:rPr>
                <w:rFonts w:ascii="Calibri" w:hAnsi="Calibri" w:cs="Calibri" w:eastAsia="宋体"/>
                <w:b/>
                <w:sz w:val="17"/>
              </w:rPr>
              <w:t>萎缩、狭窄风险</w:t>
            </w:r>
          </w:p>
        </w:tc>
        <w:tc>
          <w:tcPr>
            <w:tcW w:type="dxa" w:w="898"/>
            <w:shd w:val="clear" w:color="auto" w:fill="EDF1F7"/>
          </w:tcPr>
          <w:p>
            <w:pPr>
              <w:spacing w:before="40" w:after="40" w:line="276" w:lineRule="auto"/>
            </w:pPr>
            <w:r>
              <w:rPr>
                <w:b/>
                <w:sz w:val="17"/>
              </w:rPr>
            </w:r>
            <w:r>
              <w:rPr>
                <w:rFonts w:ascii="Calibri" w:hAnsi="Calibri" w:cs="Calibri" w:eastAsia="宋体"/>
                <w:b/>
                <w:sz w:val="17"/>
              </w:rPr>
              <w:t>通模具</w:t>
            </w:r>
          </w:p>
        </w:tc>
        <w:tc>
          <w:tcPr>
            <w:tcW w:type="dxa" w:w="1338"/>
            <w:shd w:val="clear" w:color="auto" w:fill="EDF1F7"/>
          </w:tcPr>
          <w:p>
            <w:pPr>
              <w:spacing w:before="40" w:after="40" w:line="276" w:lineRule="auto"/>
            </w:pPr>
            <w:r>
              <w:rPr>
                <w:b/>
                <w:sz w:val="17"/>
              </w:rPr>
            </w:r>
            <w:r>
              <w:rPr>
                <w:rFonts w:ascii="Calibri" w:hAnsi="Calibri" w:cs="Calibri" w:eastAsia="宋体"/>
                <w:b/>
                <w:sz w:val="17"/>
              </w:rPr>
              <w:t>额外代价与风险</w:t>
            </w:r>
          </w:p>
        </w:tc>
        <w:tc>
          <w:tcPr>
            <w:tcW w:type="dxa" w:w="1771"/>
            <w:shd w:val="clear" w:color="auto" w:fill="EDF1F7"/>
          </w:tcPr>
          <w:p>
            <w:pPr>
              <w:spacing w:before="40" w:after="40" w:line="276" w:lineRule="auto"/>
            </w:pPr>
            <w:r>
              <w:rPr>
                <w:b/>
                <w:sz w:val="17"/>
              </w:rPr>
            </w:r>
            <w:r>
              <w:rPr>
                <w:rFonts w:ascii="Calibri" w:hAnsi="Calibri" w:cs="Calibri" w:eastAsia="宋体"/>
                <w:b/>
                <w:sz w:val="17"/>
              </w:rPr>
              <w:t>成熟度与可及性</w:t>
            </w:r>
          </w:p>
        </w:tc>
      </w:tr>
      <w:tr>
        <w:tc>
          <w:tcPr>
            <w:tcW w:type="dxa" w:w="898"/>
          </w:tcPr>
          <w:p>
            <w:pPr>
              <w:spacing w:before="40" w:after="40" w:line="276" w:lineRule="auto"/>
            </w:pPr>
            <w:r>
              <w:rPr>
                <w:sz w:val="17"/>
              </w:rPr>
            </w:r>
            <w:r>
              <w:rPr>
                <w:rFonts w:ascii="Calibri" w:hAnsi="Calibri" w:cs="Calibri" w:eastAsia="宋体"/>
                <w:sz w:val="17"/>
              </w:rPr>
              <w:t>PI 皮瓣</w:t>
            </w:r>
          </w:p>
        </w:tc>
        <w:tc>
          <w:tcPr>
            <w:tcW w:type="dxa" w:w="1102"/>
          </w:tcPr>
          <w:p>
            <w:pPr>
              <w:spacing w:before="40" w:after="40" w:line="276" w:lineRule="auto"/>
            </w:pPr>
            <w:r>
              <w:rPr>
                <w:sz w:val="17"/>
              </w:rPr>
            </w:r>
            <w:r>
              <w:rPr>
                <w:rFonts w:ascii="Calibri" w:hAnsi="Calibri" w:cs="Calibri" w:eastAsia="宋体"/>
                <w:sz w:val="17"/>
              </w:rPr>
              <w:t>带蒂阴茎皮肤翻转</w:t>
            </w:r>
          </w:p>
        </w:tc>
        <w:tc>
          <w:tcPr>
            <w:tcW w:type="dxa" w:w="898"/>
          </w:tcPr>
          <w:p>
            <w:pPr>
              <w:spacing w:before="40" w:after="40" w:line="276" w:lineRule="auto"/>
            </w:pPr>
            <w:r>
              <w:rPr>
                <w:sz w:val="17"/>
              </w:rPr>
            </w:r>
            <w:r>
              <w:rPr>
                <w:rFonts w:ascii="Calibri" w:hAnsi="Calibri" w:cs="Calibri" w:eastAsia="宋体"/>
                <w:sz w:val="17"/>
              </w:rPr>
              <w:t>较高，材料不足时深度受限</w:t>
            </w:r>
          </w:p>
        </w:tc>
        <w:tc>
          <w:tcPr>
            <w:tcW w:type="dxa" w:w="1495"/>
          </w:tcPr>
          <w:p>
            <w:pPr>
              <w:spacing w:before="40" w:after="40" w:line="276" w:lineRule="auto"/>
            </w:pPr>
            <w:r>
              <w:rPr>
                <w:sz w:val="17"/>
              </w:rPr>
            </w:r>
            <w:r>
              <w:rPr>
                <w:rFonts w:ascii="Calibri" w:hAnsi="Calibri" w:cs="Calibri" w:eastAsia="宋体"/>
                <w:sz w:val="17"/>
              </w:rPr>
              <w:t>无，仅余尿道球腺与前列腺分泌，往往不够</w:t>
            </w:r>
          </w:p>
        </w:tc>
        <w:tc>
          <w:tcPr>
            <w:tcW w:type="dxa" w:w="898"/>
          </w:tcPr>
          <w:p>
            <w:pPr>
              <w:spacing w:before="40" w:after="40" w:line="276" w:lineRule="auto"/>
            </w:pPr>
            <w:r>
              <w:rPr>
                <w:sz w:val="17"/>
              </w:rPr>
            </w:r>
            <w:r>
              <w:rPr>
                <w:rFonts w:ascii="Calibri" w:hAnsi="Calibri" w:cs="Calibri" w:eastAsia="宋体"/>
                <w:sz w:val="17"/>
              </w:rPr>
              <w:t>较低</w:t>
            </w:r>
          </w:p>
        </w:tc>
        <w:tc>
          <w:tcPr>
            <w:tcW w:type="dxa" w:w="898"/>
          </w:tcPr>
          <w:p>
            <w:pPr>
              <w:spacing w:before="40" w:after="40" w:line="276" w:lineRule="auto"/>
            </w:pPr>
            <w:r>
              <w:rPr>
                <w:sz w:val="17"/>
              </w:rPr>
            </w:r>
            <w:r>
              <w:rPr>
                <w:rFonts w:ascii="Calibri" w:hAnsi="Calibri" w:cs="Calibri" w:eastAsia="宋体"/>
                <w:sz w:val="17"/>
              </w:rPr>
              <w:t>需要</w:t>
            </w:r>
          </w:p>
        </w:tc>
        <w:tc>
          <w:tcPr>
            <w:tcW w:type="dxa" w:w="1338"/>
          </w:tcPr>
          <w:p>
            <w:pPr>
              <w:spacing w:before="40" w:after="40" w:line="276" w:lineRule="auto"/>
            </w:pPr>
            <w:r>
              <w:rPr>
                <w:sz w:val="17"/>
              </w:rPr>
            </w:r>
            <w:r>
              <w:rPr>
                <w:rFonts w:ascii="Calibri" w:hAnsi="Calibri" w:cs="Calibri" w:eastAsia="宋体"/>
                <w:sz w:val="17"/>
              </w:rPr>
              <w:t>外观受解剖条件限制，较难做到精细</w:t>
            </w:r>
          </w:p>
        </w:tc>
        <w:tc>
          <w:tcPr>
            <w:tcW w:type="dxa" w:w="1771"/>
          </w:tcPr>
          <w:p>
            <w:pPr>
              <w:spacing w:before="40" w:after="40" w:line="276" w:lineRule="auto"/>
            </w:pPr>
            <w:r>
              <w:rPr>
                <w:sz w:val="17"/>
              </w:rPr>
            </w:r>
            <w:r>
              <w:rPr>
                <w:rFonts w:ascii="Calibri" w:hAnsi="Calibri" w:cs="Calibri" w:eastAsia="宋体"/>
                <w:sz w:val="17"/>
              </w:rPr>
              <w:t>最主流，绝大多数医生开展</w:t>
            </w:r>
          </w:p>
        </w:tc>
      </w:tr>
      <w:tr>
        <w:tc>
          <w:tcPr>
            <w:tcW w:type="dxa" w:w="898"/>
          </w:tcPr>
          <w:p>
            <w:pPr>
              <w:spacing w:before="40" w:after="40" w:line="276" w:lineRule="auto"/>
            </w:pPr>
            <w:r>
              <w:rPr>
                <w:sz w:val="17"/>
              </w:rPr>
            </w:r>
            <w:r>
              <w:rPr>
                <w:rFonts w:ascii="Calibri" w:hAnsi="Calibri" w:cs="Calibri" w:eastAsia="宋体"/>
                <w:sz w:val="17"/>
              </w:rPr>
              <w:t>非 PI 皮瓣</w:t>
            </w:r>
          </w:p>
        </w:tc>
        <w:tc>
          <w:tcPr>
            <w:tcW w:type="dxa" w:w="1102"/>
          </w:tcPr>
          <w:p>
            <w:pPr>
              <w:spacing w:before="40" w:after="40" w:line="276" w:lineRule="auto"/>
            </w:pPr>
            <w:r>
              <w:rPr>
                <w:sz w:val="17"/>
              </w:rPr>
            </w:r>
            <w:r>
              <w:rPr>
                <w:rFonts w:ascii="Calibri" w:hAnsi="Calibri" w:cs="Calibri" w:eastAsia="宋体"/>
                <w:sz w:val="17"/>
              </w:rPr>
              <w:t>阴囊游离皮瓣，外部用阴茎、包皮皮瓣成形</w:t>
            </w:r>
          </w:p>
        </w:tc>
        <w:tc>
          <w:tcPr>
            <w:tcW w:type="dxa" w:w="898"/>
          </w:tcPr>
          <w:p>
            <w:pPr>
              <w:spacing w:before="40" w:after="40" w:line="276" w:lineRule="auto"/>
            </w:pPr>
            <w:r>
              <w:rPr>
                <w:sz w:val="17"/>
              </w:rPr>
            </w:r>
            <w:r>
              <w:rPr>
                <w:rFonts w:ascii="Calibri" w:hAnsi="Calibri" w:cs="Calibri" w:eastAsia="宋体"/>
                <w:sz w:val="17"/>
              </w:rPr>
              <w:t>较高，同样依赖自身组织</w:t>
            </w:r>
          </w:p>
        </w:tc>
        <w:tc>
          <w:tcPr>
            <w:tcW w:type="dxa" w:w="1495"/>
          </w:tcPr>
          <w:p>
            <w:pPr>
              <w:spacing w:before="40" w:after="40" w:line="276" w:lineRule="auto"/>
            </w:pPr>
            <w:r>
              <w:rPr>
                <w:sz w:val="17"/>
              </w:rPr>
            </w:r>
            <w:r>
              <w:rPr>
                <w:rFonts w:ascii="Calibri" w:hAnsi="Calibri" w:cs="Calibri" w:eastAsia="宋体"/>
                <w:sz w:val="17"/>
              </w:rPr>
              <w:t>无</w:t>
            </w:r>
          </w:p>
        </w:tc>
        <w:tc>
          <w:tcPr>
            <w:tcW w:type="dxa" w:w="898"/>
          </w:tcPr>
          <w:p>
            <w:pPr>
              <w:spacing w:before="40" w:after="40" w:line="276" w:lineRule="auto"/>
            </w:pPr>
            <w:r>
              <w:rPr>
                <w:sz w:val="17"/>
              </w:rPr>
            </w:r>
            <w:r>
              <w:rPr>
                <w:rFonts w:ascii="Calibri" w:hAnsi="Calibri" w:cs="Calibri" w:eastAsia="宋体"/>
                <w:sz w:val="17"/>
              </w:rPr>
              <w:t>较高</w:t>
            </w:r>
          </w:p>
        </w:tc>
        <w:tc>
          <w:tcPr>
            <w:tcW w:type="dxa" w:w="898"/>
          </w:tcPr>
          <w:p>
            <w:pPr>
              <w:spacing w:before="40" w:after="40" w:line="276" w:lineRule="auto"/>
            </w:pPr>
            <w:r>
              <w:rPr>
                <w:sz w:val="17"/>
              </w:rPr>
            </w:r>
            <w:r>
              <w:rPr>
                <w:rFonts w:ascii="Calibri" w:hAnsi="Calibri" w:cs="Calibri" w:eastAsia="宋体"/>
                <w:sz w:val="17"/>
              </w:rPr>
              <w:t>需要，要求更高</w:t>
            </w:r>
          </w:p>
        </w:tc>
        <w:tc>
          <w:tcPr>
            <w:tcW w:type="dxa" w:w="1338"/>
          </w:tcPr>
          <w:p>
            <w:pPr>
              <w:spacing w:before="40" w:after="40" w:line="276" w:lineRule="auto"/>
            </w:pPr>
            <w:r>
              <w:rPr>
                <w:sz w:val="17"/>
              </w:rPr>
            </w:r>
            <w:r>
              <w:rPr>
                <w:rFonts w:ascii="Calibri" w:hAnsi="Calibri" w:cs="Calibri" w:eastAsia="宋体"/>
                <w:sz w:val="17"/>
              </w:rPr>
              <w:t>恢复期长</w:t>
            </w:r>
          </w:p>
        </w:tc>
        <w:tc>
          <w:tcPr>
            <w:tcW w:type="dxa" w:w="1771"/>
          </w:tcPr>
          <w:p>
            <w:pPr>
              <w:spacing w:before="40" w:after="40" w:line="276" w:lineRule="auto"/>
            </w:pPr>
            <w:r>
              <w:rPr>
                <w:sz w:val="17"/>
              </w:rPr>
            </w:r>
            <w:r>
              <w:rPr>
                <w:rFonts w:ascii="Calibri" w:hAnsi="Calibri" w:cs="Calibri" w:eastAsia="宋体"/>
                <w:sz w:val="17"/>
              </w:rPr>
              <w:t>成熟，外观可做得更贴近顺性别女性</w:t>
            </w:r>
          </w:p>
        </w:tc>
      </w:tr>
      <w:tr>
        <w:tc>
          <w:tcPr>
            <w:tcW w:type="dxa" w:w="898"/>
          </w:tcPr>
          <w:p>
            <w:pPr>
              <w:spacing w:before="40" w:after="40" w:line="276" w:lineRule="auto"/>
            </w:pPr>
            <w:r>
              <w:rPr>
                <w:sz w:val="17"/>
              </w:rPr>
            </w:r>
            <w:r>
              <w:rPr>
                <w:rFonts w:ascii="Calibri" w:hAnsi="Calibri" w:cs="Calibri" w:eastAsia="宋体"/>
                <w:sz w:val="17"/>
              </w:rPr>
              <w:t>乙状结肠</w:t>
            </w:r>
          </w:p>
        </w:tc>
        <w:tc>
          <w:tcPr>
            <w:tcW w:type="dxa" w:w="1102"/>
          </w:tcPr>
          <w:p>
            <w:pPr>
              <w:spacing w:before="40" w:after="40" w:line="276" w:lineRule="auto"/>
            </w:pPr>
            <w:r>
              <w:rPr>
                <w:sz w:val="17"/>
              </w:rPr>
            </w:r>
            <w:r>
              <w:rPr>
                <w:rFonts w:ascii="Calibri" w:hAnsi="Calibri" w:cs="Calibri" w:eastAsia="宋体"/>
                <w:sz w:val="17"/>
              </w:rPr>
              <w:t>乙状结肠</w:t>
            </w:r>
          </w:p>
        </w:tc>
        <w:tc>
          <w:tcPr>
            <w:tcW w:type="dxa" w:w="898"/>
          </w:tcPr>
          <w:p>
            <w:pPr>
              <w:spacing w:before="40" w:after="40" w:line="276" w:lineRule="auto"/>
            </w:pPr>
            <w:r>
              <w:rPr>
                <w:sz w:val="17"/>
              </w:rPr>
            </w:r>
            <w:r>
              <w:rPr>
                <w:rFonts w:ascii="Calibri" w:hAnsi="Calibri" w:cs="Calibri" w:eastAsia="宋体"/>
                <w:sz w:val="17"/>
              </w:rPr>
              <w:t>无过多要求</w:t>
            </w:r>
          </w:p>
        </w:tc>
        <w:tc>
          <w:tcPr>
            <w:tcW w:type="dxa" w:w="1495"/>
          </w:tcPr>
          <w:p>
            <w:pPr>
              <w:spacing w:before="40" w:after="40" w:line="276" w:lineRule="auto"/>
            </w:pPr>
            <w:r>
              <w:rPr>
                <w:sz w:val="17"/>
              </w:rPr>
            </w:r>
            <w:r>
              <w:rPr>
                <w:rFonts w:ascii="Calibri" w:hAnsi="Calibri" w:cs="Calibri" w:eastAsia="宋体"/>
                <w:sz w:val="17"/>
              </w:rPr>
              <w:t>有，肠道异味明显</w:t>
            </w:r>
          </w:p>
        </w:tc>
        <w:tc>
          <w:tcPr>
            <w:tcW w:type="dxa" w:w="898"/>
          </w:tcPr>
          <w:p>
            <w:pPr>
              <w:spacing w:before="40" w:after="40" w:line="276" w:lineRule="auto"/>
            </w:pPr>
            <w:r>
              <w:rPr>
                <w:sz w:val="17"/>
              </w:rPr>
            </w:r>
            <w:r>
              <w:rPr>
                <w:rFonts w:ascii="Calibri" w:hAnsi="Calibri" w:cs="Calibri" w:eastAsia="宋体"/>
                <w:sz w:val="17"/>
              </w:rPr>
              <w:t>低，相对不易萎缩</w:t>
            </w:r>
          </w:p>
        </w:tc>
        <w:tc>
          <w:tcPr>
            <w:tcW w:type="dxa" w:w="898"/>
          </w:tcPr>
          <w:p>
            <w:pPr>
              <w:spacing w:before="40" w:after="40" w:line="276" w:lineRule="auto"/>
            </w:pPr>
            <w:r>
              <w:rPr>
                <w:sz w:val="17"/>
              </w:rPr>
            </w:r>
            <w:r>
              <w:rPr>
                <w:rFonts w:ascii="Calibri" w:hAnsi="Calibri" w:cs="Calibri" w:eastAsia="宋体"/>
                <w:sz w:val="17"/>
              </w:rPr>
              <w:t>要求低</w:t>
            </w:r>
          </w:p>
        </w:tc>
        <w:tc>
          <w:tcPr>
            <w:tcW w:type="dxa" w:w="1338"/>
          </w:tcPr>
          <w:p>
            <w:pPr>
              <w:spacing w:before="40" w:after="40" w:line="276" w:lineRule="auto"/>
            </w:pPr>
            <w:r>
              <w:rPr>
                <w:sz w:val="17"/>
              </w:rPr>
            </w:r>
            <w:r>
              <w:rPr>
                <w:rFonts w:ascii="Calibri" w:hAnsi="Calibri" w:cs="Calibri" w:eastAsia="宋体"/>
                <w:sz w:val="17"/>
              </w:rPr>
              <w:t>价格高、手术复杂、腹部疤痕、远期肠梗阻等消化系统风险、术前需清肠</w:t>
            </w:r>
          </w:p>
        </w:tc>
        <w:tc>
          <w:tcPr>
            <w:tcW w:type="dxa" w:w="1771"/>
          </w:tcPr>
          <w:p>
            <w:pPr>
              <w:spacing w:before="40" w:after="40" w:line="276" w:lineRule="auto"/>
            </w:pPr>
            <w:r>
              <w:rPr>
                <w:sz w:val="17"/>
              </w:rPr>
            </w:r>
            <w:r>
              <w:rPr>
                <w:rFonts w:ascii="Calibri" w:hAnsi="Calibri" w:cs="Calibri" w:eastAsia="宋体"/>
                <w:sz w:val="17"/>
              </w:rPr>
              <w:t>成熟，国内外多家开展</w:t>
            </w:r>
          </w:p>
        </w:tc>
      </w:tr>
      <w:tr>
        <w:tc>
          <w:tcPr>
            <w:tcW w:type="dxa" w:w="898"/>
          </w:tcPr>
          <w:p>
            <w:pPr>
              <w:spacing w:before="40" w:after="40" w:line="276" w:lineRule="auto"/>
            </w:pPr>
            <w:r>
              <w:rPr>
                <w:sz w:val="17"/>
              </w:rPr>
            </w:r>
            <w:r>
              <w:rPr>
                <w:rFonts w:ascii="Calibri" w:hAnsi="Calibri" w:cs="Calibri" w:eastAsia="宋体"/>
                <w:sz w:val="17"/>
              </w:rPr>
              <w:t>回肠</w:t>
            </w:r>
          </w:p>
        </w:tc>
        <w:tc>
          <w:tcPr>
            <w:tcW w:type="dxa" w:w="1102"/>
          </w:tcPr>
          <w:p>
            <w:pPr>
              <w:spacing w:before="40" w:after="40" w:line="276" w:lineRule="auto"/>
            </w:pPr>
            <w:r>
              <w:rPr>
                <w:sz w:val="17"/>
              </w:rPr>
            </w:r>
            <w:r>
              <w:rPr>
                <w:rFonts w:ascii="Calibri" w:hAnsi="Calibri" w:cs="Calibri" w:eastAsia="宋体"/>
                <w:sz w:val="17"/>
              </w:rPr>
              <w:t>回肠</w:t>
            </w:r>
          </w:p>
        </w:tc>
        <w:tc>
          <w:tcPr>
            <w:tcW w:type="dxa" w:w="898"/>
          </w:tcPr>
          <w:p>
            <w:pPr>
              <w:spacing w:before="40" w:after="40" w:line="276" w:lineRule="auto"/>
            </w:pPr>
            <w:r>
              <w:rPr>
                <w:sz w:val="17"/>
              </w:rPr>
            </w:r>
            <w:r>
              <w:rPr>
                <w:rFonts w:ascii="Calibri" w:hAnsi="Calibri" w:cs="Calibri" w:eastAsia="宋体"/>
                <w:sz w:val="17"/>
              </w:rPr>
              <w:t>无过多要求</w:t>
            </w:r>
          </w:p>
        </w:tc>
        <w:tc>
          <w:tcPr>
            <w:tcW w:type="dxa" w:w="1495"/>
          </w:tcPr>
          <w:p>
            <w:pPr>
              <w:spacing w:before="40" w:after="40" w:line="276" w:lineRule="auto"/>
            </w:pPr>
            <w:r>
              <w:rPr>
                <w:sz w:val="17"/>
              </w:rPr>
            </w:r>
            <w:r>
              <w:rPr>
                <w:rFonts w:ascii="Calibri" w:hAnsi="Calibri" w:cs="Calibri" w:eastAsia="宋体"/>
                <w:sz w:val="17"/>
              </w:rPr>
              <w:t>有，异味较乙状结肠轻，分泌物呈棕色</w:t>
            </w:r>
          </w:p>
        </w:tc>
        <w:tc>
          <w:tcPr>
            <w:tcW w:type="dxa" w:w="898"/>
          </w:tcPr>
          <w:p>
            <w:pPr>
              <w:spacing w:before="40" w:after="40" w:line="276" w:lineRule="auto"/>
            </w:pPr>
            <w:r>
              <w:rPr>
                <w:sz w:val="17"/>
              </w:rPr>
            </w:r>
            <w:r>
              <w:rPr>
                <w:rFonts w:ascii="Calibri" w:hAnsi="Calibri" w:cs="Calibri" w:eastAsia="宋体"/>
                <w:sz w:val="17"/>
              </w:rPr>
              <w:t>低，不易萎缩</w:t>
            </w:r>
          </w:p>
        </w:tc>
        <w:tc>
          <w:tcPr>
            <w:tcW w:type="dxa" w:w="898"/>
          </w:tcPr>
          <w:p>
            <w:pPr>
              <w:spacing w:before="40" w:after="40" w:line="276" w:lineRule="auto"/>
            </w:pPr>
            <w:r>
              <w:rPr>
                <w:sz w:val="17"/>
              </w:rPr>
            </w:r>
            <w:r>
              <w:rPr>
                <w:rFonts w:ascii="Calibri" w:hAnsi="Calibri" w:cs="Calibri" w:eastAsia="宋体"/>
                <w:sz w:val="17"/>
              </w:rPr>
              <w:t>要求低</w:t>
            </w:r>
          </w:p>
        </w:tc>
        <w:tc>
          <w:tcPr>
            <w:tcW w:type="dxa" w:w="1338"/>
          </w:tcPr>
          <w:p>
            <w:pPr>
              <w:spacing w:before="40" w:after="40" w:line="276" w:lineRule="auto"/>
            </w:pPr>
            <w:r>
              <w:rPr>
                <w:sz w:val="17"/>
              </w:rPr>
            </w:r>
            <w:r>
              <w:rPr>
                <w:rFonts w:ascii="Calibri" w:hAnsi="Calibri" w:cs="Calibri" w:eastAsia="宋体"/>
                <w:sz w:val="17"/>
              </w:rPr>
              <w:t>腹部疤痕、术前灌肠清肠要求高、肠道并发症风险</w:t>
            </w:r>
          </w:p>
        </w:tc>
        <w:tc>
          <w:tcPr>
            <w:tcW w:type="dxa" w:w="1771"/>
          </w:tcPr>
          <w:p>
            <w:pPr>
              <w:spacing w:before="40" w:after="40" w:line="276" w:lineRule="auto"/>
            </w:pPr>
            <w:r>
              <w:rPr>
                <w:sz w:val="17"/>
              </w:rPr>
            </w:r>
            <w:r>
              <w:rPr>
                <w:rFonts w:ascii="Calibri" w:hAnsi="Calibri" w:cs="Calibri" w:eastAsia="宋体"/>
                <w:sz w:val="17"/>
              </w:rPr>
              <w:t>国内主要由</w:t>
            </w:r>
            <w:r>
              <w:rPr>
                <w:rFonts w:ascii="Calibri" w:hAnsi="Calibri" w:cs="Calibri" w:eastAsia="宋体"/>
                <w:sz w:val="17"/>
              </w:rPr>
              <w:t>深圳市罗湖区人民医院</w:t>
            </w:r>
            <w:r>
              <w:rPr>
                <w:rFonts w:ascii="Calibri" w:hAnsi="Calibri" w:cs="Calibri" w:eastAsia="宋体"/>
                <w:sz w:val="17"/>
              </w:rPr>
              <w:t xml:space="preserve"> 开展；该院无 SRS 资质，仅限身份证性别已为女性者</w:t>
            </w:r>
          </w:p>
        </w:tc>
      </w:tr>
      <w:tr>
        <w:tc>
          <w:tcPr>
            <w:tcW w:type="dxa" w:w="898"/>
          </w:tcPr>
          <w:p>
            <w:pPr>
              <w:spacing w:before="40" w:after="40" w:line="276" w:lineRule="auto"/>
            </w:pPr>
            <w:r>
              <w:rPr>
                <w:sz w:val="17"/>
              </w:rPr>
            </w:r>
            <w:r>
              <w:rPr>
                <w:rFonts w:ascii="Calibri" w:hAnsi="Calibri" w:cs="Calibri" w:eastAsia="宋体"/>
                <w:sz w:val="17"/>
              </w:rPr>
              <w:t>腹膜／生物补片</w:t>
            </w:r>
          </w:p>
        </w:tc>
        <w:tc>
          <w:tcPr>
            <w:tcW w:type="dxa" w:w="1102"/>
          </w:tcPr>
          <w:p>
            <w:pPr>
              <w:spacing w:before="40" w:after="40" w:line="276" w:lineRule="auto"/>
            </w:pPr>
            <w:r>
              <w:rPr>
                <w:sz w:val="17"/>
              </w:rPr>
            </w:r>
            <w:r>
              <w:rPr>
                <w:rFonts w:ascii="Calibri" w:hAnsi="Calibri" w:cs="Calibri" w:eastAsia="宋体"/>
                <w:sz w:val="17"/>
              </w:rPr>
              <w:t>腹膜，或脱细胞异体真皮等补片</w:t>
            </w:r>
          </w:p>
        </w:tc>
        <w:tc>
          <w:tcPr>
            <w:tcW w:type="dxa" w:w="898"/>
          </w:tcPr>
          <w:p>
            <w:pPr>
              <w:spacing w:before="40" w:after="40" w:line="276" w:lineRule="auto"/>
            </w:pPr>
            <w:r>
              <w:rPr>
                <w:sz w:val="17"/>
              </w:rPr>
            </w:r>
            <w:r>
              <w:rPr>
                <w:rFonts w:ascii="Calibri" w:hAnsi="Calibri" w:cs="Calibri" w:eastAsia="宋体"/>
                <w:sz w:val="17"/>
              </w:rPr>
              <w:t>无过多要求</w:t>
            </w:r>
          </w:p>
        </w:tc>
        <w:tc>
          <w:tcPr>
            <w:tcW w:type="dxa" w:w="1495"/>
          </w:tcPr>
          <w:p>
            <w:pPr>
              <w:spacing w:before="40" w:after="40" w:line="276" w:lineRule="auto"/>
            </w:pPr>
            <w:r>
              <w:rPr>
                <w:sz w:val="17"/>
              </w:rPr>
            </w:r>
            <w:r>
              <w:rPr>
                <w:rFonts w:ascii="Calibri" w:hAnsi="Calibri" w:cs="Calibri" w:eastAsia="宋体"/>
                <w:sz w:val="17"/>
              </w:rPr>
              <w:t>腹膜有，但存在分歧（见下）；补片一般无</w:t>
            </w:r>
          </w:p>
        </w:tc>
        <w:tc>
          <w:tcPr>
            <w:tcW w:type="dxa" w:w="898"/>
          </w:tcPr>
          <w:p>
            <w:pPr>
              <w:spacing w:before="40" w:after="40" w:line="276" w:lineRule="auto"/>
            </w:pPr>
            <w:r>
              <w:rPr>
                <w:sz w:val="17"/>
              </w:rPr>
            </w:r>
            <w:r>
              <w:rPr>
                <w:rFonts w:ascii="Calibri" w:hAnsi="Calibri" w:cs="Calibri" w:eastAsia="宋体"/>
                <w:sz w:val="17"/>
              </w:rPr>
              <w:t>高，腹膜术后有案例萎缩约 1 ~ 3 英寸甚至全部萎缩</w:t>
            </w:r>
          </w:p>
        </w:tc>
        <w:tc>
          <w:tcPr>
            <w:tcW w:type="dxa" w:w="898"/>
          </w:tcPr>
          <w:p>
            <w:pPr>
              <w:spacing w:before="40" w:after="40" w:line="276" w:lineRule="auto"/>
            </w:pPr>
            <w:r>
              <w:rPr>
                <w:sz w:val="17"/>
              </w:rPr>
            </w:r>
            <w:r>
              <w:rPr>
                <w:rFonts w:ascii="Calibri" w:hAnsi="Calibri" w:cs="Calibri" w:eastAsia="宋体"/>
                <w:sz w:val="17"/>
              </w:rPr>
              <w:t>高</w:t>
            </w:r>
          </w:p>
        </w:tc>
        <w:tc>
          <w:tcPr>
            <w:tcW w:type="dxa" w:w="1338"/>
          </w:tcPr>
          <w:p>
            <w:pPr>
              <w:spacing w:before="40" w:after="40" w:line="276" w:lineRule="auto"/>
            </w:pPr>
            <w:r>
              <w:rPr>
                <w:sz w:val="17"/>
              </w:rPr>
            </w:r>
            <w:r>
              <w:rPr>
                <w:rFonts w:ascii="Calibri" w:hAnsi="Calibri" w:cs="Calibri" w:eastAsia="宋体"/>
                <w:sz w:val="17"/>
              </w:rPr>
              <w:t>耐用性尚存疑问</w:t>
            </w:r>
          </w:p>
        </w:tc>
        <w:tc>
          <w:tcPr>
            <w:tcW w:type="dxa" w:w="1771"/>
          </w:tcPr>
          <w:p>
            <w:pPr>
              <w:spacing w:before="40" w:after="40" w:line="276" w:lineRule="auto"/>
            </w:pPr>
            <w:r>
              <w:rPr>
                <w:sz w:val="17"/>
              </w:rPr>
            </w:r>
            <w:r>
              <w:rPr>
                <w:rFonts w:ascii="Calibri" w:hAnsi="Calibri" w:cs="Calibri" w:eastAsia="宋体"/>
                <w:sz w:val="17"/>
              </w:rPr>
              <w:t xml:space="preserve">相对不成熟，仅北美少数医生与泰国 </w:t>
            </w:r>
            <w:r>
              <w:rPr>
                <w:rFonts w:ascii="Calibri" w:hAnsi="Calibri" w:cs="Calibri" w:eastAsia="宋体"/>
                <w:sz w:val="17"/>
              </w:rPr>
              <w:t>Kamol</w:t>
            </w:r>
            <w:r>
              <w:rPr>
                <w:rFonts w:ascii="Calibri" w:hAnsi="Calibri" w:cs="Calibri" w:eastAsia="宋体"/>
                <w:sz w:val="17"/>
              </w:rPr>
              <w:t xml:space="preserve"> 等开展</w:t>
            </w:r>
          </w:p>
        </w:tc>
      </w:tr>
      <w:tr>
        <w:tc>
          <w:tcPr>
            <w:tcW w:type="dxa" w:w="898"/>
          </w:tcPr>
          <w:p>
            <w:pPr>
              <w:spacing w:before="40" w:after="40" w:line="276" w:lineRule="auto"/>
            </w:pPr>
            <w:r>
              <w:rPr>
                <w:sz w:val="17"/>
              </w:rPr>
            </w:r>
            <w:r>
              <w:rPr>
                <w:rFonts w:ascii="Calibri" w:hAnsi="Calibri" w:cs="Calibri" w:eastAsia="宋体"/>
                <w:sz w:val="17"/>
              </w:rPr>
              <w:t>口腔黏膜</w:t>
            </w:r>
          </w:p>
        </w:tc>
        <w:tc>
          <w:tcPr>
            <w:tcW w:type="dxa" w:w="1102"/>
          </w:tcPr>
          <w:p>
            <w:pPr>
              <w:spacing w:before="40" w:after="40" w:line="276" w:lineRule="auto"/>
            </w:pPr>
            <w:r>
              <w:rPr>
                <w:sz w:val="17"/>
              </w:rPr>
            </w:r>
            <w:r>
              <w:rPr>
                <w:rFonts w:ascii="Calibri" w:hAnsi="Calibri" w:cs="Calibri" w:eastAsia="宋体"/>
                <w:sz w:val="17"/>
              </w:rPr>
              <w:t>口腔黏膜微粒，可联合脱细胞异体真皮作支架</w:t>
            </w:r>
          </w:p>
        </w:tc>
        <w:tc>
          <w:tcPr>
            <w:tcW w:type="dxa" w:w="898"/>
          </w:tcPr>
          <w:p>
            <w:pPr>
              <w:spacing w:before="40" w:after="40" w:line="276" w:lineRule="auto"/>
            </w:pPr>
            <w:r>
              <w:rPr>
                <w:sz w:val="17"/>
              </w:rPr>
            </w:r>
            <w:r>
              <w:rPr>
                <w:rFonts w:ascii="Calibri" w:hAnsi="Calibri" w:cs="Calibri" w:eastAsia="宋体"/>
                <w:sz w:val="17"/>
              </w:rPr>
              <w:t>无过多要求，常用于皮瓣材料不足者</w:t>
            </w:r>
          </w:p>
        </w:tc>
        <w:tc>
          <w:tcPr>
            <w:tcW w:type="dxa" w:w="1495"/>
          </w:tcPr>
          <w:p>
            <w:pPr>
              <w:spacing w:before="40" w:after="40" w:line="276" w:lineRule="auto"/>
            </w:pPr>
            <w:r>
              <w:rPr>
                <w:sz w:val="17"/>
              </w:rPr>
            </w:r>
            <w:r>
              <w:rPr>
                <w:rFonts w:ascii="Calibri" w:hAnsi="Calibri" w:cs="Calibri" w:eastAsia="宋体"/>
                <w:sz w:val="17"/>
              </w:rPr>
              <w:t>有，接近正常白带，多数情况下无需外源润滑剂</w:t>
            </w:r>
          </w:p>
        </w:tc>
        <w:tc>
          <w:tcPr>
            <w:tcW w:type="dxa" w:w="898"/>
          </w:tcPr>
          <w:p>
            <w:pPr>
              <w:spacing w:before="40" w:after="40" w:line="276" w:lineRule="auto"/>
            </w:pPr>
            <w:r>
              <w:rPr>
                <w:sz w:val="17"/>
              </w:rPr>
            </w:r>
            <w:r>
              <w:rPr>
                <w:rFonts w:ascii="Calibri" w:hAnsi="Calibri" w:cs="Calibri" w:eastAsia="宋体"/>
                <w:sz w:val="17"/>
              </w:rPr>
              <w:t>中等，术后创面收缩较明显</w:t>
            </w:r>
          </w:p>
        </w:tc>
        <w:tc>
          <w:tcPr>
            <w:tcW w:type="dxa" w:w="898"/>
          </w:tcPr>
          <w:p>
            <w:pPr>
              <w:spacing w:before="40" w:after="40" w:line="276" w:lineRule="auto"/>
            </w:pPr>
            <w:r>
              <w:rPr>
                <w:sz w:val="17"/>
              </w:rPr>
            </w:r>
            <w:r>
              <w:rPr>
                <w:rFonts w:ascii="Calibri" w:hAnsi="Calibri" w:cs="Calibri" w:eastAsia="宋体"/>
                <w:sz w:val="17"/>
              </w:rPr>
              <w:t>需要，佩戴周期较长</w:t>
            </w:r>
          </w:p>
        </w:tc>
        <w:tc>
          <w:tcPr>
            <w:tcW w:type="dxa" w:w="1338"/>
          </w:tcPr>
          <w:p>
            <w:pPr>
              <w:spacing w:before="40" w:after="40" w:line="276" w:lineRule="auto"/>
            </w:pPr>
            <w:r>
              <w:rPr>
                <w:sz w:val="17"/>
              </w:rPr>
            </w:r>
            <w:r>
              <w:rPr>
                <w:rFonts w:ascii="Calibri" w:hAnsi="Calibri" w:cs="Calibri" w:eastAsia="宋体"/>
                <w:sz w:val="17"/>
              </w:rPr>
              <w:t>需自口腔取黏膜，供区一般无明显瘢痕</w:t>
            </w:r>
          </w:p>
        </w:tc>
        <w:tc>
          <w:tcPr>
            <w:tcW w:type="dxa" w:w="1771"/>
          </w:tcPr>
          <w:p>
            <w:pPr>
              <w:spacing w:before="40" w:after="40" w:line="276" w:lineRule="auto"/>
            </w:pPr>
            <w:r>
              <w:rPr>
                <w:sz w:val="17"/>
              </w:rPr>
            </w:r>
            <w:r>
              <w:rPr>
                <w:rFonts w:ascii="Calibri" w:hAnsi="Calibri" w:cs="Calibri" w:eastAsia="宋体"/>
                <w:sz w:val="17"/>
              </w:rPr>
              <w:t>已相对成熟，国内主要由</w:t>
            </w:r>
            <w:r>
              <w:rPr>
                <w:rFonts w:ascii="Calibri" w:hAnsi="Calibri" w:cs="Calibri" w:eastAsia="宋体"/>
                <w:sz w:val="17"/>
              </w:rPr>
              <w:t>中国医学科学院整形外科医院（八大处）</w:t>
            </w:r>
            <w:r>
              <w:rPr>
                <w:rFonts w:ascii="Calibri" w:hAnsi="Calibri" w:cs="Calibri" w:eastAsia="宋体"/>
                <w:sz w:val="17"/>
              </w:rPr>
              <w:t xml:space="preserve"> 开展</w:t>
            </w:r>
          </w:p>
        </w:tc>
      </w:tr>
      <w:tr>
        <w:tc>
          <w:tcPr>
            <w:tcW w:type="dxa" w:w="898"/>
          </w:tcPr>
          <w:p>
            <w:pPr>
              <w:spacing w:before="40" w:after="40" w:line="276" w:lineRule="auto"/>
            </w:pPr>
            <w:r>
              <w:rPr>
                <w:sz w:val="17"/>
              </w:rPr>
            </w:r>
            <w:r>
              <w:rPr>
                <w:rFonts w:ascii="Calibri" w:hAnsi="Calibri" w:cs="Calibri" w:eastAsia="宋体"/>
                <w:sz w:val="17"/>
              </w:rPr>
              <w:t>零深度</w:t>
            </w:r>
          </w:p>
        </w:tc>
        <w:tc>
          <w:tcPr>
            <w:tcW w:type="dxa" w:w="1102"/>
          </w:tcPr>
          <w:p>
            <w:pPr>
              <w:spacing w:before="40" w:after="40" w:line="276" w:lineRule="auto"/>
            </w:pPr>
            <w:r>
              <w:rPr>
                <w:sz w:val="17"/>
              </w:rPr>
            </w:r>
            <w:r>
              <w:rPr>
                <w:rFonts w:ascii="Calibri" w:hAnsi="Calibri" w:cs="Calibri" w:eastAsia="宋体"/>
                <w:sz w:val="17"/>
              </w:rPr>
              <w:t>无阴道，仅行外阴成形</w:t>
            </w:r>
          </w:p>
        </w:tc>
        <w:tc>
          <w:tcPr>
            <w:tcW w:type="dxa" w:w="898"/>
          </w:tcPr>
          <w:p>
            <w:pPr>
              <w:spacing w:before="40" w:after="40" w:line="276" w:lineRule="auto"/>
            </w:pPr>
            <w:r>
              <w:rPr>
                <w:sz w:val="17"/>
              </w:rPr>
            </w:r>
            <w:r>
              <w:rPr>
                <w:rFonts w:ascii="Calibri" w:hAnsi="Calibri" w:cs="Calibri" w:eastAsia="宋体"/>
                <w:sz w:val="17"/>
              </w:rPr>
              <w:t>无</w:t>
            </w:r>
          </w:p>
        </w:tc>
        <w:tc>
          <w:tcPr>
            <w:tcW w:type="dxa" w:w="1495"/>
          </w:tcPr>
          <w:p>
            <w:pPr>
              <w:spacing w:before="40" w:after="40" w:line="276" w:lineRule="auto"/>
            </w:pPr>
            <w:r>
              <w:rPr>
                <w:sz w:val="17"/>
              </w:rPr>
            </w:r>
            <w:r>
              <w:rPr>
                <w:rFonts w:ascii="Calibri" w:hAnsi="Calibri" w:cs="Calibri" w:eastAsia="宋体"/>
                <w:sz w:val="17"/>
              </w:rPr>
              <w:t>无</w:t>
            </w:r>
          </w:p>
        </w:tc>
        <w:tc>
          <w:tcPr>
            <w:tcW w:type="dxa" w:w="898"/>
          </w:tcPr>
          <w:p>
            <w:pPr>
              <w:spacing w:before="40" w:after="40" w:line="276" w:lineRule="auto"/>
            </w:pPr>
            <w:r>
              <w:rPr>
                <w:sz w:val="17"/>
              </w:rPr>
            </w:r>
            <w:r>
              <w:rPr>
                <w:rFonts w:ascii="Calibri" w:hAnsi="Calibri" w:cs="Calibri" w:eastAsia="宋体"/>
                <w:sz w:val="17"/>
              </w:rPr>
              <w:t>不适用</w:t>
            </w:r>
          </w:p>
        </w:tc>
        <w:tc>
          <w:tcPr>
            <w:tcW w:type="dxa" w:w="898"/>
          </w:tcPr>
          <w:p>
            <w:pPr>
              <w:spacing w:before="40" w:after="40" w:line="276" w:lineRule="auto"/>
            </w:pPr>
            <w:r>
              <w:rPr>
                <w:sz w:val="17"/>
              </w:rPr>
            </w:r>
            <w:r>
              <w:rPr>
                <w:rFonts w:ascii="Calibri" w:hAnsi="Calibri" w:cs="Calibri" w:eastAsia="宋体"/>
                <w:sz w:val="17"/>
              </w:rPr>
              <w:t>不需要</w:t>
            </w:r>
          </w:p>
        </w:tc>
        <w:tc>
          <w:tcPr>
            <w:tcW w:type="dxa" w:w="1338"/>
          </w:tcPr>
          <w:p>
            <w:pPr>
              <w:spacing w:before="40" w:after="40" w:line="276" w:lineRule="auto"/>
            </w:pPr>
            <w:r>
              <w:rPr>
                <w:sz w:val="17"/>
              </w:rPr>
            </w:r>
            <w:r>
              <w:rPr>
                <w:rFonts w:ascii="Calibri" w:hAnsi="Calibri" w:cs="Calibri" w:eastAsia="宋体"/>
                <w:sz w:val="17"/>
              </w:rPr>
              <w:t>无法进行插入式性交</w:t>
            </w:r>
          </w:p>
        </w:tc>
        <w:tc>
          <w:tcPr>
            <w:tcW w:type="dxa" w:w="1771"/>
          </w:tcPr>
          <w:p>
            <w:pPr>
              <w:spacing w:before="40" w:after="40" w:line="276" w:lineRule="auto"/>
            </w:pPr>
            <w:r>
              <w:rPr>
                <w:sz w:val="17"/>
              </w:rPr>
            </w:r>
            <w:r>
              <w:rPr>
                <w:rFonts w:ascii="Calibri" w:hAnsi="Calibri" w:cs="Calibri" w:eastAsia="宋体"/>
                <w:sz w:val="17"/>
              </w:rPr>
              <w:t>简便、低风险，恢复期短得多</w:t>
            </w:r>
          </w:p>
        </w:tc>
      </w:tr>
    </w:tbl>
    <w:p>
      <w:pPr>
        <w:spacing w:after="100"/>
      </w:pPr>
      <w:r>
        <w:rPr>
          <w:rFonts w:ascii="Calibri" w:hAnsi="Calibri" w:cs="Calibri" w:eastAsia="宋体"/>
        </w:rPr>
        <w:t>几点说明：</w:t>
      </w:r>
    </w:p>
    <w:p>
      <w:pPr>
        <w:spacing w:before="20" w:after="40"/>
        <w:ind w:left="425" w:hanging="312"/>
      </w:pPr>
      <w:r>
        <w:rPr>
          <w:rFonts w:ascii="Calibri" w:hAnsi="Calibri" w:cs="Calibri" w:eastAsia="宋体"/>
        </w:rPr>
        <w:t xml:space="preserve">• </w:t>
      </w:r>
      <w:r>
        <w:rPr>
          <w:rFonts w:ascii="Calibri" w:hAnsi="Calibri" w:cs="Calibri" w:eastAsia="宋体"/>
        </w:rPr>
        <w:t>表中「萎缩、狭窄风险」「通模具」等均为</w:t>
      </w:r>
      <w:r>
        <w:rPr>
          <w:rFonts w:ascii="Calibri" w:hAnsi="Calibri" w:cs="Calibri" w:eastAsia="宋体"/>
          <w:b/>
        </w:rPr>
        <w:t>术式之间的相对比较</w:t>
      </w:r>
      <w:r>
        <w:rPr>
          <w:rFonts w:ascii="Calibri" w:hAnsi="Calibri" w:cs="Calibri" w:eastAsia="宋体"/>
        </w:rPr>
        <w:t>，个体差异很大，同一术式不同医生的结果也可能相差明显。</w:t>
      </w:r>
    </w:p>
    <w:p>
      <w:pPr>
        <w:spacing w:before="20" w:after="40"/>
        <w:ind w:left="425" w:hanging="312"/>
      </w:pPr>
      <w:r>
        <w:rPr>
          <w:rFonts w:ascii="Calibri" w:hAnsi="Calibri" w:cs="Calibri" w:eastAsia="宋体"/>
        </w:rPr>
        <w:t xml:space="preserve">• </w:t>
      </w:r>
      <w:r>
        <w:rPr>
          <w:rFonts w:ascii="Calibri" w:hAnsi="Calibri" w:cs="Calibri" w:eastAsia="宋体"/>
          <w:b/>
        </w:rPr>
        <w:t>腹膜是否具备分泌功能存在分歧</w:t>
      </w:r>
      <w:r>
        <w:rPr>
          <w:rFonts w:ascii="Calibri" w:hAnsi="Calibri" w:cs="Calibri" w:eastAsia="宋体"/>
        </w:rPr>
        <w:t>：本页原有来源认为腹膜术后可有较自然的分泌，但也有医生指出腹膜与生物补片都只是半透膜、不含腺体，不可能产生分泌，且雌激素分泌不足者术后萎缩明显（参见</w:t>
      </w:r>
      <w:r>
        <w:rPr>
          <w:rFonts w:ascii="Calibri" w:hAnsi="Calibri" w:cs="Calibri" w:eastAsia="宋体"/>
        </w:rPr>
        <w:t>深圳市罗湖区人民医院</w:t>
      </w:r>
      <w:r>
        <w:rPr>
          <w:rFonts w:ascii="Calibri" w:hAnsi="Calibri" w:cs="Calibri" w:eastAsia="宋体"/>
        </w:rPr>
        <w:t xml:space="preserve"> 页面中罗光楠教授的说明）。此处两说并存，请以主刀医生说明为准。</w:t>
      </w:r>
    </w:p>
    <w:p>
      <w:pPr>
        <w:spacing w:before="20" w:after="40"/>
        <w:ind w:left="425" w:hanging="312"/>
      </w:pPr>
      <w:r>
        <w:rPr>
          <w:rFonts w:ascii="Calibri" w:hAnsi="Calibri" w:cs="Calibri" w:eastAsia="宋体"/>
        </w:rPr>
        <w:t xml:space="preserve">• </w:t>
      </w:r>
      <w:r>
        <w:rPr>
          <w:rFonts w:ascii="Calibri" w:hAnsi="Calibri" w:cs="Calibri" w:eastAsia="宋体"/>
        </w:rPr>
        <w:t>部分医生会在同一台手术中</w:t>
      </w:r>
      <w:r>
        <w:rPr>
          <w:rFonts w:ascii="Calibri" w:hAnsi="Calibri" w:cs="Calibri" w:eastAsia="宋体"/>
          <w:b/>
        </w:rPr>
        <w:t>组合使用</w:t>
      </w:r>
      <w:r>
        <w:rPr>
          <w:rFonts w:ascii="Calibri" w:hAnsi="Calibri" w:cs="Calibri" w:eastAsia="宋体"/>
        </w:rPr>
        <w:t>上述材料（如 PI 结合阴囊皮瓣与尿道黏膜、半皮瓣半口腔黏膜、口腔黏膜联合脱细胞异体真皮），此时各项特征需按实际方案判断。</w:t>
      </w:r>
    </w:p>
    <w:p>
      <w:pPr>
        <w:pStyle w:val="Heading4"/>
      </w:pPr>
      <w:r>
        <w:rPr>
          <w:rFonts w:ascii="Calibri" w:hAnsi="Calibri" w:cs="Calibri" w:eastAsia="宋体"/>
        </w:rPr>
        <w:t>理想的 SRS 应当实现</w:t>
      </w:r>
    </w:p>
    <w:p>
      <w:pPr>
        <w:spacing w:after="100"/>
      </w:pPr>
      <w:r>
        <w:rPr>
          <w:rFonts w:ascii="Calibri" w:hAnsi="Calibri" w:cs="Calibri" w:eastAsia="宋体"/>
        </w:rPr>
        <w:t>（下述为的绝对完美效果，不同医生会有各自擅长的方面）</w:t>
      </w:r>
    </w:p>
    <w:p>
      <w:pPr>
        <w:spacing w:before="20" w:after="40"/>
        <w:ind w:left="425" w:hanging="312"/>
      </w:pPr>
      <w:r>
        <w:rPr>
          <w:rFonts w:ascii="Calibri" w:hAnsi="Calibri" w:cs="Calibri" w:eastAsia="宋体"/>
        </w:rPr>
        <w:t xml:space="preserve">• </w:t>
      </w:r>
      <w:r>
        <w:rPr>
          <w:rFonts w:ascii="Calibri" w:hAnsi="Calibri" w:cs="Calibri" w:eastAsia="宋体"/>
        </w:rPr>
        <w:t>外观上各方面与一般女性难以区分，满足有结构完整清晰自然的大阴唇和小阴唇</w:t>
      </w:r>
    </w:p>
    <w:p>
      <w:pPr>
        <w:spacing w:before="20" w:after="40"/>
        <w:ind w:left="425" w:hanging="312"/>
      </w:pPr>
      <w:r>
        <w:rPr>
          <w:rFonts w:ascii="Calibri" w:hAnsi="Calibri" w:cs="Calibri" w:eastAsia="宋体"/>
        </w:rPr>
        <w:t xml:space="preserve">• </w:t>
      </w:r>
      <w:r>
        <w:rPr>
          <w:rFonts w:ascii="Calibri" w:hAnsi="Calibri" w:cs="Calibri" w:eastAsia="宋体"/>
        </w:rPr>
        <w:t>小阴唇完全包裹阴道口和带有尿道口的阴道前庭，其外两侧为大阴唇</w:t>
      </w:r>
    </w:p>
    <w:p>
      <w:pPr>
        <w:spacing w:before="20" w:after="40"/>
        <w:ind w:left="425" w:hanging="312"/>
      </w:pPr>
      <w:r>
        <w:rPr>
          <w:rFonts w:ascii="Calibri" w:hAnsi="Calibri" w:cs="Calibri" w:eastAsia="宋体"/>
        </w:rPr>
        <w:t xml:space="preserve">• </w:t>
      </w:r>
      <w:r>
        <w:rPr>
          <w:rFonts w:ascii="Calibri" w:hAnsi="Calibri" w:cs="Calibri" w:eastAsia="宋体"/>
        </w:rPr>
        <w:t>有结构自然的、连接阴蒂系带、被阴蒂包皮包裹的阴蒂</w:t>
      </w:r>
    </w:p>
    <w:p>
      <w:pPr>
        <w:spacing w:before="20" w:after="40"/>
        <w:ind w:left="425" w:hanging="312"/>
      </w:pPr>
      <w:r>
        <w:rPr>
          <w:rFonts w:ascii="Calibri" w:hAnsi="Calibri" w:cs="Calibri" w:eastAsia="宋体"/>
        </w:rPr>
        <w:t xml:space="preserve">• </w:t>
      </w:r>
      <w:r>
        <w:rPr>
          <w:rFonts w:ascii="Calibri" w:hAnsi="Calibri" w:cs="Calibri" w:eastAsia="宋体"/>
        </w:rPr>
        <w:t>阴道口下方有结构自然的阴唇系带和后联合</w:t>
      </w:r>
    </w:p>
    <w:p>
      <w:pPr>
        <w:spacing w:before="20" w:after="40"/>
        <w:ind w:left="425" w:hanging="312"/>
      </w:pPr>
      <w:r>
        <w:rPr>
          <w:rFonts w:ascii="Calibri" w:hAnsi="Calibri" w:cs="Calibri" w:eastAsia="宋体"/>
        </w:rPr>
        <w:t xml:space="preserve">• </w:t>
      </w:r>
      <w:r>
        <w:rPr>
          <w:rFonts w:ascii="Calibri" w:hAnsi="Calibri" w:cs="Calibri" w:eastAsia="宋体"/>
        </w:rPr>
        <w:t>各个组织颜色自然，距离肛门距离适中，各个结构在水平和垂直方向上位置自然</w:t>
      </w:r>
    </w:p>
    <w:p>
      <w:pPr>
        <w:spacing w:before="20" w:after="40"/>
        <w:ind w:left="425" w:hanging="312"/>
      </w:pPr>
      <w:r>
        <w:rPr>
          <w:rFonts w:ascii="Calibri" w:hAnsi="Calibri" w:cs="Calibri" w:eastAsia="宋体"/>
        </w:rPr>
        <w:t xml:space="preserve">• </w:t>
      </w:r>
      <w:r>
        <w:rPr>
          <w:rFonts w:ascii="Calibri" w:hAnsi="Calibri" w:cs="Calibri" w:eastAsia="宋体"/>
        </w:rPr>
        <w:t>阴蒂与小阴唇感觉良好，阴蒂能够正常勃起，但外阴尤其是尿道口没有多余的海绵体</w:t>
      </w:r>
    </w:p>
    <w:p>
      <w:pPr>
        <w:spacing w:before="20" w:after="40"/>
        <w:ind w:left="425" w:hanging="312"/>
      </w:pPr>
      <w:r>
        <w:rPr>
          <w:rFonts w:ascii="Calibri" w:hAnsi="Calibri" w:cs="Calibri" w:eastAsia="宋体"/>
        </w:rPr>
        <w:t xml:space="preserve">• </w:t>
      </w:r>
      <w:r>
        <w:rPr>
          <w:rFonts w:ascii="Calibri" w:hAnsi="Calibri" w:cs="Calibri" w:eastAsia="宋体"/>
        </w:rPr>
        <w:t>能够阴蒂高潮，同时内部也能利用前列腺达到阴道高潮</w:t>
      </w:r>
    </w:p>
    <w:p>
      <w:pPr>
        <w:spacing w:before="20" w:after="40"/>
        <w:ind w:left="425" w:hanging="312"/>
      </w:pPr>
      <w:r>
        <w:rPr>
          <w:rFonts w:ascii="Calibri" w:hAnsi="Calibri" w:cs="Calibri" w:eastAsia="宋体"/>
        </w:rPr>
        <w:t xml:space="preserve">• </w:t>
      </w:r>
      <w:r>
        <w:rPr>
          <w:rFonts w:ascii="Calibri" w:hAnsi="Calibri" w:cs="Calibri" w:eastAsia="宋体"/>
        </w:rPr>
        <w:t>阴道深度和开口结构能自然地进行插入式性交，没有多余组织</w:t>
      </w:r>
    </w:p>
    <w:p>
      <w:pPr>
        <w:spacing w:before="20" w:after="40"/>
        <w:ind w:left="425" w:hanging="312"/>
      </w:pPr>
      <w:r>
        <w:rPr>
          <w:rFonts w:ascii="Calibri" w:hAnsi="Calibri" w:cs="Calibri" w:eastAsia="宋体"/>
        </w:rPr>
        <w:t xml:space="preserve">• </w:t>
      </w:r>
      <w:r>
        <w:rPr>
          <w:rFonts w:ascii="Calibri" w:hAnsi="Calibri" w:cs="Calibri" w:eastAsia="宋体"/>
        </w:rPr>
        <w:t>没有严重的并发症或其它问题，日常生活或性交时不会疼痛或摩擦不适</w:t>
      </w:r>
    </w:p>
    <w:p>
      <w:pPr>
        <w:spacing w:before="20" w:after="40"/>
        <w:ind w:left="425" w:hanging="312"/>
      </w:pPr>
      <w:r>
        <w:rPr>
          <w:rFonts w:ascii="Calibri" w:hAnsi="Calibri" w:cs="Calibri" w:eastAsia="宋体"/>
        </w:rPr>
        <w:t xml:space="preserve">• </w:t>
      </w:r>
      <w:r>
        <w:rPr>
          <w:rFonts w:ascii="Calibri" w:hAnsi="Calibri" w:cs="Calibri" w:eastAsia="宋体"/>
        </w:rPr>
        <w:t>阴道内和阴唇内侧、阴道前庭等区域没有毛发生长。</w:t>
      </w:r>
    </w:p>
    <w:p>
      <w:pPr>
        <w:spacing w:after="100"/>
      </w:pPr>
      <w:r>
        <w:rPr>
          <w:rFonts w:ascii="Calibri" w:hAnsi="Calibri" w:cs="Calibri" w:eastAsia="宋体"/>
        </w:rPr>
        <w:t>有的医生能做到接近完美难以与顺性别女性区分，也有的医生能做到的仅仅是切除原有器官并造腔，上述要求都难以达到，因此医生的选择非常重要。但同样需要注意的是，即使是最富经验的医生也无法做到完全完美的效果，而且由于医生本身的失误或手术对象体质差异的原因，手术的结果很难预测。SRS 本身是一个非常复杂的手术，可能有非常严重的并发症，尽管正规医生处进行的手术不太可能危及生命，但还是有结果不理想的风险：术后发生阴道狭窄、萎缩或脱垂，阴道或外阴撕裂，肠道或尿道阴道瘘，尿道狭窄，阴唇或阴蒂坏死，神经受损导致敏感度丧失，及深静脉血栓，以及持续的出血、肉芽组织增生或其它红肿症状等炎症等。在搜集相关资料时，无论对哪一位医生都能找到许多正面和负面的报道，需要综合考虑。</w:t>
      </w:r>
    </w:p>
    <w:p>
      <w:pPr>
        <w:pStyle w:val="Heading3"/>
      </w:pPr>
      <w:r>
        <w:rPr>
          <w:rFonts w:ascii="Calibri" w:hAnsi="Calibri" w:cs="Calibri" w:eastAsia="宋体"/>
        </w:rPr>
        <w:t>女性阴部参考</w:t>
      </w:r>
    </w:p>
    <w:p>
      <w:pPr>
        <w:spacing w:before="20" w:after="40"/>
        <w:ind w:left="425" w:hanging="312"/>
      </w:pPr>
      <w:r>
        <w:rPr>
          <w:rFonts w:ascii="Calibri" w:hAnsi="Calibri" w:cs="Calibri" w:eastAsia="宋体"/>
        </w:rPr>
        <w:t xml:space="preserve">• </w:t>
      </w:r>
      <w:r>
        <w:rPr>
          <w:rFonts w:ascii="Calibri" w:hAnsi="Calibri" w:cs="Calibri" w:eastAsia="宋体"/>
        </w:rPr>
        <w:t>人类生殖系统 - KnowSex</w:t>
      </w:r>
    </w:p>
    <w:p>
      <w:pPr>
        <w:spacing w:before="20" w:after="40"/>
        <w:ind w:left="425" w:hanging="312"/>
      </w:pPr>
      <w:r>
        <w:rPr>
          <w:rFonts w:ascii="Calibri" w:hAnsi="Calibri" w:cs="Calibri" w:eastAsia="宋体"/>
        </w:rPr>
        <w:t xml:space="preserve">• </w:t>
      </w:r>
      <w:r>
        <w:rPr>
          <w:rFonts w:ascii="Calibri" w:hAnsi="Calibri" w:cs="Calibri" w:eastAsia="宋体"/>
        </w:rPr>
        <w:t>来源</w:t>
      </w:r>
      <w:r>
        <w:br/>
      </w:r>
    </w:p>
    <w:p>
      <w:pPr>
        <w:spacing w:before="20" w:after="40"/>
        <w:ind w:left="425" w:hanging="312"/>
      </w:pPr>
      <w:r>
        <w:rPr>
          <w:rFonts w:ascii="Calibri" w:hAnsi="Calibri" w:cs="Calibri" w:eastAsia="宋体"/>
        </w:rPr>
        <w:t xml:space="preserve">• </w:t>
      </w:r>
      <w:r>
        <w:rPr>
          <w:rFonts w:ascii="Calibri" w:hAnsi="Calibri" w:cs="Calibri" w:eastAsia="宋体"/>
        </w:rPr>
        <w:t>来源</w:t>
      </w:r>
      <w:r>
        <w:rPr>
          <w:rFonts w:ascii="Calibri" w:hAnsi="Calibri" w:cs="Calibri" w:eastAsia="宋体"/>
        </w:rPr>
        <w:t xml:space="preserve"> CC BY-SA 3.0</w:t>
      </w:r>
    </w:p>
    <w:p>
      <w:pPr>
        <w:spacing w:before="20" w:after="40"/>
        <w:ind w:left="425" w:hanging="312"/>
      </w:pPr>
      <w:r>
        <w:rPr>
          <w:rFonts w:ascii="Calibri" w:hAnsi="Calibri" w:cs="Calibri" w:eastAsia="宋体"/>
        </w:rPr>
        <w:t xml:space="preserve">• </w:t>
      </w:r>
      <w:r>
        <w:rPr>
          <w:rFonts w:ascii="Calibri" w:hAnsi="Calibri" w:cs="Calibri" w:eastAsia="宋体"/>
        </w:rPr>
        <w:t>来源</w:t>
      </w:r>
      <w:r>
        <w:rPr>
          <w:rFonts w:ascii="Calibri" w:hAnsi="Calibri" w:cs="Calibri" w:eastAsia="宋体"/>
        </w:rPr>
        <w:t xml:space="preserve"> CC BY-SA 3.0</w:t>
      </w:r>
    </w:p>
    <w:p>
      <w:pPr>
        <w:pStyle w:val="Heading3"/>
      </w:pPr>
      <w:r>
        <w:rPr>
          <w:rFonts w:ascii="Calibri" w:hAnsi="Calibri" w:cs="Calibri" w:eastAsia="宋体"/>
        </w:rPr>
        <w:t>参考阅读</w:t>
      </w:r>
    </w:p>
    <w:p>
      <w:pPr>
        <w:spacing w:before="20" w:after="40"/>
        <w:ind w:left="425" w:hanging="312"/>
      </w:pPr>
      <w:r>
        <w:rPr>
          <w:rFonts w:ascii="Calibri" w:hAnsi="Calibri" w:cs="Calibri" w:eastAsia="宋体"/>
        </w:rPr>
        <w:t xml:space="preserve">• </w:t>
      </w:r>
      <w:r>
        <w:rPr>
          <w:rFonts w:ascii="Calibri" w:hAnsi="Calibri" w:cs="Calibri" w:eastAsia="宋体"/>
        </w:rPr>
        <w:t>SRS FAQ (v1.1) · Fluorescence - 知乎</w:t>
      </w:r>
    </w:p>
    <w:p>
      <w:pPr>
        <w:spacing w:before="20" w:after="40"/>
        <w:ind w:left="425" w:hanging="312"/>
      </w:pPr>
      <w:r>
        <w:rPr>
          <w:rFonts w:ascii="Calibri" w:hAnsi="Calibri" w:cs="Calibri" w:eastAsia="宋体"/>
        </w:rPr>
        <w:t xml:space="preserve">• </w:t>
      </w:r>
      <w:r>
        <w:rPr>
          <w:rFonts w:ascii="Calibri" w:hAnsi="Calibri" w:cs="Calibri" w:eastAsia="宋体"/>
        </w:rPr>
        <w:t>性别肯定手术 (男跨女)</w:t>
      </w:r>
    </w:p>
    <w:p>
      <w:pPr>
        <w:spacing w:before="20" w:after="40"/>
        <w:ind w:left="425" w:hanging="312"/>
      </w:pPr>
      <w:r>
        <w:rPr>
          <w:rFonts w:ascii="Calibri" w:hAnsi="Calibri" w:cs="Calibri" w:eastAsia="宋体"/>
        </w:rPr>
        <w:t xml:space="preserve">• </w:t>
      </w:r>
      <w:r>
        <w:rPr>
          <w:rFonts w:ascii="Calibri" w:hAnsi="Calibri" w:cs="Calibri" w:eastAsia="宋体"/>
        </w:rPr>
        <w:t>北京｜中国医学科学院整形外科医院 纯口腔黏膜相关术式整理 · Issue #1633</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口腔黏膜部分整理自《</w:t>
      </w:r>
      <w:r>
        <w:rPr>
          <w:rFonts w:ascii="Calibri" w:hAnsi="Calibri" w:cs="Calibri" w:eastAsia="宋体"/>
        </w:rPr>
        <w:t>北京｜中国医学科学院整形外科医院 纯口腔黏膜相关术式整理 · Issue #1633</w:t>
      </w:r>
      <w:r>
        <w:rPr>
          <w:rFonts w:ascii="Calibri" w:hAnsi="Calibri" w:cs="Calibri" w:eastAsia="宋体"/>
        </w:rPr>
        <w:t xml:space="preserve">》，其内容整理自 2021 年第十一届首都医科大学附属北京妇产医院「妇科热点问题新进展」学术研讨会李峰永《自体口腔粘膜微粒游离移植阴道再造》课程。 </w:t>
      </w:r>
      <w:r>
        <w:rPr>
          <w:rFonts w:ascii="Calibri" w:hAnsi="Calibri" w:cs="Calibri" w:eastAsia="宋体"/>
        </w:rPr>
        <w:t xml:space="preserve"> </w:t>
      </w:r>
    </w:p>
    <w:p>
      <w:pPr>
        <w:pStyle w:val="Heading2"/>
      </w:pPr>
      <w:r>
        <w:rPr>
          <w:rFonts w:ascii="Calibri" w:hAnsi="Calibri" w:cs="Calibri" w:eastAsia="微软雅黑"/>
        </w:rPr>
        <w:t>4.4  术后护理</w:t>
      </w:r>
    </w:p>
    <w:p>
      <w:pPr>
        <w:spacing w:after="160"/>
      </w:pPr>
      <w:r>
        <w:rPr>
          <w:rFonts w:ascii="Calibri" w:hAnsi="Calibri" w:cs="Calibri" w:eastAsia="宋体"/>
          <w:color w:val="6B7280"/>
          <w:sz w:val="16"/>
        </w:rPr>
        <w:t>原文：https://mtf.wiki/zh-cn/docs/srs/care · 最近更新：2026年6月10日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本页面内容仅供参考。 禁食、扩张等方面各个医生会有不同的安排，请与医生充分沟通；购置药物等同理，医院通常会提供部分可能需要使用的药物，或告知患者哪些药物需要自行购买。</w:t>
      </w:r>
    </w:p>
    <w:p>
      <w:pPr>
        <w:pStyle w:val="Heading3"/>
      </w:pPr>
      <w:r>
        <w:rPr>
          <w:rFonts w:ascii="Calibri" w:hAnsi="Calibri" w:cs="Calibri" w:eastAsia="宋体"/>
        </w:rPr>
        <w:t>术前物品准备</w:t>
      </w:r>
    </w:p>
    <w:p>
      <w:pPr>
        <w:spacing w:after="100"/>
      </w:pPr>
      <w:r>
        <w:rPr>
          <w:rFonts w:ascii="Calibri" w:hAnsi="Calibri" w:cs="Calibri" w:eastAsia="宋体"/>
        </w:rPr>
        <w:t>注：其中不包含医院会提供的如模具等</w:t>
      </w:r>
    </w:p>
    <w:p>
      <w:pPr>
        <w:spacing w:after="100"/>
      </w:pPr>
      <w:r>
        <w:rPr>
          <w:rFonts w:ascii="Calibri" w:hAnsi="Calibri" w:cs="Calibri" w:eastAsia="宋体"/>
        </w:rPr>
        <w:t>一些下面列出的物品和药物医院也有可能提供，请视情况准备</w:t>
      </w:r>
    </w:p>
    <w:p>
      <w:pPr>
        <w:pStyle w:val="Heading4"/>
      </w:pPr>
      <w:r>
        <w:rPr>
          <w:rFonts w:ascii="Calibri" w:hAnsi="Calibri" w:cs="Calibri" w:eastAsia="宋体"/>
        </w:rPr>
        <w:t>衣物</w:t>
      </w:r>
    </w:p>
    <w:p>
      <w:pPr>
        <w:spacing w:before="20" w:after="40"/>
        <w:ind w:left="425" w:hanging="312"/>
      </w:pPr>
      <w:r>
        <w:rPr>
          <w:rFonts w:ascii="Calibri" w:hAnsi="Calibri" w:cs="Calibri" w:eastAsia="宋体"/>
        </w:rPr>
        <w:t xml:space="preserve">1. </w:t>
      </w:r>
      <w:r>
        <w:rPr>
          <w:rFonts w:ascii="Calibri" w:hAnsi="Calibri" w:cs="Calibri" w:eastAsia="宋体"/>
        </w:rPr>
        <w:t>睡裙或其他宽松衣物</w:t>
      </w:r>
    </w:p>
    <w:p>
      <w:pPr>
        <w:spacing w:before="20" w:after="40"/>
        <w:ind w:left="425" w:hanging="312"/>
      </w:pPr>
      <w:r>
        <w:rPr>
          <w:rFonts w:ascii="Calibri" w:hAnsi="Calibri" w:cs="Calibri" w:eastAsia="宋体"/>
        </w:rPr>
        <w:t xml:space="preserve">2. </w:t>
      </w:r>
      <w:r>
        <w:rPr>
          <w:rFonts w:ascii="Calibri" w:hAnsi="Calibri" w:cs="Calibri" w:eastAsia="宋体"/>
        </w:rPr>
        <w:t>拖鞋 - 你不会想弯腰系鞋带的</w:t>
      </w:r>
    </w:p>
    <w:p>
      <w:pPr>
        <w:pStyle w:val="Heading4"/>
      </w:pPr>
      <w:r>
        <w:rPr>
          <w:rFonts w:ascii="Calibri" w:hAnsi="Calibri" w:cs="Calibri" w:eastAsia="宋体"/>
        </w:rPr>
        <w:t>一次性护理物料</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关于卫生巾</w:t>
      </w:r>
    </w:p>
    <w:p>
      <w:pPr>
        <w:shd w:val="clear" w:color="auto" w:fill="EFF6FF"/>
        <w:pBdr>
          <w:left w:val="single" w:sz="18" w:space="6" w:color="3B82F6"/>
        </w:pBdr>
        <w:spacing w:after="40"/>
      </w:pPr>
      <w:r>
        <w:rPr>
          <w:rFonts w:ascii="Calibri" w:hAnsi="Calibri" w:cs="Calibri" w:eastAsia="宋体"/>
        </w:rPr>
        <w:t>多数卫生巾只会标长度而不会标宽度，在购买时建议不要选用太宽的，以免卡在阴部造成不适。日用的一般不会太宽。</w:t>
      </w:r>
    </w:p>
    <w:p>
      <w:pPr>
        <w:shd w:val="clear" w:color="auto" w:fill="EFF6FF"/>
        <w:pBdr>
          <w:left w:val="single" w:sz="18" w:space="6" w:color="3B82F6"/>
        </w:pBdr>
        <w:spacing w:after="40"/>
      </w:pPr>
      <w:r>
        <w:rPr>
          <w:rFonts w:ascii="Calibri" w:hAnsi="Calibri" w:cs="Calibri" w:eastAsia="宋体"/>
        </w:rPr>
        <w:t>同时术后初期也不建议选用带清凉、香味的卫生巾，以避免薄荷冰片等物质造成的刺痛及香料带来的其他风险。</w:t>
      </w:r>
    </w:p>
    <w:p>
      <w:pPr>
        <w:shd w:val="clear" w:color="auto" w:fill="EFF6FF"/>
        <w:pBdr>
          <w:left w:val="single" w:sz="18" w:space="6" w:color="3B82F6"/>
        </w:pBdr>
        <w:spacing w:after="40"/>
      </w:pPr>
      <w:r>
        <w:rPr>
          <w:rFonts w:ascii="Calibri" w:hAnsi="Calibri" w:cs="Calibri" w:eastAsia="宋体"/>
        </w:rPr>
        <w:t>护垫尽量不要选用尺寸过小的类型，以免在穿戴过程中护垫滑动造成不适。</w:t>
      </w:r>
    </w:p>
    <w:p>
      <w:pPr>
        <w:shd w:val="clear" w:color="auto" w:fill="EFF6FF"/>
        <w:pBdr>
          <w:left w:val="single" w:sz="18" w:space="6" w:color="3B82F6"/>
        </w:pBdr>
        <w:spacing w:after="40"/>
      </w:pPr>
      <w:r>
        <w:rPr>
          <w:rFonts w:ascii="Calibri" w:hAnsi="Calibri" w:cs="Calibri" w:eastAsia="宋体"/>
        </w:rPr>
        <w:t>容易过敏者可以尝试可重复使用的有机棉卫生巾。</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关于润滑液</w:t>
      </w:r>
    </w:p>
    <w:p>
      <w:pPr>
        <w:shd w:val="clear" w:color="auto" w:fill="EFF6FF"/>
        <w:pBdr>
          <w:left w:val="single" w:sz="18" w:space="6" w:color="3B82F6"/>
        </w:pBdr>
        <w:spacing w:after="40"/>
      </w:pPr>
      <w:r>
        <w:rPr>
          <w:rFonts w:ascii="Calibri" w:hAnsi="Calibri" w:cs="Calibri" w:eastAsia="宋体"/>
        </w:rPr>
        <w:t>中国销售的润滑液中较为好用的产品有：</w:t>
      </w:r>
    </w:p>
    <w:p>
      <w:pPr>
        <w:spacing w:before="20" w:after="40"/>
        <w:ind w:left="425" w:hanging="312"/>
        <w:shd w:val="clear" w:color="auto" w:fill="EFF6FF"/>
        <w:pBdr>
          <w:left w:val="single" w:sz="18" w:space="6" w:color="3B82F6"/>
        </w:pBdr>
      </w:pPr>
      <w:r>
        <w:rPr>
          <w:rFonts w:ascii="Calibri" w:hAnsi="Calibri" w:cs="Calibri" w:eastAsia="宋体"/>
        </w:rPr>
        <w:t xml:space="preserve">• </w:t>
      </w:r>
      <w:r>
        <w:rPr>
          <w:rFonts w:ascii="Calibri" w:hAnsi="Calibri" w:cs="Calibri" w:eastAsia="宋体"/>
        </w:rPr>
        <w:t>杰士邦透明质酸钠润滑液</w:t>
      </w:r>
      <w:r>
        <w:rPr>
          <w:rFonts w:ascii="Calibri" w:hAnsi="Calibri" w:cs="Calibri" w:eastAsia="宋体"/>
        </w:rPr>
        <w:t xml:space="preserve"> （医疗器械级）</w:t>
      </w:r>
    </w:p>
    <w:p>
      <w:pPr>
        <w:spacing w:before="20" w:after="40"/>
        <w:ind w:left="425" w:hanging="312"/>
        <w:shd w:val="clear" w:color="auto" w:fill="EFF6FF"/>
        <w:pBdr>
          <w:left w:val="single" w:sz="18" w:space="6" w:color="3B82F6"/>
        </w:pBdr>
      </w:pPr>
      <w:r>
        <w:rPr>
          <w:rFonts w:ascii="Calibri" w:hAnsi="Calibri" w:cs="Calibri" w:eastAsia="宋体"/>
        </w:rPr>
        <w:t xml:space="preserve">• </w:t>
      </w:r>
      <w:r>
        <w:rPr>
          <w:rFonts w:ascii="Calibri" w:hAnsi="Calibri" w:cs="Calibri" w:eastAsia="宋体"/>
        </w:rPr>
        <w:t>杜蕾斯 KY</w:t>
      </w:r>
    </w:p>
    <w:p>
      <w:pPr>
        <w:spacing w:before="20" w:after="40"/>
        <w:ind w:left="425" w:hanging="312"/>
        <w:shd w:val="clear" w:color="auto" w:fill="EFF6FF"/>
        <w:pBdr>
          <w:left w:val="single" w:sz="18" w:space="6" w:color="3B82F6"/>
        </w:pBdr>
      </w:pPr>
      <w:r>
        <w:rPr>
          <w:rFonts w:ascii="Calibri" w:hAnsi="Calibri" w:cs="Calibri" w:eastAsia="宋体"/>
        </w:rPr>
        <w:t xml:space="preserve">• </w:t>
      </w:r>
      <w:r>
        <w:rPr>
          <w:rFonts w:ascii="Calibri" w:hAnsi="Calibri" w:cs="Calibri" w:eastAsia="宋体"/>
        </w:rPr>
        <w:t>小怪兽元气肽</w:t>
      </w:r>
      <w:r>
        <w:rPr>
          <w:rFonts w:ascii="Calibri" w:hAnsi="Calibri" w:cs="Calibri" w:eastAsia="宋体"/>
        </w:rPr>
        <w:t xml:space="preserve"> （很粘稠）</w:t>
      </w:r>
    </w:p>
    <w:p>
      <w:pPr>
        <w:spacing w:before="20" w:after="40"/>
        <w:ind w:left="425" w:hanging="312"/>
      </w:pPr>
      <w:r>
        <w:rPr>
          <w:rFonts w:ascii="Calibri" w:hAnsi="Calibri" w:cs="Calibri" w:eastAsia="宋体"/>
        </w:rPr>
        <w:t xml:space="preserve">1. </w:t>
      </w:r>
      <w:r>
        <w:rPr>
          <w:rFonts w:ascii="Calibri" w:hAnsi="Calibri" w:cs="Calibri" w:eastAsia="宋体"/>
        </w:rPr>
        <w:t>防水床垫或者护理垫，平时防止伤口渗漏与日常通模具用</w:t>
      </w:r>
      <w:r>
        <w:br/>
      </w:r>
      <w:r>
        <w:br/>
      </w:r>
      <w:r>
        <w:rPr>
          <w:rFonts w:ascii="Calibri" w:hAnsi="Calibri" w:cs="Calibri" w:eastAsia="宋体"/>
        </w:rPr>
        <w:t>ps：通模具的时候先在护理垫上面垫一些纸巾可以避免润滑剂和液体沾染护理垫以至于通一次丢一张</w:t>
      </w:r>
    </w:p>
    <w:p>
      <w:pPr>
        <w:spacing w:before="20" w:after="40"/>
        <w:ind w:left="425" w:hanging="312"/>
      </w:pPr>
      <w:r>
        <w:rPr>
          <w:rFonts w:ascii="Calibri" w:hAnsi="Calibri" w:cs="Calibri" w:eastAsia="宋体"/>
        </w:rPr>
        <w:t xml:space="preserve">2. </w:t>
      </w:r>
      <w:r>
        <w:rPr>
          <w:rFonts w:ascii="Calibri" w:hAnsi="Calibri" w:cs="Calibri" w:eastAsia="宋体"/>
        </w:rPr>
        <w:t>日用卫生巾（结合自己体形选用，一般25cm可用）</w:t>
      </w:r>
    </w:p>
    <w:p>
      <w:pPr>
        <w:spacing w:before="20" w:after="40"/>
        <w:ind w:left="425" w:hanging="312"/>
      </w:pPr>
      <w:r>
        <w:rPr>
          <w:rFonts w:ascii="Calibri" w:hAnsi="Calibri" w:cs="Calibri" w:eastAsia="宋体"/>
        </w:rPr>
        <w:t xml:space="preserve">3. </w:t>
      </w:r>
      <w:r>
        <w:rPr>
          <w:rFonts w:ascii="Calibri" w:hAnsi="Calibri" w:cs="Calibri" w:eastAsia="宋体"/>
        </w:rPr>
        <w:t>夜用卫生巾</w:t>
      </w:r>
    </w:p>
    <w:p>
      <w:pPr>
        <w:spacing w:before="20" w:after="40"/>
        <w:ind w:left="425" w:hanging="312"/>
      </w:pPr>
      <w:r>
        <w:rPr>
          <w:rFonts w:ascii="Calibri" w:hAnsi="Calibri" w:cs="Calibri" w:eastAsia="宋体"/>
        </w:rPr>
        <w:t xml:space="preserve">4. </w:t>
      </w:r>
      <w:r>
        <w:rPr>
          <w:rFonts w:ascii="Calibri" w:hAnsi="Calibri" w:cs="Calibri" w:eastAsia="宋体"/>
        </w:rPr>
        <w:t>纱布卷、纱布垫（不粘）</w:t>
      </w:r>
      <w:r>
        <w:br/>
      </w:r>
      <w:r>
        <w:br/>
      </w:r>
      <w:r>
        <w:rPr>
          <w:rFonts w:ascii="Calibri" w:hAnsi="Calibri" w:cs="Calibri" w:eastAsia="宋体"/>
        </w:rPr>
        <w:t>医用/外科胶带、纸胶带、布胶带或防过敏胶带</w:t>
      </w:r>
    </w:p>
    <w:p>
      <w:pPr>
        <w:spacing w:before="20" w:after="40"/>
        <w:ind w:left="425" w:hanging="312"/>
      </w:pPr>
      <w:r>
        <w:rPr>
          <w:rFonts w:ascii="Calibri" w:hAnsi="Calibri" w:cs="Calibri" w:eastAsia="宋体"/>
        </w:rPr>
        <w:t xml:space="preserve">5. </w:t>
      </w:r>
      <w:r>
        <w:rPr>
          <w:rFonts w:ascii="Calibri" w:hAnsi="Calibri" w:cs="Calibri" w:eastAsia="宋体"/>
        </w:rPr>
        <w:t>润滑液（最好选购偏粘滞的，如医院有要求，请遵医嘱）。懒得仔细清理模具的可以用避孕套套在模具上，不过避孕套自带的润滑往往不够</w:t>
      </w:r>
    </w:p>
    <w:p>
      <w:pPr>
        <w:pStyle w:val="Heading4"/>
      </w:pPr>
      <w:r>
        <w:rPr>
          <w:rFonts w:ascii="Calibri" w:hAnsi="Calibri" w:cs="Calibri" w:eastAsia="宋体"/>
        </w:rPr>
        <w:t>药物</w:t>
      </w:r>
    </w:p>
    <w:p>
      <w:pPr>
        <w:spacing w:after="100"/>
      </w:pPr>
      <w:r>
        <w:rPr>
          <w:rFonts w:ascii="Calibri" w:hAnsi="Calibri" w:cs="Calibri" w:eastAsia="宋体"/>
        </w:rPr>
        <w:t>注意：由于可能的风险 药物使用请先咨询医生</w:t>
      </w:r>
    </w:p>
    <w:p>
      <w:pPr>
        <w:spacing w:after="100"/>
      </w:pPr>
      <w:r>
        <w:rPr>
          <w:rFonts w:ascii="Calibri" w:hAnsi="Calibri" w:cs="Calibri" w:eastAsia="宋体"/>
        </w:rPr>
        <w:t>常用药：</w:t>
      </w:r>
    </w:p>
    <w:p>
      <w:pPr>
        <w:spacing w:before="20" w:after="40"/>
        <w:ind w:left="425" w:hanging="312"/>
      </w:pPr>
      <w:r>
        <w:rPr>
          <w:rFonts w:ascii="Calibri" w:hAnsi="Calibri" w:cs="Calibri" w:eastAsia="宋体"/>
        </w:rPr>
        <w:t xml:space="preserve">1. </w:t>
      </w:r>
      <w:r>
        <w:rPr>
          <w:rFonts w:ascii="Calibri" w:hAnsi="Calibri" w:cs="Calibri" w:eastAsia="宋体"/>
        </w:rPr>
        <w:t>止痛药</w:t>
      </w:r>
      <w:r>
        <w:br/>
      </w:r>
    </w:p>
    <w:p>
      <w:pPr>
        <w:spacing w:before="20" w:after="40"/>
        <w:ind w:left="822" w:hanging="312"/>
      </w:pPr>
      <w:r>
        <w:rPr>
          <w:rFonts w:ascii="Calibri" w:hAnsi="Calibri" w:cs="Calibri" w:eastAsia="宋体"/>
        </w:rPr>
        <w:t xml:space="preserve">◦ </w:t>
      </w:r>
      <w:r>
        <w:rPr>
          <w:rFonts w:ascii="Calibri" w:hAnsi="Calibri" w:cs="Calibri" w:eastAsia="宋体"/>
        </w:rPr>
        <w:t>对乙酰氨基酚或者布洛芬一般管用</w:t>
      </w:r>
    </w:p>
    <w:p>
      <w:pPr>
        <w:spacing w:before="20" w:after="40"/>
        <w:ind w:left="822" w:hanging="312"/>
      </w:pPr>
      <w:r>
        <w:rPr>
          <w:rFonts w:ascii="Calibri" w:hAnsi="Calibri" w:cs="Calibri" w:eastAsia="宋体"/>
        </w:rPr>
        <w:t xml:space="preserve">◦ </w:t>
      </w:r>
      <w:r>
        <w:rPr>
          <w:rFonts w:ascii="Calibri" w:hAnsi="Calibri" w:cs="Calibri" w:eastAsia="宋体"/>
        </w:rPr>
        <w:t>可待因，曲马多等阿片类药物(国内多为管制，应去医院疼痛等科室寻求医嘱)</w:t>
      </w:r>
    </w:p>
    <w:p>
      <w:pPr>
        <w:spacing w:before="20" w:after="40"/>
        <w:ind w:left="425" w:hanging="312"/>
      </w:pPr>
      <w:r>
        <w:rPr>
          <w:rFonts w:ascii="Calibri" w:hAnsi="Calibri" w:cs="Calibri" w:eastAsia="宋体"/>
        </w:rPr>
        <w:t xml:space="preserve">2. </w:t>
      </w:r>
      <w:r>
        <w:rPr>
          <w:rFonts w:ascii="Calibri" w:hAnsi="Calibri" w:cs="Calibri" w:eastAsia="宋体"/>
        </w:rPr>
        <w:t>消炎药</w:t>
      </w:r>
    </w:p>
    <w:p>
      <w:pPr>
        <w:spacing w:before="20" w:after="40"/>
        <w:ind w:left="425" w:hanging="312"/>
      </w:pPr>
      <w:r>
        <w:rPr>
          <w:rFonts w:ascii="Calibri" w:hAnsi="Calibri" w:cs="Calibri" w:eastAsia="宋体"/>
        </w:rPr>
        <w:t xml:space="preserve">3. </w:t>
      </w:r>
      <w:r>
        <w:rPr>
          <w:rFonts w:ascii="Calibri" w:hAnsi="Calibri" w:cs="Calibri" w:eastAsia="宋体"/>
        </w:rPr>
        <w:t>盐酸利多卡因凝胶 - 局部镇痛 如早期通模具</w:t>
      </w:r>
    </w:p>
    <w:p>
      <w:pPr>
        <w:spacing w:after="100"/>
      </w:pPr>
      <w:r>
        <w:rPr>
          <w:rFonts w:ascii="Calibri" w:hAnsi="Calibri" w:cs="Calibri" w:eastAsia="宋体"/>
        </w:rPr>
        <w:t>创口处理用：</w:t>
      </w:r>
    </w:p>
    <w:p>
      <w:pPr>
        <w:spacing w:before="20" w:after="40"/>
        <w:ind w:left="425" w:hanging="312"/>
      </w:pPr>
      <w:r>
        <w:rPr>
          <w:rFonts w:ascii="Calibri" w:hAnsi="Calibri" w:cs="Calibri" w:eastAsia="宋体"/>
        </w:rPr>
        <w:t xml:space="preserve">1. </w:t>
      </w:r>
      <w:r>
        <w:rPr>
          <w:rFonts w:ascii="Calibri" w:hAnsi="Calibri" w:cs="Calibri" w:eastAsia="宋体"/>
        </w:rPr>
        <w:t>林可霉素利多卡因凝胶 - 用于防止感染和止痛</w:t>
      </w:r>
    </w:p>
    <w:p>
      <w:pPr>
        <w:spacing w:before="20" w:after="40"/>
        <w:ind w:left="425" w:hanging="312"/>
      </w:pPr>
      <w:r>
        <w:rPr>
          <w:rFonts w:ascii="Calibri" w:hAnsi="Calibri" w:cs="Calibri" w:eastAsia="宋体"/>
        </w:rPr>
        <w:t xml:space="preserve">2. </w:t>
      </w:r>
      <w:r>
        <w:rPr>
          <w:rFonts w:ascii="Calibri" w:hAnsi="Calibri" w:cs="Calibri" w:eastAsia="宋体"/>
        </w:rPr>
        <w:t>克林霉素乳膏</w:t>
      </w:r>
    </w:p>
    <w:p>
      <w:pPr>
        <w:spacing w:before="20" w:after="40"/>
        <w:ind w:left="425" w:hanging="312"/>
      </w:pPr>
      <w:r>
        <w:rPr>
          <w:rFonts w:ascii="Calibri" w:hAnsi="Calibri" w:cs="Calibri" w:eastAsia="宋体"/>
        </w:rPr>
        <w:t xml:space="preserve">3. </w:t>
      </w:r>
      <w:r>
        <w:rPr>
          <w:rFonts w:ascii="Calibri" w:hAnsi="Calibri" w:cs="Calibri" w:eastAsia="宋体"/>
        </w:rPr>
        <w:t>金/红霉素眼膏 - 用于防止感染，同时在特定医院亦作辅助扩张用处</w:t>
      </w:r>
    </w:p>
    <w:p>
      <w:pPr>
        <w:spacing w:before="20" w:after="40"/>
        <w:ind w:left="425" w:hanging="312"/>
      </w:pPr>
      <w:r>
        <w:rPr>
          <w:rFonts w:ascii="Calibri" w:hAnsi="Calibri" w:cs="Calibri" w:eastAsia="宋体"/>
        </w:rPr>
        <w:t xml:space="preserve">4. </w:t>
      </w:r>
      <w:r>
        <w:rPr>
          <w:rFonts w:ascii="Calibri" w:hAnsi="Calibri" w:cs="Calibri" w:eastAsia="宋体"/>
        </w:rPr>
        <w:t>（尼美欣）甲硝唑阴道凝胶 - 炎症、肉芽</w:t>
      </w:r>
    </w:p>
    <w:p>
      <w:pPr>
        <w:spacing w:before="20" w:after="40"/>
        <w:ind w:left="425" w:hanging="312"/>
      </w:pPr>
      <w:r>
        <w:rPr>
          <w:rFonts w:ascii="Calibri" w:hAnsi="Calibri" w:cs="Calibri" w:eastAsia="宋体"/>
        </w:rPr>
        <w:t xml:space="preserve">5. </w:t>
      </w:r>
      <w:r>
        <w:rPr>
          <w:rFonts w:ascii="Calibri" w:hAnsi="Calibri" w:cs="Calibri" w:eastAsia="宋体"/>
        </w:rPr>
        <w:t>双唑泰乳膏（OTC） - 炎症、肉芽</w:t>
      </w:r>
    </w:p>
    <w:p>
      <w:pPr>
        <w:spacing w:after="100"/>
      </w:pPr>
      <w:r>
        <w:rPr>
          <w:rFonts w:ascii="Calibri" w:hAnsi="Calibri" w:cs="Calibri" w:eastAsia="宋体"/>
        </w:rPr>
        <w:t>美观处理：</w:t>
      </w:r>
    </w:p>
    <w:p>
      <w:pPr>
        <w:spacing w:before="20" w:after="40"/>
        <w:ind w:left="425" w:hanging="312"/>
      </w:pPr>
      <w:r>
        <w:rPr>
          <w:rFonts w:ascii="Calibri" w:hAnsi="Calibri" w:cs="Calibri" w:eastAsia="宋体"/>
        </w:rPr>
        <w:t xml:space="preserve">1. </w:t>
      </w:r>
      <w:r>
        <w:rPr>
          <w:rFonts w:ascii="Calibri" w:hAnsi="Calibri" w:cs="Calibri" w:eastAsia="宋体"/>
          <w:b/>
        </w:rPr>
        <w:t>疤痕护理凝胶</w:t>
      </w:r>
      <w:r>
        <w:rPr>
          <w:rFonts w:ascii="Calibri" w:hAnsi="Calibri" w:cs="Calibri" w:eastAsia="宋体"/>
        </w:rPr>
        <w:t>和贴片、聚氨酯贴片 - 可能发炎，请去问医生</w:t>
      </w:r>
    </w:p>
    <w:p>
      <w:pPr>
        <w:spacing w:before="20" w:after="40"/>
        <w:ind w:left="425" w:hanging="312"/>
      </w:pPr>
      <w:r>
        <w:rPr>
          <w:rFonts w:ascii="Calibri" w:hAnsi="Calibri" w:cs="Calibri" w:eastAsia="宋体"/>
        </w:rPr>
        <w:t xml:space="preserve">2. </w:t>
      </w:r>
      <w:r>
        <w:rPr>
          <w:rFonts w:ascii="Calibri" w:hAnsi="Calibri" w:cs="Calibri" w:eastAsia="宋体"/>
        </w:rPr>
        <w:t>（喜辽妥）多磺酸粘多糖乳膏- 用于预防色素沉淀</w:t>
      </w:r>
    </w:p>
    <w:p>
      <w:pPr>
        <w:spacing w:before="20" w:after="40"/>
        <w:ind w:left="425" w:hanging="312"/>
      </w:pPr>
      <w:r>
        <w:rPr>
          <w:rFonts w:ascii="Calibri" w:hAnsi="Calibri" w:cs="Calibri" w:eastAsia="宋体"/>
        </w:rPr>
        <w:t xml:space="preserve">3. </w:t>
      </w:r>
      <w:r>
        <w:rPr>
          <w:rFonts w:ascii="Calibri" w:hAnsi="Calibri" w:cs="Calibri" w:eastAsia="宋体"/>
        </w:rPr>
        <w:t>肝素钠尿囊素凝胶 - 用于消除凸出、鼓出的刀疤</w:t>
      </w:r>
    </w:p>
    <w:p>
      <w:pPr>
        <w:spacing w:after="100"/>
      </w:pPr>
      <w:r>
        <w:rPr>
          <w:rFonts w:ascii="Calibri" w:hAnsi="Calibri" w:cs="Calibri" w:eastAsia="宋体"/>
        </w:rPr>
        <w:t>可能用到的实用药品：</w:t>
      </w:r>
    </w:p>
    <w:p>
      <w:pPr>
        <w:spacing w:before="20" w:after="40"/>
        <w:ind w:left="425" w:hanging="312"/>
      </w:pPr>
      <w:r>
        <w:rPr>
          <w:rFonts w:ascii="Calibri" w:hAnsi="Calibri" w:cs="Calibri" w:eastAsia="宋体"/>
        </w:rPr>
        <w:t xml:space="preserve">1. </w:t>
      </w:r>
      <w:r>
        <w:rPr>
          <w:rFonts w:ascii="Calibri" w:hAnsi="Calibri" w:cs="Calibri" w:eastAsia="宋体"/>
        </w:rPr>
        <w:t>糖皮质激素类（如「液体ムヒ」）- 用于解决长期贴胶带引起的红肿过敏</w:t>
      </w:r>
    </w:p>
    <w:p>
      <w:pPr>
        <w:spacing w:before="20" w:after="40"/>
        <w:ind w:left="425" w:hanging="312"/>
      </w:pPr>
      <w:r>
        <w:rPr>
          <w:rFonts w:ascii="Calibri" w:hAnsi="Calibri" w:cs="Calibri" w:eastAsia="宋体"/>
        </w:rPr>
        <w:t xml:space="preserve">2. </w:t>
      </w:r>
      <w:r>
        <w:rPr>
          <w:rFonts w:ascii="Calibri" w:hAnsi="Calibri" w:cs="Calibri" w:eastAsia="宋体"/>
        </w:rPr>
        <w:t>Benadryl 或其他抗组胺药，用于治疗瘙痒、荨麻疹</w:t>
      </w:r>
    </w:p>
    <w:p>
      <w:pPr>
        <w:spacing w:before="20" w:after="40"/>
        <w:ind w:left="425" w:hanging="312"/>
      </w:pPr>
      <w:r>
        <w:rPr>
          <w:rFonts w:ascii="Calibri" w:hAnsi="Calibri" w:cs="Calibri" w:eastAsia="宋体"/>
        </w:rPr>
        <w:t xml:space="preserve">3. </w:t>
      </w:r>
      <w:r>
        <w:rPr>
          <w:rFonts w:ascii="Calibri" w:hAnsi="Calibri" w:cs="Calibri" w:eastAsia="宋体"/>
        </w:rPr>
        <w:t>纤维素饮料或冲剂，以对抗止痛药引起的便秘（比沙可啶（Bisacodyl）等泻药也可短期适用于术后因为止痛药引起的便秘，不可长期使用）。</w:t>
      </w:r>
    </w:p>
    <w:p>
      <w:pPr>
        <w:spacing w:before="20" w:after="40"/>
        <w:ind w:left="425" w:hanging="312"/>
      </w:pPr>
      <w:r>
        <w:rPr>
          <w:rFonts w:ascii="Calibri" w:hAnsi="Calibri" w:cs="Calibri" w:eastAsia="宋体"/>
        </w:rPr>
        <w:t xml:space="preserve">4. </w:t>
      </w:r>
      <w:r>
        <w:rPr>
          <w:rFonts w:ascii="Calibri" w:hAnsi="Calibri" w:cs="Calibri" w:eastAsia="宋体"/>
        </w:rPr>
        <w:t>止咳药水、姜咀嚼片、姜茶、冰硼含片、金嗓子等等，用于治疗插管引起的喉咙痛。</w:t>
      </w:r>
    </w:p>
    <w:p>
      <w:pPr>
        <w:spacing w:before="20" w:after="40"/>
        <w:ind w:left="425" w:hanging="312"/>
      </w:pPr>
      <w:r>
        <w:rPr>
          <w:rFonts w:ascii="Calibri" w:hAnsi="Calibri" w:cs="Calibri" w:eastAsia="宋体"/>
        </w:rPr>
        <w:t xml:space="preserve">5. </w:t>
      </w:r>
      <w:r>
        <w:rPr>
          <w:rFonts w:ascii="Calibri" w:hAnsi="Calibri" w:cs="Calibri" w:eastAsia="宋体"/>
        </w:rPr>
        <w:t>止吐药（Dramamine、Gravol、东莨菪碱贴片）以防止呕吐</w:t>
      </w:r>
    </w:p>
    <w:p>
      <w:pPr>
        <w:spacing w:before="20" w:after="40"/>
        <w:ind w:left="425" w:hanging="312"/>
      </w:pPr>
      <w:r>
        <w:rPr>
          <w:rFonts w:ascii="Calibri" w:hAnsi="Calibri" w:cs="Calibri" w:eastAsia="宋体"/>
        </w:rPr>
        <w:t xml:space="preserve">6. </w:t>
      </w:r>
      <w:r>
        <w:rPr>
          <w:rFonts w:ascii="Calibri" w:hAnsi="Calibri" w:cs="Calibri" w:eastAsia="宋体"/>
        </w:rPr>
        <w:t>开塞露或类似的药物 - 一些医生给你的止痛麻醉药物会让你便秘。</w:t>
      </w:r>
    </w:p>
    <w:p>
      <w:pPr>
        <w:pStyle w:val="Heading4"/>
      </w:pPr>
      <w:r>
        <w:rPr>
          <w:rFonts w:ascii="Calibri" w:hAnsi="Calibri" w:cs="Calibri" w:eastAsia="宋体"/>
        </w:rPr>
        <w:t>其他方便生活的物料</w:t>
      </w:r>
    </w:p>
    <w:p>
      <w:pPr>
        <w:spacing w:before="20" w:after="40"/>
        <w:ind w:left="425" w:hanging="312"/>
      </w:pPr>
      <w:r>
        <w:rPr>
          <w:rFonts w:ascii="Calibri" w:hAnsi="Calibri" w:cs="Calibri" w:eastAsia="宋体"/>
        </w:rPr>
        <w:t xml:space="preserve">1. </w:t>
      </w:r>
      <w:r>
        <w:rPr>
          <w:rFonts w:ascii="Calibri" w:hAnsi="Calibri" w:cs="Calibri" w:eastAsia="宋体"/>
        </w:rPr>
        <w:t>可弯折的</w:t>
      </w:r>
      <w:r>
        <w:rPr>
          <w:rFonts w:ascii="Calibri" w:hAnsi="Calibri" w:cs="Calibri" w:eastAsia="宋体"/>
          <w:b/>
        </w:rPr>
        <w:t>粗</w:t>
      </w:r>
      <w:r>
        <w:rPr>
          <w:rFonts w:ascii="Calibri" w:hAnsi="Calibri" w:cs="Calibri" w:eastAsia="宋体"/>
        </w:rPr>
        <w:t>吸管（如需食用流食）</w:t>
      </w:r>
    </w:p>
    <w:p>
      <w:pPr>
        <w:spacing w:before="20" w:after="40"/>
        <w:ind w:left="425" w:hanging="312"/>
      </w:pPr>
      <w:r>
        <w:rPr>
          <w:rFonts w:ascii="Calibri" w:hAnsi="Calibri" w:cs="Calibri" w:eastAsia="宋体"/>
        </w:rPr>
        <w:t xml:space="preserve">2. </w:t>
      </w:r>
      <w:r>
        <w:rPr>
          <w:rFonts w:ascii="Calibri" w:hAnsi="Calibri" w:cs="Calibri" w:eastAsia="宋体"/>
        </w:rPr>
        <w:t>可弯折的吸管/带吸管的杯子（卧床期间喝水）</w:t>
      </w:r>
    </w:p>
    <w:p>
      <w:pPr>
        <w:spacing w:before="20" w:after="40"/>
        <w:ind w:left="425" w:hanging="312"/>
      </w:pPr>
      <w:r>
        <w:rPr>
          <w:rFonts w:ascii="Calibri" w:hAnsi="Calibri" w:cs="Calibri" w:eastAsia="宋体"/>
        </w:rPr>
        <w:t xml:space="preserve">3. </w:t>
      </w:r>
      <w:r>
        <w:rPr>
          <w:rFonts w:ascii="Calibri" w:hAnsi="Calibri" w:cs="Calibri" w:eastAsia="宋体"/>
          <w:b/>
        </w:rPr>
        <w:t>小桌板</w:t>
      </w:r>
      <w:r>
        <w:br/>
      </w:r>
      <w:r>
        <w:br/>
      </w:r>
      <w:r>
        <w:rPr>
          <w:rFonts w:ascii="Calibri" w:hAnsi="Calibri" w:cs="Calibri" w:eastAsia="宋体"/>
        </w:rPr>
        <w:t>将您常用物料放在床头</w:t>
      </w:r>
    </w:p>
    <w:p>
      <w:pPr>
        <w:spacing w:before="20" w:after="40"/>
        <w:ind w:left="425" w:hanging="312"/>
      </w:pPr>
      <w:r>
        <w:rPr>
          <w:rFonts w:ascii="Calibri" w:hAnsi="Calibri" w:cs="Calibri" w:eastAsia="宋体"/>
        </w:rPr>
        <w:t xml:space="preserve">4. </w:t>
      </w:r>
      <w:r>
        <w:rPr>
          <w:rFonts w:ascii="Calibri" w:hAnsi="Calibri" w:cs="Calibri" w:eastAsia="宋体"/>
          <w:b/>
        </w:rPr>
        <w:t>甜甜圈坐垫</w:t>
      </w:r>
      <w:r>
        <w:rPr>
          <w:rFonts w:ascii="Calibri" w:hAnsi="Calibri" w:cs="Calibri" w:eastAsia="宋体"/>
        </w:rPr>
        <w:t>、孕妇枕、</w:t>
      </w:r>
      <w:r>
        <w:rPr>
          <w:rFonts w:ascii="Calibri" w:hAnsi="Calibri" w:cs="Calibri" w:eastAsia="宋体"/>
          <w:strike/>
        </w:rPr>
        <w:t>宜家鲨鱼</w:t>
      </w:r>
      <w:r>
        <w:rPr>
          <w:rFonts w:ascii="Calibri" w:hAnsi="Calibri" w:cs="Calibri" w:eastAsia="宋体"/>
        </w:rPr>
        <w:t>等等，确保您有足够的枕头来支撑自己。 泰国医院一般会给一个甜甜圈。酒店的枕头一般也够用。</w:t>
      </w:r>
    </w:p>
    <w:p>
      <w:pPr>
        <w:spacing w:before="20" w:after="40"/>
        <w:ind w:left="425" w:hanging="312"/>
      </w:pPr>
      <w:r>
        <w:rPr>
          <w:rFonts w:ascii="Calibri" w:hAnsi="Calibri" w:cs="Calibri" w:eastAsia="宋体"/>
        </w:rPr>
        <w:t xml:space="preserve">5. </w:t>
      </w:r>
      <w:r>
        <w:rPr>
          <w:rFonts w:ascii="Calibri" w:hAnsi="Calibri" w:cs="Calibri" w:eastAsia="宋体"/>
          <w:b/>
        </w:rPr>
        <w:t>文件袋</w:t>
      </w:r>
      <w:r>
        <w:rPr>
          <w:rFonts w:ascii="Calibri" w:hAnsi="Calibri" w:cs="Calibri" w:eastAsia="宋体"/>
        </w:rPr>
        <w:t>，改证必备，尤其是泰国返回</w:t>
      </w:r>
    </w:p>
    <w:p>
      <w:pPr>
        <w:pStyle w:val="Heading4"/>
      </w:pPr>
      <w:r>
        <w:rPr>
          <w:rFonts w:ascii="Calibri" w:hAnsi="Calibri" w:cs="Calibri" w:eastAsia="宋体"/>
        </w:rPr>
        <w:t>娱乐办公</w:t>
      </w:r>
    </w:p>
    <w:p>
      <w:pPr>
        <w:spacing w:before="20" w:after="40"/>
        <w:ind w:left="425" w:hanging="312"/>
      </w:pPr>
      <w:r>
        <w:rPr>
          <w:rFonts w:ascii="Calibri" w:hAnsi="Calibri" w:cs="Calibri" w:eastAsia="宋体"/>
        </w:rPr>
        <w:t xml:space="preserve">1. </w:t>
      </w:r>
      <w:r>
        <w:rPr>
          <w:rFonts w:ascii="Calibri" w:hAnsi="Calibri" w:cs="Calibri" w:eastAsia="宋体"/>
        </w:rPr>
        <w:t>这可能是你重拾电视机的机会（?）</w:t>
      </w:r>
    </w:p>
    <w:p>
      <w:pPr>
        <w:spacing w:before="20" w:after="40"/>
        <w:ind w:left="425" w:hanging="312"/>
      </w:pPr>
      <w:r>
        <w:rPr>
          <w:rFonts w:ascii="Calibri" w:hAnsi="Calibri" w:cs="Calibri" w:eastAsia="宋体"/>
        </w:rPr>
        <w:t xml:space="preserve">2. </w:t>
      </w:r>
      <w:r>
        <w:rPr>
          <w:rFonts w:ascii="Calibri" w:hAnsi="Calibri" w:cs="Calibri" w:eastAsia="宋体"/>
        </w:rPr>
        <w:t>笔记本电脑的使用需要小桌板</w:t>
      </w:r>
    </w:p>
    <w:p>
      <w:pPr>
        <w:spacing w:before="20" w:after="40"/>
        <w:ind w:left="425" w:hanging="312"/>
      </w:pPr>
      <w:r>
        <w:rPr>
          <w:rFonts w:ascii="Calibri" w:hAnsi="Calibri" w:cs="Calibri" w:eastAsia="宋体"/>
        </w:rPr>
        <w:t xml:space="preserve">3. </w:t>
      </w:r>
      <w:r>
        <w:rPr>
          <w:rFonts w:ascii="Calibri" w:hAnsi="Calibri" w:cs="Calibri" w:eastAsia="宋体"/>
        </w:rPr>
        <w:t>如果还不能躺坐起来，请安心玩手机。平板电脑、Nintendo Switch 躺着玩还是挺费力的。</w:t>
      </w:r>
    </w:p>
    <w:p>
      <w:pPr>
        <w:pStyle w:val="Heading3"/>
      </w:pPr>
      <w:r>
        <w:rPr>
          <w:rFonts w:ascii="Calibri" w:hAnsi="Calibri" w:cs="Calibri" w:eastAsia="宋体"/>
        </w:rPr>
        <w:t>术后进食考虑</w:t>
      </w:r>
    </w:p>
    <w:p>
      <w:pPr>
        <w:spacing w:after="100"/>
      </w:pPr>
      <w:r>
        <w:rPr>
          <w:rFonts w:ascii="Calibri" w:hAnsi="Calibri" w:cs="Calibri" w:eastAsia="宋体"/>
        </w:rPr>
        <w:t>术后以流食、半流食逐渐适应饮食，出院后应食用高蛋白食物，保证丰富的营养，以利于伤口愈合、身体复原。一些医院术后禁食的要求是由于担心排泄、排遗污染术区。（一般禁食七天，期间予以抗生素治疗和营养液补充养分）</w:t>
      </w:r>
    </w:p>
    <w:p>
      <w:pPr>
        <w:spacing w:after="100"/>
      </w:pPr>
      <w:r>
        <w:rPr>
          <w:rFonts w:ascii="Calibri" w:hAnsi="Calibri" w:cs="Calibri" w:eastAsia="宋体"/>
        </w:rPr>
        <w:t>术后初期不要过度摄入卡路里和糖分。吃低钠饮食，包括天然、未加工的食物，包括新鲜水果（特别是柑橘、菠萝）和蔬菜，以及足够的蛋白质。避免煎、炸、烤、燻类食品。避免膨化食品，如薯片。避免辛辣。避免坚果（花生、核桃、腰果）、海鲜、韭菜、芒果。</w:t>
      </w:r>
    </w:p>
    <w:p>
      <w:pPr>
        <w:pStyle w:val="Heading3"/>
      </w:pPr>
      <w:r>
        <w:rPr>
          <w:rFonts w:ascii="Calibri" w:hAnsi="Calibri" w:cs="Calibri" w:eastAsia="宋体"/>
        </w:rPr>
        <w:t>活动</w:t>
      </w:r>
    </w:p>
    <w:p>
      <w:pPr>
        <w:spacing w:after="100"/>
      </w:pPr>
      <w:r>
        <w:rPr>
          <w:rFonts w:ascii="Calibri" w:hAnsi="Calibri" w:cs="Calibri" w:eastAsia="宋体"/>
        </w:rPr>
        <w:t>术后避免运动一般以避免缝合处开裂和避免感染等为目的。</w:t>
      </w:r>
    </w:p>
    <w:p>
      <w:pPr>
        <w:spacing w:after="100"/>
      </w:pPr>
      <w:r>
        <w:rPr>
          <w:rFonts w:ascii="Calibri" w:hAnsi="Calibri" w:cs="Calibri" w:eastAsia="宋体"/>
        </w:rPr>
        <w:t>术后一段时间内，术者需要卧床和回避运动。术者卧床的时间应随外科医生（出于防范预后风险的必要）要求、术式和护理条件而定。卧床时，应适当翻身，以避免褥疮。平卧时，避免使用腰枕，以防止血流聚集于会阴缝合口处造成不必要的问题。</w:t>
      </w:r>
      <w:r>
        <w:rPr>
          <w:rFonts w:ascii="Calibri" w:hAnsi="Calibri" w:cs="Calibri" w:eastAsia="宋体"/>
          <w:vertAlign w:val="superscript"/>
        </w:rPr>
        <w:t>（^来源未知 群友说的）</w:t>
      </w:r>
    </w:p>
    <w:p>
      <w:pPr>
        <w:spacing w:after="100"/>
      </w:pPr>
      <w:r>
        <w:rPr>
          <w:rFonts w:ascii="Calibri" w:hAnsi="Calibri" w:cs="Calibri" w:eastAsia="宋体"/>
        </w:rPr>
        <w:t>不再需要长时间卧床之后，不要做剧烈运动，避免容易导致生殖器部位急性过度拉伸的运动，包括瑜伽、有氧舞蹈、普拉提、游泳、下蹲和举重物，及任何可能对生殖器部位造成压力的活动，如，爬山上坡、骑马、骑自行车或骑摩托车，及避免水中运动。</w:t>
      </w:r>
    </w:p>
    <w:p>
      <w:pPr>
        <w:spacing w:after="100"/>
      </w:pPr>
      <w:r>
        <w:rPr>
          <w:rFonts w:ascii="Calibri" w:hAnsi="Calibri" w:cs="Calibri" w:eastAsia="宋体"/>
        </w:rPr>
        <w:t>但应适当短距离散步以促进恢复。</w:t>
      </w:r>
    </w:p>
    <w:p>
      <w:pPr>
        <w:pStyle w:val="Heading3"/>
      </w:pPr>
      <w:r>
        <w:rPr>
          <w:rFonts w:ascii="Calibri" w:hAnsi="Calibri" w:cs="Calibri" w:eastAsia="宋体"/>
        </w:rPr>
        <w:t>就坐</w:t>
      </w:r>
    </w:p>
    <w:p>
      <w:pPr>
        <w:spacing w:after="100"/>
      </w:pPr>
      <w:r>
        <w:rPr>
          <w:rFonts w:ascii="Calibri" w:hAnsi="Calibri" w:cs="Calibri" w:eastAsia="宋体"/>
        </w:rPr>
        <w:t xml:space="preserve">术后一个月内，就坐可能感到不适，但并非不安全。建议采用环形圈垫 （即 </w:t>
      </w:r>
      <w:r>
        <w:rPr>
          <w:rFonts w:ascii="Calibri" w:hAnsi="Calibri" w:cs="Calibri" w:eastAsia="宋体"/>
          <w:b/>
        </w:rPr>
        <w:t>「甜甜圈」</w:t>
      </w:r>
      <w:r>
        <w:rPr>
          <w:rFonts w:ascii="Calibri" w:hAnsi="Calibri" w:cs="Calibri" w:eastAsia="宋体"/>
        </w:rPr>
        <w:t>）缓解手术部位压力。环形垫圈应在购物网站上或医疗器械商店以「尾椎骨折垫」或「痔疮垫」等关键词购买。若无医生许可，应避免使用 U 型的睡眠颈枕，以免不小心坐偏了对术处造成压力。</w:t>
      </w:r>
    </w:p>
    <w:p>
      <w:pPr>
        <w:pStyle w:val="Heading3"/>
      </w:pPr>
      <w:r>
        <w:rPr>
          <w:rFonts w:ascii="Calibri" w:hAnsi="Calibri" w:cs="Calibri" w:eastAsia="宋体"/>
        </w:rPr>
        <w:t>出行</w:t>
      </w:r>
    </w:p>
    <w:p>
      <w:pPr>
        <w:spacing w:after="100"/>
      </w:pPr>
      <w:r>
        <w:rPr>
          <w:rFonts w:ascii="Calibri" w:hAnsi="Calibri" w:cs="Calibri" w:eastAsia="宋体"/>
        </w:rPr>
        <w:t>尽管一些术者的身体恢复状况足以在出院时就足以长时间行走并自行乘坐交通工具，考虑到避免运动的要求和突发情况，我们仍然建议您在不得不乘坐交通工具时使用轮椅，尤其是当您在您不熟悉的地区时。</w:t>
      </w:r>
    </w:p>
    <w:p>
      <w:pPr>
        <w:spacing w:after="100"/>
      </w:pPr>
      <w:r>
        <w:rPr>
          <w:rFonts w:ascii="Calibri" w:hAnsi="Calibri" w:cs="Calibri" w:eastAsia="宋体"/>
        </w:rPr>
        <w:t>若您乘坐飞机，建议您和您的医院联系（一些医院或诊所会主动提供一份可递交给航空公司的轮椅申请书，某些医院或诊所提供将您转运到机场的服务），提前预定机票，并查询对应航空公司提供的服务，提前 1 到 3 日内向出发机场或航空公司预约轮椅等 disability aid service（无障碍服务），在出行当天较平时早若干小时到达机场，由机场或航空公司工作人员将您转运上飞机。头等舱商务舱可以获得更舒适的躺卧，但并非必需选择。</w:t>
      </w:r>
    </w:p>
    <w:p>
      <w:pPr>
        <w:spacing w:after="100"/>
      </w:pPr>
      <w:r>
        <w:rPr>
          <w:rFonts w:ascii="Calibri" w:hAnsi="Calibri" w:cs="Calibri" w:eastAsia="宋体"/>
        </w:rPr>
        <w:t>若您乘坐火车，国内在 12306 APP 上可申请</w:t>
      </w:r>
      <w:r>
        <w:rPr>
          <w:rFonts w:ascii="Calibri" w:hAnsi="Calibri" w:cs="Calibri" w:eastAsia="宋体"/>
          <w:b/>
        </w:rPr>
        <w:t>重点旅客</w:t>
      </w:r>
      <w:r>
        <w:rPr>
          <w:rFonts w:ascii="Calibri" w:hAnsi="Calibri" w:cs="Calibri" w:eastAsia="宋体"/>
        </w:rPr>
        <w:t>。</w:t>
      </w:r>
    </w:p>
    <w:p>
      <w:pPr>
        <w:spacing w:after="100"/>
      </w:pPr>
      <w:r>
        <w:rPr>
          <w:rFonts w:ascii="Calibri" w:hAnsi="Calibri" w:cs="Calibri" w:eastAsia="宋体"/>
        </w:rPr>
        <w:t>另请注意，请勿在短期内预料到需要乘坐火车飞机等实名制交通工具出行的情况下匆忙于当地修改证件，会造成不必要的麻烦。</w:t>
      </w:r>
    </w:p>
    <w:p>
      <w:pPr>
        <w:pStyle w:val="Heading3"/>
      </w:pPr>
      <w:r>
        <w:rPr>
          <w:rFonts w:ascii="Calibri" w:hAnsi="Calibri" w:cs="Calibri" w:eastAsia="宋体"/>
        </w:rPr>
        <w:t>关注方面：卫生工作与阴道分泌物</w:t>
      </w:r>
    </w:p>
    <w:p>
      <w:pPr>
        <w:spacing w:after="100"/>
      </w:pPr>
      <w:r>
        <w:rPr>
          <w:rFonts w:ascii="Calibri" w:hAnsi="Calibri" w:cs="Calibri" w:eastAsia="宋体"/>
        </w:rPr>
        <w:t>术后，尤应重视卫生工作。一方面，良好的卫生情况能有效地预防术后感染，另一方面，恢复期身体无异味无不适感受有助于改善术者的心理健康状况。</w:t>
      </w:r>
    </w:p>
    <w:p>
      <w:pPr>
        <w:pStyle w:val="Heading4"/>
      </w:pPr>
      <w:r>
        <w:rPr>
          <w:rFonts w:ascii="Calibri" w:hAnsi="Calibri" w:cs="Calibri" w:eastAsia="宋体"/>
        </w:rPr>
        <w:t>洗浴/淋浴</w:t>
      </w:r>
    </w:p>
    <w:p>
      <w:pPr>
        <w:spacing w:after="100"/>
      </w:pPr>
      <w:r>
        <w:rPr>
          <w:rFonts w:ascii="Calibri" w:hAnsi="Calibri" w:cs="Calibri" w:eastAsia="宋体"/>
        </w:rPr>
        <w:t>术后住院（或于指定酒店居住）期间，医院会提供不同级别的护理服务，可能包括擦洗身体等。</w:t>
      </w:r>
    </w:p>
    <w:p>
      <w:pPr>
        <w:spacing w:after="100"/>
      </w:pPr>
      <w:r>
        <w:rPr>
          <w:rFonts w:ascii="Calibri" w:hAnsi="Calibri" w:cs="Calibri" w:eastAsia="宋体"/>
        </w:rPr>
        <w:t>在医生允许，可以酌情进行淋浴（shower，不将下身进入水中），可参考与痔疮手术、包皮环切术类似的护理要求，即：外阴部分伤口愈合之后可以碰水。卫生要求高者可以考虑携带或购买与痔疮手术、包皮环切术类似的塑料防水袋。</w:t>
      </w:r>
    </w:p>
    <w:p>
      <w:pPr>
        <w:spacing w:after="100"/>
      </w:pPr>
      <w:r>
        <w:rPr>
          <w:rFonts w:ascii="Calibri" w:hAnsi="Calibri" w:cs="Calibri" w:eastAsia="宋体"/>
        </w:rPr>
        <w:t>同时，一般要求在扩张前后特别清洗手术部位，亦不应在洗澡时佩戴模具。</w:t>
      </w:r>
    </w:p>
    <w:p>
      <w:pPr>
        <w:spacing w:after="100"/>
      </w:pPr>
      <w:r>
        <w:rPr>
          <w:rFonts w:ascii="Calibri" w:hAnsi="Calibri" w:cs="Calibri" w:eastAsia="宋体"/>
        </w:rPr>
        <w:t>对于沐浴（bath，俗称泡澡）尤其是长时间浸入水中或使用入浴剂的沐浴，需要谨慎。绝大部分医院持保守看法，不建议在术后短期内泡澡; 部分医院对术后不可沐浴（泡澡）时间的建议从一个月到三个月不等。尤其是，即使外观上看起来已经愈合， 当手术部位仍然可以观察到可吸收缝线时，不要在浴缸里泡很长时间。长期暴露在温水中会软化皮肤，使任何残留的缝线更容易撕开。</w:t>
      </w:r>
    </w:p>
    <w:p>
      <w:pPr>
        <w:spacing w:after="100"/>
      </w:pPr>
      <w:r>
        <w:rPr>
          <w:rFonts w:ascii="Calibri" w:hAnsi="Calibri" w:cs="Calibri" w:eastAsia="宋体"/>
        </w:rPr>
        <w:t xml:space="preserve">沐浴湿巾、身体湿巾、 </w:t>
      </w:r>
      <w:r>
        <w:rPr>
          <w:rFonts w:ascii="Calibri" w:hAnsi="Calibri" w:cs="Calibri" w:eastAsia="宋体"/>
          <w:b/>
        </w:rPr>
        <w:t>干洗洗发水</w:t>
      </w:r>
      <w:r>
        <w:rPr>
          <w:rFonts w:ascii="Calibri" w:hAnsi="Calibri" w:cs="Calibri" w:eastAsia="宋体"/>
        </w:rPr>
        <w:t>（如果您经常洗头，当您无法淋浴时，您可能会发现这很有用。）</w:t>
      </w:r>
    </w:p>
    <w:p>
      <w:pPr>
        <w:spacing w:after="100"/>
      </w:pPr>
      <w:r>
        <w:rPr>
          <w:rFonts w:ascii="Calibri" w:hAnsi="Calibri" w:cs="Calibri" w:eastAsia="宋体"/>
        </w:rPr>
        <w:t>淋浴或洗浴的流程：</w:t>
      </w:r>
    </w:p>
    <w:p>
      <w:pPr>
        <w:spacing w:before="20" w:after="40"/>
        <w:ind w:left="425" w:hanging="312"/>
      </w:pPr>
      <w:r>
        <w:rPr>
          <w:rFonts w:ascii="Calibri" w:hAnsi="Calibri" w:cs="Calibri" w:eastAsia="宋体"/>
        </w:rPr>
        <w:t xml:space="preserve">1. </w:t>
      </w:r>
      <w:r>
        <w:rPr>
          <w:rFonts w:ascii="Calibri" w:hAnsi="Calibri" w:cs="Calibri" w:eastAsia="宋体"/>
        </w:rPr>
        <w:t>像平常一样洗澡</w:t>
      </w:r>
    </w:p>
    <w:p>
      <w:pPr>
        <w:spacing w:before="20" w:after="40"/>
        <w:ind w:left="425" w:hanging="312"/>
      </w:pPr>
      <w:r>
        <w:rPr>
          <w:rFonts w:ascii="Calibri" w:hAnsi="Calibri" w:cs="Calibri" w:eastAsia="宋体"/>
        </w:rPr>
        <w:t xml:space="preserve">2. </w:t>
      </w:r>
      <w:r>
        <w:rPr>
          <w:rFonts w:ascii="Calibri" w:hAnsi="Calibri" w:cs="Calibri" w:eastAsia="宋体"/>
        </w:rPr>
        <w:t>用少量抑菌物质溶液（包括聚维酮碘洗剂、洁尔阴洗剂、氯己定洗剂等） 清洗会阴，不必清洁阴道，然后用清水将抑菌液洗掉。</w:t>
      </w:r>
      <w:r>
        <w:br/>
      </w:r>
      <w:r>
        <w:br/>
      </w:r>
      <w:r>
        <w:rPr>
          <w:rFonts w:ascii="Calibri" w:hAnsi="Calibri" w:cs="Calibri" w:eastAsia="宋体"/>
        </w:rPr>
        <w:t>注意聚维酮碘会灼伤皮肤，不宜过度使用；其余洗剂亦会破坏阴道菌群、减慢愈合速度，不宜每天应用。</w:t>
      </w:r>
    </w:p>
    <w:p>
      <w:pPr>
        <w:spacing w:before="20" w:after="40"/>
        <w:ind w:left="425" w:hanging="312"/>
      </w:pPr>
      <w:r>
        <w:rPr>
          <w:rFonts w:ascii="Calibri" w:hAnsi="Calibri" w:cs="Calibri" w:eastAsia="宋体"/>
        </w:rPr>
        <w:t xml:space="preserve">3. </w:t>
      </w:r>
      <w:r>
        <w:rPr>
          <w:rFonts w:ascii="Calibri" w:hAnsi="Calibri" w:cs="Calibri" w:eastAsia="宋体"/>
        </w:rPr>
        <w:t>用婴儿湿巾或毛巾通过轻拍的方式吸干会阴水分。（不要用纸巾，不要擦拭）</w:t>
      </w:r>
    </w:p>
    <w:p>
      <w:pPr>
        <w:spacing w:before="20" w:after="40"/>
        <w:ind w:left="425" w:hanging="312"/>
      </w:pPr>
      <w:r>
        <w:rPr>
          <w:rFonts w:ascii="Calibri" w:hAnsi="Calibri" w:cs="Calibri" w:eastAsia="宋体"/>
        </w:rPr>
        <w:t xml:space="preserve">4. </w:t>
      </w:r>
      <w:r>
        <w:rPr>
          <w:rFonts w:ascii="Calibri" w:hAnsi="Calibri" w:cs="Calibri" w:eastAsia="宋体"/>
        </w:rPr>
        <w:t>在整个会阴（从阴蒂到阴唇）涂抹抑菌霜</w:t>
      </w:r>
    </w:p>
    <w:p>
      <w:pPr>
        <w:spacing w:after="100"/>
      </w:pPr>
      <w:r>
        <w:rPr>
          <w:rFonts w:ascii="Calibri" w:hAnsi="Calibri" w:cs="Calibri" w:eastAsia="宋体"/>
        </w:rPr>
        <w:t>对于一般的身体洗浴（淋浴） 或卧床期间迅速清洁身体，可以准备的方便物品有：</w:t>
      </w:r>
    </w:p>
    <w:p>
      <w:pPr>
        <w:spacing w:before="20" w:after="40"/>
        <w:ind w:left="425" w:hanging="312"/>
      </w:pPr>
      <w:r>
        <w:rPr>
          <w:rFonts w:ascii="Calibri" w:hAnsi="Calibri" w:cs="Calibri" w:eastAsia="宋体"/>
        </w:rPr>
        <w:t xml:space="preserve">• </w:t>
      </w:r>
      <w:r>
        <w:rPr>
          <w:rFonts w:ascii="Calibri" w:hAnsi="Calibri" w:cs="Calibri" w:eastAsia="宋体"/>
        </w:rPr>
        <w:t>免洗用品：干洗洗发水和婴儿湿巾、沐浴湿巾、身体湿巾（长期卧床时使用）、</w:t>
      </w:r>
      <w:r>
        <w:rPr>
          <w:rFonts w:ascii="Calibri" w:hAnsi="Calibri" w:cs="Calibri" w:eastAsia="宋体"/>
          <w:b/>
        </w:rPr>
        <w:t>抗菌皂、洗手液</w:t>
      </w:r>
    </w:p>
    <w:p>
      <w:pPr>
        <w:spacing w:before="20" w:after="40"/>
        <w:ind w:left="425" w:hanging="312"/>
      </w:pPr>
      <w:r>
        <w:rPr>
          <w:rFonts w:ascii="Calibri" w:hAnsi="Calibri" w:cs="Calibri" w:eastAsia="宋体"/>
        </w:rPr>
        <w:t xml:space="preserve">• </w:t>
      </w:r>
      <w:r>
        <w:rPr>
          <w:rFonts w:ascii="Calibri" w:hAnsi="Calibri" w:cs="Calibri" w:eastAsia="宋体"/>
        </w:rPr>
        <w:t>淋浴用品：淋浴软管和淋浴头（以保证手术部位干燥）、长柄沐浴海绵（以避免弯腰）、下体沐浴护套</w:t>
      </w:r>
    </w:p>
    <w:p>
      <w:pPr>
        <w:spacing w:after="100"/>
      </w:pPr>
      <w:r>
        <w:rPr>
          <w:rFonts w:ascii="Calibri" w:hAnsi="Calibri" w:cs="Calibri" w:eastAsia="宋体"/>
        </w:rPr>
        <w:t>另请勿在术后短期内游泳。</w:t>
      </w:r>
    </w:p>
    <w:p>
      <w:pPr>
        <w:pStyle w:val="Heading4"/>
      </w:pPr>
      <w:r>
        <w:rPr>
          <w:rFonts w:ascii="Calibri" w:hAnsi="Calibri" w:cs="Calibri" w:eastAsia="宋体"/>
        </w:rPr>
        <w:t>如厕、清洗手术部位</w:t>
      </w:r>
    </w:p>
    <w:p>
      <w:pPr>
        <w:spacing w:after="100"/>
      </w:pPr>
      <w:r>
        <w:rPr>
          <w:rFonts w:ascii="Calibri" w:hAnsi="Calibri" w:cs="Calibri" w:eastAsia="宋体"/>
        </w:rPr>
        <w:t>术后对阴道应进行特殊级别的清洗和适当涂抹抑菌药物。如厕时，应注意擦拭和清洗方式，如从前往后擦拭（这并不是术后护理的需求，而是女性生理结构的需求）等。</w:t>
      </w:r>
    </w:p>
    <w:p>
      <w:pPr>
        <w:spacing w:after="100"/>
      </w:pPr>
      <w:r>
        <w:rPr>
          <w:rFonts w:ascii="Calibri" w:hAnsi="Calibri" w:cs="Calibri" w:eastAsia="宋体"/>
        </w:rPr>
        <w:t>大小便如厕后，仔细清洁会阴处。用淋浴喷头或马桶盖清洗，或用湿巾</w:t>
      </w:r>
      <w:r>
        <w:rPr>
          <w:rFonts w:ascii="Calibri" w:hAnsi="Calibri" w:cs="Calibri" w:eastAsia="宋体"/>
          <w:b/>
        </w:rPr>
        <w:t>从前到后</w:t>
      </w:r>
      <w:r>
        <w:rPr>
          <w:rFonts w:ascii="Calibri" w:hAnsi="Calibri" w:cs="Calibri" w:eastAsia="宋体"/>
        </w:rPr>
        <w:t>擦拭，避免粪便进入阴道。洗手后，用手来清洗生殖器，并用湿巾擦干。向阴蒂或阴唇（不要涂抹在阴道内）涂抹消毒抑菌药物。</w:t>
      </w:r>
    </w:p>
    <w:p>
      <w:pPr>
        <w:spacing w:after="100"/>
      </w:pPr>
      <w:r>
        <w:rPr>
          <w:rFonts w:ascii="Calibri" w:hAnsi="Calibri" w:cs="Calibri" w:eastAsia="宋体"/>
        </w:rPr>
        <w:t>在基本愈合后，如厕后不再需要即时冲洗。但需注意，女性小解后也需用纸巾吸干（而非大力擦拭）以防止感染，不能像过去那样抖一抖就提裤子。如厕后擦拭时，均需遵守</w:t>
      </w:r>
      <w:r>
        <w:rPr>
          <w:rFonts w:ascii="Calibri" w:hAnsi="Calibri" w:cs="Calibri" w:eastAsia="宋体"/>
          <w:b/>
        </w:rPr>
        <w:t>从前到后</w:t>
      </w:r>
      <w:r>
        <w:rPr>
          <w:rFonts w:ascii="Calibri" w:hAnsi="Calibri" w:cs="Calibri" w:eastAsia="宋体"/>
        </w:rPr>
        <w:t>擦拭的要求。</w:t>
      </w:r>
    </w:p>
    <w:p>
      <w:pPr>
        <w:spacing w:after="100"/>
      </w:pPr>
      <w:r>
        <w:rPr>
          <w:rFonts w:ascii="Calibri" w:hAnsi="Calibri" w:cs="Calibri" w:eastAsia="宋体"/>
        </w:rPr>
        <w:t>在术者仍然频繁扩张的初期，应每天冲洗外阴。扩张频率降低后，冲洗可以减少到每周 2~3 次。阴道的异味或分泌物有些是冲洗可以解决的，有些则不是，请参考后文</w:t>
      </w:r>
      <w:r>
        <w:rPr>
          <w:rFonts w:ascii="Calibri" w:hAnsi="Calibri" w:cs="Calibri" w:eastAsia="宋体"/>
        </w:rPr>
        <w:t>阴道分泌物</w:t>
      </w:r>
      <w:r>
        <w:rPr>
          <w:rFonts w:ascii="Calibri" w:hAnsi="Calibri" w:cs="Calibri" w:eastAsia="宋体"/>
        </w:rPr>
        <w:t>栏目。若医生允许，可考虑以将清水挤入阴道的方式清洗阴道。</w:t>
      </w:r>
    </w:p>
    <w:p>
      <w:pPr>
        <w:spacing w:after="100"/>
      </w:pPr>
      <w:r>
        <w:rPr>
          <w:rFonts w:ascii="Calibri" w:hAnsi="Calibri" w:cs="Calibri" w:eastAsia="宋体"/>
        </w:rPr>
        <w:t>用水：在中国内地，一般情况下自来水往往经过氯气消毒杀菌，但不能完全杜绝自来水传输中的安全问题，尤其欠发达地区、老小区、使用水箱储水的建筑等。较为廉价的放心用水方案或许是娃哈哈纯净水与冰露包装饮用水。</w:t>
      </w:r>
    </w:p>
    <w:p>
      <w:pPr>
        <w:spacing w:after="100"/>
      </w:pPr>
      <w:r>
        <w:rPr>
          <w:rFonts w:ascii="Calibri" w:hAnsi="Calibri" w:cs="Calibri" w:eastAsia="宋体"/>
        </w:rPr>
        <w:t>判断是否出现如厕问题及处理：</w:t>
      </w:r>
    </w:p>
    <w:p>
      <w:pPr>
        <w:spacing w:before="20" w:after="40"/>
        <w:ind w:left="425" w:hanging="312"/>
      </w:pPr>
      <w:r>
        <w:rPr>
          <w:rFonts w:ascii="Calibri" w:hAnsi="Calibri" w:cs="Calibri" w:eastAsia="宋体"/>
        </w:rPr>
        <w:t xml:space="preserve">• </w:t>
      </w:r>
      <w:r>
        <w:rPr>
          <w:rFonts w:ascii="Calibri" w:hAnsi="Calibri" w:cs="Calibri" w:eastAsia="宋体"/>
        </w:rPr>
        <w:t>肿的状态即使正常地尿出来之后也会被肿胀的皮瓣挡歪，没消肿要等消肿之后才能判断。</w:t>
      </w:r>
    </w:p>
    <w:p>
      <w:pPr>
        <w:spacing w:before="20" w:after="40"/>
        <w:ind w:left="425" w:hanging="312"/>
      </w:pPr>
      <w:r>
        <w:rPr>
          <w:rFonts w:ascii="Calibri" w:hAnsi="Calibri" w:cs="Calibri" w:eastAsia="宋体"/>
        </w:rPr>
        <w:t xml:space="preserve">• </w:t>
      </w:r>
      <w:r>
        <w:rPr>
          <w:rFonts w:ascii="Calibri" w:hAnsi="Calibri" w:cs="Calibri" w:eastAsia="宋体"/>
        </w:rPr>
        <w:t>普通的尿路感染只是「女孩子的问题」，不是手术问题，普通泌尿专科可以解决。</w:t>
      </w:r>
    </w:p>
    <w:p>
      <w:pPr>
        <w:spacing w:before="20" w:after="40"/>
        <w:ind w:left="425" w:hanging="312"/>
      </w:pPr>
      <w:r>
        <w:rPr>
          <w:rFonts w:ascii="Calibri" w:hAnsi="Calibri" w:cs="Calibri" w:eastAsia="宋体"/>
        </w:rPr>
        <w:t xml:space="preserve">• </w:t>
      </w:r>
      <w:r>
        <w:rPr>
          <w:rFonts w:ascii="Calibri" w:hAnsi="Calibri" w:cs="Calibri" w:eastAsia="宋体"/>
        </w:rPr>
        <w:t>如果出现比较严重的左右前后歪斜，要拍图给手术医生询问严重与否。</w:t>
      </w:r>
    </w:p>
    <w:p>
      <w:pPr>
        <w:spacing w:before="20" w:after="40"/>
        <w:ind w:left="425" w:hanging="312"/>
      </w:pPr>
      <w:r>
        <w:rPr>
          <w:rFonts w:ascii="Calibri" w:hAnsi="Calibri" w:cs="Calibri" w:eastAsia="宋体"/>
        </w:rPr>
        <w:t xml:space="preserve">• </w:t>
      </w:r>
      <w:r>
        <w:rPr>
          <w:rFonts w:ascii="Calibri" w:hAnsi="Calibri" w:cs="Calibri" w:eastAsia="宋体"/>
        </w:rPr>
        <w:t>术后改证后如厕护理可以去普通医院做盆底肌训练（注：尤其是北医三院等可以由友跨医生引荐）也可阅读教程自己尝试</w:t>
      </w:r>
    </w:p>
    <w:p>
      <w:pPr>
        <w:spacing w:after="100"/>
      </w:pPr>
      <w:r>
        <w:rPr>
          <w:rFonts w:ascii="Calibri" w:hAnsi="Calibri" w:cs="Calibri" w:eastAsia="宋体"/>
        </w:rPr>
        <w:t>手术中放置的导尿管一般会在几天后拆下。你需要检查导管，确保其引流良好，尿袋应该低于你的腰部。喝了足够的水之后，袋子里应该会有一定量的尿液，如果袋子里没有尿液，请检查导管是否有扭结，或告知护士处理。</w:t>
      </w:r>
    </w:p>
    <w:p>
      <w:pPr>
        <w:spacing w:after="100"/>
      </w:pPr>
      <w:r>
        <w:rPr>
          <w:rFonts w:ascii="Calibri" w:hAnsi="Calibri" w:cs="Calibri" w:eastAsia="宋体"/>
        </w:rPr>
        <w:t>如果您有以下任何问题，在住院期间请尽快告知护士和医生：</w:t>
      </w:r>
    </w:p>
    <w:p>
      <w:pPr>
        <w:spacing w:before="20" w:after="40"/>
        <w:ind w:left="425" w:hanging="312"/>
      </w:pPr>
      <w:r>
        <w:rPr>
          <w:rFonts w:ascii="Calibri" w:hAnsi="Calibri" w:cs="Calibri" w:eastAsia="宋体"/>
        </w:rPr>
        <w:t xml:space="preserve">1. </w:t>
      </w:r>
      <w:r>
        <w:rPr>
          <w:rFonts w:ascii="Calibri" w:hAnsi="Calibri" w:cs="Calibri" w:eastAsia="宋体"/>
        </w:rPr>
        <w:t>尽管液体摄入良好，但没有尿流</w:t>
      </w:r>
    </w:p>
    <w:p>
      <w:pPr>
        <w:spacing w:before="20" w:after="40"/>
        <w:ind w:left="425" w:hanging="312"/>
      </w:pPr>
      <w:r>
        <w:rPr>
          <w:rFonts w:ascii="Calibri" w:hAnsi="Calibri" w:cs="Calibri" w:eastAsia="宋体"/>
        </w:rPr>
        <w:t xml:space="preserve">2. </w:t>
      </w:r>
      <w:r>
        <w:rPr>
          <w:rFonts w:ascii="Calibri" w:hAnsi="Calibri" w:cs="Calibri" w:eastAsia="宋体"/>
        </w:rPr>
        <w:t>尿液中有大量血液或血凝块</w:t>
      </w:r>
    </w:p>
    <w:p>
      <w:pPr>
        <w:spacing w:before="20" w:after="40"/>
        <w:ind w:left="425" w:hanging="312"/>
      </w:pPr>
      <w:r>
        <w:rPr>
          <w:rFonts w:ascii="Calibri" w:hAnsi="Calibri" w:cs="Calibri" w:eastAsia="宋体"/>
        </w:rPr>
        <w:t xml:space="preserve">3. </w:t>
      </w:r>
      <w:r>
        <w:rPr>
          <w:rFonts w:ascii="Calibri" w:hAnsi="Calibri" w:cs="Calibri" w:eastAsia="宋体"/>
        </w:rPr>
        <w:t>严重的腹部绞痛</w:t>
      </w:r>
    </w:p>
    <w:p>
      <w:pPr>
        <w:spacing w:before="20" w:after="40"/>
        <w:ind w:left="425" w:hanging="312"/>
      </w:pPr>
      <w:r>
        <w:rPr>
          <w:rFonts w:ascii="Calibri" w:hAnsi="Calibri" w:cs="Calibri" w:eastAsia="宋体"/>
        </w:rPr>
        <w:t xml:space="preserve">4. </w:t>
      </w:r>
      <w:r>
        <w:rPr>
          <w:rFonts w:ascii="Calibri" w:hAnsi="Calibri" w:cs="Calibri" w:eastAsia="宋体"/>
        </w:rPr>
        <w:t>有尿路感染的迹象（尿液混浊、发烧、疼痛）</w:t>
      </w:r>
    </w:p>
    <w:p>
      <w:pPr>
        <w:spacing w:after="100"/>
      </w:pPr>
      <w:r>
        <w:rPr>
          <w:rFonts w:ascii="Calibri" w:hAnsi="Calibri" w:cs="Calibri" w:eastAsia="宋体"/>
        </w:rPr>
        <w:t>拔除尿管后，排尿和憋尿需要经过适应和适应性训练。拔出尿管后，护士会要求您喝足够水并上厕所。放松身体、深呼吸与收腹有利于感受膀胱、避免盆底肌紧张，便于排尿。若腹腔疼痛不可忍受，尽快呼叫护士。</w:t>
      </w:r>
    </w:p>
    <w:p>
      <w:pPr>
        <w:spacing w:after="100"/>
      </w:pPr>
      <w:r>
        <w:rPr>
          <w:rFonts w:ascii="Calibri" w:hAnsi="Calibri" w:cs="Calibri" w:eastAsia="宋体"/>
        </w:rPr>
        <w:t>为减少尿路问题或尿路感染等的风险，尽量多喝水。</w:t>
      </w:r>
    </w:p>
    <w:p>
      <w:pPr>
        <w:spacing w:after="100"/>
      </w:pPr>
      <w:r>
        <w:rPr>
          <w:rFonts w:ascii="Calibri" w:hAnsi="Calibri" w:cs="Calibri" w:eastAsia="宋体"/>
        </w:rPr>
        <w:t>术后如需憋尿，因为尿道缩短的原因，可憋尿的时间固然不及术前，</w:t>
      </w:r>
      <w:r>
        <w:rPr>
          <w:rFonts w:ascii="Calibri" w:hAnsi="Calibri" w:cs="Calibri" w:eastAsia="宋体"/>
          <w:b/>
        </w:rPr>
        <w:t>请降低对自己憋尿能力的期待</w:t>
      </w:r>
      <w:r>
        <w:rPr>
          <w:rFonts w:ascii="Calibri" w:hAnsi="Calibri" w:cs="Calibri" w:eastAsia="宋体"/>
        </w:rPr>
        <w:t>，有条件的话在包里备一条备用内裤为好。</w:t>
      </w:r>
    </w:p>
    <w:p>
      <w:pPr>
        <w:pStyle w:val="Heading4"/>
      </w:pPr>
      <w:r>
        <w:rPr>
          <w:rFonts w:ascii="Calibri" w:hAnsi="Calibri" w:cs="Calibri" w:eastAsia="宋体"/>
        </w:rPr>
        <w:t>毛发</w:t>
      </w:r>
    </w:p>
    <w:p>
      <w:pPr>
        <w:spacing w:after="100"/>
      </w:pPr>
      <w:r>
        <w:rPr>
          <w:rFonts w:ascii="Calibri" w:hAnsi="Calibri" w:cs="Calibri" w:eastAsia="宋体"/>
        </w:rPr>
        <w:t>术后一年内尽量避免会阴部位电针脱毛，会辣到。 可以使用IPL脱毛仪</w:t>
      </w:r>
      <w:r>
        <w:rPr>
          <w:rFonts w:ascii="Calibri" w:hAnsi="Calibri" w:cs="Calibri" w:eastAsia="宋体"/>
          <w:vertAlign w:val="superscript"/>
        </w:rPr>
        <w:t>咨询过赵博</w:t>
      </w:r>
      <w:r>
        <w:rPr>
          <w:rFonts w:ascii="Calibri" w:hAnsi="Calibri" w:cs="Calibri" w:eastAsia="宋体"/>
        </w:rPr>
        <w:t>。 术后阴道内可能会长一点毛请做好心理准备。</w:t>
      </w:r>
    </w:p>
    <w:p>
      <w:pPr>
        <w:pStyle w:val="Heading4"/>
      </w:pPr>
      <w:r>
        <w:rPr>
          <w:rFonts w:ascii="Calibri" w:hAnsi="Calibri" w:cs="Calibri" w:eastAsia="宋体"/>
        </w:rPr>
        <w:t>阴道分泌物</w:t>
      </w:r>
    </w:p>
    <w:p>
      <w:pPr>
        <w:spacing w:after="100"/>
      </w:pPr>
      <w:r>
        <w:rPr>
          <w:rFonts w:ascii="Calibri" w:hAnsi="Calibri" w:cs="Calibri" w:eastAsia="宋体"/>
        </w:rPr>
        <w:t>在皮瓣术式下，阴道以皮瓣（包皮或阴囊皮）为衬里，皮肤菌群和一些阴道菌群在此繁殖；阴道症状的出现与任一特定菌种之间没有相关性。用来组成阴道壁的皮瓣有汗腺，表皮在新陈代谢中也会不断地脱落，亦有类似于包皮垢的物质在阴蒂周围、阴唇皱襞下和阴唇皱襞内积聚。若医生未将尿道大腺切除而是置于前庭大腺的位置，可能会有较为湿润的无色分泌物，在大多数情况下，分泌物很可能是皮脂，死皮或角蛋白碎片，以及存留的精液或润滑剂。这些物质及其混合物会发酵，并会导致浅黄色色斑。</w:t>
      </w:r>
      <w:r>
        <w:rPr>
          <w:rFonts w:ascii="Calibri" w:hAnsi="Calibri" w:cs="Calibri" w:eastAsia="宋体"/>
          <w:vertAlign w:val="superscript"/>
        </w:rPr>
        <w:t>（UCSF 护理指南）</w:t>
      </w:r>
    </w:p>
    <w:p>
      <w:pPr>
        <w:spacing w:after="100"/>
      </w:pPr>
      <w:r>
        <w:rPr>
          <w:rFonts w:ascii="Calibri" w:hAnsi="Calibri" w:cs="Calibri" w:eastAsia="宋体"/>
        </w:rPr>
        <w:t>在乙状结肠等肠道术式下，阴道以乙状结肠等肠道为衬里，因此，可能有常见的肠分泌物（如肠液等）和肠异味等。</w:t>
      </w:r>
    </w:p>
    <w:p>
      <w:pPr>
        <w:spacing w:after="100"/>
      </w:pPr>
      <w:r>
        <w:rPr>
          <w:rFonts w:ascii="Calibri" w:hAnsi="Calibri" w:cs="Calibri" w:eastAsia="宋体"/>
        </w:rPr>
        <w:t>在腹膜术式下，无色分泌物可能较为多，需考虑如何避免其影响生活。</w:t>
      </w:r>
    </w:p>
    <w:p>
      <w:pPr>
        <w:spacing w:after="100"/>
      </w:pPr>
      <w:r>
        <w:rPr>
          <w:rFonts w:ascii="Calibri" w:hAnsi="Calibri" w:cs="Calibri" w:eastAsia="宋体"/>
        </w:rPr>
        <w:t>若有阴道分泌物含有有害微生物并进入尿道组织中，有可能会导致尿路感染。</w:t>
      </w:r>
    </w:p>
    <w:p>
      <w:pPr>
        <w:spacing w:after="100"/>
      </w:pPr>
      <w:r>
        <w:rPr>
          <w:rFonts w:ascii="Calibri" w:hAnsi="Calibri" w:cs="Calibri" w:eastAsia="宋体"/>
        </w:rPr>
        <w:t>当术后出现阴道异味及分泌物时，应当：</w:t>
      </w:r>
    </w:p>
    <w:p>
      <w:pPr>
        <w:spacing w:before="20" w:after="40"/>
        <w:ind w:left="425" w:hanging="312"/>
      </w:pPr>
      <w:r>
        <w:rPr>
          <w:rFonts w:ascii="Calibri" w:hAnsi="Calibri" w:cs="Calibri" w:eastAsia="宋体"/>
        </w:rPr>
        <w:t xml:space="preserve">1. </w:t>
      </w:r>
      <w:r>
        <w:rPr>
          <w:rFonts w:ascii="Calibri" w:hAnsi="Calibri" w:cs="Calibri" w:eastAsia="宋体"/>
          <w:strike/>
        </w:rPr>
        <w:t>确认自己没有对屄的味道过分幻想</w:t>
      </w:r>
      <w:r>
        <w:rPr>
          <w:rFonts w:ascii="Calibri" w:hAnsi="Calibri" w:cs="Calibri" w:eastAsia="宋体"/>
        </w:rPr>
        <w:t xml:space="preserve"> 顺性别女性同样会出现阴部异味和分泌物，确认异味程度是否在顺性别女性的正常范围内。如果异味或分泌物持续存在，应检查 2 和 3</w:t>
      </w:r>
    </w:p>
    <w:p>
      <w:pPr>
        <w:spacing w:before="20" w:after="40"/>
        <w:ind w:left="425" w:hanging="312"/>
      </w:pPr>
      <w:r>
        <w:rPr>
          <w:rFonts w:ascii="Calibri" w:hAnsi="Calibri" w:cs="Calibri" w:eastAsia="宋体"/>
        </w:rPr>
        <w:t xml:space="preserve">2. </w:t>
      </w:r>
      <w:r>
        <w:rPr>
          <w:rFonts w:ascii="Calibri" w:hAnsi="Calibri" w:cs="Calibri" w:eastAsia="宋体"/>
        </w:rPr>
        <w:t>首先要检查阴道内有没有内部感染，检查内部是否有脓疮病变或肉芽等，若有，及时就医</w:t>
      </w:r>
    </w:p>
    <w:p>
      <w:pPr>
        <w:spacing w:before="20" w:after="40"/>
        <w:ind w:left="425" w:hanging="312"/>
      </w:pPr>
      <w:r>
        <w:rPr>
          <w:rFonts w:ascii="Calibri" w:hAnsi="Calibri" w:cs="Calibri" w:eastAsia="宋体"/>
        </w:rPr>
        <w:t xml:space="preserve">3. </w:t>
      </w:r>
      <w:r>
        <w:rPr>
          <w:rFonts w:ascii="Calibri" w:hAnsi="Calibri" w:cs="Calibri" w:eastAsia="宋体"/>
        </w:rPr>
        <w:t>确认是否有内部小伤口，如肉芽或阴道壁撕裂，这些伤口可能会偶尔出血。如果不定期冲洗，血液在微生物作用下可能产生异味与感染。可以通过观察扩张时模具上残留的分泌物的颜色来确认。</w:t>
      </w:r>
    </w:p>
    <w:p>
      <w:pPr>
        <w:spacing w:before="20" w:after="40"/>
        <w:ind w:left="425" w:hanging="312"/>
      </w:pPr>
      <w:r>
        <w:rPr>
          <w:rFonts w:ascii="Calibri" w:hAnsi="Calibri" w:cs="Calibri" w:eastAsia="宋体"/>
        </w:rPr>
        <w:t xml:space="preserve">4. </w:t>
      </w:r>
      <w:r>
        <w:rPr>
          <w:rFonts w:ascii="Calibri" w:hAnsi="Calibri" w:cs="Calibri" w:eastAsia="宋体"/>
        </w:rPr>
        <w:t>皮瓣术式下，阴道气味可能随激素水平波动</w:t>
      </w:r>
      <w:r>
        <w:rPr>
          <w:rFonts w:ascii="Calibri" w:hAnsi="Calibri" w:cs="Calibri" w:eastAsia="宋体"/>
          <w:vertAlign w:val="superscript"/>
        </w:rPr>
        <w:t>（证据缺乏）</w:t>
      </w:r>
    </w:p>
    <w:p>
      <w:pPr>
        <w:spacing w:before="20" w:after="40"/>
        <w:ind w:left="425" w:hanging="312"/>
      </w:pPr>
      <w:r>
        <w:rPr>
          <w:rFonts w:ascii="Calibri" w:hAnsi="Calibri" w:cs="Calibri" w:eastAsia="宋体"/>
        </w:rPr>
        <w:t xml:space="preserve">5. </w:t>
      </w:r>
      <w:r>
        <w:rPr>
          <w:rFonts w:ascii="Calibri" w:hAnsi="Calibri" w:cs="Calibri" w:eastAsia="宋体"/>
        </w:rPr>
        <w:t>若异味或分泌物持续且并非脓疮、病变、肉芽、出血造成的问题，用棉签擦拭掉粘稠的分泌物并用清水清洗会阴部。若菌群过度生长或失调，可考虑使用顺性别女性治疗阴道炎的药物清洗。</w:t>
      </w:r>
    </w:p>
    <w:p>
      <w:pPr>
        <w:spacing w:after="100"/>
      </w:pPr>
      <w:r>
        <w:rPr>
          <w:rFonts w:ascii="Calibri" w:hAnsi="Calibri" w:cs="Calibri" w:eastAsia="宋体"/>
        </w:rPr>
        <w:t>可购买卫生巾使用，以防止术后短期内出血和分泌物污染裤子。 尽量挑选大品牌、轻薄、材料好且无香料的卫生巾。</w:t>
      </w:r>
    </w:p>
    <w:p>
      <w:pPr>
        <w:pStyle w:val="Heading3"/>
      </w:pPr>
      <w:r>
        <w:rPr>
          <w:rFonts w:ascii="Calibri" w:hAnsi="Calibri" w:cs="Calibri" w:eastAsia="宋体"/>
        </w:rPr>
        <w:t>关注方面：性行为与敏感性</w:t>
      </w:r>
    </w:p>
    <w:p>
      <w:pPr>
        <w:spacing w:after="100"/>
      </w:pPr>
      <w:r>
        <w:rPr>
          <w:rFonts w:ascii="Calibri" w:hAnsi="Calibri" w:cs="Calibri" w:eastAsia="宋体"/>
        </w:rPr>
        <w:t>性行为应以保证舒适与安全为准则。</w:t>
      </w:r>
    </w:p>
    <w:p>
      <w:pPr>
        <w:spacing w:after="100"/>
      </w:pPr>
      <w:r>
        <w:rPr>
          <w:rFonts w:ascii="Calibri" w:hAnsi="Calibri" w:cs="Calibri" w:eastAsia="宋体"/>
        </w:rPr>
        <w:t>术后，性行为的快感及高潮一般可由对保留的前列腺、阴蒂组织、阴道内埋置的龟头神经（仅部分医生声称）的刺激达到。可在充分恢复和保证安全的情况下后尝试包括但不限于经阴道纳入式性行为、摩擦阴蒂的方式进行性交或自慰，以达到性快感或高潮。术后的性快感有助于更好地适应外阴组织的变化，将其视为身体的一个组成部分，帮助达到自我接纳。</w:t>
      </w:r>
    </w:p>
    <w:p>
      <w:pPr>
        <w:spacing w:after="100"/>
      </w:pPr>
      <w:r>
        <w:rPr>
          <w:rFonts w:ascii="Calibri" w:hAnsi="Calibri" w:cs="Calibri" w:eastAsia="宋体"/>
        </w:rPr>
        <w:t>顺性别女性中发生率较高的性唤起障碍、性兴趣减退、性高潮障碍、性交痛（阴道痉挛）等亦会在术后跨性别女性中产生。在遇到上述情况时，进行性行为时应放松，与其他女性交流性经验，使用性玩具辅助等，以获得快感为目标。</w:t>
      </w:r>
    </w:p>
    <w:p>
      <w:pPr>
        <w:spacing w:after="100"/>
      </w:pPr>
      <w:r>
        <w:rPr>
          <w:rFonts w:ascii="Calibri" w:hAnsi="Calibri" w:cs="Calibri" w:eastAsia="宋体"/>
        </w:rPr>
        <w:t>参考阅读：</w:t>
      </w:r>
    </w:p>
    <w:p>
      <w:pPr>
        <w:spacing w:before="20" w:after="40"/>
        <w:ind w:left="425" w:hanging="312"/>
      </w:pPr>
      <w:r>
        <w:rPr>
          <w:rFonts w:ascii="Calibri" w:hAnsi="Calibri" w:cs="Calibri" w:eastAsia="宋体"/>
        </w:rPr>
        <w:t xml:space="preserve">• </w:t>
      </w:r>
      <w:r>
        <w:rPr>
          <w:rFonts w:ascii="Calibri" w:hAnsi="Calibri" w:cs="Calibri" w:eastAsia="宋体"/>
        </w:rPr>
        <w:t>治愈疼痛的性生活：面对、诊断和治疗性交痛的女性指导》(Healing Painful Sex: A Woman's Guide to Confronting, Diagnosing, and Treating Sexual Pain)作者 Deborah Coady, MD 和 Nancy Fish, MSW, MPH</w:t>
      </w:r>
    </w:p>
    <w:p>
      <w:pPr>
        <w:spacing w:before="20" w:after="40"/>
        <w:ind w:left="425" w:hanging="312"/>
      </w:pPr>
      <w:r>
        <w:rPr>
          <w:rFonts w:ascii="Calibri" w:hAnsi="Calibri" w:cs="Calibri" w:eastAsia="宋体"/>
        </w:rPr>
        <w:t xml:space="preserve">• </w:t>
      </w:r>
      <w:r>
        <w:rPr>
          <w:rFonts w:ascii="Calibri" w:hAnsi="Calibri" w:cs="Calibri" w:eastAsia="宋体"/>
        </w:rPr>
        <w:t>《性爱之乐》(The Joy of Sex)，作者 Alex Comfort</w:t>
      </w:r>
    </w:p>
    <w:p>
      <w:pPr>
        <w:spacing w:before="20" w:after="40"/>
        <w:ind w:left="425" w:hanging="312"/>
      </w:pPr>
      <w:r>
        <w:rPr>
          <w:rFonts w:ascii="Calibri" w:hAnsi="Calibri" w:cs="Calibri" w:eastAsia="宋体"/>
        </w:rPr>
        <w:t xml:space="preserve">• </w:t>
      </w:r>
      <w:r>
        <w:rPr>
          <w:rFonts w:ascii="Calibri" w:hAnsi="Calibri" w:cs="Calibri" w:eastAsia="宋体"/>
        </w:rPr>
        <w:t>《获得高潮：女性性成长计划和个人成长计划》(Becoming Orgasmic: A Sexual and Personal Growth Program for Women)，作者 Julia Heiman 和 Joseph Lopiccolo</w:t>
      </w:r>
    </w:p>
    <w:p>
      <w:pPr>
        <w:spacing w:before="20" w:after="40"/>
        <w:ind w:left="425" w:hanging="312"/>
      </w:pPr>
      <w:r>
        <w:rPr>
          <w:rFonts w:ascii="Calibri" w:hAnsi="Calibri" w:cs="Calibri" w:eastAsia="宋体"/>
        </w:rPr>
        <w:t xml:space="preserve">• </w:t>
      </w:r>
      <w:r>
        <w:rPr>
          <w:rFonts w:ascii="Calibri" w:hAnsi="Calibri" w:cs="Calibri" w:eastAsia="宋体"/>
        </w:rPr>
        <w:t>《女性专用：克服性功能障碍并恢复性生活的革命性指导》(For Women Only: A Revolutionary Guide to Overcoming Sexual Dysfunction and Reclaiming Your Sex Life)，作者 Jennifer Berman、Laura Berman 和 Elisabeth Bumiller</w:t>
      </w:r>
    </w:p>
    <w:p>
      <w:pPr>
        <w:spacing w:after="100"/>
      </w:pPr>
      <w:r>
        <w:rPr>
          <w:rFonts w:ascii="Calibri" w:hAnsi="Calibri" w:cs="Calibri" w:eastAsia="宋体"/>
        </w:rPr>
        <w:t>在三个月内应尽量避免性方面想法，以免性唤起后会阴部位充血导致的疼痛、肿胀、愈合困难等。</w:t>
      </w:r>
    </w:p>
    <w:p>
      <w:pPr>
        <w:spacing w:after="100"/>
      </w:pPr>
      <w:r>
        <w:rPr>
          <w:rFonts w:ascii="Calibri" w:hAnsi="Calibri" w:cs="Calibri" w:eastAsia="宋体"/>
        </w:rPr>
        <w:t>应完全避免在六个月内进行经阴道纳入式性行为。</w:t>
      </w:r>
    </w:p>
    <w:p>
      <w:pPr>
        <w:spacing w:after="100"/>
      </w:pPr>
      <w:r>
        <w:rPr>
          <w:rFonts w:ascii="Calibri" w:hAnsi="Calibri" w:cs="Calibri" w:eastAsia="宋体"/>
        </w:rPr>
        <w:t>术后半年至一年，以阴道瘢痕软后进行经阴道纳入性生活为好；进行经阴道纳入式性行为的一开始，完全纳入可能是困难和痛苦的，纳入行为如扩张等可能需要一段时间才能实现。最初进行经阴道纳入性生活时应使用润滑剂、使用性玩具或模具辅助、动作尽量温和，直至生理适应为止。扩张后尝试性交可能会有很大帮助（因扩张后阴道较为开放）。如果性交引起疼痛或困难，不要继续。</w:t>
      </w:r>
    </w:p>
    <w:p>
      <w:pPr>
        <w:spacing w:after="100"/>
      </w:pPr>
      <w:r>
        <w:rPr>
          <w:rFonts w:ascii="Calibri" w:hAnsi="Calibri" w:cs="Calibri" w:eastAsia="宋体"/>
        </w:rPr>
        <w:t>与顺性别女性相同，术后亦可通过摩擦、性玩具振动、抚摸阴蒂获得性快感及性高潮。进行阴蒂自慰或性交时，应保证接触阴蒂的身体部位或器具（性玩具）清洁，动作温和，性生活后清洗整个会阴，以避免阴部潮湿（术后跨性别女性亦可能有阴道分泌物）等造成的阴蒂、阴道、尿道感染等。</w:t>
      </w:r>
    </w:p>
    <w:p>
      <w:pPr>
        <w:spacing w:after="100"/>
      </w:pPr>
      <w:r>
        <w:rPr>
          <w:rFonts w:ascii="Calibri" w:hAnsi="Calibri" w:cs="Calibri" w:eastAsia="宋体"/>
        </w:rPr>
        <w:t>由于会阴部仍然是性感区，仍然可进行经肛门性行为。然而，由于睾丸切除、激素治疗等降低了体内雄性激素的浓度，前列腺不可避免地发生萎缩，且阴道壁一定程度地阻隔，或将削减经肛门性行为的快感。（无文献证明快感一定下降）</w:t>
      </w:r>
    </w:p>
    <w:p>
      <w:pPr>
        <w:spacing w:after="100"/>
      </w:pPr>
      <w:r>
        <w:rPr>
          <w:rFonts w:ascii="Calibri" w:hAnsi="Calibri" w:cs="Calibri" w:eastAsia="宋体"/>
        </w:rPr>
        <w:t>经肛门性行为有较高的 HIV 暴露风险，且阴道较顺性别女性弹性和分泌物较差，更容易在性行为中出血或撕裂。进行性行为时可使用较多的润滑剂减少出血风险，并采用 PreP、安全套等方式做好个人防护，在发生高危性行为后及时获取阻断药物。有规律性生活的情况，应在公益机构或疾控中心定期检查。</w:t>
      </w:r>
    </w:p>
    <w:p>
      <w:pPr>
        <w:pStyle w:val="Heading3"/>
      </w:pPr>
      <w:r>
        <w:rPr>
          <w:rFonts w:ascii="Calibri" w:hAnsi="Calibri" w:cs="Calibri" w:eastAsia="宋体"/>
        </w:rPr>
        <w:t>手术后扩张模具选择与使用</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此部分信息仍待确认及补充</w:t>
      </w:r>
    </w:p>
    <w:p>
      <w:pPr>
        <w:spacing w:after="100"/>
      </w:pPr>
      <w:r>
        <w:rPr>
          <w:rFonts w:ascii="Calibri" w:hAnsi="Calibri" w:cs="Calibri" w:eastAsia="宋体"/>
        </w:rPr>
        <w:t>由于术者种族、体型、手术材料大小的不同与术式、医生技术的客观区别，且不同术者对手术效果要求的倾向不同，术后阴道能达到的深度和宽度都因人而异。</w:t>
      </w:r>
    </w:p>
    <w:p>
      <w:pPr>
        <w:spacing w:after="100"/>
      </w:pPr>
      <w:r>
        <w:rPr>
          <w:rFonts w:ascii="Calibri" w:hAnsi="Calibri" w:cs="Calibri" w:eastAsia="宋体"/>
        </w:rPr>
        <w:t>然而，不建议在阴道深度与宽度方面过分苛求，甚至因此产生不满与心理障碍；一方面，亚洲人体型较小，较深的阴道深度可能容易在性交和扩张过程触及其他器官造成不良后果（太深了会捅到容易瘘管且暴力通模具容易出现问题）。另一方面，术后经阴道性生活并不一定需要大尺寸的阴道，阴道的尺寸也不一定和性生活质量成正比。</w:t>
      </w:r>
    </w:p>
    <w:p>
      <w:pPr>
        <w:spacing w:after="100"/>
      </w:pPr>
      <w:r>
        <w:rPr>
          <w:rFonts w:ascii="Calibri" w:hAnsi="Calibri" w:cs="Calibri" w:eastAsia="宋体"/>
        </w:rPr>
        <w:t>在任何情况和术式下，阴道深度每天都会有微小的变化。发现深度变化时不必立刻感到慌张。</w:t>
      </w:r>
    </w:p>
    <w:p>
      <w:pPr>
        <w:spacing w:after="100"/>
      </w:pPr>
      <w:r>
        <w:rPr>
          <w:rFonts w:ascii="Calibri" w:hAnsi="Calibri" w:cs="Calibri" w:eastAsia="宋体"/>
        </w:rPr>
        <w:t>各医院扩张方式亦有较大差别。一些医院采用先天无阴道女性相似的扩张方法（尽量 24 小时佩戴），以减少感染风险。另一些医院要求每日进行若干次达到全深度的短期扩张，认为其由于对盲端加压而达到的防止深度萎缩的效果最佳。</w:t>
      </w:r>
    </w:p>
    <w:p>
      <w:pPr>
        <w:spacing w:after="100"/>
      </w:pPr>
      <w:r>
        <w:rPr>
          <w:rFonts w:ascii="Calibri" w:hAnsi="Calibri" w:cs="Calibri" w:eastAsia="宋体"/>
        </w:rPr>
        <w:t>模具的使用周期和方法因医生而异，可参考</w:t>
      </w:r>
      <w:r>
        <w:rPr>
          <w:rFonts w:ascii="Calibri" w:hAnsi="Calibri" w:cs="Calibri" w:eastAsia="宋体"/>
        </w:rPr>
        <w:t>Chettasak#通模具</w:t>
      </w:r>
    </w:p>
    <w:p>
      <w:pPr>
        <w:spacing w:after="100"/>
      </w:pPr>
      <w:r>
        <w:rPr>
          <w:rFonts w:ascii="Calibri" w:hAnsi="Calibri" w:cs="Calibri" w:eastAsia="宋体"/>
        </w:rPr>
        <w:t>下面提供了一些可购买模具的标准和尺寸（其它地区可查看 wiki 内对应资料）：</w:t>
      </w:r>
    </w:p>
    <w:p>
      <w:pPr>
        <w:spacing w:before="20" w:after="40"/>
        <w:ind w:left="425" w:hanging="312"/>
      </w:pPr>
      <w:r>
        <w:rPr>
          <w:rFonts w:ascii="Calibri" w:hAnsi="Calibri" w:cs="Calibri" w:eastAsia="宋体"/>
        </w:rPr>
        <w:t xml:space="preserve">• </w:t>
      </w:r>
      <w:r>
        <w:rPr>
          <w:rFonts w:ascii="Calibri" w:hAnsi="Calibri" w:cs="Calibri" w:eastAsia="宋体"/>
        </w:rPr>
        <w:t>泰国 Thiti：S 25mm，M 28mm，L 31mm</w:t>
      </w:r>
    </w:p>
    <w:p>
      <w:pPr>
        <w:spacing w:before="20" w:after="40"/>
        <w:ind w:left="425" w:hanging="312"/>
      </w:pPr>
      <w:r>
        <w:rPr>
          <w:rFonts w:ascii="Calibri" w:hAnsi="Calibri" w:cs="Calibri" w:eastAsia="宋体"/>
        </w:rPr>
        <w:t xml:space="preserve">• </w:t>
      </w:r>
      <w:r>
        <w:rPr>
          <w:rFonts w:ascii="Calibri" w:hAnsi="Calibri" w:cs="Calibri" w:eastAsia="宋体"/>
        </w:rPr>
        <w:t>泰国 Suporn 诊所：印花玻璃棒（过去使用镂刻玻璃棒）并提供蓝色的绑带，28 31 34 mm，20cm</w:t>
      </w:r>
    </w:p>
    <w:p>
      <w:pPr>
        <w:spacing w:before="20" w:after="40"/>
        <w:ind w:left="425" w:hanging="312"/>
      </w:pPr>
      <w:r>
        <w:rPr>
          <w:rFonts w:ascii="Calibri" w:hAnsi="Calibri" w:cs="Calibri" w:eastAsia="宋体"/>
        </w:rPr>
        <w:t xml:space="preserve">• </w:t>
      </w:r>
      <w:r>
        <w:rPr>
          <w:rFonts w:ascii="Calibri" w:hAnsi="Calibri" w:cs="Calibri" w:eastAsia="宋体"/>
        </w:rPr>
        <w:t>泰国 Kamol 医院：0-5 号 17.5mm-30mm</w:t>
      </w:r>
    </w:p>
    <w:p>
      <w:pPr>
        <w:spacing w:before="20" w:after="40"/>
        <w:ind w:left="425" w:hanging="312"/>
      </w:pPr>
      <w:r>
        <w:rPr>
          <w:rFonts w:ascii="Calibri" w:hAnsi="Calibri" w:cs="Calibri" w:eastAsia="宋体"/>
        </w:rPr>
        <w:t xml:space="preserve">• </w:t>
      </w:r>
      <w:r>
        <w:rPr>
          <w:rFonts w:ascii="Calibri" w:hAnsi="Calibri" w:cs="Calibri" w:eastAsia="宋体"/>
        </w:rPr>
        <w:t>泰国 WIH 医院：0-4 号 20mm 23mm 26mm 29mm 32mm，8.5inch</w:t>
      </w:r>
    </w:p>
    <w:p>
      <w:pPr>
        <w:spacing w:before="20" w:after="40"/>
        <w:ind w:left="425" w:hanging="312"/>
      </w:pPr>
      <w:r>
        <w:rPr>
          <w:rFonts w:ascii="Calibri" w:hAnsi="Calibri" w:cs="Calibri" w:eastAsia="宋体"/>
        </w:rPr>
        <w:t xml:space="preserve">• </w:t>
      </w:r>
      <w:r>
        <w:rPr>
          <w:rFonts w:ascii="Calibri" w:hAnsi="Calibri" w:cs="Calibri" w:eastAsia="宋体"/>
        </w:rPr>
        <w:t>北美部分诊所标准 Soul Source：有中间弯曲的刚性塑料棒，0.79in 1.0in 1.13in 1.25in 1.38in 1.5in</w:t>
      </w:r>
    </w:p>
    <w:p>
      <w:pPr>
        <w:spacing w:before="20" w:after="40"/>
        <w:ind w:left="425" w:hanging="312"/>
      </w:pPr>
      <w:r>
        <w:rPr>
          <w:rFonts w:ascii="Calibri" w:hAnsi="Calibri" w:cs="Calibri" w:eastAsia="宋体"/>
        </w:rPr>
        <w:t xml:space="preserve">• </w:t>
      </w:r>
      <w:r>
        <w:rPr>
          <w:rFonts w:ascii="Calibri" w:hAnsi="Calibri" w:cs="Calibri" w:eastAsia="宋体"/>
        </w:rPr>
        <w:t>Crane 医院 ：1.125in 1.25in 1.375in 1.5in</w:t>
      </w:r>
    </w:p>
    <w:p>
      <w:pPr>
        <w:spacing w:before="20" w:after="40"/>
        <w:ind w:left="425" w:hanging="312"/>
      </w:pPr>
      <w:r>
        <w:rPr>
          <w:rFonts w:ascii="Calibri" w:hAnsi="Calibri" w:cs="Calibri" w:eastAsia="宋体"/>
        </w:rPr>
        <w:t xml:space="preserve">• </w:t>
      </w:r>
      <w:r>
        <w:rPr>
          <w:rFonts w:ascii="Calibri" w:hAnsi="Calibri" w:cs="Calibri" w:eastAsia="宋体"/>
        </w:rPr>
        <w:t>上海九院：待补充</w:t>
      </w:r>
    </w:p>
    <w:p>
      <w:pPr>
        <w:spacing w:before="20" w:after="40"/>
        <w:ind w:left="425" w:hanging="312"/>
      </w:pPr>
      <w:r>
        <w:rPr>
          <w:rFonts w:ascii="Calibri" w:hAnsi="Calibri" w:cs="Calibri" w:eastAsia="宋体"/>
        </w:rPr>
        <w:t xml:space="preserve">• </w:t>
      </w:r>
      <w:r>
        <w:rPr>
          <w:rFonts w:ascii="Calibri" w:hAnsi="Calibri" w:cs="Calibri" w:eastAsia="宋体"/>
        </w:rPr>
        <w:t>上海四一一医院：水晶鸡鸡，胡萝卜（现不再使用，但质地柔软，卫生程度在套上安全套后并没有影响，特别廉价适宜旅行时随便找个菜市场买），以 25mm 为起始，可以逐步增加到30mm以上。</w:t>
      </w:r>
    </w:p>
    <w:p>
      <w:pPr>
        <w:spacing w:before="20" w:after="40"/>
        <w:ind w:left="425" w:hanging="312"/>
      </w:pPr>
      <w:r>
        <w:rPr>
          <w:rFonts w:ascii="Calibri" w:hAnsi="Calibri" w:cs="Calibri" w:eastAsia="宋体"/>
        </w:rPr>
        <w:t xml:space="preserve">• </w:t>
      </w:r>
      <w:r>
        <w:rPr>
          <w:rFonts w:ascii="Calibri" w:hAnsi="Calibri" w:cs="Calibri" w:eastAsia="宋体"/>
        </w:rPr>
        <w:t>复旦大学附属妇产科医院边上的上海医大生健经贸有限公司门市部</w:t>
      </w:r>
    </w:p>
    <w:p>
      <w:pPr>
        <w:spacing w:before="20" w:after="40"/>
        <w:ind w:left="425" w:hanging="312"/>
      </w:pPr>
      <w:r>
        <w:rPr>
          <w:rFonts w:ascii="Calibri" w:hAnsi="Calibri" w:cs="Calibri" w:eastAsia="宋体"/>
        </w:rPr>
        <w:t xml:space="preserve">• </w:t>
      </w:r>
      <w:r>
        <w:rPr>
          <w:rFonts w:ascii="Calibri" w:hAnsi="Calibri" w:cs="Calibri" w:eastAsia="宋体"/>
        </w:rPr>
        <w:t>Vagiwell®：光滑表面的医用硅胶：3 套不同</w:t>
      </w:r>
    </w:p>
    <w:p>
      <w:pPr>
        <w:spacing w:before="20" w:after="40"/>
        <w:ind w:left="425" w:hanging="312"/>
      </w:pPr>
      <w:r>
        <w:rPr>
          <w:rFonts w:ascii="Calibri" w:hAnsi="Calibri" w:cs="Calibri" w:eastAsia="宋体"/>
        </w:rPr>
        <w:t xml:space="preserve">• </w:t>
      </w:r>
      <w:r>
        <w:rPr>
          <w:rFonts w:ascii="Calibri" w:hAnsi="Calibri" w:cs="Calibri" w:eastAsia="宋体"/>
        </w:rPr>
        <w:t>charing cross-phoenix® surgical products： 医用塑料，从 20cm 2cm 至 40cm 4cm 的一组共 8 个模具</w:t>
      </w:r>
    </w:p>
    <w:p>
      <w:pPr>
        <w:spacing w:after="100"/>
      </w:pPr>
      <w:r>
        <w:rPr>
          <w:rFonts w:ascii="Calibri" w:hAnsi="Calibri" w:cs="Calibri" w:eastAsia="宋体"/>
        </w:rPr>
        <w:t>对于模具材料的选择，一些医生倾向略微柔软的</w:t>
      </w:r>
      <w:r>
        <w:rPr>
          <w:rFonts w:ascii="Calibri" w:hAnsi="Calibri" w:cs="Calibri" w:eastAsia="宋体"/>
          <w:strike/>
        </w:rPr>
        <w:t>胡萝卜</w:t>
      </w:r>
      <w:r>
        <w:rPr>
          <w:rFonts w:ascii="Calibri" w:hAnsi="Calibri" w:cs="Calibri" w:eastAsia="宋体"/>
        </w:rPr>
        <w:t>硅胶款，而一些医生直接提供玻璃模具，具体选择看医生推荐</w:t>
      </w:r>
      <w:r>
        <w:rPr>
          <w:rFonts w:ascii="Calibri" w:hAnsi="Calibri" w:cs="Calibri" w:eastAsia="宋体"/>
          <w:strike/>
        </w:rPr>
        <w:t>和阴道的心情</w:t>
      </w:r>
      <w:r>
        <w:rPr>
          <w:rFonts w:ascii="Calibri" w:hAnsi="Calibri" w:cs="Calibri" w:eastAsia="宋体"/>
        </w:rPr>
        <w:t>。</w:t>
      </w:r>
    </w:p>
    <w:p>
      <w:pPr>
        <w:spacing w:after="100"/>
      </w:pPr>
      <w:r>
        <w:rPr>
          <w:rFonts w:ascii="Calibri" w:hAnsi="Calibri" w:cs="Calibri" w:eastAsia="宋体"/>
        </w:rPr>
        <w:t>若术者所在的医院并不提供合用的模具或术者对提供的模具不满意，可以光滑无开模线为标准购买一些同样尺寸的平价替代品，可在购物平台搜索「水晶阳具」「肛条」「女性自慰 水晶胡萝卜」等</w:t>
      </w:r>
    </w:p>
    <w:p>
      <w:pPr>
        <w:spacing w:after="100"/>
      </w:pPr>
      <w:r>
        <w:rPr>
          <w:rFonts w:ascii="Calibri" w:hAnsi="Calibri" w:cs="Calibri" w:eastAsia="宋体"/>
        </w:rPr>
        <w:t>在一两个月后，扩张的难度很可能比之前更难，可能是因为疤痕组织开始形成、硬化和收缩和神经开始重新连接等，或因为不再像刚刚术后时那样高兴激动。</w:t>
      </w:r>
    </w:p>
    <w:p>
      <w:pPr>
        <w:spacing w:after="100"/>
      </w:pPr>
      <w:r>
        <w:rPr>
          <w:rFonts w:ascii="Calibri" w:hAnsi="Calibri" w:cs="Calibri" w:eastAsia="宋体"/>
        </w:rPr>
        <w:t>在这段时间内，坚持扩张和对扩张保持轻松的心情是重要的。若疼痛完全无法忍受，仍然需要问您的医生是否出了什么问题。</w:t>
      </w:r>
    </w:p>
    <w:p>
      <w:pPr>
        <w:pStyle w:val="Heading4"/>
      </w:pPr>
      <w:r>
        <w:rPr>
          <w:rFonts w:ascii="Calibri" w:hAnsi="Calibri" w:cs="Calibri" w:eastAsia="宋体"/>
        </w:rPr>
        <w:t>准备扩张的内外部环境</w:t>
      </w:r>
    </w:p>
    <w:p>
      <w:pPr>
        <w:spacing w:after="100"/>
      </w:pPr>
      <w:r>
        <w:rPr>
          <w:rFonts w:ascii="Calibri" w:hAnsi="Calibri" w:cs="Calibri" w:eastAsia="宋体"/>
        </w:rPr>
        <w:t>外部：</w:t>
      </w:r>
    </w:p>
    <w:p>
      <w:pPr>
        <w:spacing w:before="20" w:after="40"/>
        <w:ind w:left="425" w:hanging="312"/>
      </w:pPr>
      <w:r>
        <w:rPr>
          <w:rFonts w:ascii="Calibri" w:hAnsi="Calibri" w:cs="Calibri" w:eastAsia="宋体"/>
        </w:rPr>
        <w:t xml:space="preserve">• </w:t>
      </w:r>
      <w:r>
        <w:rPr>
          <w:rFonts w:ascii="Calibri" w:hAnsi="Calibri" w:cs="Calibri" w:eastAsia="宋体"/>
        </w:rPr>
        <w:t>确保你有足够的时间扩张</w:t>
      </w:r>
    </w:p>
    <w:p>
      <w:pPr>
        <w:spacing w:before="20" w:after="40"/>
        <w:ind w:left="425" w:hanging="312"/>
      </w:pPr>
      <w:r>
        <w:rPr>
          <w:rFonts w:ascii="Calibri" w:hAnsi="Calibri" w:cs="Calibri" w:eastAsia="宋体"/>
        </w:rPr>
        <w:t xml:space="preserve">• </w:t>
      </w:r>
      <w:r>
        <w:rPr>
          <w:rFonts w:ascii="Calibri" w:hAnsi="Calibri" w:cs="Calibri" w:eastAsia="宋体"/>
        </w:rPr>
        <w:t>让环境尽可能舒适愉快。包括让床变得舒适，稍微撑高自己的上半身（不要撑得太高，否则将无法将模具插入所需的全部深度），尽量让气氛舒缓，把要使用的东西都放在手边。</w:t>
      </w:r>
    </w:p>
    <w:p>
      <w:pPr>
        <w:spacing w:before="20" w:after="40"/>
        <w:ind w:left="425" w:hanging="312"/>
      </w:pPr>
      <w:r>
        <w:rPr>
          <w:rFonts w:ascii="Calibri" w:hAnsi="Calibri" w:cs="Calibri" w:eastAsia="宋体"/>
        </w:rPr>
        <w:t xml:space="preserve">• </w:t>
      </w:r>
      <w:r>
        <w:rPr>
          <w:rFonts w:ascii="Calibri" w:hAnsi="Calibri" w:cs="Calibri" w:eastAsia="宋体"/>
        </w:rPr>
        <w:t>但不要每次都在准备上花太多功夫，以免对自己造成扩张是很累的事的心理暗示。</w:t>
      </w:r>
    </w:p>
    <w:p>
      <w:pPr>
        <w:spacing w:before="20" w:after="40"/>
        <w:ind w:left="425" w:hanging="312"/>
      </w:pPr>
      <w:r>
        <w:rPr>
          <w:rFonts w:ascii="Calibri" w:hAnsi="Calibri" w:cs="Calibri" w:eastAsia="宋体"/>
        </w:rPr>
        <w:t xml:space="preserve">• </w:t>
      </w:r>
      <w:r>
        <w:rPr>
          <w:rFonts w:ascii="Calibri" w:hAnsi="Calibri" w:cs="Calibri" w:eastAsia="宋体"/>
        </w:rPr>
        <w:t>尽可能关闭社交媒体。</w:t>
      </w:r>
    </w:p>
    <w:p>
      <w:pPr>
        <w:spacing w:before="20" w:after="40"/>
        <w:ind w:left="425" w:hanging="312"/>
      </w:pPr>
      <w:r>
        <w:rPr>
          <w:rFonts w:ascii="Calibri" w:hAnsi="Calibri" w:cs="Calibri" w:eastAsia="宋体"/>
        </w:rPr>
        <w:t xml:space="preserve">• </w:t>
      </w:r>
      <w:r>
        <w:rPr>
          <w:rFonts w:ascii="Calibri" w:hAnsi="Calibri" w:cs="Calibri" w:eastAsia="宋体"/>
        </w:rPr>
        <w:t>模具需要在使用前使用酒精或碘伏擦拭消毒，使用后用湿巾/纸巾擦干净。如果嫌上述步骤麻烦，可以使用安全套。</w:t>
      </w:r>
    </w:p>
    <w:p>
      <w:pPr>
        <w:spacing w:before="20" w:after="40"/>
        <w:ind w:left="425" w:hanging="312"/>
      </w:pPr>
      <w:r>
        <w:rPr>
          <w:rFonts w:ascii="Calibri" w:hAnsi="Calibri" w:cs="Calibri" w:eastAsia="宋体"/>
        </w:rPr>
        <w:t xml:space="preserve">• </w:t>
      </w:r>
      <w:r>
        <w:rPr>
          <w:rFonts w:ascii="Calibri" w:hAnsi="Calibri" w:cs="Calibri" w:eastAsia="宋体"/>
        </w:rPr>
        <w:t>充分润滑模具。</w:t>
      </w:r>
    </w:p>
    <w:p>
      <w:pPr>
        <w:spacing w:after="100"/>
      </w:pPr>
      <w:r>
        <w:rPr>
          <w:rFonts w:ascii="Calibri" w:hAnsi="Calibri" w:cs="Calibri" w:eastAsia="宋体"/>
        </w:rPr>
        <w:t>身体：</w:t>
      </w:r>
    </w:p>
    <w:p>
      <w:pPr>
        <w:spacing w:before="20" w:after="40"/>
        <w:ind w:left="425" w:hanging="312"/>
      </w:pPr>
      <w:r>
        <w:rPr>
          <w:rFonts w:ascii="Calibri" w:hAnsi="Calibri" w:cs="Calibri" w:eastAsia="宋体"/>
        </w:rPr>
        <w:t xml:space="preserve">• </w:t>
      </w:r>
      <w:r>
        <w:rPr>
          <w:rFonts w:ascii="Calibri" w:hAnsi="Calibri" w:cs="Calibri" w:eastAsia="宋体"/>
        </w:rPr>
        <w:t xml:space="preserve">洗干净双手， </w:t>
      </w:r>
      <w:r>
        <w:rPr>
          <w:rFonts w:ascii="Calibri" w:hAnsi="Calibri" w:cs="Calibri" w:eastAsia="宋体"/>
          <w:strike/>
        </w:rPr>
        <w:t>把指甲剪得像女同一样，</w:t>
      </w:r>
      <w:r>
        <w:rPr>
          <w:rFonts w:ascii="Calibri" w:hAnsi="Calibri" w:cs="Calibri" w:eastAsia="宋体"/>
        </w:rPr>
        <w:t xml:space="preserve"> 带上医用手套</w:t>
      </w:r>
    </w:p>
    <w:p>
      <w:pPr>
        <w:spacing w:before="20" w:after="40"/>
        <w:ind w:left="425" w:hanging="312"/>
      </w:pPr>
      <w:r>
        <w:rPr>
          <w:rFonts w:ascii="Calibri" w:hAnsi="Calibri" w:cs="Calibri" w:eastAsia="宋体"/>
        </w:rPr>
        <w:t xml:space="preserve">• </w:t>
      </w:r>
      <w:r>
        <w:rPr>
          <w:rFonts w:ascii="Calibri" w:hAnsi="Calibri" w:cs="Calibri" w:eastAsia="宋体"/>
        </w:rPr>
        <w:t>排一次便及排空膀胱，以免压迫肠道造成的不适或想要排尿造成的紧张。</w:t>
      </w:r>
    </w:p>
    <w:p>
      <w:pPr>
        <w:spacing w:before="20" w:after="40"/>
        <w:ind w:left="425" w:hanging="312"/>
      </w:pPr>
      <w:r>
        <w:rPr>
          <w:rFonts w:ascii="Calibri" w:hAnsi="Calibri" w:cs="Calibri" w:eastAsia="宋体"/>
        </w:rPr>
        <w:t xml:space="preserve">• </w:t>
      </w:r>
      <w:r>
        <w:rPr>
          <w:rFonts w:ascii="Calibri" w:hAnsi="Calibri" w:cs="Calibri" w:eastAsia="宋体"/>
        </w:rPr>
        <w:t>躺在床上放松自己，想一些令自己愉快的事情。</w:t>
      </w:r>
    </w:p>
    <w:p>
      <w:pPr>
        <w:spacing w:before="20" w:after="40"/>
        <w:ind w:left="425" w:hanging="312"/>
      </w:pPr>
      <w:r>
        <w:rPr>
          <w:rFonts w:ascii="Calibri" w:hAnsi="Calibri" w:cs="Calibri" w:eastAsia="宋体"/>
        </w:rPr>
        <w:t xml:space="preserve">• </w:t>
      </w:r>
      <w:r>
        <w:rPr>
          <w:rFonts w:ascii="Calibri" w:hAnsi="Calibri" w:cs="Calibri" w:eastAsia="宋体"/>
        </w:rPr>
        <w:t>用手指在阴道入口处涂抹大量润滑剂，并在涂抹过程轻轻按摩一段时间。若能够轻轻插入手指，轻轻按摩阴道内壁有助于放松。（阴道口亦会有缝合刀口，若不进行充分的润滑和放松，可能在扩张时会带来痛苦）</w:t>
      </w:r>
    </w:p>
    <w:p>
      <w:pPr>
        <w:spacing w:before="20" w:after="40"/>
        <w:ind w:left="425" w:hanging="312"/>
      </w:pPr>
      <w:r>
        <w:rPr>
          <w:rFonts w:ascii="Calibri" w:hAnsi="Calibri" w:cs="Calibri" w:eastAsia="宋体"/>
        </w:rPr>
        <w:t xml:space="preserve">• </w:t>
      </w:r>
      <w:r>
        <w:rPr>
          <w:rFonts w:ascii="Calibri" w:hAnsi="Calibri" w:cs="Calibri" w:eastAsia="宋体"/>
        </w:rPr>
        <w:t>如果发现润滑液较稀，不容易推入深处，可以借助阴道凝胶给药器将凝胶直接推入深处。</w:t>
      </w:r>
    </w:p>
    <w:p>
      <w:pPr>
        <w:pStyle w:val="Heading3"/>
      </w:pPr>
      <w:r>
        <w:rPr>
          <w:rFonts w:ascii="Calibri" w:hAnsi="Calibri" w:cs="Calibri" w:eastAsia="宋体"/>
        </w:rPr>
        <w:t>术后并发症的预防和干预</w:t>
      </w:r>
    </w:p>
    <w:p>
      <w:pPr>
        <w:spacing w:after="100"/>
      </w:pPr>
      <w:r>
        <w:rPr>
          <w:rFonts w:ascii="Calibri" w:hAnsi="Calibri" w:cs="Calibri" w:eastAsia="宋体"/>
        </w:rPr>
        <w:t>如果在医院外感觉到不适或发生并发症，除非你的问题很明显需要紧急关注（如大出血等）， 尽可能去联系为您 SRS 的医生或离您最近的可以进行 SRS 术后修复的 SRS 医生。若您咨询的医生没有性别肯定医疗的经验，可能会在心理和生理上造成伤害。得到 SRS 医生的转荐后，您才应当找一般的非性别肯定医疗医生如妇科医生等，解决您的问题。</w:t>
      </w:r>
    </w:p>
    <w:p>
      <w:pPr>
        <w:spacing w:after="100"/>
      </w:pPr>
      <w:r>
        <w:rPr>
          <w:rFonts w:ascii="Calibri" w:hAnsi="Calibri" w:cs="Calibri" w:eastAsia="宋体"/>
        </w:rPr>
        <w:t>术后严重并发症一般在医院住院监视期间就得到了妥善的解决（因此，本文建议选择有处理并发症水平的医院）。若遇到罕见严重并发症（如手脚麻痹、小腹切口感染，结肠接口感染，肠粘连肠梗阻），请马上联系 SRS 医生。若为您进行手术的医生拒绝为此负责，请联系其余可以进行 SRS 修复的医生并咨询医疗保险赔付事宜等。</w:t>
      </w:r>
    </w:p>
    <w:p>
      <w:pPr>
        <w:spacing w:after="100"/>
      </w:pPr>
      <w:r>
        <w:rPr>
          <w:rFonts w:ascii="Calibri" w:hAnsi="Calibri" w:cs="Calibri" w:eastAsia="宋体"/>
        </w:rPr>
        <w:t>尿道阴道瘘以尿液从阴道泄漏的形式出现。大多数病例不需要或不需即刻干预，并且多数情况下患者仍然可以自愈。</w:t>
      </w:r>
    </w:p>
    <w:p>
      <w:pPr>
        <w:spacing w:after="100"/>
      </w:pPr>
      <w:r>
        <w:rPr>
          <w:rFonts w:ascii="Calibri" w:hAnsi="Calibri" w:cs="Calibri" w:eastAsia="宋体"/>
        </w:rPr>
        <w:t>阴道中的肉芽组织是延迟愈合的结果，并较为常见。术后早期阶段频繁扩张的需求会通过对肉芽区域造成反复创伤而加剧此问题。多数情况下，这会由于频繁扩张的需求随时间下降而逐步愈合。如症状持续，遵循医生建议考虑定期烧灼治疗和局部乳膏治疗。长期来看，阴茎皮肤内衬的阴道应极为耐用。</w:t>
      </w:r>
    </w:p>
    <w:p>
      <w:pPr>
        <w:spacing w:after="100"/>
      </w:pPr>
      <w:r>
        <w:rPr>
          <w:rFonts w:ascii="Calibri" w:hAnsi="Calibri" w:cs="Calibri" w:eastAsia="宋体"/>
        </w:rPr>
        <w:t>阴道出血在术后较为常见，更常见的是尿道周围出血。即使在愈合期过后，也可能出现。应尽量避免便秘（通过摄入可溶性膳食纤维等）以避免排便时过于用力。出血的检查方法：保持冷静（以避免血压升高）和静止，试着找出源头和判断出血量。用清水或生理盐水清洁会阴部，判断出血部位究竟是阴蒂、尿道、阴道内外还是肛门处（可能缘由痔疮或直肠出血等其他与 SRS 无关的情况）。并清洁出血处附近。若并非在内部出血，尝试用酒精棉球按压。若仍然无法止血， （若非肛门出血）可联系为您 SRS 的医生或离您最近的可以进行 SRS 术后修复的 SRS 医生。（若在乙状结肠术式下，经由肛门出血亦可能与 SRS 有关）在模具上或内裤上出现的血液，仅在鲜红色（明显刚刚出现）或血液量大量或频繁出血的情况需要注意。</w:t>
      </w:r>
    </w:p>
    <w:p>
      <w:pPr>
        <w:spacing w:after="100"/>
      </w:pPr>
      <w:r>
        <w:rPr>
          <w:rFonts w:ascii="Calibri" w:hAnsi="Calibri" w:cs="Calibri" w:eastAsia="宋体"/>
        </w:rPr>
        <w:t>休止期脱发：是一种暂时性脱发，通常发生在压力、休克或创伤事件后。它通常发生在头皮顶部。休止期脱发与称为斑秃的脱发症不同，也与脂溢性脱发（雄激素性脱发）区别。一个人的大量头发可能会脱落，但通常是暂时的，头发通常会重新长出来。性别重置手术(SRS)是侵入性过程，过程中的压力可能导致脱发，保持放松的心情有助于改善。尤其是不要一掉头发就害怕自己反雄雄秃。</w:t>
      </w:r>
    </w:p>
    <w:p>
      <w:pPr>
        <w:spacing w:after="100"/>
      </w:pPr>
      <w:r>
        <w:rPr>
          <w:rFonts w:ascii="Calibri" w:hAnsi="Calibri" w:cs="Calibri" w:eastAsia="宋体"/>
        </w:rPr>
        <w:t>VTE（深静脉血栓）：在目前，几乎所有诊所跨性别女性必须在外科手术前后停止雌激素治疗，特别是本身有高 VTE 风险的术者。 可能因历史上使用炔雌醇(EE)的 HRT（激素替代治疗）带来较高的血栓风险，或因部分雌二醇给药途径带来略低的给药风险。 术中措施及术后长期卧床，都会放大这些风险。 如对此有异议或自身 VTE 风险较高，应与外科医生进行充分的知情同意讨论，并及早咨询医生开具给药途径 VTE 风险更小的激素补充药物。</w:t>
      </w:r>
    </w:p>
    <w:p>
      <w:pPr>
        <w:spacing w:after="100"/>
      </w:pPr>
      <w:r>
        <w:rPr>
          <w:rFonts w:ascii="Calibri" w:hAnsi="Calibri" w:cs="Calibri" w:eastAsia="宋体"/>
        </w:rPr>
        <w:t>「反雄」：术后（性腺切除或 SRS）的女性一般上不用担心睾酮问题，但是在非常罕见的情况下，仍然有较低的风险经由肾上腺分泌等途径导致睾酮(T)或二氢睾酮(DHT)升高。若出现反雄，检查游离睾酮和二氢睾酮水平，并咨询有资格指导激素治疗的医生开具药物帮助缓解。</w:t>
      </w:r>
    </w:p>
    <w:p>
      <w:pPr>
        <w:spacing w:after="100"/>
      </w:pPr>
      <w:r>
        <w:rPr>
          <w:rFonts w:ascii="Calibri" w:hAnsi="Calibri" w:cs="Calibri" w:eastAsia="宋体"/>
        </w:rPr>
        <w:t>术后（性腺切除或 SRS），为避免围绝经期症状如潮热、骨质疏松、心脑血管疾病风险等，仍然需要补充雌激素。咨询有资格指导激素治疗的医生开具调整药物。</w:t>
      </w:r>
    </w:p>
    <w:p>
      <w:pPr>
        <w:spacing w:after="100"/>
      </w:pPr>
      <w:r>
        <w:rPr>
          <w:rFonts w:ascii="Calibri" w:hAnsi="Calibri" w:cs="Calibri" w:eastAsia="宋体"/>
        </w:rPr>
        <w:t>双促（LH/FSH）升高：这是常见的，是垂体找不到蛋而发生惊慌失措的行为。然而，术后双促或有概率可标定雌激素水平，可咨询有资格指导激素治疗的医生。</w:t>
      </w:r>
    </w:p>
    <w:p>
      <w:pPr>
        <w:spacing w:after="100"/>
      </w:pPr>
      <w:r>
        <w:rPr>
          <w:rFonts w:ascii="Calibri" w:hAnsi="Calibri" w:cs="Calibri" w:eastAsia="宋体"/>
        </w:rPr>
        <w:t>在皮瓣术式下，由于阴道是皮肤衬里的，因此存在发生与阴茎和阴囊皮肤（鳞状细胞，基底细胞，黑色素瘤）上相同皮肤癌的风险。尤其是感染了人乳头瘤病毒 HPV 如尖锐湿疣等（北美调查中。跨性别女性是高危性行为和 HPV 感染的高发人群）的情况下，这些癌症的风险会骤升。应注意检查以排查该风险。其他皮肤病也会影响皮瓣阴道，应进行类似治疗。</w:t>
      </w:r>
    </w:p>
    <w:p>
      <w:pPr>
        <w:pStyle w:val="Heading3"/>
      </w:pPr>
      <w:r>
        <w:rPr>
          <w:rFonts w:ascii="Calibri" w:hAnsi="Calibri" w:cs="Calibri" w:eastAsia="宋体"/>
        </w:rPr>
        <w:t>Q-A</w:t>
      </w:r>
    </w:p>
    <w:p>
      <w:pPr>
        <w:pStyle w:val="Heading4"/>
      </w:pPr>
      <w:r>
        <w:rPr>
          <w:rFonts w:ascii="Calibri" w:hAnsi="Calibri" w:cs="Calibri" w:eastAsia="宋体"/>
        </w:rPr>
        <w:t>Q：我不进行纳入式性行为，需要扩张吗?</w:t>
      </w:r>
    </w:p>
    <w:p>
      <w:pPr>
        <w:spacing w:after="100"/>
      </w:pPr>
      <w:r>
        <w:rPr>
          <w:rFonts w:ascii="Calibri" w:hAnsi="Calibri" w:cs="Calibri" w:eastAsia="宋体"/>
        </w:rPr>
        <w:t>近些年来，越来越多跨性别女性敢于接受自己的女性同性恋/泛性恋的多重性少数身份并表现出来。</w:t>
      </w:r>
    </w:p>
    <w:p>
      <w:pPr>
        <w:spacing w:after="100"/>
      </w:pPr>
      <w:r>
        <w:rPr>
          <w:rFonts w:ascii="Calibri" w:hAnsi="Calibri" w:cs="Calibri" w:eastAsia="宋体"/>
        </w:rPr>
        <w:t>女同/泛性恋的跨性别女性（transles）在手术方面可能对深度要求更低，而对外观、气味等要求更高。因此部分术者尽管做了有阴道深度的 SRS，可能会提出这样的一个问题：「我由于性倾向而不会/不愿进行纳入式性行为，可以不扩张任由其自由萎缩吗?」</w:t>
      </w:r>
    </w:p>
    <w:p>
      <w:pPr>
        <w:spacing w:after="100"/>
      </w:pPr>
      <w:r>
        <w:rPr>
          <w:rFonts w:ascii="Calibri" w:hAnsi="Calibri" w:cs="Calibri" w:eastAsia="宋体"/>
        </w:rPr>
        <w:t>一些国内外医生给出的回答包括但不限于：</w:t>
      </w:r>
    </w:p>
    <w:p>
      <w:pPr>
        <w:spacing w:before="20" w:after="40"/>
        <w:ind w:left="425" w:hanging="312"/>
      </w:pPr>
      <w:r>
        <w:rPr>
          <w:rFonts w:ascii="Calibri" w:hAnsi="Calibri" w:cs="Calibri" w:eastAsia="宋体"/>
        </w:rPr>
        <w:t xml:space="preserve">1. </w:t>
      </w:r>
      <w:r>
        <w:rPr>
          <w:rFonts w:ascii="Calibri" w:hAnsi="Calibri" w:cs="Calibri" w:eastAsia="宋体"/>
        </w:rPr>
        <w:t>一位医生认为仍然需要扩张到一个可以进行经阴道清洗的程度，以保证干净卫生和感染风险小。在无法判断是否已经扩张到了这一程度时，仍然需要进行一定程度的扩张。</w:t>
      </w:r>
    </w:p>
    <w:p>
      <w:pPr>
        <w:spacing w:before="20" w:after="40"/>
        <w:ind w:left="425" w:hanging="312"/>
      </w:pPr>
      <w:r>
        <w:rPr>
          <w:rFonts w:ascii="Calibri" w:hAnsi="Calibri" w:cs="Calibri" w:eastAsia="宋体"/>
        </w:rPr>
        <w:t xml:space="preserve">2. </w:t>
      </w:r>
      <w:r>
        <w:rPr>
          <w:rFonts w:ascii="Calibri" w:hAnsi="Calibri" w:cs="Calibri" w:eastAsia="宋体"/>
        </w:rPr>
        <w:t>部分医生认为即使是女同/泛性恋的跨性别女性，也会在阴道萎缩时经历心理波动和不适。或因为可能有未预料的肉芽、增生风险而建议进行扩张</w:t>
      </w:r>
    </w:p>
    <w:p>
      <w:pPr>
        <w:spacing w:before="20" w:after="40"/>
        <w:ind w:left="425" w:hanging="312"/>
      </w:pPr>
      <w:r>
        <w:rPr>
          <w:rFonts w:ascii="Calibri" w:hAnsi="Calibri" w:cs="Calibri" w:eastAsia="宋体"/>
        </w:rPr>
        <w:t xml:space="preserve">3. </w:t>
      </w:r>
      <w:r>
        <w:rPr>
          <w:rFonts w:ascii="Calibri" w:hAnsi="Calibri" w:cs="Calibri" w:eastAsia="宋体"/>
          <w:strike/>
        </w:rPr>
        <w:t>激进</w:t>
      </w:r>
      <w:r>
        <w:rPr>
          <w:rFonts w:ascii="Calibri" w:hAnsi="Calibri" w:cs="Calibri" w:eastAsia="宋体"/>
        </w:rPr>
        <w:t xml:space="preserve"> 一位医生认为应该干脆做非二元性别手术如零深度阴道外阴成形术或阴囊切除术等，而拒绝回答此问题。</w:t>
      </w:r>
    </w:p>
    <w:p>
      <w:pPr>
        <w:spacing w:before="20" w:after="40"/>
        <w:ind w:left="425" w:hanging="312"/>
      </w:pPr>
      <w:r>
        <w:rPr>
          <w:rFonts w:ascii="Calibri" w:hAnsi="Calibri" w:cs="Calibri" w:eastAsia="宋体"/>
        </w:rPr>
        <w:t xml:space="preserve">4. </w:t>
      </w:r>
      <w:r>
        <w:rPr>
          <w:rFonts w:ascii="Calibri" w:hAnsi="Calibri" w:cs="Calibri" w:eastAsia="宋体"/>
          <w:strike/>
        </w:rPr>
        <w:t>激进</w:t>
      </w:r>
      <w:r>
        <w:rPr>
          <w:rFonts w:ascii="Calibri" w:hAnsi="Calibri" w:cs="Calibri" w:eastAsia="宋体"/>
        </w:rPr>
        <w:t xml:space="preserve"> 一位医生指出女同性恋并非不适合进行阴道纳入式性行为，将纳入式性行为视为异性恋性行为而回避的想法，亦是异性恋顺性别本位的。由于认为阴道纳入式性行为可能有助于双方的性生活体验和术者的性别-心理状况而鼓励扩张。</w:t>
      </w:r>
    </w:p>
    <w:p>
      <w:pPr>
        <w:spacing w:before="20" w:after="40"/>
        <w:ind w:left="425" w:hanging="312"/>
      </w:pPr>
      <w:r>
        <w:rPr>
          <w:rFonts w:ascii="Calibri" w:hAnsi="Calibri" w:cs="Calibri" w:eastAsia="宋体"/>
        </w:rPr>
        <w:t xml:space="preserve">5. </w:t>
      </w:r>
      <w:r>
        <w:rPr>
          <w:rFonts w:ascii="Calibri" w:hAnsi="Calibri" w:cs="Calibri" w:eastAsia="宋体"/>
          <w:strike/>
        </w:rPr>
        <w:t>激进</w:t>
      </w:r>
      <w:r>
        <w:rPr>
          <w:rFonts w:ascii="Calibri" w:hAnsi="Calibri" w:cs="Calibri" w:eastAsia="宋体"/>
        </w:rPr>
        <w:t xml:space="preserve"> 一位医生认为即使不需要阴道也建议使用皮瓣成形阴道而不建议零深度，若术后扩张疼痛可不进行扩张。</w:t>
      </w:r>
    </w:p>
    <w:p>
      <w:pPr>
        <w:spacing w:after="100"/>
      </w:pPr>
      <w:r>
        <w:rPr>
          <w:rFonts w:ascii="Calibri" w:hAnsi="Calibri" w:cs="Calibri" w:eastAsia="宋体"/>
        </w:rPr>
        <w:t>需要注意的是，一些医生提供过</w:t>
      </w:r>
      <w:r>
        <w:rPr>
          <w:rFonts w:ascii="Calibri" w:hAnsi="Calibri" w:cs="Calibri" w:eastAsia="宋体"/>
          <w:strike/>
        </w:rPr>
        <w:t>水晶鸡巴</w:t>
      </w:r>
      <w:r>
        <w:rPr>
          <w:rFonts w:ascii="Calibri" w:hAnsi="Calibri" w:cs="Calibri" w:eastAsia="宋体"/>
        </w:rPr>
        <w:t>形似于男性生殖器的模具</w:t>
      </w:r>
      <w:r>
        <w:rPr>
          <w:rFonts w:ascii="Calibri" w:hAnsi="Calibri" w:cs="Calibri" w:eastAsia="宋体"/>
          <w:strike/>
        </w:rPr>
        <w:t>或手工削胡萝卜</w:t>
      </w:r>
      <w:r>
        <w:rPr>
          <w:rFonts w:ascii="Calibri" w:hAnsi="Calibri" w:cs="Calibri" w:eastAsia="宋体"/>
        </w:rPr>
        <w:t>，可能因此有部分对下体焦虑（bottom dysphoria）或有相关卫生要求的跨性别女性拒绝使用提供的模具，因此产生抗拒扩张的想法的类型。可询问医生是否可以自行购买其他的模具。</w:t>
      </w:r>
    </w:p>
    <w:p>
      <w:pPr>
        <w:pStyle w:val="Heading4"/>
      </w:pPr>
      <w:r>
        <w:rPr>
          <w:rFonts w:ascii="Calibri" w:hAnsi="Calibri" w:cs="Calibri" w:eastAsia="宋体"/>
        </w:rPr>
        <w:t>Q：我可以做经阴道检查吗?</w:t>
      </w:r>
    </w:p>
    <w:p>
      <w:pPr>
        <w:spacing w:after="100"/>
      </w:pPr>
      <w:r>
        <w:rPr>
          <w:rFonts w:ascii="Calibri" w:hAnsi="Calibri" w:cs="Calibri" w:eastAsia="宋体"/>
        </w:rPr>
        <w:t>在跨性别女性中创建的新阴道的解剖结构与先天性阴道的不同之处在于它具有盲端，缺少子宫颈或周围的穹窿，并且可能方向更加靠后。</w:t>
      </w:r>
    </w:p>
    <w:p>
      <w:pPr>
        <w:spacing w:after="100"/>
      </w:pPr>
      <w:r>
        <w:rPr>
          <w:rFonts w:ascii="Calibri" w:hAnsi="Calibri" w:cs="Calibri" w:eastAsia="宋体"/>
        </w:rPr>
        <w:t>因此，要求医生使用肛门镜可能是在解剖学上更合适的视觉检查方法。可以插入肛门镜，移除套管针，并且撤回肛门镜时可见阴道壁在肛门镜末端周围塌陷。</w:t>
      </w:r>
    </w:p>
    <w:p>
      <w:pPr>
        <w:spacing w:after="100"/>
      </w:pPr>
      <w:r>
        <w:rPr>
          <w:rFonts w:ascii="Calibri" w:hAnsi="Calibri" w:cs="Calibri" w:eastAsia="宋体"/>
        </w:rPr>
        <w:t>另需注意，在医生不知道您的性别经验的情况下开具的经阴道检查很可能是为了检查子宫、宫颈等组织。若有经济困难或担心检查中的风险时，应注意告知。</w:t>
      </w:r>
    </w:p>
    <w:p>
      <w:pPr>
        <w:pStyle w:val="Heading2"/>
      </w:pPr>
      <w:r>
        <w:rPr>
          <w:rFonts w:ascii="Calibri" w:hAnsi="Calibri" w:cs="Calibri" w:eastAsia="微软雅黑"/>
        </w:rPr>
        <w:t>4.5  手术评价方法</w:t>
      </w:r>
    </w:p>
    <w:p>
      <w:pPr>
        <w:spacing w:after="160"/>
      </w:pPr>
      <w:r>
        <w:rPr>
          <w:rFonts w:ascii="Calibri" w:hAnsi="Calibri" w:cs="Calibri" w:eastAsia="宋体"/>
          <w:color w:val="6B7280"/>
          <w:sz w:val="16"/>
        </w:rPr>
        <w:t>原文：https://mtf.wiki/zh-cn/docs/srs/compraise · 最近更新：2024年10月11日</w:t>
      </w:r>
    </w:p>
    <w:p>
      <w:pPr>
        <w:pStyle w:val="Heading3"/>
      </w:pPr>
      <w:r>
        <w:rPr>
          <w:rFonts w:ascii="Calibri" w:hAnsi="Calibri" w:cs="Calibri" w:eastAsia="宋体"/>
        </w:rPr>
        <w:t>手术评价方法</w:t>
      </w:r>
    </w:p>
    <w:p>
      <w:pPr>
        <w:spacing w:after="100"/>
      </w:pPr>
      <w:r>
        <w:rPr>
          <w:rFonts w:ascii="Calibri" w:hAnsi="Calibri" w:cs="Calibri" w:eastAsia="宋体"/>
        </w:rPr>
        <w:t>如果您想要您写的手术评价帮助到尽可能多的人，应遵循以下方法:</w:t>
      </w:r>
    </w:p>
    <w:p>
      <w:pPr>
        <w:spacing w:before="20" w:after="40"/>
        <w:ind w:left="425" w:hanging="312"/>
      </w:pPr>
      <w:r>
        <w:rPr>
          <w:rFonts w:ascii="Calibri" w:hAnsi="Calibri" w:cs="Calibri" w:eastAsia="宋体"/>
        </w:rPr>
        <w:t xml:space="preserve">1. </w:t>
      </w:r>
      <w:r>
        <w:rPr>
          <w:rFonts w:ascii="Calibri" w:hAnsi="Calibri" w:cs="Calibri" w:eastAsia="宋体"/>
        </w:rPr>
        <w:t>无论何种评价（图片/文字 及 正面/负面）务必提供外科医生的姓名，如果是社群中不知名的医生，请提供足够的信息。</w:t>
      </w:r>
    </w:p>
    <w:p>
      <w:pPr>
        <w:spacing w:before="20" w:after="40"/>
        <w:ind w:left="425" w:hanging="312"/>
      </w:pPr>
      <w:r>
        <w:rPr>
          <w:rFonts w:ascii="Calibri" w:hAnsi="Calibri" w:cs="Calibri" w:eastAsia="宋体"/>
        </w:rPr>
        <w:t xml:space="preserve">2. </w:t>
      </w:r>
      <w:r>
        <w:rPr>
          <w:rFonts w:ascii="Calibri" w:hAnsi="Calibri" w:cs="Calibri" w:eastAsia="宋体"/>
        </w:rPr>
        <w:t>一则有帮助的手术后阴唇图片，除清晰的图片外，还应包含：（包括但不限于）</w:t>
      </w:r>
    </w:p>
    <w:p>
      <w:pPr>
        <w:spacing w:before="20" w:after="40"/>
        <w:ind w:left="822" w:hanging="312"/>
      </w:pPr>
      <w:r>
        <w:rPr>
          <w:rFonts w:ascii="Calibri" w:hAnsi="Calibri" w:cs="Calibri" w:eastAsia="宋体"/>
        </w:rPr>
        <w:t xml:space="preserve">◦ </w:t>
      </w:r>
      <w:r>
        <w:rPr>
          <w:rFonts w:ascii="Calibri" w:hAnsi="Calibri" w:cs="Calibri" w:eastAsia="宋体"/>
        </w:rPr>
        <w:t>外科医生的姓名</w:t>
      </w:r>
    </w:p>
    <w:p>
      <w:pPr>
        <w:spacing w:before="20" w:after="40"/>
        <w:ind w:left="822" w:hanging="312"/>
      </w:pPr>
      <w:r>
        <w:rPr>
          <w:rFonts w:ascii="Calibri" w:hAnsi="Calibri" w:cs="Calibri" w:eastAsia="宋体"/>
        </w:rPr>
        <w:t xml:space="preserve">◦ </w:t>
      </w:r>
      <w:r>
        <w:rPr>
          <w:rFonts w:ascii="Calibri" w:hAnsi="Calibri" w:cs="Calibri" w:eastAsia="宋体"/>
        </w:rPr>
        <w:t>手术年份 因为旧照片可能无法代表外科医生当前的技能或技术。</w:t>
      </w:r>
    </w:p>
    <w:p>
      <w:pPr>
        <w:spacing w:before="20" w:after="40"/>
        <w:ind w:left="822" w:hanging="312"/>
      </w:pPr>
      <w:r>
        <w:rPr>
          <w:rFonts w:ascii="Calibri" w:hAnsi="Calibri" w:cs="Calibri" w:eastAsia="宋体"/>
        </w:rPr>
        <w:t xml:space="preserve">◦ </w:t>
      </w:r>
      <w:r>
        <w:rPr>
          <w:rFonts w:ascii="Calibri" w:hAnsi="Calibri" w:cs="Calibri" w:eastAsia="宋体"/>
        </w:rPr>
        <w:t>手术方式</w:t>
      </w:r>
    </w:p>
    <w:p>
      <w:pPr>
        <w:spacing w:before="20" w:after="40"/>
        <w:ind w:left="822" w:hanging="312"/>
      </w:pPr>
      <w:r>
        <w:rPr>
          <w:rFonts w:ascii="Calibri" w:hAnsi="Calibri" w:cs="Calibri" w:eastAsia="宋体"/>
        </w:rPr>
        <w:t xml:space="preserve">◦ </w:t>
      </w:r>
      <w:r>
        <w:rPr>
          <w:rFonts w:ascii="Calibri" w:hAnsi="Calibri" w:cs="Calibri" w:eastAsia="宋体"/>
        </w:rPr>
        <w:t>术后时间 因为在术后早期，手术部位可能会过分肿胀。</w:t>
      </w:r>
    </w:p>
    <w:p>
      <w:pPr>
        <w:spacing w:before="20" w:after="40"/>
        <w:ind w:left="822" w:hanging="312"/>
      </w:pPr>
      <w:r>
        <w:rPr>
          <w:rFonts w:ascii="Calibri" w:hAnsi="Calibri" w:cs="Calibri" w:eastAsia="宋体"/>
        </w:rPr>
        <w:t xml:space="preserve">◦ </w:t>
      </w:r>
      <w:r>
        <w:rPr>
          <w:rFonts w:ascii="Calibri" w:hAnsi="Calibri" w:cs="Calibri" w:eastAsia="宋体"/>
        </w:rPr>
        <w:t>照片需要值得注意的地方</w:t>
      </w:r>
    </w:p>
    <w:p>
      <w:pPr>
        <w:spacing w:after="100"/>
      </w:pPr>
      <w:r>
        <w:rPr>
          <w:rFonts w:ascii="Calibri" w:hAnsi="Calibri" w:cs="Calibri" w:eastAsia="宋体"/>
        </w:rPr>
        <w:t xml:space="preserve">请提交至 </w:t>
      </w:r>
      <w:r>
        <w:rPr>
          <w:rFonts w:ascii="Calibri" w:hAnsi="Calibri" w:cs="Calibri" w:eastAsia="宋体"/>
        </w:rPr>
        <w:t>mtfwiki@project-trans.org</w:t>
      </w:r>
      <w:r>
        <w:rPr>
          <w:rFonts w:ascii="Calibri" w:hAnsi="Calibri" w:cs="Calibri" w:eastAsia="宋体"/>
        </w:rPr>
        <w:t xml:space="preserve"> 经由 </w:t>
      </w:r>
      <w:r>
        <w:rPr>
          <w:rFonts w:ascii="Calibri" w:hAnsi="Calibri" w:cs="Calibri" w:eastAsia="宋体"/>
        </w:rPr>
        <w:t>MtF Wiki</w:t>
      </w:r>
      <w:r>
        <w:rPr>
          <w:rFonts w:ascii="Calibri" w:hAnsi="Calibri" w:cs="Calibri" w:eastAsia="宋体"/>
        </w:rPr>
        <w:t xml:space="preserve"> 工作组成员对内容进行再加工后发布。</w:t>
      </w:r>
    </w:p>
    <w:p>
      <w:pPr>
        <w:spacing w:before="20" w:after="40"/>
        <w:ind w:left="425" w:hanging="312"/>
      </w:pPr>
      <w:r>
        <w:rPr>
          <w:rFonts w:ascii="Calibri" w:hAnsi="Calibri" w:cs="Calibri" w:eastAsia="宋体"/>
        </w:rPr>
        <w:t xml:space="preserve">3. </w:t>
      </w:r>
      <w:r>
        <w:rPr>
          <w:rFonts w:ascii="Calibri" w:hAnsi="Calibri" w:cs="Calibri" w:eastAsia="宋体"/>
        </w:rPr>
        <w:t>一则有帮助的手术文字评价应包括：</w:t>
      </w:r>
    </w:p>
    <w:p>
      <w:pPr>
        <w:spacing w:after="100"/>
      </w:pPr>
      <w:r>
        <w:rPr>
          <w:rFonts w:ascii="Calibri" w:hAnsi="Calibri" w:cs="Calibri" w:eastAsia="宋体"/>
          <w:b/>
        </w:rPr>
        <w:t>建议在手术后足够长的时间后撰写</w:t>
      </w:r>
      <w:r>
        <w:rPr>
          <w:rFonts w:ascii="Calibri" w:hAnsi="Calibri" w:cs="Calibri" w:eastAsia="宋体"/>
        </w:rPr>
        <w:t>（生理上手术产生的影响已稳定且精神上并不大幅波动）</w:t>
      </w:r>
    </w:p>
    <w:p>
      <w:pPr>
        <w:spacing w:after="100"/>
      </w:pPr>
      <w:r>
        <w:rPr>
          <w:rFonts w:ascii="Calibri" w:hAnsi="Calibri" w:cs="Calibri" w:eastAsia="宋体"/>
        </w:rPr>
        <w:t>外科医生的姓名、手术年份、撰写时距离手术时间（天、周等)、手术方式。</w:t>
      </w:r>
    </w:p>
    <w:p>
      <w:pPr>
        <w:spacing w:after="100"/>
      </w:pPr>
      <w:r>
        <w:rPr>
          <w:rFonts w:ascii="Calibri" w:hAnsi="Calibri" w:cs="Calibri" w:eastAsia="宋体"/>
        </w:rPr>
        <w:t>除此之外，应尽量用较客观方式写明：（包括但不限于）</w:t>
      </w:r>
    </w:p>
    <w:p>
      <w:pPr>
        <w:spacing w:before="20" w:after="40"/>
        <w:ind w:left="822" w:hanging="312"/>
      </w:pPr>
      <w:r>
        <w:rPr>
          <w:rFonts w:ascii="Calibri" w:hAnsi="Calibri" w:cs="Calibri" w:eastAsia="宋体"/>
        </w:rPr>
        <w:t xml:space="preserve">◦ </w:t>
      </w:r>
      <w:r>
        <w:rPr>
          <w:rFonts w:ascii="Calibri" w:hAnsi="Calibri" w:cs="Calibri" w:eastAsia="宋体"/>
        </w:rPr>
        <w:t>排期等候时间</w:t>
      </w:r>
    </w:p>
    <w:p>
      <w:pPr>
        <w:spacing w:before="20" w:after="40"/>
        <w:ind w:left="822" w:hanging="312"/>
      </w:pPr>
      <w:r>
        <w:rPr>
          <w:rFonts w:ascii="Calibri" w:hAnsi="Calibri" w:cs="Calibri" w:eastAsia="宋体"/>
        </w:rPr>
        <w:t xml:space="preserve">◦ </w:t>
      </w:r>
      <w:r>
        <w:rPr>
          <w:rFonts w:ascii="Calibri" w:hAnsi="Calibri" w:cs="Calibri" w:eastAsia="宋体"/>
        </w:rPr>
        <w:t>围手术期疼痛程度</w:t>
      </w:r>
    </w:p>
    <w:p>
      <w:pPr>
        <w:spacing w:before="20" w:after="40"/>
        <w:ind w:left="822" w:hanging="312"/>
      </w:pPr>
      <w:r>
        <w:rPr>
          <w:rFonts w:ascii="Calibri" w:hAnsi="Calibri" w:cs="Calibri" w:eastAsia="宋体"/>
        </w:rPr>
        <w:t xml:space="preserve">◦ </w:t>
      </w:r>
      <w:r>
        <w:rPr>
          <w:rFonts w:ascii="Calibri" w:hAnsi="Calibri" w:cs="Calibri" w:eastAsia="宋体"/>
        </w:rPr>
        <w:t>围手术期主观心理变化</w:t>
      </w:r>
    </w:p>
    <w:p>
      <w:pPr>
        <w:spacing w:before="20" w:after="40"/>
        <w:ind w:left="822" w:hanging="312"/>
      </w:pPr>
      <w:r>
        <w:rPr>
          <w:rFonts w:ascii="Calibri" w:hAnsi="Calibri" w:cs="Calibri" w:eastAsia="宋体"/>
        </w:rPr>
        <w:t xml:space="preserve">◦ </w:t>
      </w:r>
      <w:r>
        <w:rPr>
          <w:rFonts w:ascii="Calibri" w:hAnsi="Calibri" w:cs="Calibri" w:eastAsia="宋体"/>
        </w:rPr>
        <w:t>阴唇外观、阴道深度、阴道深度萎缩情况</w:t>
      </w:r>
    </w:p>
    <w:p>
      <w:pPr>
        <w:spacing w:before="20" w:after="40"/>
        <w:ind w:left="822" w:hanging="312"/>
      </w:pPr>
      <w:r>
        <w:rPr>
          <w:rFonts w:ascii="Calibri" w:hAnsi="Calibri" w:cs="Calibri" w:eastAsia="宋体"/>
        </w:rPr>
        <w:t xml:space="preserve">◦ </w:t>
      </w:r>
      <w:r>
        <w:rPr>
          <w:rFonts w:ascii="Calibri" w:hAnsi="Calibri" w:cs="Calibri" w:eastAsia="宋体"/>
        </w:rPr>
        <w:t>术后性感觉、术后恢复时间、术后并发症</w:t>
      </w:r>
    </w:p>
    <w:p>
      <w:pPr>
        <w:spacing w:before="20" w:after="40"/>
        <w:ind w:left="822" w:hanging="312"/>
      </w:pPr>
      <w:r>
        <w:rPr>
          <w:rFonts w:ascii="Calibri" w:hAnsi="Calibri" w:cs="Calibri" w:eastAsia="宋体"/>
        </w:rPr>
        <w:t xml:space="preserve">◦ </w:t>
      </w:r>
      <w:r>
        <w:rPr>
          <w:rFonts w:ascii="Calibri" w:hAnsi="Calibri" w:cs="Calibri" w:eastAsia="宋体"/>
        </w:rPr>
        <w:t>手术费用</w:t>
      </w:r>
    </w:p>
    <w:p>
      <w:pPr>
        <w:spacing w:before="20" w:after="40"/>
        <w:ind w:left="822" w:hanging="312"/>
      </w:pPr>
      <w:r>
        <w:rPr>
          <w:rFonts w:ascii="Calibri" w:hAnsi="Calibri" w:cs="Calibri" w:eastAsia="宋体"/>
        </w:rPr>
        <w:t xml:space="preserve">◦ </w:t>
      </w:r>
      <w:r>
        <w:rPr>
          <w:rFonts w:ascii="Calibri" w:hAnsi="Calibri" w:cs="Calibri" w:eastAsia="宋体"/>
        </w:rPr>
        <w:t>住院时间</w:t>
      </w:r>
    </w:p>
    <w:p>
      <w:pPr>
        <w:spacing w:after="100"/>
      </w:pPr>
      <w:r>
        <w:rPr>
          <w:rFonts w:ascii="Calibri" w:hAnsi="Calibri" w:cs="Calibri" w:eastAsia="宋体"/>
        </w:rPr>
        <w:t>如其中外观不应以单纯的「好看不好看」、「粉不粉」做以评价，而应具体描述：（包括但不限于）</w:t>
      </w:r>
    </w:p>
    <w:p>
      <w:pPr>
        <w:spacing w:before="20" w:after="40"/>
        <w:ind w:left="822" w:hanging="312"/>
      </w:pPr>
      <w:r>
        <w:rPr>
          <w:rFonts w:ascii="Calibri" w:hAnsi="Calibri" w:cs="Calibri" w:eastAsia="宋体"/>
        </w:rPr>
        <w:t xml:space="preserve">◦ </w:t>
      </w:r>
      <w:r>
        <w:rPr>
          <w:rFonts w:ascii="Calibri" w:hAnsi="Calibri" w:cs="Calibri" w:eastAsia="宋体"/>
        </w:rPr>
        <w:t>是否解剖结构精确（例如：阴蒂 / 阴蒂包皮 / 小阴唇 / 外联合）？</w:t>
      </w:r>
    </w:p>
    <w:p>
      <w:pPr>
        <w:spacing w:before="20" w:after="40"/>
        <w:ind w:left="822" w:hanging="312"/>
      </w:pPr>
      <w:r>
        <w:rPr>
          <w:rFonts w:ascii="Calibri" w:hAnsi="Calibri" w:cs="Calibri" w:eastAsia="宋体"/>
        </w:rPr>
        <w:t xml:space="preserve">◦ </w:t>
      </w:r>
      <w:r>
        <w:rPr>
          <w:rFonts w:ascii="Calibri" w:hAnsi="Calibri" w:cs="Calibri" w:eastAsia="宋体"/>
        </w:rPr>
        <w:t>疤痕如何？</w:t>
      </w:r>
    </w:p>
    <w:p>
      <w:pPr>
        <w:spacing w:before="20" w:after="40"/>
        <w:ind w:left="822" w:hanging="312"/>
      </w:pPr>
      <w:r>
        <w:rPr>
          <w:rFonts w:ascii="Calibri" w:hAnsi="Calibri" w:cs="Calibri" w:eastAsia="宋体"/>
        </w:rPr>
        <w:t xml:space="preserve">◦ </w:t>
      </w:r>
      <w:r>
        <w:rPr>
          <w:rFonts w:ascii="Calibri" w:hAnsi="Calibri" w:cs="Calibri" w:eastAsia="宋体"/>
        </w:rPr>
        <w:t>疤痕是否容易隐藏？</w:t>
      </w:r>
    </w:p>
    <w:p>
      <w:pPr>
        <w:spacing w:before="20" w:after="40"/>
        <w:ind w:left="822" w:hanging="312"/>
      </w:pPr>
      <w:r>
        <w:rPr>
          <w:rFonts w:ascii="Calibri" w:hAnsi="Calibri" w:cs="Calibri" w:eastAsia="宋体"/>
        </w:rPr>
        <w:t xml:space="preserve">◦ </w:t>
      </w:r>
      <w:r>
        <w:rPr>
          <w:rFonts w:ascii="Calibri" w:hAnsi="Calibri" w:cs="Calibri" w:eastAsia="宋体"/>
        </w:rPr>
        <w:t>是否有明显的皮瓣拉伸感？</w:t>
      </w:r>
    </w:p>
    <w:p>
      <w:pPr>
        <w:spacing w:after="100"/>
      </w:pPr>
      <w:r>
        <w:rPr>
          <w:rFonts w:ascii="Calibri" w:hAnsi="Calibri" w:cs="Calibri" w:eastAsia="宋体"/>
        </w:rPr>
        <w:t xml:space="preserve">请提交至 </w:t>
      </w:r>
      <w:r>
        <w:rPr>
          <w:rFonts w:ascii="Calibri" w:hAnsi="Calibri" w:cs="Calibri" w:eastAsia="宋体"/>
        </w:rPr>
        <w:t>mtfwiki@project-trans.org</w:t>
      </w:r>
      <w:r>
        <w:rPr>
          <w:rFonts w:ascii="Calibri" w:hAnsi="Calibri" w:cs="Calibri" w:eastAsia="宋体"/>
        </w:rPr>
        <w:t xml:space="preserve"> 经由 </w:t>
      </w:r>
      <w:r>
        <w:rPr>
          <w:rFonts w:ascii="Calibri" w:hAnsi="Calibri" w:cs="Calibri" w:eastAsia="宋体"/>
        </w:rPr>
        <w:t>MtF Wiki</w:t>
      </w:r>
      <w:r>
        <w:rPr>
          <w:rFonts w:ascii="Calibri" w:hAnsi="Calibri" w:cs="Calibri" w:eastAsia="宋体"/>
        </w:rPr>
        <w:t xml:space="preserve"> 工作组成员对内容进行再加工后发布。</w:t>
      </w:r>
    </w:p>
    <w:p>
      <w:pPr>
        <w:spacing w:after="100"/>
      </w:pPr>
      <w:r>
        <w:rPr>
          <w:rFonts w:ascii="Calibri" w:hAnsi="Calibri" w:cs="Calibri" w:eastAsia="宋体"/>
        </w:rPr>
        <w:t>注意：手术评价并不是单纯的手术感想分享，请记住社群中对手术的目的要求并不一致。</w:t>
      </w:r>
    </w:p>
    <w:p>
      <w:pPr>
        <w:spacing w:after="100"/>
      </w:pPr>
      <w:r>
        <w:rPr>
          <w:rFonts w:ascii="Calibri" w:hAnsi="Calibri" w:cs="Calibri" w:eastAsia="宋体"/>
        </w:rPr>
        <w:t>无论如何，手术评价的前提是术者愿意分享。</w:t>
      </w:r>
    </w:p>
    <w:p>
      <w:pPr>
        <w:pStyle w:val="Heading3"/>
      </w:pPr>
      <w:r>
        <w:rPr>
          <w:rFonts w:ascii="Calibri" w:hAnsi="Calibri" w:cs="Calibri" w:eastAsia="宋体"/>
        </w:rPr>
        <w:t>写给术前正在了解手术相关内容的人</w:t>
      </w:r>
    </w:p>
    <w:p>
      <w:pPr>
        <w:spacing w:after="100"/>
      </w:pPr>
      <w:r>
        <w:rPr>
          <w:rFonts w:ascii="Calibri" w:hAnsi="Calibri" w:cs="Calibri" w:eastAsia="宋体"/>
        </w:rPr>
        <w:t>术前在社群内了解手术相关内容时，可以参考以上内容，以得到更有价值对您帮助更大的信息。</w:t>
      </w:r>
    </w:p>
    <w:p>
      <w:pPr>
        <w:spacing w:after="100"/>
      </w:pPr>
      <w:r>
        <w:rPr>
          <w:rFonts w:ascii="Calibri" w:hAnsi="Calibri" w:cs="Calibri" w:eastAsia="宋体"/>
        </w:rPr>
        <w:t>注意： 术前询问她人的手术效果时，请勿当面或背后做出伤害她人的评价，也请斟酌您的问题会不会伤害到对方。 你的一句「不咋地」可能会让对方痛苦很久，尤其是在术后的心理状况波动可能较大的情况下。</w:t>
      </w:r>
    </w:p>
    <w:p>
      <w:pPr>
        <w:pStyle w:val="Heading2"/>
      </w:pPr>
      <w:r>
        <w:rPr>
          <w:rFonts w:ascii="Calibri" w:hAnsi="Calibri" w:cs="Calibri" w:eastAsia="微软雅黑"/>
        </w:rPr>
        <w:t>4.6  户口身份证变更指引</w:t>
      </w:r>
    </w:p>
    <w:p>
      <w:pPr>
        <w:spacing w:after="160"/>
      </w:pPr>
      <w:r>
        <w:rPr>
          <w:rFonts w:ascii="Calibri" w:hAnsi="Calibri" w:cs="Calibri" w:eastAsia="宋体"/>
          <w:color w:val="6B7280"/>
          <w:sz w:val="16"/>
        </w:rPr>
        <w:t>原文：https://mtf.wiki/zh-cn/docs/srs/id-card · 最近更新：2026年3月25日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简而言之，你会在这里了解到在接受相关「手术」后如何变更中国大陆身份证性别及其相关内容。</w:t>
      </w:r>
    </w:p>
    <w:p>
      <w:pPr>
        <w:spacing w:before="120" w:after="120"/>
        <w:pBdr>
          <w:bottom w:val="single" w:sz="6" w:space="1" w:color="C9CDD4"/>
        </w:pBdr>
      </w:pPr>
    </w:p>
    <w:p>
      <w:pPr>
        <w:spacing w:after="100"/>
      </w:pPr>
      <w:r>
        <w:rPr>
          <w:rFonts w:ascii="Calibri" w:hAnsi="Calibri" w:cs="Calibri" w:eastAsia="宋体"/>
        </w:rPr>
        <w:t>修改身份证性别的基本流程为：准备性别鉴定材料 → 申请户口登记项目（性别）变更 → 申领新身份证。</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注意事项</w:t>
      </w:r>
    </w:p>
    <w:p>
      <w:pPr>
        <w:spacing w:before="20" w:after="40"/>
        <w:ind w:left="425" w:hanging="312"/>
        <w:shd w:val="clear" w:color="auto" w:fill="EFF6FF"/>
        <w:pBdr>
          <w:left w:val="single" w:sz="18" w:space="6" w:color="3B82F6"/>
        </w:pBdr>
      </w:pPr>
      <w:r>
        <w:rPr>
          <w:rFonts w:ascii="Calibri" w:hAnsi="Calibri" w:cs="Calibri" w:eastAsia="宋体"/>
        </w:rPr>
        <w:t xml:space="preserve">1. </w:t>
      </w:r>
      <w:r>
        <w:rPr>
          <w:rFonts w:ascii="Calibri" w:hAnsi="Calibri" w:cs="Calibri" w:eastAsia="宋体"/>
        </w:rPr>
        <w:t xml:space="preserve">户口登记性别项目变更后，公安将重新编制公民身份号码，会导致身份证号后四位发生变化，根据具体情况，也可造成前六位发生变化，具体规则可参考 </w:t>
      </w:r>
      <w:r>
        <w:rPr>
          <w:rFonts w:ascii="Calibri" w:hAnsi="Calibri" w:cs="Calibri" w:eastAsia="宋体"/>
        </w:rPr>
        <w:t>GB11643—1999《公民身份号码》国家标准</w:t>
      </w:r>
      <w:r>
        <w:rPr>
          <w:rFonts w:ascii="Calibri" w:hAnsi="Calibri" w:cs="Calibri" w:eastAsia="宋体"/>
        </w:rPr>
        <w:t>。</w:t>
      </w:r>
    </w:p>
    <w:p>
      <w:pPr>
        <w:spacing w:before="20" w:after="40"/>
        <w:ind w:left="425" w:hanging="312"/>
        <w:shd w:val="clear" w:color="auto" w:fill="EFF6FF"/>
        <w:pBdr>
          <w:left w:val="single" w:sz="18" w:space="6" w:color="3B82F6"/>
        </w:pBdr>
      </w:pPr>
      <w:r>
        <w:rPr>
          <w:rFonts w:ascii="Calibri" w:hAnsi="Calibri" w:cs="Calibri" w:eastAsia="宋体"/>
        </w:rPr>
        <w:t xml:space="preserve">2. </w:t>
      </w:r>
      <w:r>
        <w:rPr>
          <w:rFonts w:ascii="Calibri" w:hAnsi="Calibri" w:cs="Calibri" w:eastAsia="宋体"/>
        </w:rPr>
        <w:t>可能需要多份盖公章的户口登记项目内容变更更正证明（即性别、身份证号等户口登记内容的变更更正证明），用于修改其他证件、业务信息等。</w:t>
      </w:r>
    </w:p>
    <w:p>
      <w:pPr>
        <w:spacing w:before="20" w:after="40"/>
        <w:ind w:left="425" w:hanging="312"/>
        <w:shd w:val="clear" w:color="auto" w:fill="EFF6FF"/>
        <w:pBdr>
          <w:left w:val="single" w:sz="18" w:space="6" w:color="3B82F6"/>
        </w:pBdr>
      </w:pPr>
      <w:r>
        <w:rPr>
          <w:rFonts w:ascii="Calibri" w:hAnsi="Calibri" w:cs="Calibri" w:eastAsia="宋体"/>
        </w:rPr>
        <w:t xml:space="preserve">3. </w:t>
      </w:r>
      <w:r>
        <w:rPr>
          <w:rFonts w:ascii="Calibri" w:hAnsi="Calibri" w:cs="Calibri" w:eastAsia="宋体"/>
        </w:rPr>
        <w:t>新身份证所对应的征信记录初始为空，银行会在变更已持有信用卡的身份证号后上传相应持卡信息至新证件的征信记录。</w:t>
      </w:r>
    </w:p>
    <w:p>
      <w:pPr>
        <w:spacing w:before="20" w:after="40"/>
        <w:ind w:left="425" w:hanging="312"/>
        <w:shd w:val="clear" w:color="auto" w:fill="EFF6FF"/>
        <w:pBdr>
          <w:left w:val="single" w:sz="18" w:space="6" w:color="3B82F6"/>
        </w:pBdr>
      </w:pPr>
      <w:r>
        <w:rPr>
          <w:rFonts w:ascii="Calibri" w:hAnsi="Calibri" w:cs="Calibri" w:eastAsia="宋体"/>
        </w:rPr>
        <w:t xml:space="preserve">4. </w:t>
      </w:r>
      <w:r>
        <w:rPr>
          <w:rFonts w:ascii="Calibri" w:hAnsi="Calibri" w:cs="Calibri" w:eastAsia="宋体"/>
        </w:rPr>
        <w:t>以旧身份证办理的业务一段时间后可能会因为旧身份证状态变为「查无此人」而失效。</w:t>
      </w:r>
    </w:p>
    <w:p>
      <w:pPr>
        <w:spacing w:before="20" w:after="40"/>
        <w:ind w:left="425" w:hanging="312"/>
        <w:shd w:val="clear" w:color="auto" w:fill="EFF6FF"/>
        <w:pBdr>
          <w:left w:val="single" w:sz="18" w:space="6" w:color="3B82F6"/>
        </w:pBdr>
      </w:pPr>
      <w:r>
        <w:rPr>
          <w:rFonts w:ascii="Calibri" w:hAnsi="Calibri" w:cs="Calibri" w:eastAsia="宋体"/>
        </w:rPr>
        <w:t xml:space="preserve">5. </w:t>
      </w:r>
      <w:r>
        <w:rPr>
          <w:rFonts w:ascii="Calibri" w:hAnsi="Calibri" w:cs="Calibri" w:eastAsia="宋体"/>
        </w:rPr>
        <w:t>在一段时间内新身份证人脸识别处于不可用状态，此时可酌情使用旧身份证作为通行凭证。若能提供旧身份证，在办理很多转移业务时都能获得一定便利。</w:t>
      </w:r>
    </w:p>
    <w:p>
      <w:pPr>
        <w:pStyle w:val="Heading3"/>
      </w:pPr>
      <w:r>
        <w:rPr>
          <w:rFonts w:ascii="Calibri" w:hAnsi="Calibri" w:cs="Calibri" w:eastAsia="宋体"/>
        </w:rPr>
        <w:t>前置材料</w:t>
      </w:r>
    </w:p>
    <w:p>
      <w:pPr>
        <w:spacing w:after="100"/>
      </w:pPr>
      <w:r>
        <w:rPr>
          <w:rFonts w:ascii="Calibri" w:hAnsi="Calibri" w:cs="Calibri" w:eastAsia="宋体"/>
        </w:rPr>
        <w:t>一般来说前置材料</w:t>
      </w:r>
      <w:r>
        <w:rPr>
          <w:rFonts w:ascii="Calibri" w:hAnsi="Calibri" w:cs="Calibri" w:eastAsia="宋体"/>
          <w:b/>
        </w:rPr>
        <w:t>在方案 A 和方案 B 之间任选其一</w:t>
      </w:r>
      <w:r>
        <w:rPr>
          <w:rFonts w:ascii="Calibri" w:hAnsi="Calibri" w:cs="Calibri" w:eastAsia="宋体"/>
        </w:rPr>
        <w:t>准备即可，但部分地区可能有特殊要求，可以参考以下表格：</w:t>
      </w:r>
    </w:p>
    <w:tbl>
      <w:tblPr>
        <w:tblStyle w:val="TableGrid"/>
        <w:tblW w:type="auto" w:w="0"/>
        <w:jc w:val="center"/>
        <w:tblLayout w:type="fixed"/>
        <w:tblLook w:firstColumn="1" w:firstRow="1" w:lastColumn="0" w:lastRow="0" w:noHBand="0" w:noVBand="1" w:val="04A0"/>
      </w:tblPr>
      <w:tblGrid>
        <w:gridCol w:w="1072"/>
        <w:gridCol w:w="8226"/>
      </w:tblGrid>
      <w:tr>
        <w:trPr>
          <w:tblHeader/>
        </w:trPr>
        <w:tc>
          <w:tcPr>
            <w:tcW w:type="dxa" w:w="1072"/>
            <w:shd w:val="clear" w:color="auto" w:fill="EDF1F7"/>
          </w:tcPr>
          <w:p>
            <w:pPr>
              <w:spacing w:before="40" w:after="40" w:line="276" w:lineRule="auto"/>
            </w:pPr>
            <w:r>
              <w:rPr>
                <w:b/>
                <w:sz w:val="18"/>
              </w:rPr>
            </w:r>
            <w:r>
              <w:rPr>
                <w:rFonts w:ascii="Calibri" w:hAnsi="Calibri" w:cs="Calibri" w:eastAsia="宋体"/>
                <w:b/>
                <w:sz w:val="18"/>
              </w:rPr>
              <w:t>户籍地</w:t>
            </w:r>
          </w:p>
        </w:tc>
        <w:tc>
          <w:tcPr>
            <w:tcW w:type="dxa" w:w="8226"/>
            <w:shd w:val="clear" w:color="auto" w:fill="EDF1F7"/>
          </w:tcPr>
          <w:p>
            <w:pPr>
              <w:spacing w:before="40" w:after="40" w:line="276" w:lineRule="auto"/>
            </w:pPr>
            <w:r>
              <w:rPr>
                <w:b/>
                <w:sz w:val="18"/>
              </w:rPr>
            </w:r>
            <w:r>
              <w:rPr>
                <w:rFonts w:ascii="Calibri" w:hAnsi="Calibri" w:cs="Calibri" w:eastAsia="宋体"/>
                <w:b/>
                <w:sz w:val="18"/>
              </w:rPr>
              <w:t>要求</w:t>
            </w:r>
          </w:p>
        </w:tc>
      </w:tr>
      <w:tr>
        <w:tc>
          <w:tcPr>
            <w:tcW w:type="dxa" w:w="1072"/>
          </w:tcPr>
          <w:p>
            <w:pPr>
              <w:spacing w:before="40" w:after="40" w:line="276" w:lineRule="auto"/>
            </w:pPr>
            <w:r>
              <w:rPr>
                <w:sz w:val="18"/>
              </w:rPr>
            </w:r>
            <w:r>
              <w:rPr>
                <w:rFonts w:ascii="Calibri" w:hAnsi="Calibri" w:cs="Calibri" w:eastAsia="宋体"/>
                <w:sz w:val="18"/>
              </w:rPr>
              <w:t>北京市</w:t>
            </w:r>
          </w:p>
        </w:tc>
        <w:tc>
          <w:tcPr>
            <w:tcW w:type="dxa" w:w="8226"/>
          </w:tcPr>
          <w:p>
            <w:pPr>
              <w:spacing w:before="40" w:after="40" w:line="276" w:lineRule="auto"/>
            </w:pPr>
            <w:r>
              <w:rPr>
                <w:sz w:val="18"/>
              </w:rPr>
            </w:r>
            <w:r>
              <w:rPr>
                <w:rFonts w:ascii="Calibri" w:hAnsi="Calibri" w:cs="Calibri" w:eastAsia="宋体"/>
                <w:sz w:val="18"/>
              </w:rPr>
              <w:t>如选择方案 B，可能仍会被要求提供国内三级医院出具的性别鉴定证明</w:t>
            </w:r>
          </w:p>
        </w:tc>
      </w:tr>
      <w:tr>
        <w:tc>
          <w:tcPr>
            <w:tcW w:type="dxa" w:w="1072"/>
          </w:tcPr>
          <w:p>
            <w:pPr>
              <w:spacing w:before="40" w:after="40" w:line="276" w:lineRule="auto"/>
            </w:pPr>
            <w:r>
              <w:rPr>
                <w:sz w:val="18"/>
              </w:rPr>
            </w:r>
            <w:r>
              <w:rPr>
                <w:rFonts w:ascii="Calibri" w:hAnsi="Calibri" w:cs="Calibri" w:eastAsia="宋体"/>
                <w:sz w:val="18"/>
              </w:rPr>
              <w:t>上海市</w:t>
            </w:r>
          </w:p>
        </w:tc>
        <w:tc>
          <w:tcPr>
            <w:tcW w:type="dxa" w:w="8226"/>
          </w:tcPr>
          <w:p>
            <w:pPr>
              <w:spacing w:before="40" w:after="40" w:line="276" w:lineRule="auto"/>
            </w:pPr>
            <w:r>
              <w:rPr>
                <w:sz w:val="18"/>
              </w:rPr>
            </w:r>
            <w:r>
              <w:rPr>
                <w:rFonts w:ascii="Calibri" w:hAnsi="Calibri" w:cs="Calibri" w:eastAsia="宋体"/>
                <w:sz w:val="18"/>
              </w:rPr>
              <w:t>根据</w:t>
            </w:r>
            <w:r>
              <w:rPr>
                <w:rFonts w:ascii="Calibri" w:hAnsi="Calibri" w:cs="Calibri" w:eastAsia="宋体"/>
                <w:sz w:val="18"/>
              </w:rPr>
              <w:t>《上海市常住户口管理规定》</w:t>
            </w:r>
            <w:r>
              <w:rPr>
                <w:rFonts w:ascii="Calibri" w:hAnsi="Calibri" w:cs="Calibri" w:eastAsia="宋体"/>
                <w:sz w:val="18"/>
              </w:rPr>
              <w:t>，学生集体户口等无法修改性别</w:t>
            </w:r>
          </w:p>
        </w:tc>
      </w:tr>
      <w:tr>
        <w:tc>
          <w:tcPr>
            <w:tcW w:type="dxa" w:w="1072"/>
          </w:tcPr>
          <w:p>
            <w:pPr>
              <w:spacing w:before="40" w:after="40" w:line="276" w:lineRule="auto"/>
            </w:pPr>
            <w:r>
              <w:rPr>
                <w:sz w:val="18"/>
              </w:rPr>
            </w:r>
            <w:r>
              <w:rPr>
                <w:rFonts w:ascii="Calibri" w:hAnsi="Calibri" w:cs="Calibri" w:eastAsia="宋体"/>
                <w:sz w:val="18"/>
              </w:rPr>
              <w:t>广东省</w:t>
            </w:r>
          </w:p>
        </w:tc>
        <w:tc>
          <w:tcPr>
            <w:tcW w:type="dxa" w:w="8226"/>
          </w:tcPr>
          <w:p>
            <w:pPr>
              <w:spacing w:before="40" w:after="40" w:line="276" w:lineRule="auto"/>
            </w:pPr>
            <w:r>
              <w:rPr>
                <w:sz w:val="18"/>
              </w:rPr>
            </w:r>
            <w:r>
              <w:rPr>
                <w:rFonts w:ascii="Calibri" w:hAnsi="Calibri" w:cs="Calibri" w:eastAsia="宋体"/>
                <w:sz w:val="18"/>
              </w:rPr>
              <w:t>境外接受手术的可能无法选择方案 A</w:t>
            </w:r>
          </w:p>
        </w:tc>
      </w:tr>
      <w:tr>
        <w:tc>
          <w:tcPr>
            <w:tcW w:type="dxa" w:w="1072"/>
          </w:tcPr>
          <w:p>
            <w:pPr>
              <w:spacing w:before="40" w:after="40" w:line="276" w:lineRule="auto"/>
            </w:pPr>
            <w:r>
              <w:rPr>
                <w:sz w:val="18"/>
              </w:rPr>
            </w:r>
            <w:r>
              <w:rPr>
                <w:rFonts w:ascii="Calibri" w:hAnsi="Calibri" w:cs="Calibri" w:eastAsia="宋体"/>
                <w:sz w:val="18"/>
              </w:rPr>
              <w:t>吉林省</w:t>
            </w:r>
          </w:p>
        </w:tc>
        <w:tc>
          <w:tcPr>
            <w:tcW w:type="dxa" w:w="8226"/>
          </w:tcPr>
          <w:p>
            <w:pPr>
              <w:spacing w:before="40" w:after="40" w:line="276" w:lineRule="auto"/>
            </w:pPr>
            <w:r>
              <w:rPr>
                <w:sz w:val="18"/>
              </w:rPr>
            </w:r>
            <w:r>
              <w:rPr>
                <w:rFonts w:ascii="Calibri" w:hAnsi="Calibri" w:cs="Calibri" w:eastAsia="宋体"/>
                <w:sz w:val="18"/>
              </w:rPr>
              <w:t>如选择方案 A，可能要求性别鉴定证明必须由国内三级甲等医院出具</w:t>
            </w:r>
          </w:p>
        </w:tc>
      </w:tr>
    </w:tbl>
    <w:p>
      <w:pPr>
        <w:spacing w:after="100"/>
      </w:pPr>
      <w:r>
        <w:rPr>
          <w:rFonts w:ascii="Calibri" w:hAnsi="Calibri" w:cs="Calibri" w:eastAsia="宋体"/>
        </w:rPr>
        <w:t>此外，目前已知上海市、重庆市、福建省、河南省、广东省、安徽省、湖南省、江西省、吉林省、湖北省、辽宁省、云南省、广西壮族自治区、内蒙古自治区、新疆维吾尔自治区、成都市、伊春市等地可能不要求准备方案 A 中所述公证书，如有必要请与户籍地公安部门联系询问详情。</w:t>
      </w:r>
    </w:p>
    <w:p>
      <w:pPr>
        <w:pStyle w:val="Heading4"/>
      </w:pPr>
      <w:r>
        <w:rPr>
          <w:rFonts w:ascii="Calibri" w:hAnsi="Calibri" w:cs="Calibri" w:eastAsia="宋体"/>
        </w:rPr>
        <w:t>A) 三级医院性别鉴定公证</w:t>
      </w:r>
    </w:p>
    <w:p>
      <w:pPr>
        <w:pStyle w:val="Heading5"/>
      </w:pPr>
      <w:r>
        <w:rPr>
          <w:rFonts w:ascii="Calibri" w:hAnsi="Calibri" w:cs="Calibri" w:eastAsia="宋体"/>
        </w:rPr>
        <w:t>性别鉴定</w:t>
      </w:r>
    </w:p>
    <w:tbl>
      <w:tblPr>
        <w:tblStyle w:val="TableGrid"/>
        <w:tblW w:type="auto" w:w="0"/>
        <w:jc w:val="center"/>
        <w:tblLayout w:type="fixed"/>
        <w:tblLook w:firstColumn="1" w:firstRow="1" w:lastColumn="0" w:lastRow="0" w:noHBand="0" w:noVBand="1" w:val="04A0"/>
      </w:tblPr>
      <w:tblGrid>
        <w:gridCol w:w="1054"/>
        <w:gridCol w:w="2274"/>
        <w:gridCol w:w="5970"/>
      </w:tblGrid>
      <w:tr>
        <w:trPr>
          <w:tblHeader/>
        </w:trPr>
        <w:tc>
          <w:tcPr>
            <w:tcW w:type="dxa" w:w="1054"/>
            <w:shd w:val="clear" w:color="auto" w:fill="EDF1F7"/>
          </w:tcPr>
          <w:p>
            <w:pPr>
              <w:spacing w:before="40" w:after="40" w:line="276" w:lineRule="auto"/>
            </w:pPr>
            <w:r>
              <w:rPr>
                <w:b/>
                <w:sz w:val="18"/>
              </w:rPr>
            </w:r>
            <w:r>
              <w:rPr>
                <w:rFonts w:ascii="Calibri" w:hAnsi="Calibri" w:cs="Calibri" w:eastAsia="宋体"/>
                <w:b/>
                <w:sz w:val="18"/>
              </w:rPr>
              <w:t>省市</w:t>
            </w:r>
          </w:p>
        </w:tc>
        <w:tc>
          <w:tcPr>
            <w:tcW w:type="dxa" w:w="2274"/>
            <w:shd w:val="clear" w:color="auto" w:fill="EDF1F7"/>
          </w:tcPr>
          <w:p>
            <w:pPr>
              <w:spacing w:before="40" w:after="40" w:line="276" w:lineRule="auto"/>
            </w:pPr>
            <w:r>
              <w:rPr>
                <w:b/>
                <w:sz w:val="18"/>
              </w:rPr>
            </w:r>
            <w:r>
              <w:rPr>
                <w:rFonts w:ascii="Calibri" w:hAnsi="Calibri" w:cs="Calibri" w:eastAsia="宋体"/>
                <w:b/>
                <w:sz w:val="18"/>
              </w:rPr>
              <w:t>机构名称</w:t>
            </w:r>
          </w:p>
        </w:tc>
        <w:tc>
          <w:tcPr>
            <w:tcW w:type="dxa" w:w="5970"/>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054"/>
          </w:tcPr>
          <w:p>
            <w:pPr>
              <w:spacing w:before="40" w:after="40" w:line="276" w:lineRule="auto"/>
            </w:pPr>
            <w:r>
              <w:rPr>
                <w:sz w:val="18"/>
              </w:rPr>
            </w:r>
            <w:r>
              <w:rPr>
                <w:rFonts w:ascii="Calibri" w:hAnsi="Calibri" w:cs="Calibri" w:eastAsia="宋体"/>
                <w:sz w:val="18"/>
              </w:rPr>
              <w:t>上海市</w:t>
            </w:r>
          </w:p>
        </w:tc>
        <w:tc>
          <w:tcPr>
            <w:tcW w:type="dxa" w:w="2274"/>
          </w:tcPr>
          <w:p>
            <w:pPr>
              <w:spacing w:before="40" w:after="40" w:line="276" w:lineRule="auto"/>
            </w:pPr>
            <w:r>
              <w:rPr>
                <w:sz w:val="18"/>
              </w:rPr>
            </w:r>
            <w:r>
              <w:rPr>
                <w:rFonts w:ascii="Calibri" w:hAnsi="Calibri" w:cs="Calibri" w:eastAsia="宋体"/>
                <w:sz w:val="18"/>
              </w:rPr>
              <w:t>上海九院</w:t>
            </w:r>
          </w:p>
        </w:tc>
        <w:tc>
          <w:tcPr>
            <w:tcW w:type="dxa" w:w="5970"/>
          </w:tcPr>
          <w:p>
            <w:pPr>
              <w:spacing w:before="40" w:after="40" w:line="276" w:lineRule="auto"/>
            </w:pPr>
            <w:r>
              <w:rPr>
                <w:sz w:val="18"/>
              </w:rPr>
            </w:r>
            <w:r>
              <w:rPr>
                <w:rFonts w:ascii="Calibri" w:hAnsi="Calibri" w:cs="Calibri" w:eastAsia="宋体"/>
                <w:sz w:val="18"/>
              </w:rPr>
              <w:t>跨性别门诊，仅可开具病历，无法开具诊断证明</w:t>
            </w:r>
          </w:p>
        </w:tc>
      </w:tr>
      <w:tr>
        <w:tc>
          <w:tcPr>
            <w:tcW w:type="dxa" w:w="1054"/>
          </w:tcPr>
          <w:p>
            <w:pPr>
              <w:spacing w:before="40" w:after="40" w:line="276" w:lineRule="auto"/>
            </w:pPr>
            <w:r>
              <w:rPr>
                <w:sz w:val="18"/>
              </w:rPr>
            </w:r>
            <w:r>
              <w:rPr>
                <w:rFonts w:ascii="Calibri" w:hAnsi="Calibri" w:cs="Calibri" w:eastAsia="宋体"/>
                <w:sz w:val="18"/>
              </w:rPr>
              <w:t>北京市</w:t>
            </w:r>
          </w:p>
        </w:tc>
        <w:tc>
          <w:tcPr>
            <w:tcW w:type="dxa" w:w="2274"/>
          </w:tcPr>
          <w:p>
            <w:pPr>
              <w:spacing w:before="40" w:after="40" w:line="276" w:lineRule="auto"/>
            </w:pPr>
            <w:r>
              <w:rPr>
                <w:sz w:val="18"/>
              </w:rPr>
            </w:r>
            <w:r>
              <w:rPr>
                <w:rFonts w:ascii="Calibri" w:hAnsi="Calibri" w:cs="Calibri" w:eastAsia="宋体"/>
                <w:strike/>
                <w:sz w:val="18"/>
              </w:rPr>
              <w:t>北京大学第三医院</w:t>
            </w:r>
          </w:p>
        </w:tc>
        <w:tc>
          <w:tcPr>
            <w:tcW w:type="dxa" w:w="5970"/>
          </w:tcPr>
          <w:p>
            <w:pPr>
              <w:spacing w:before="40" w:after="40" w:line="276" w:lineRule="auto"/>
            </w:pPr>
            <w:r>
              <w:rPr>
                <w:sz w:val="18"/>
              </w:rPr>
            </w:r>
            <w:r>
              <w:rPr>
                <w:rFonts w:ascii="Calibri" w:hAnsi="Calibri" w:cs="Calibri" w:eastAsia="宋体"/>
                <w:sz w:val="18"/>
              </w:rPr>
              <w:t>已不再对外院手术出具证明</w:t>
            </w:r>
            <w:r>
              <w:rPr>
                <w:sz w:val="18"/>
              </w:rPr>
              <w:br/>
            </w:r>
            <w:r>
              <w:rPr>
                <w:sz w:val="18"/>
              </w:rPr>
              <w:br/>
            </w:r>
            <w:r>
              <w:rPr>
                <w:rFonts w:ascii="Calibri" w:hAnsi="Calibri" w:cs="Calibri" w:eastAsia="宋体"/>
                <w:strike/>
                <w:sz w:val="18"/>
              </w:rPr>
              <w:t>需要心理科、精神科等相关专科医生出具的易性症诊断证明</w:t>
            </w:r>
            <w:r>
              <w:rPr>
                <w:sz w:val="18"/>
              </w:rPr>
              <w:br/>
            </w:r>
            <w:r>
              <w:rPr>
                <w:sz w:val="18"/>
              </w:rPr>
              <w:br/>
            </w:r>
            <w:r>
              <w:rPr>
                <w:rFonts w:ascii="Calibri" w:hAnsi="Calibri" w:cs="Calibri" w:eastAsia="宋体"/>
                <w:strike/>
                <w:sz w:val="18"/>
              </w:rPr>
              <w:t>需要手术证明材料</w:t>
            </w:r>
            <w:r>
              <w:rPr>
                <w:sz w:val="18"/>
              </w:rPr>
              <w:br/>
            </w:r>
            <w:r>
              <w:rPr>
                <w:sz w:val="18"/>
              </w:rPr>
              <w:br/>
            </w:r>
            <w:r>
              <w:rPr>
                <w:rFonts w:ascii="Calibri" w:hAnsi="Calibri" w:cs="Calibri" w:eastAsia="宋体"/>
                <w:sz w:val="18"/>
              </w:rPr>
              <w:t>请确认北医三院开具的诊断证明上有「术后」等字样</w:t>
            </w:r>
          </w:p>
        </w:tc>
      </w:tr>
      <w:tr>
        <w:tc>
          <w:tcPr>
            <w:tcW w:type="dxa" w:w="1054"/>
          </w:tcPr>
          <w:p>
            <w:pPr>
              <w:spacing w:before="40" w:after="40" w:line="276" w:lineRule="auto"/>
            </w:pPr>
            <w:r>
              <w:rPr>
                <w:sz w:val="18"/>
              </w:rPr>
            </w:r>
            <w:r>
              <w:rPr>
                <w:rFonts w:ascii="Calibri" w:hAnsi="Calibri" w:cs="Calibri" w:eastAsia="宋体"/>
                <w:sz w:val="18"/>
              </w:rPr>
              <w:t>北京市</w:t>
            </w:r>
          </w:p>
        </w:tc>
        <w:tc>
          <w:tcPr>
            <w:tcW w:type="dxa" w:w="2274"/>
          </w:tcPr>
          <w:p>
            <w:pPr>
              <w:spacing w:before="40" w:after="40" w:line="276" w:lineRule="auto"/>
            </w:pPr>
            <w:r>
              <w:rPr>
                <w:sz w:val="18"/>
              </w:rPr>
            </w:r>
            <w:r>
              <w:rPr>
                <w:rFonts w:ascii="Calibri" w:hAnsi="Calibri" w:cs="Calibri" w:eastAsia="宋体"/>
                <w:sz w:val="18"/>
              </w:rPr>
              <w:t>北京中西医结合医院</w:t>
            </w:r>
          </w:p>
        </w:tc>
        <w:tc>
          <w:tcPr>
            <w:tcW w:type="dxa" w:w="5970"/>
          </w:tcPr>
          <w:p>
            <w:pPr>
              <w:spacing w:before="40" w:after="40" w:line="276" w:lineRule="auto"/>
            </w:pPr>
            <w:r>
              <w:rPr>
                <w:sz w:val="18"/>
              </w:rPr>
            </w:r>
            <w:r>
              <w:rPr>
                <w:rFonts w:ascii="Calibri" w:hAnsi="Calibri" w:cs="Calibri" w:eastAsia="宋体"/>
                <w:sz w:val="18"/>
              </w:rPr>
              <w:t>妇科 康环/王学安(等？) 医生</w:t>
            </w:r>
          </w:p>
        </w:tc>
      </w:tr>
    </w:tbl>
    <w:p>
      <w:pPr>
        <w:spacing w:after="100"/>
      </w:pPr>
      <w:r>
        <w:rPr>
          <w:rFonts w:ascii="Calibri" w:hAnsi="Calibri" w:cs="Calibri" w:eastAsia="宋体"/>
        </w:rPr>
        <w:t>在国内医院手术的，出院时会提供出院诊断（诊断证明书），无需性别鉴定。</w:t>
      </w:r>
    </w:p>
    <w:p>
      <w:pPr>
        <w:pStyle w:val="Heading5"/>
      </w:pPr>
      <w:r>
        <w:rPr>
          <w:rFonts w:ascii="Calibri" w:hAnsi="Calibri" w:cs="Calibri" w:eastAsia="宋体"/>
        </w:rPr>
        <w:t>公证</w:t>
      </w:r>
    </w:p>
    <w:p>
      <w:pPr>
        <w:spacing w:after="100"/>
      </w:pPr>
      <w:r>
        <w:rPr>
          <w:rFonts w:ascii="Calibri" w:hAnsi="Calibri" w:cs="Calibri" w:eastAsia="宋体"/>
        </w:rPr>
        <w:t>需要公证的文件为：诊断证明书</w:t>
      </w:r>
    </w:p>
    <w:p>
      <w:pPr>
        <w:spacing w:after="100"/>
      </w:pPr>
      <w:r>
        <w:rPr>
          <w:rFonts w:ascii="Calibri" w:hAnsi="Calibri" w:cs="Calibri" w:eastAsia="宋体"/>
        </w:rPr>
        <w:t>需要提供的材料为：户口簿原件（或户口簿复印件，或户籍证明）、身份证、诊断证明书</w:t>
      </w:r>
    </w:p>
    <w:p>
      <w:pPr>
        <w:spacing w:after="100"/>
      </w:pPr>
      <w:r>
        <w:rPr>
          <w:rFonts w:ascii="Calibri" w:hAnsi="Calibri" w:cs="Calibri" w:eastAsia="宋体"/>
        </w:rPr>
        <w:t>申请内容为：「影印件与原件相符，原件属实」的公证书</w:t>
      </w:r>
    </w:p>
    <w:p>
      <w:pPr>
        <w:spacing w:after="100"/>
      </w:pPr>
      <w:r>
        <w:rPr>
          <w:rFonts w:ascii="Calibri" w:hAnsi="Calibri" w:cs="Calibri" w:eastAsia="宋体"/>
        </w:rPr>
        <w:t>建议制作多份公证副本，以供多方接收留底，目前已知的有：公安部门留底、毕业前修改学籍以提供校方留底等。</w:t>
      </w:r>
    </w:p>
    <w:tbl>
      <w:tblPr>
        <w:tblStyle w:val="TableGrid"/>
        <w:tblW w:type="auto" w:w="0"/>
        <w:jc w:val="center"/>
        <w:tblLayout w:type="fixed"/>
        <w:tblLook w:firstColumn="1" w:firstRow="1" w:lastColumn="0" w:lastRow="0" w:noHBand="0" w:noVBand="1" w:val="04A0"/>
      </w:tblPr>
      <w:tblGrid>
        <w:gridCol w:w="2324"/>
        <w:gridCol w:w="5424"/>
        <w:gridCol w:w="1550"/>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省市</w:t>
            </w:r>
          </w:p>
        </w:tc>
        <w:tc>
          <w:tcPr>
            <w:tcW w:type="dxa" w:w="5424"/>
            <w:shd w:val="clear" w:color="auto" w:fill="EDF1F7"/>
          </w:tcPr>
          <w:p>
            <w:pPr>
              <w:spacing w:before="40" w:after="40" w:line="276" w:lineRule="auto"/>
            </w:pPr>
            <w:r>
              <w:rPr>
                <w:b/>
                <w:sz w:val="18"/>
              </w:rPr>
            </w:r>
            <w:r>
              <w:rPr>
                <w:rFonts w:ascii="Calibri" w:hAnsi="Calibri" w:cs="Calibri" w:eastAsia="宋体"/>
                <w:b/>
                <w:sz w:val="18"/>
              </w:rPr>
              <w:t>机构名称</w:t>
            </w:r>
          </w:p>
        </w:tc>
        <w:tc>
          <w:tcPr>
            <w:tcW w:type="dxa" w:w="1550"/>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2324"/>
          </w:tcPr>
          <w:p>
            <w:pPr>
              <w:spacing w:before="40" w:after="40" w:line="276" w:lineRule="auto"/>
            </w:pPr>
            <w:r>
              <w:rPr>
                <w:sz w:val="18"/>
              </w:rPr>
            </w:r>
            <w:r>
              <w:rPr>
                <w:rFonts w:ascii="Calibri" w:hAnsi="Calibri" w:cs="Calibri" w:eastAsia="宋体"/>
                <w:sz w:val="18"/>
              </w:rPr>
              <w:t>北京市</w:t>
            </w:r>
          </w:p>
        </w:tc>
        <w:tc>
          <w:tcPr>
            <w:tcW w:type="dxa" w:w="5424"/>
          </w:tcPr>
          <w:p>
            <w:pPr>
              <w:spacing w:before="40" w:after="40" w:line="276" w:lineRule="auto"/>
            </w:pPr>
            <w:r>
              <w:rPr>
                <w:sz w:val="18"/>
              </w:rPr>
            </w:r>
            <w:r>
              <w:rPr>
                <w:rFonts w:ascii="Calibri" w:hAnsi="Calibri" w:cs="Calibri" w:eastAsia="宋体"/>
                <w:sz w:val="18"/>
              </w:rPr>
              <w:t>北京国信公证处</w:t>
            </w:r>
          </w:p>
        </w:tc>
        <w:tc>
          <w:tcPr>
            <w:tcW w:type="dxa" w:w="1550"/>
          </w:tcPr>
          <w:p>
            <w:pPr>
              <w:spacing w:before="40" w:after="40" w:line="276" w:lineRule="auto"/>
            </w:pPr>
            <w:r>
              <w:rPr>
                <w:sz w:val="18"/>
              </w:rPr>
            </w:r>
            <w:r>
              <w:rPr>
                <w:rFonts w:ascii="Calibri" w:hAnsi="Calibri" w:cs="Calibri" w:eastAsia="宋体"/>
                <w:sz w:val="18"/>
              </w:rPr>
              <w:t>可能还需要提供与诊断证明书同时出具的病历作为辅助材料</w:t>
            </w:r>
          </w:p>
        </w:tc>
      </w:tr>
      <w:tr>
        <w:tc>
          <w:tcPr>
            <w:tcW w:type="dxa" w:w="2324"/>
          </w:tcPr>
          <w:p>
            <w:pPr>
              <w:spacing w:before="40" w:after="40" w:line="276" w:lineRule="auto"/>
            </w:pPr>
            <w:r>
              <w:rPr>
                <w:sz w:val="18"/>
              </w:rPr>
            </w:r>
            <w:r>
              <w:rPr>
                <w:rFonts w:ascii="Calibri" w:hAnsi="Calibri" w:cs="Calibri" w:eastAsia="宋体"/>
                <w:sz w:val="18"/>
              </w:rPr>
              <w:t>上海市</w:t>
            </w:r>
          </w:p>
        </w:tc>
        <w:tc>
          <w:tcPr>
            <w:tcW w:type="dxa" w:w="5424"/>
          </w:tcPr>
          <w:p>
            <w:pPr>
              <w:spacing w:before="40" w:after="40" w:line="276" w:lineRule="auto"/>
            </w:pPr>
            <w:r>
              <w:rPr>
                <w:sz w:val="18"/>
              </w:rPr>
            </w:r>
            <w:r>
              <w:rPr>
                <w:rFonts w:ascii="Calibri" w:hAnsi="Calibri" w:cs="Calibri" w:eastAsia="宋体"/>
                <w:sz w:val="18"/>
              </w:rPr>
              <w:t>上海东方公证处</w:t>
            </w:r>
          </w:p>
        </w:tc>
        <w:tc>
          <w:tcPr>
            <w:tcW w:type="dxa" w:w="1550"/>
          </w:tcPr>
          <w:p>
            <w:pPr>
              <w:spacing w:before="40" w:after="40" w:line="276" w:lineRule="auto"/>
            </w:pPr>
            <w:r>
              <w:rPr>
                <w:sz w:val="18"/>
              </w:rPr>
            </w:r>
          </w:p>
        </w:tc>
      </w:tr>
    </w:tbl>
    <w:p>
      <w:pPr>
        <w:pStyle w:val="Heading4"/>
      </w:pPr>
      <w:r>
        <w:rPr>
          <w:rFonts w:ascii="Calibri" w:hAnsi="Calibri" w:cs="Calibri" w:eastAsia="宋体"/>
        </w:rPr>
        <w:t>B) 司法鉴定</w:t>
      </w:r>
    </w:p>
    <w:p>
      <w:pPr>
        <w:spacing w:after="100"/>
      </w:pPr>
      <w:r>
        <w:rPr>
          <w:rFonts w:ascii="Calibri" w:hAnsi="Calibri" w:cs="Calibri" w:eastAsia="宋体"/>
        </w:rPr>
        <w:t>提供材料：医院提供的手术证明材料、病历和诊断证明、身份证。如境外手术还需提供手术时所用旅行证件（如护照）。</w:t>
      </w:r>
    </w:p>
    <w:p>
      <w:pPr>
        <w:spacing w:after="100"/>
      </w:pPr>
      <w:r>
        <w:rPr>
          <w:rFonts w:ascii="Calibri" w:hAnsi="Calibri" w:cs="Calibri" w:eastAsia="宋体"/>
        </w:rPr>
        <w:t>委托事项：鉴定本人第一性征为女性</w:t>
      </w:r>
    </w:p>
    <w:p>
      <w:pPr>
        <w:spacing w:after="100"/>
      </w:pPr>
      <w:r>
        <w:rPr>
          <w:rFonts w:ascii="Calibri" w:hAnsi="Calibri" w:cs="Calibri" w:eastAsia="宋体"/>
        </w:rPr>
        <w:t>鉴定过程：法医隔间现场检验外观，不检查内部（如果要触碰，请提醒法医手势轻一点）</w:t>
      </w:r>
    </w:p>
    <w:p>
      <w:pPr>
        <w:spacing w:after="100"/>
      </w:pPr>
      <w:r>
        <w:rPr>
          <w:rFonts w:ascii="Calibri" w:hAnsi="Calibri" w:cs="Calibri" w:eastAsia="宋体"/>
        </w:rPr>
        <w:t>报告办结：10 个工作日</w:t>
      </w:r>
    </w:p>
    <w:p>
      <w:pPr>
        <w:spacing w:after="100"/>
      </w:pPr>
      <w:r>
        <w:rPr>
          <w:rFonts w:ascii="Calibri" w:hAnsi="Calibri" w:cs="Calibri" w:eastAsia="宋体"/>
        </w:rPr>
        <w:t>根据在周月琴医生处鉴定的经验，医生会像精神医师初诊一样进行生活及治疗历史询问以验证倾向，若有相关证明（照片）可能可以减少询问时间。</w:t>
      </w:r>
    </w:p>
    <w:p>
      <w:pPr>
        <w:spacing w:after="100"/>
      </w:pPr>
      <w:r>
        <w:rPr>
          <w:rFonts w:ascii="Calibri" w:hAnsi="Calibri" w:cs="Calibri" w:eastAsia="宋体"/>
        </w:rPr>
        <w:t>如进行过喉结整形术，隆乳术等，建议提供出院记录等相关材料。</w:t>
      </w:r>
    </w:p>
    <w:p>
      <w:pPr>
        <w:spacing w:after="100"/>
      </w:pPr>
      <w:r>
        <w:rPr>
          <w:rFonts w:ascii="Calibri" w:hAnsi="Calibri" w:cs="Calibri" w:eastAsia="宋体"/>
        </w:rPr>
        <w:t>周月琴法医处仅切除外生殖器、零深度均有可能通过司法鉴定，但可能需要较高的女性化程度。具体条件可以参考该团队发表于《法医学杂志》的论文</w:t>
      </w:r>
      <w:r>
        <w:rPr>
          <w:rFonts w:ascii="Calibri" w:hAnsi="Calibri" w:cs="Calibri" w:eastAsia="宋体"/>
        </w:rPr>
        <w:t>《39例性别重置术后法医临床性别鉴定案例分析》</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1031"/>
        <w:gridCol w:w="3179"/>
        <w:gridCol w:w="5087"/>
      </w:tblGrid>
      <w:tr>
        <w:trPr>
          <w:tblHeader/>
        </w:trPr>
        <w:tc>
          <w:tcPr>
            <w:tcW w:type="dxa" w:w="1031"/>
            <w:shd w:val="clear" w:color="auto" w:fill="EDF1F7"/>
          </w:tcPr>
          <w:p>
            <w:pPr>
              <w:spacing w:before="40" w:after="40" w:line="276" w:lineRule="auto"/>
            </w:pPr>
            <w:r>
              <w:rPr>
                <w:b/>
                <w:sz w:val="18"/>
              </w:rPr>
            </w:r>
            <w:r>
              <w:rPr>
                <w:rFonts w:ascii="Calibri" w:hAnsi="Calibri" w:cs="Calibri" w:eastAsia="宋体"/>
                <w:b/>
                <w:sz w:val="18"/>
              </w:rPr>
              <w:t>省市</w:t>
            </w:r>
          </w:p>
        </w:tc>
        <w:tc>
          <w:tcPr>
            <w:tcW w:type="dxa" w:w="3179"/>
            <w:shd w:val="clear" w:color="auto" w:fill="EDF1F7"/>
          </w:tcPr>
          <w:p>
            <w:pPr>
              <w:spacing w:before="40" w:after="40" w:line="276" w:lineRule="auto"/>
            </w:pPr>
            <w:r>
              <w:rPr>
                <w:b/>
                <w:sz w:val="18"/>
              </w:rPr>
            </w:r>
            <w:r>
              <w:rPr>
                <w:rFonts w:ascii="Calibri" w:hAnsi="Calibri" w:cs="Calibri" w:eastAsia="宋体"/>
                <w:b/>
                <w:sz w:val="18"/>
              </w:rPr>
              <w:t>机构名称</w:t>
            </w:r>
          </w:p>
        </w:tc>
        <w:tc>
          <w:tcPr>
            <w:tcW w:type="dxa" w:w="5087"/>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031"/>
          </w:tcPr>
          <w:p>
            <w:pPr>
              <w:spacing w:before="40" w:after="40" w:line="276" w:lineRule="auto"/>
            </w:pPr>
            <w:r>
              <w:rPr>
                <w:sz w:val="18"/>
              </w:rPr>
            </w:r>
            <w:r>
              <w:rPr>
                <w:rFonts w:ascii="Calibri" w:hAnsi="Calibri" w:cs="Calibri" w:eastAsia="宋体"/>
                <w:sz w:val="18"/>
              </w:rPr>
              <w:t>上海市</w:t>
            </w:r>
          </w:p>
        </w:tc>
        <w:tc>
          <w:tcPr>
            <w:tcW w:type="dxa" w:w="3179"/>
          </w:tcPr>
          <w:p>
            <w:pPr>
              <w:spacing w:before="40" w:after="40" w:line="276" w:lineRule="auto"/>
            </w:pPr>
            <w:r>
              <w:rPr>
                <w:sz w:val="18"/>
              </w:rPr>
            </w:r>
            <w:r>
              <w:rPr>
                <w:rFonts w:ascii="Calibri" w:hAnsi="Calibri" w:cs="Calibri" w:eastAsia="宋体"/>
                <w:sz w:val="18"/>
              </w:rPr>
              <w:t>复旦大学上海医学院司法鉴定中心</w:t>
            </w:r>
          </w:p>
        </w:tc>
        <w:tc>
          <w:tcPr>
            <w:tcW w:type="dxa" w:w="5087"/>
          </w:tcPr>
          <w:p>
            <w:pPr>
              <w:spacing w:before="40" w:after="40" w:line="276" w:lineRule="auto"/>
            </w:pPr>
            <w:r>
              <w:rPr>
                <w:sz w:val="18"/>
              </w:rPr>
            </w:r>
            <w:r>
              <w:rPr>
                <w:rFonts w:ascii="Calibri" w:hAnsi="Calibri" w:cs="Calibri" w:eastAsia="宋体"/>
                <w:sz w:val="18"/>
              </w:rPr>
              <w:t>周月琴医生</w:t>
            </w:r>
            <w:r>
              <w:rPr>
                <w:sz w:val="18"/>
              </w:rPr>
              <w:br/>
            </w:r>
            <w:r>
              <w:rPr>
                <w:sz w:val="18"/>
              </w:rPr>
              <w:br/>
            </w:r>
            <w:r>
              <w:rPr>
                <w:rFonts w:ascii="Calibri" w:hAnsi="Calibri" w:cs="Calibri" w:eastAsia="宋体"/>
                <w:sz w:val="18"/>
              </w:rPr>
              <w:t>建议去之前先电话联系</w:t>
            </w:r>
            <w:r>
              <w:rPr>
                <w:sz w:val="18"/>
              </w:rPr>
              <w:br/>
            </w:r>
            <w:r>
              <w:rPr>
                <w:sz w:val="18"/>
              </w:rPr>
              <w:br/>
            </w:r>
            <w:r>
              <w:rPr>
                <w:rFonts w:ascii="Calibri" w:hAnsi="Calibri" w:cs="Calibri" w:eastAsia="宋体"/>
                <w:sz w:val="18"/>
              </w:rPr>
              <w:t>首选联系方式：</w:t>
            </w:r>
            <w:r>
              <w:rPr>
                <w:rFonts w:ascii="Calibri" w:hAnsi="Calibri" w:cs="Calibri" w:eastAsia="宋体"/>
                <w:sz w:val="18"/>
              </w:rPr>
              <w:t>021-54237559</w:t>
            </w:r>
            <w:r>
              <w:rPr>
                <w:sz w:val="18"/>
              </w:rPr>
              <w:br/>
            </w:r>
            <w:r>
              <w:rPr>
                <w:sz w:val="18"/>
              </w:rPr>
              <w:br/>
            </w:r>
            <w:r>
              <w:rPr>
                <w:rFonts w:ascii="Calibri" w:hAnsi="Calibri" w:cs="Calibri" w:eastAsia="宋体"/>
                <w:sz w:val="18"/>
              </w:rPr>
              <w:t>备选联系方式：</w:t>
            </w:r>
            <w:r>
              <w:rPr>
                <w:rFonts w:ascii="Calibri" w:hAnsi="Calibri" w:cs="Calibri" w:eastAsia="宋体"/>
                <w:sz w:val="18"/>
              </w:rPr>
              <w:t>021-64044561</w:t>
            </w:r>
            <w:r>
              <w:rPr>
                <w:rFonts w:ascii="Calibri" w:hAnsi="Calibri" w:cs="Calibri" w:eastAsia="宋体"/>
                <w:sz w:val="18"/>
              </w:rPr>
              <w:t>/</w:t>
            </w:r>
            <w:r>
              <w:rPr>
                <w:rFonts w:ascii="Calibri" w:hAnsi="Calibri" w:cs="Calibri" w:eastAsia="宋体"/>
                <w:sz w:val="18"/>
              </w:rPr>
              <w:t>021-54237566</w:t>
            </w:r>
            <w:r>
              <w:rPr>
                <w:sz w:val="18"/>
              </w:rPr>
              <w:br/>
            </w:r>
            <w:r>
              <w:rPr>
                <w:sz w:val="18"/>
              </w:rPr>
              <w:br/>
            </w:r>
            <w:r>
              <w:rPr>
                <w:rFonts w:ascii="Calibri" w:hAnsi="Calibri" w:cs="Calibri" w:eastAsia="宋体"/>
                <w:sz w:val="18"/>
              </w:rPr>
              <w:t>工作时间：8:30-11:30 / 13:30-16:30</w:t>
            </w:r>
            <w:r>
              <w:rPr>
                <w:sz w:val="18"/>
              </w:rPr>
              <w:br/>
            </w:r>
            <w:r>
              <w:rPr>
                <w:sz w:val="18"/>
              </w:rPr>
              <w:br/>
            </w:r>
            <w:r>
              <w:rPr>
                <w:rFonts w:ascii="Calibri" w:hAnsi="Calibri" w:cs="Calibri" w:eastAsia="宋体"/>
                <w:sz w:val="18"/>
              </w:rPr>
              <w:t>徐汇区斜土路1885号</w:t>
            </w:r>
            <w:r>
              <w:rPr>
                <w:sz w:val="18"/>
              </w:rPr>
              <w:br/>
            </w:r>
            <w:r>
              <w:rPr>
                <w:sz w:val="18"/>
              </w:rPr>
              <w:br/>
            </w:r>
            <w:r>
              <w:rPr>
                <w:rFonts w:ascii="Calibri" w:hAnsi="Calibri" w:cs="Calibri" w:eastAsia="宋体"/>
                <w:sz w:val="18"/>
              </w:rPr>
              <w:t>需要手术证明材料（不限语言），可能需要境内/境外精神科诊断证明或病历记录等相关材料。</w:t>
            </w:r>
            <w:r>
              <w:rPr>
                <w:sz w:val="18"/>
              </w:rPr>
              <w:br/>
            </w:r>
            <w:r>
              <w:rPr>
                <w:sz w:val="18"/>
              </w:rPr>
              <w:br/>
            </w:r>
            <w:r>
              <w:rPr>
                <w:rFonts w:ascii="Calibri" w:hAnsi="Calibri" w:cs="Calibri" w:eastAsia="宋体"/>
                <w:sz w:val="18"/>
              </w:rPr>
              <w:t>鉴定费用1200元人民币</w:t>
            </w:r>
          </w:p>
        </w:tc>
      </w:tr>
      <w:tr>
        <w:tc>
          <w:tcPr>
            <w:tcW w:type="dxa" w:w="1031"/>
          </w:tcPr>
          <w:p>
            <w:pPr>
              <w:spacing w:before="40" w:after="40" w:line="276" w:lineRule="auto"/>
            </w:pPr>
            <w:r>
              <w:rPr>
                <w:sz w:val="18"/>
              </w:rPr>
            </w:r>
            <w:r>
              <w:rPr>
                <w:rFonts w:ascii="Calibri" w:hAnsi="Calibri" w:cs="Calibri" w:eastAsia="宋体"/>
                <w:sz w:val="18"/>
              </w:rPr>
              <w:t>上海市</w:t>
            </w:r>
          </w:p>
        </w:tc>
        <w:tc>
          <w:tcPr>
            <w:tcW w:type="dxa" w:w="3179"/>
          </w:tcPr>
          <w:p>
            <w:pPr>
              <w:spacing w:before="40" w:after="40" w:line="276" w:lineRule="auto"/>
            </w:pPr>
            <w:r>
              <w:rPr>
                <w:sz w:val="18"/>
              </w:rPr>
            </w:r>
            <w:r>
              <w:rPr>
                <w:rFonts w:ascii="Calibri" w:hAnsi="Calibri" w:cs="Calibri" w:eastAsia="宋体"/>
                <w:sz w:val="18"/>
              </w:rPr>
              <w:t>司法鉴定科学技术研究所司法鉴定中心</w:t>
            </w:r>
          </w:p>
        </w:tc>
        <w:tc>
          <w:tcPr>
            <w:tcW w:type="dxa" w:w="5087"/>
          </w:tcPr>
          <w:p>
            <w:pPr>
              <w:spacing w:before="40" w:after="40" w:line="276" w:lineRule="auto"/>
            </w:pPr>
            <w:r>
              <w:rPr>
                <w:sz w:val="18"/>
              </w:rPr>
            </w:r>
            <w:r>
              <w:rPr>
                <w:rFonts w:ascii="Calibri" w:hAnsi="Calibri" w:cs="Calibri" w:eastAsia="宋体"/>
                <w:sz w:val="18"/>
              </w:rPr>
              <w:t>需要手术证明材料（中文）及户籍地派出所发函</w:t>
            </w:r>
            <w:r>
              <w:rPr>
                <w:sz w:val="18"/>
              </w:rPr>
              <w:br/>
            </w:r>
            <w:r>
              <w:rPr>
                <w:sz w:val="18"/>
              </w:rPr>
              <w:br/>
            </w:r>
            <w:r>
              <w:rPr>
                <w:rFonts w:ascii="Calibri" w:hAnsi="Calibri" w:cs="Calibri" w:eastAsia="宋体"/>
                <w:sz w:val="18"/>
              </w:rPr>
              <w:t>+86 21-52361148,2750</w:t>
            </w:r>
            <w:r>
              <w:rPr>
                <w:sz w:val="18"/>
              </w:rPr>
              <w:br/>
            </w:r>
            <w:r>
              <w:rPr>
                <w:sz w:val="18"/>
              </w:rPr>
              <w:br/>
            </w:r>
            <w:r>
              <w:rPr>
                <w:rFonts w:ascii="Calibri" w:hAnsi="Calibri" w:cs="Calibri" w:eastAsia="宋体"/>
                <w:sz w:val="18"/>
              </w:rPr>
              <w:t>光复西路1347号</w:t>
            </w:r>
          </w:p>
        </w:tc>
      </w:tr>
      <w:tr>
        <w:tc>
          <w:tcPr>
            <w:tcW w:type="dxa" w:w="1031"/>
          </w:tcPr>
          <w:p>
            <w:pPr>
              <w:spacing w:before="40" w:after="40" w:line="276" w:lineRule="auto"/>
            </w:pPr>
            <w:r>
              <w:rPr>
                <w:sz w:val="18"/>
              </w:rPr>
            </w:r>
            <w:r>
              <w:rPr>
                <w:rFonts w:ascii="Calibri" w:hAnsi="Calibri" w:cs="Calibri" w:eastAsia="宋体"/>
                <w:sz w:val="18"/>
              </w:rPr>
              <w:t>广东省广州市</w:t>
            </w:r>
          </w:p>
        </w:tc>
        <w:tc>
          <w:tcPr>
            <w:tcW w:type="dxa" w:w="3179"/>
          </w:tcPr>
          <w:p>
            <w:pPr>
              <w:spacing w:before="40" w:after="40" w:line="276" w:lineRule="auto"/>
            </w:pPr>
            <w:r>
              <w:rPr>
                <w:sz w:val="18"/>
              </w:rPr>
            </w:r>
            <w:r>
              <w:rPr>
                <w:rFonts w:ascii="Calibri" w:hAnsi="Calibri" w:cs="Calibri" w:eastAsia="宋体"/>
                <w:sz w:val="18"/>
              </w:rPr>
              <w:t>中山大学司法鉴定中心</w:t>
            </w:r>
          </w:p>
        </w:tc>
        <w:tc>
          <w:tcPr>
            <w:tcW w:type="dxa" w:w="5087"/>
          </w:tcPr>
          <w:p>
            <w:pPr>
              <w:spacing w:before="40" w:after="40" w:line="276" w:lineRule="auto"/>
            </w:pPr>
            <w:r>
              <w:rPr>
                <w:sz w:val="18"/>
              </w:rPr>
            </w:r>
            <w:r>
              <w:rPr>
                <w:rFonts w:ascii="Calibri" w:hAnsi="Calibri" w:cs="Calibri" w:eastAsia="宋体"/>
                <w:sz w:val="18"/>
              </w:rPr>
              <w:t>需要手术证明材料（原件中文，或原件外文+中文翻译件）</w:t>
            </w:r>
            <w:r>
              <w:rPr>
                <w:sz w:val="18"/>
              </w:rPr>
              <w:br/>
            </w:r>
            <w:r>
              <w:rPr>
                <w:sz w:val="18"/>
              </w:rPr>
              <w:br/>
            </w:r>
            <w:r>
              <w:rPr>
                <w:rFonts w:ascii="Calibri" w:hAnsi="Calibri" w:cs="Calibri" w:eastAsia="宋体"/>
                <w:sz w:val="18"/>
              </w:rPr>
              <w:t>必要派出所出具的鉴定委托书</w:t>
            </w:r>
          </w:p>
        </w:tc>
      </w:tr>
    </w:tbl>
    <w:p>
      <w:pPr>
        <w:pStyle w:val="Heading3"/>
      </w:pPr>
      <w:r>
        <w:rPr>
          <w:rFonts w:ascii="Calibri" w:hAnsi="Calibri" w:cs="Calibri" w:eastAsia="宋体"/>
        </w:rPr>
        <w:t>申请户口登记项目变更</w:t>
      </w:r>
    </w:p>
    <w:p>
      <w:pPr>
        <w:spacing w:after="100"/>
      </w:pPr>
      <w:r>
        <w:rPr>
          <w:rFonts w:ascii="Calibri" w:hAnsi="Calibri" w:cs="Calibri" w:eastAsia="宋体"/>
        </w:rPr>
        <w:t>实施主体：户籍所在地公安派出所</w:t>
      </w:r>
    </w:p>
    <w:p>
      <w:pPr>
        <w:spacing w:after="100"/>
      </w:pPr>
      <w:r>
        <w:rPr>
          <w:rFonts w:ascii="Calibri" w:hAnsi="Calibri" w:cs="Calibri" w:eastAsia="宋体"/>
        </w:rPr>
        <w:t>法律依据：</w:t>
      </w:r>
    </w:p>
    <w:p>
      <w:pPr>
        <w:spacing w:before="20" w:after="40"/>
        <w:ind w:left="425" w:hanging="312"/>
      </w:pPr>
      <w:r>
        <w:rPr>
          <w:rFonts w:ascii="Calibri" w:hAnsi="Calibri" w:cs="Calibri" w:eastAsia="宋体"/>
        </w:rPr>
        <w:t xml:space="preserve">1. </w:t>
      </w:r>
      <w:r>
        <w:rPr>
          <w:rFonts w:ascii="Calibri" w:hAnsi="Calibri" w:cs="Calibri" w:eastAsia="宋体"/>
        </w:rPr>
        <w:t>《公安部治安管理局关于公民手术变性后变更户口登记性别项目有关问题的批复 （公治〔2008〕478 号）》</w:t>
      </w:r>
    </w:p>
    <w:p>
      <w:pPr>
        <w:spacing w:before="20" w:after="40"/>
        <w:ind w:left="425" w:hanging="312"/>
      </w:pPr>
      <w:r>
        <w:rPr>
          <w:rFonts w:ascii="Calibri" w:hAnsi="Calibri" w:cs="Calibri" w:eastAsia="宋体"/>
        </w:rPr>
        <w:t xml:space="preserve">2. </w:t>
      </w:r>
      <w:r>
        <w:rPr>
          <w:rFonts w:ascii="Calibri" w:hAnsi="Calibri" w:cs="Calibri" w:eastAsia="宋体"/>
        </w:rPr>
        <w:t>《户口居民身份证管理工作规范（试行）》</w:t>
      </w:r>
      <w:r>
        <w:rPr>
          <w:rFonts w:ascii="Calibri" w:hAnsi="Calibri" w:cs="Calibri" w:eastAsia="宋体"/>
        </w:rPr>
        <w:t xml:space="preserve"> 第五十四条</w:t>
      </w:r>
    </w:p>
    <w:p>
      <w:pPr>
        <w:spacing w:before="20" w:after="40"/>
        <w:ind w:left="425" w:hanging="312"/>
      </w:pPr>
      <w:r>
        <w:rPr>
          <w:rFonts w:ascii="Calibri" w:hAnsi="Calibri" w:cs="Calibri" w:eastAsia="宋体"/>
        </w:rPr>
        <w:t xml:space="preserve">3. </w:t>
      </w:r>
      <w:r>
        <w:rPr>
          <w:rFonts w:ascii="Calibri" w:hAnsi="Calibri" w:cs="Calibri" w:eastAsia="宋体"/>
        </w:rPr>
        <w:t>户籍所在地的户口管理规定</w:t>
      </w:r>
      <w:r>
        <w:rPr>
          <w:rFonts w:ascii="Calibri" w:hAnsi="Calibri" w:cs="Calibri" w:eastAsia="宋体"/>
        </w:rPr>
        <w:t>（若部分地市无该类政策文件，请以前两条为准）</w:t>
      </w:r>
    </w:p>
    <w:p>
      <w:pPr>
        <w:spacing w:after="100"/>
      </w:pPr>
      <w:r>
        <w:rPr>
          <w:rFonts w:ascii="Calibri" w:hAnsi="Calibri" w:cs="Calibri" w:eastAsia="宋体"/>
        </w:rPr>
        <w:t>所需材料（以户籍所在地派出所的要求为准）：</w:t>
      </w:r>
    </w:p>
    <w:p>
      <w:pPr>
        <w:spacing w:before="20" w:after="40"/>
        <w:ind w:left="425" w:hanging="312"/>
      </w:pPr>
      <w:r>
        <w:rPr>
          <w:rFonts w:ascii="Calibri" w:hAnsi="Calibri" w:cs="Calibri" w:eastAsia="宋体"/>
        </w:rPr>
        <w:t xml:space="preserve">1. </w:t>
      </w:r>
      <w:r>
        <w:rPr>
          <w:rFonts w:ascii="Calibri" w:hAnsi="Calibri" w:cs="Calibri" w:eastAsia="宋体"/>
        </w:rPr>
        <w:t>上述前置材料。</w:t>
      </w:r>
    </w:p>
    <w:p>
      <w:pPr>
        <w:spacing w:before="20" w:after="40"/>
        <w:ind w:left="425" w:hanging="312"/>
      </w:pPr>
      <w:r>
        <w:rPr>
          <w:rFonts w:ascii="Calibri" w:hAnsi="Calibri" w:cs="Calibri" w:eastAsia="宋体"/>
        </w:rPr>
        <w:t xml:space="preserve">2. </w:t>
      </w:r>
      <w:r>
        <w:rPr>
          <w:rFonts w:ascii="Calibri" w:hAnsi="Calibri" w:cs="Calibri" w:eastAsia="宋体"/>
        </w:rPr>
        <w:t>户口簿（集体户口的提供本人页和首页复印件加盖集体户口单位管理部门公章，北京市等部分地区集体户口办理还需集体户管理员一同前往，因家庭矛盾无法使用户口簿可参考</w:t>
      </w:r>
      <w:r>
        <w:rPr>
          <w:rFonts w:ascii="Calibri" w:hAnsi="Calibri" w:cs="Calibri" w:eastAsia="宋体"/>
        </w:rPr>
        <w:t>《关于对因家庭矛盾导致户内成员无法使用本户居民户口簿有关问题的批复（公治〔2009〕459号）》</w:t>
      </w:r>
      <w:r>
        <w:rPr>
          <w:rFonts w:ascii="Calibri" w:hAnsi="Calibri" w:cs="Calibri" w:eastAsia="宋体"/>
        </w:rPr>
        <w:t>）。</w:t>
      </w:r>
    </w:p>
    <w:p>
      <w:pPr>
        <w:spacing w:before="20" w:after="40"/>
        <w:ind w:left="425" w:hanging="312"/>
      </w:pPr>
      <w:r>
        <w:rPr>
          <w:rFonts w:ascii="Calibri" w:hAnsi="Calibri" w:cs="Calibri" w:eastAsia="宋体"/>
        </w:rPr>
        <w:t xml:space="preserve">3. </w:t>
      </w:r>
      <w:r>
        <w:rPr>
          <w:rFonts w:ascii="Calibri" w:hAnsi="Calibri" w:cs="Calibri" w:eastAsia="宋体"/>
        </w:rPr>
        <w:t>回收旧身份证（建议先以更新身份证照片、身份证丢失为由取得原性别的新身份证后办理后本程序，注意尽量不要被公安回收原身份证）。</w:t>
      </w:r>
    </w:p>
    <w:p>
      <w:pPr>
        <w:spacing w:before="20" w:after="40"/>
        <w:ind w:left="425" w:hanging="312"/>
      </w:pPr>
      <w:r>
        <w:rPr>
          <w:rFonts w:ascii="Calibri" w:hAnsi="Calibri" w:cs="Calibri" w:eastAsia="宋体"/>
        </w:rPr>
        <w:t xml:space="preserve">4. </w:t>
      </w:r>
      <w:r>
        <w:rPr>
          <w:rFonts w:ascii="Calibri" w:hAnsi="Calibri" w:cs="Calibri" w:eastAsia="宋体"/>
        </w:rPr>
        <w:t>性别、姓名变更申请书</w:t>
      </w:r>
      <w:r>
        <w:rPr>
          <w:rFonts w:ascii="Calibri" w:hAnsi="Calibri" w:cs="Calibri" w:eastAsia="宋体"/>
        </w:rPr>
        <w:t>（模版，若所在地市有关于性别变更相关的政策文件，则可根据情况省略申请中的「依据相关文件……」）。</w:t>
      </w:r>
    </w:p>
    <w:p>
      <w:pPr>
        <w:spacing w:before="20" w:after="40"/>
        <w:ind w:left="425" w:hanging="312"/>
      </w:pPr>
      <w:r>
        <w:rPr>
          <w:rFonts w:ascii="Calibri" w:hAnsi="Calibri" w:cs="Calibri" w:eastAsia="宋体"/>
        </w:rPr>
        <w:t xml:space="preserve">5. </w:t>
      </w:r>
      <w:r>
        <w:rPr>
          <w:rFonts w:ascii="Calibri" w:hAnsi="Calibri" w:cs="Calibri" w:eastAsia="宋体"/>
        </w:rPr>
        <w:t>针对境外手术的情况：</w:t>
      </w:r>
      <w:r>
        <w:br/>
      </w:r>
    </w:p>
    <w:p>
      <w:pPr>
        <w:spacing w:before="20" w:after="40"/>
        <w:ind w:left="822" w:hanging="312"/>
      </w:pPr>
      <w:r>
        <w:rPr>
          <w:rFonts w:ascii="Calibri" w:hAnsi="Calibri" w:cs="Calibri" w:eastAsia="宋体"/>
        </w:rPr>
        <w:t xml:space="preserve">◦ </w:t>
      </w:r>
      <w:r>
        <w:rPr>
          <w:rFonts w:ascii="Calibri" w:hAnsi="Calibri" w:cs="Calibri" w:eastAsia="宋体"/>
        </w:rPr>
        <w:t>在北京市等部分地区提供境外手术证明（最好手术证明为中文所写或附中文翻译，也可提供有资质的翻译机构出具的翻译件）、出入境记录（可在当地出入境管理部门开具，或提供护照复印件）等材料可能有所帮助；</w:t>
      </w:r>
    </w:p>
    <w:p>
      <w:pPr>
        <w:spacing w:before="20" w:after="40"/>
        <w:ind w:left="822" w:hanging="312"/>
      </w:pPr>
      <w:r>
        <w:rPr>
          <w:rFonts w:ascii="Calibri" w:hAnsi="Calibri" w:cs="Calibri" w:eastAsia="宋体"/>
        </w:rPr>
        <w:t xml:space="preserve">◦ </w:t>
      </w:r>
      <w:r>
        <w:rPr>
          <w:rFonts w:ascii="Calibri" w:hAnsi="Calibri" w:cs="Calibri" w:eastAsia="宋体"/>
        </w:rPr>
        <w:t>成都市青羊区等部分地区可能要求同时提供司法鉴定材料、三甲医院性别鉴定证明（或可用查体病历代替）及境外手术证明（或需附有资质的翻译机构出具的翻译件及其营业执照复印件）。</w:t>
      </w:r>
    </w:p>
    <w:p>
      <w:pPr>
        <w:spacing w:before="20" w:after="40"/>
        <w:ind w:left="425" w:hanging="312"/>
      </w:pPr>
      <w:r>
        <w:rPr>
          <w:rFonts w:ascii="Calibri" w:hAnsi="Calibri" w:cs="Calibri" w:eastAsia="宋体"/>
        </w:rPr>
        <w:t xml:space="preserve">6. </w:t>
      </w:r>
      <w:r>
        <w:rPr>
          <w:rFonts w:ascii="Calibri" w:hAnsi="Calibri" w:cs="Calibri" w:eastAsia="宋体"/>
        </w:rPr>
        <w:t>成都市等部分地区可能在户籍地区县级政务服务中心办理相比户籍地派出所办理更加快捷方便，具体情况请以所在地公安部门答复为准。</w:t>
      </w:r>
    </w:p>
    <w:p>
      <w:pPr>
        <w:spacing w:before="20" w:after="40"/>
        <w:ind w:left="425" w:hanging="312"/>
      </w:pPr>
      <w:r>
        <w:rPr>
          <w:rFonts w:ascii="Calibri" w:hAnsi="Calibri" w:cs="Calibri" w:eastAsia="宋体"/>
        </w:rPr>
        <w:t xml:space="preserve">7. </w:t>
      </w:r>
      <w:r>
        <w:rPr>
          <w:rFonts w:ascii="Calibri" w:hAnsi="Calibri" w:cs="Calibri" w:eastAsia="宋体"/>
        </w:rPr>
        <w:t>属机关、团体、学校、企事业等单位的，特别是对于属于相关集体户口的情况，可能会被要求出具所在单位相关部门「准予变更」或「</w:t>
      </w:r>
      <w:r>
        <w:rPr>
          <w:rFonts w:ascii="Calibri" w:hAnsi="Calibri" w:cs="Calibri" w:eastAsia="宋体"/>
        </w:rPr>
        <w:t>知晓即将进行变更</w:t>
      </w:r>
      <w:r>
        <w:rPr>
          <w:rFonts w:ascii="Calibri" w:hAnsi="Calibri" w:cs="Calibri" w:eastAsia="宋体"/>
        </w:rPr>
        <w:t>」的证明。</w:t>
      </w:r>
    </w:p>
    <w:p>
      <w:pPr>
        <w:spacing w:before="20" w:after="40"/>
        <w:ind w:left="425" w:hanging="312"/>
      </w:pPr>
      <w:r>
        <w:rPr>
          <w:rFonts w:ascii="Calibri" w:hAnsi="Calibri" w:cs="Calibri" w:eastAsia="宋体"/>
        </w:rPr>
        <w:t xml:space="preserve">8. </w:t>
      </w:r>
      <w:r>
        <w:rPr>
          <w:rFonts w:ascii="Calibri" w:hAnsi="Calibri" w:cs="Calibri" w:eastAsia="宋体"/>
        </w:rPr>
        <w:t>湖北省宜昌市西陵区等地可能被要求出具无犯罪记录证明和征信报告等材料。</w:t>
      </w:r>
    </w:p>
    <w:p>
      <w:pPr>
        <w:spacing w:after="100"/>
      </w:pPr>
      <w:r>
        <w:rPr>
          <w:rFonts w:ascii="Calibri" w:hAnsi="Calibri" w:cs="Calibri" w:eastAsia="宋体"/>
        </w:rPr>
        <w:t>时间：北京市、广东省性别和姓名变更更正分别需要约二十个工作日办结；部分地区性别审核 2 周，姓名变更 2 周（部分地区可以一并更改，请问询当地部门），陕西省、湖北省宜昌市西陵区等地或可当天办结。</w:t>
      </w:r>
    </w:p>
    <w:p>
      <w:pPr>
        <w:spacing w:after="100"/>
      </w:pPr>
      <w:r>
        <w:rPr>
          <w:rFonts w:ascii="Calibri" w:hAnsi="Calibri" w:cs="Calibri" w:eastAsia="宋体"/>
        </w:rPr>
        <w:t>审核通过后，公安出具户口登记项目内容变更更正证明（即性别、身份证号等户口登记内容的变更更正证明，没有主动出具的话记得要），打印新户口页（集体户口为户籍证明）。</w:t>
      </w:r>
    </w:p>
    <w:p>
      <w:pPr>
        <w:spacing w:after="100"/>
      </w:pPr>
      <w:r>
        <w:rPr>
          <w:rFonts w:ascii="Calibri" w:hAnsi="Calibri" w:cs="Calibri" w:eastAsia="宋体"/>
        </w:rPr>
        <w:t>凭藉新户口去申请身份证，办证速度和当地「身份证过期 / 丢失补办」速度一致，急用可考虑先办理临时身份证。</w:t>
      </w:r>
    </w:p>
    <w:p>
      <w:pPr>
        <w:spacing w:after="100"/>
      </w:pPr>
      <w:r>
        <w:rPr>
          <w:rFonts w:ascii="Calibri" w:hAnsi="Calibri" w:cs="Calibri" w:eastAsia="宋体"/>
        </w:rPr>
        <w:t>办理新身份证后，与身份证关联的人脸识别相关功能可能需要等待数日后才可用。可以通过 12306 App - 我的 - 人证核验，来确认新证件人脸识别的可用性。</w:t>
      </w:r>
    </w:p>
    <w:p>
      <w:pPr>
        <w:pStyle w:val="Heading4"/>
      </w:pPr>
      <w:r>
        <w:rPr>
          <w:rFonts w:ascii="Calibri" w:hAnsi="Calibri" w:cs="Calibri" w:eastAsia="宋体"/>
        </w:rPr>
        <w:t>关于户口登记项目内容变更更正证明</w:t>
      </w:r>
    </w:p>
    <w:p>
      <w:pPr>
        <w:spacing w:after="100"/>
      </w:pPr>
      <w:r>
        <w:rPr>
          <w:rFonts w:ascii="Calibri" w:hAnsi="Calibri" w:cs="Calibri" w:eastAsia="宋体"/>
        </w:rPr>
        <w:t xml:space="preserve">根据 2016 年公安部等部门联合出台的 </w:t>
      </w:r>
      <w:r>
        <w:rPr>
          <w:rFonts w:ascii="Calibri" w:hAnsi="Calibri" w:cs="Calibri" w:eastAsia="宋体"/>
        </w:rPr>
        <w:t>《关于改进和规范公安派出所出具证明工作的意见》</w:t>
      </w:r>
      <w:r>
        <w:rPr>
          <w:rFonts w:ascii="Calibri" w:hAnsi="Calibri" w:cs="Calibri" w:eastAsia="宋体"/>
        </w:rPr>
        <w:t xml:space="preserve"> ，公民更正或者变更姓名、性别、民族成份、出生日期、公民身份号码等 5 项户口登记项目内容，或者因户口迁移，凭居民户口簿无法证明的事项，需要开具相应证明的，公安派出所应当查阅户籍档案并出具户口登记项目内容变更更正证明（即性别、身份证号等户口登记内容的变更更正证明）。</w:t>
      </w:r>
    </w:p>
    <w:p>
      <w:pPr>
        <w:spacing w:after="100"/>
      </w:pPr>
      <w:r>
        <w:rPr>
          <w:rFonts w:ascii="Calibri" w:hAnsi="Calibri" w:cs="Calibri" w:eastAsia="宋体"/>
        </w:rPr>
        <w:t>实践中，对于变更性别及身份证号情况，可能出具一张证明，也可能出具身份证号变更证明和性别变更证明两张证明，证明的具体格式随地域的不同可能有差异。</w:t>
      </w:r>
    </w:p>
    <w:p>
      <w:pPr>
        <w:spacing w:after="100"/>
      </w:pPr>
      <w:r>
        <w:rPr>
          <w:rFonts w:ascii="Calibri" w:hAnsi="Calibri" w:cs="Calibri" w:eastAsia="宋体"/>
        </w:rPr>
        <w:t>如果向公安索取「同一人证明」，很可能遭到拒绝，因为很多地方的公安部门可能没有将「户口登记项目内容变更更正证明」称之为「同一人证明」的习惯。一般来说，在需要使用「同一人证明」的场合，提交「户口登记项目内容变更更正证明」或类似证明即可。</w:t>
      </w:r>
    </w:p>
    <w:p>
      <w:pPr>
        <w:spacing w:after="100"/>
      </w:pPr>
      <w:r>
        <w:rPr>
          <w:rFonts w:ascii="Calibri" w:hAnsi="Calibri" w:cs="Calibri" w:eastAsia="宋体"/>
        </w:rPr>
        <w:t>如果户籍地公安部门出具的证明必须填写「抬头」或存在有效期，在实际使用中，可以酌情尝试使用包含相关信息的户口本变更页（或其复印件）并可选择搭配已过有效期或抬头不符的户籍地公安部门出具的证明或其它辅证来办理相关业务，有时可以应对一部分场景，若相关业务单位坚持要求出具抬头正确或在有效期内的户籍地公安部门出具的证明时，再向户籍地公安部门申请出具符合要求的证明，尤其在常住地与户籍地相距较远时，这样做可能会方便一些。向公安部门申请出具证明时，如果「抬头」必须填写，也可以考虑与公安部门沟通尝试填写如「银行」、「保险公司」这样的泛指名称，可能有一定用处。部分地区的「泛用」户籍证明模板（例如下方参考样例1、2）可能要求必须填写「抬头」或存在有效期，若发现出具的是「泛用」户籍证明模板，可以尝试与公安部门沟通要求出具单独的「公民身份号码更正证明」（例如下方参考样例3，注意部分地区可能不能出具单独的这种证明，因此请友好与公安部门沟通以公安部门答复为准不要把这里的内容当作绝对真理），该证明一般没有有效期，部分场景下单独使用「公民身份号码更正证明」或使用「公民身份号码更正证明」搭配其它辅证（如户口本变更页或其复印件）就可顺利办理相关业务。</w:t>
      </w:r>
    </w:p>
    <w:p>
      <w:pPr>
        <w:spacing w:after="100"/>
      </w:pPr>
      <w:r>
        <w:rPr>
          <w:rFonts w:ascii="Calibri" w:hAnsi="Calibri" w:cs="Calibri" w:eastAsia="宋体"/>
        </w:rPr>
        <w:t>户籍地公安部门出具的证明的参考样例（仅供参考，请以公安部门实际出具的证明为准，这里的样例仅供参考）：</w:t>
      </w:r>
    </w:p>
    <w:p>
      <w:pPr>
        <w:shd w:val="clear" w:color="auto" w:fill="F7F8FA"/>
        <w:pBdr>
          <w:left w:val="single" w:sz="18" w:space="6" w:color="C9CDD4"/>
        </w:pBdr>
        <w:spacing w:after="40"/>
      </w:pPr>
      <w:r>
        <w:rPr>
          <w:rFonts w:ascii="Calibri" w:hAnsi="Calibri" w:cs="Calibri" w:eastAsia="宋体"/>
        </w:rPr>
        <w:t>参考样例1：户籍证明信</w:t>
      </w:r>
    </w:p>
    <w:p>
      <w:pPr>
        <w:shd w:val="clear" w:color="auto" w:fill="F7F8FA"/>
        <w:pBdr>
          <w:left w:val="single" w:sz="18" w:space="6" w:color="C9CDD4"/>
        </w:pBdr>
        <w:spacing w:after="40"/>
      </w:pPr>
      <w:r>
        <w:rPr>
          <w:rFonts w:ascii="Calibri" w:hAnsi="Calibri" w:cs="Calibri" w:eastAsia="宋体"/>
        </w:rPr>
        <w:t>兹有×××，男（女），出生日期：×年×月×日，身份证号码：×××，户口登记地址（现住址）×××，经查×××登记，情况如下：</w:t>
      </w:r>
    </w:p>
    <w:p>
      <w:pPr>
        <w:shd w:val="clear" w:color="auto" w:fill="F7F8FA"/>
        <w:pBdr>
          <w:left w:val="single" w:sz="18" w:space="6" w:color="C9CDD4"/>
        </w:pBdr>
        <w:spacing w:after="40"/>
      </w:pP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rPr>
        <w:t>特此证明。</w:t>
      </w:r>
    </w:p>
    <w:p>
      <w:pPr>
        <w:shd w:val="clear" w:color="auto" w:fill="F7F8FA"/>
        <w:pBdr>
          <w:left w:val="single" w:sz="18" w:space="6" w:color="C9CDD4"/>
        </w:pBdr>
        <w:spacing w:after="40"/>
      </w:pPr>
      <w:r>
        <w:rPr>
          <w:rFonts w:ascii="Calibri" w:hAnsi="Calibri" w:cs="Calibri" w:eastAsia="宋体"/>
        </w:rPr>
        <w:t>（有效期：×天）</w:t>
      </w:r>
    </w:p>
    <w:p>
      <w:pPr>
        <w:shd w:val="clear" w:color="auto" w:fill="F7F8FA"/>
        <w:pBdr>
          <w:left w:val="single" w:sz="18" w:space="6" w:color="C9CDD4"/>
        </w:pBdr>
        <w:spacing w:after="40"/>
      </w:pPr>
      <w:r>
        <w:rPr>
          <w:rFonts w:ascii="Calibri" w:hAnsi="Calibri" w:cs="Calibri" w:eastAsia="宋体"/>
        </w:rPr>
        <w:t>×年×月×日</w:t>
      </w:r>
    </w:p>
    <w:p>
      <w:pPr>
        <w:shd w:val="clear" w:color="auto" w:fill="F7F8FA"/>
        <w:pBdr>
          <w:left w:val="single" w:sz="18" w:space="6" w:color="C9CDD4"/>
        </w:pBdr>
        <w:spacing w:after="40"/>
      </w:pPr>
      <w:r>
        <w:rPr>
          <w:rFonts w:ascii="Calibri" w:hAnsi="Calibri" w:cs="Calibri" w:eastAsia="宋体"/>
        </w:rPr>
        <w:t>参考样例2：户籍证明</w:t>
      </w:r>
    </w:p>
    <w:p>
      <w:pPr>
        <w:shd w:val="clear" w:color="auto" w:fill="F7F8FA"/>
        <w:pBdr>
          <w:left w:val="single" w:sz="18" w:space="6" w:color="C9CDD4"/>
        </w:pBdr>
        <w:spacing w:after="40"/>
      </w:pPr>
      <w:r>
        <w:rPr>
          <w:rFonts w:ascii="Calibri" w:hAnsi="Calibri" w:cs="Calibri" w:eastAsia="宋体"/>
        </w:rPr>
        <w:t>xxx：</w:t>
      </w:r>
    </w:p>
    <w:p>
      <w:pPr>
        <w:shd w:val="clear" w:color="auto" w:fill="F7F8FA"/>
        <w:pBdr>
          <w:left w:val="single" w:sz="18" w:space="6" w:color="C9CDD4"/>
        </w:pBdr>
        <w:spacing w:after="40"/>
      </w:pPr>
      <w:r>
        <w:rPr>
          <w:rFonts w:ascii="Calibri" w:hAnsi="Calibri" w:cs="Calibri" w:eastAsia="宋体"/>
        </w:rPr>
        <w:t>根据×××（公民身份号码：×××）申请，经查×××记载：××××××××××××××××××××××××</w:t>
      </w:r>
    </w:p>
    <w:p>
      <w:pPr>
        <w:shd w:val="clear" w:color="auto" w:fill="F7F8FA"/>
        <w:pBdr>
          <w:left w:val="single" w:sz="18" w:space="6" w:color="C9CDD4"/>
        </w:pBdr>
        <w:spacing w:after="40"/>
      </w:pPr>
      <w:r>
        <w:rPr>
          <w:rFonts w:ascii="Calibri" w:hAnsi="Calibri" w:cs="Calibri" w:eastAsia="宋体"/>
        </w:rPr>
        <w:t>特此证明。</w:t>
      </w:r>
    </w:p>
    <w:p>
      <w:pPr>
        <w:shd w:val="clear" w:color="auto" w:fill="F7F8FA"/>
        <w:pBdr>
          <w:left w:val="single" w:sz="18" w:space="6" w:color="C9CDD4"/>
        </w:pBdr>
        <w:spacing w:after="40"/>
      </w:pPr>
      <w:r>
        <w:rPr>
          <w:rFonts w:ascii="Calibri" w:hAnsi="Calibri" w:cs="Calibri" w:eastAsia="宋体"/>
        </w:rPr>
        <w:t>×年×月×日</w:t>
      </w:r>
    </w:p>
    <w:p>
      <w:pPr>
        <w:shd w:val="clear" w:color="auto" w:fill="F7F8FA"/>
        <w:pBdr>
          <w:left w:val="single" w:sz="18" w:space="6" w:color="C9CDD4"/>
        </w:pBdr>
        <w:spacing w:after="40"/>
      </w:pPr>
      <w:r>
        <w:rPr>
          <w:rFonts w:ascii="Calibri" w:hAnsi="Calibri" w:cs="Calibri" w:eastAsia="宋体"/>
        </w:rPr>
        <w:t>备注：本证明仅限于办理×××使用，有效期一个月。</w:t>
      </w:r>
    </w:p>
    <w:p>
      <w:pPr>
        <w:shd w:val="clear" w:color="auto" w:fill="F7F8FA"/>
        <w:pBdr>
          <w:left w:val="single" w:sz="18" w:space="6" w:color="C9CDD4"/>
        </w:pBdr>
        <w:spacing w:after="40"/>
      </w:pPr>
      <w:r>
        <w:rPr>
          <w:rFonts w:ascii="Calibri" w:hAnsi="Calibri" w:cs="Calibri" w:eastAsia="宋体"/>
        </w:rPr>
        <w:t>参考样例3：公民身份号码更正证明</w:t>
      </w:r>
    </w:p>
    <w:p>
      <w:pPr>
        <w:shd w:val="clear" w:color="auto" w:fill="F7F8FA"/>
        <w:pBdr>
          <w:left w:val="single" w:sz="18" w:space="6" w:color="C9CDD4"/>
        </w:pBdr>
        <w:spacing w:after="40"/>
      </w:pPr>
      <w:r>
        <w:rPr>
          <w:rFonts w:ascii="Calibri" w:hAnsi="Calibri" w:cs="Calibri" w:eastAsia="宋体"/>
        </w:rPr>
        <w:t>本辖区公民×××（曾用名×××），住址：×××</w:t>
      </w:r>
    </w:p>
    <w:p>
      <w:pPr>
        <w:shd w:val="clear" w:color="auto" w:fill="F7F8FA"/>
        <w:pBdr>
          <w:left w:val="single" w:sz="18" w:space="6" w:color="C9CDD4"/>
        </w:pBdr>
        <w:spacing w:after="40"/>
      </w:pPr>
      <w:r>
        <w:rPr>
          <w:rFonts w:ascii="Calibri" w:hAnsi="Calibri" w:cs="Calibri" w:eastAsia="宋体"/>
        </w:rPr>
        <w:t>原使用的公民身份号码为：×××</w:t>
      </w:r>
    </w:p>
    <w:p>
      <w:pPr>
        <w:shd w:val="clear" w:color="auto" w:fill="F7F8FA"/>
        <w:pBdr>
          <w:left w:val="single" w:sz="18" w:space="6" w:color="C9CDD4"/>
        </w:pBdr>
        <w:spacing w:after="40"/>
      </w:pPr>
      <w:r>
        <w:rPr>
          <w:rFonts w:ascii="Calibri" w:hAnsi="Calibri" w:cs="Calibri" w:eastAsia="宋体"/>
        </w:rPr>
        <w:t>系××。根据《中华人民共和国居民身份证法》的有关规定及公民身份号码的编制原则，为确保公民身份号码的准确性和唯一性，自×年×月×日起将原号码更正为：×××</w:t>
      </w:r>
    </w:p>
    <w:p>
      <w:pPr>
        <w:shd w:val="clear" w:color="auto" w:fill="F7F8FA"/>
        <w:pBdr>
          <w:left w:val="single" w:sz="18" w:space="6" w:color="C9CDD4"/>
        </w:pBdr>
        <w:spacing w:after="40"/>
      </w:pPr>
      <w:r>
        <w:rPr>
          <w:rFonts w:ascii="Calibri" w:hAnsi="Calibri" w:cs="Calibri" w:eastAsia="宋体"/>
        </w:rPr>
        <w:t>特此证明。</w:t>
      </w:r>
    </w:p>
    <w:p>
      <w:pPr>
        <w:shd w:val="clear" w:color="auto" w:fill="F7F8FA"/>
        <w:pBdr>
          <w:left w:val="single" w:sz="18" w:space="6" w:color="C9CDD4"/>
        </w:pBdr>
        <w:spacing w:after="40"/>
      </w:pPr>
      <w:r>
        <w:rPr>
          <w:rFonts w:ascii="Calibri" w:hAnsi="Calibri" w:cs="Calibri" w:eastAsia="宋体"/>
        </w:rPr>
        <w:t>×年×月×日</w:t>
      </w:r>
    </w:p>
    <w:p>
      <w:pPr>
        <w:shd w:val="clear" w:color="auto" w:fill="F7F8FA"/>
        <w:pBdr>
          <w:left w:val="single" w:sz="18" w:space="6" w:color="C9CDD4"/>
        </w:pBdr>
        <w:spacing w:after="40"/>
      </w:pPr>
      <w:r>
        <w:rPr>
          <w:rFonts w:ascii="Calibri" w:hAnsi="Calibri" w:cs="Calibri" w:eastAsia="宋体"/>
        </w:rPr>
        <w:t>注：此件为原件，如需要请留存复印件。 发函单位联系电话：×××</w:t>
      </w:r>
    </w:p>
    <w:p>
      <w:pPr>
        <w:shd w:val="clear" w:color="auto" w:fill="F7F8FA"/>
        <w:pBdr>
          <w:left w:val="single" w:sz="18" w:space="6" w:color="C9CDD4"/>
        </w:pBdr>
        <w:spacing w:after="40"/>
      </w:pPr>
      <w:r>
        <w:rPr>
          <w:rFonts w:ascii="Calibri" w:hAnsi="Calibri" w:cs="Calibri" w:eastAsia="宋体"/>
        </w:rPr>
        <w:t>参考样例4：户口登记项目变更（更正）情况说明</w:t>
      </w:r>
    </w:p>
    <w:p>
      <w:pPr>
        <w:shd w:val="clear" w:color="auto" w:fill="F7F8FA"/>
        <w:pBdr>
          <w:left w:val="single" w:sz="18" w:space="6" w:color="C9CDD4"/>
        </w:pBdr>
        <w:spacing w:after="40"/>
      </w:pPr>
      <w:r>
        <w:rPr>
          <w:rFonts w:ascii="Calibri" w:hAnsi="Calibri" w:cs="Calibri" w:eastAsia="宋体"/>
        </w:rPr>
        <w:t>兹有我辖区居民×××（公民身份号码：×××）有以下户口登记项目变更（更正）信息:</w:t>
      </w:r>
    </w:p>
    <w:p>
      <w:pPr>
        <w:shd w:val="clear" w:color="auto" w:fill="F7F8FA"/>
        <w:pBdr>
          <w:left w:val="single" w:sz="18" w:space="6" w:color="C9CDD4"/>
        </w:pBdr>
        <w:spacing w:after="40"/>
      </w:pPr>
      <w:r>
        <w:rPr>
          <w:rFonts w:ascii="Calibri" w:hAnsi="Calibri" w:cs="Calibri" w:eastAsia="宋体"/>
        </w:rPr>
        <w:t>□变更时间：×年×月×日</w:t>
      </w:r>
    </w:p>
    <w:p>
      <w:pPr>
        <w:shd w:val="clear" w:color="auto" w:fill="F7F8FA"/>
        <w:pBdr>
          <w:left w:val="single" w:sz="18" w:space="6" w:color="C9CDD4"/>
        </w:pBdr>
        <w:spacing w:after="40"/>
      </w:pPr>
      <w:r>
        <w:rPr>
          <w:rFonts w:ascii="Calibri" w:hAnsi="Calibri" w:cs="Calibri" w:eastAsia="宋体"/>
        </w:rPr>
        <w:t>□姓名：变更前×××，变更后×××</w:t>
      </w:r>
    </w:p>
    <w:p>
      <w:pPr>
        <w:shd w:val="clear" w:color="auto" w:fill="F7F8FA"/>
        <w:pBdr>
          <w:left w:val="single" w:sz="18" w:space="6" w:color="C9CDD4"/>
        </w:pBdr>
        <w:spacing w:after="40"/>
      </w:pPr>
      <w:r>
        <w:rPr>
          <w:rFonts w:ascii="Calibri" w:hAnsi="Calibri" w:cs="Calibri" w:eastAsia="宋体"/>
        </w:rPr>
        <w:t>□出生日期：变更前×年×月×日，变更后×年×月×日</w:t>
      </w:r>
    </w:p>
    <w:p>
      <w:pPr>
        <w:shd w:val="clear" w:color="auto" w:fill="F7F8FA"/>
        <w:pBdr>
          <w:left w:val="single" w:sz="18" w:space="6" w:color="C9CDD4"/>
        </w:pBdr>
        <w:spacing w:after="40"/>
      </w:pPr>
      <w:r>
        <w:rPr>
          <w:rFonts w:ascii="Calibri" w:hAnsi="Calibri" w:cs="Calibri" w:eastAsia="宋体"/>
        </w:rPr>
        <w:t>□性别：变更前×，变更后×</w:t>
      </w:r>
    </w:p>
    <w:p>
      <w:pPr>
        <w:shd w:val="clear" w:color="auto" w:fill="F7F8FA"/>
        <w:pBdr>
          <w:left w:val="single" w:sz="18" w:space="6" w:color="C9CDD4"/>
        </w:pBdr>
        <w:spacing w:after="40"/>
      </w:pPr>
      <w:r>
        <w:rPr>
          <w:rFonts w:ascii="Calibri" w:hAnsi="Calibri" w:cs="Calibri" w:eastAsia="宋体"/>
        </w:rPr>
        <w:t>□公民身份证号码：变更前×××，变更后×××</w:t>
      </w:r>
    </w:p>
    <w:p>
      <w:pPr>
        <w:shd w:val="clear" w:color="auto" w:fill="F7F8FA"/>
        <w:pBdr>
          <w:left w:val="single" w:sz="18" w:space="6" w:color="C9CDD4"/>
        </w:pBdr>
        <w:spacing w:after="40"/>
      </w:pPr>
      <w:r>
        <w:rPr>
          <w:rFonts w:ascii="Calibri" w:hAnsi="Calibri" w:cs="Calibri" w:eastAsia="宋体"/>
        </w:rPr>
        <w:t>□民族：变更前××，变更后××</w:t>
      </w:r>
    </w:p>
    <w:p>
      <w:pPr>
        <w:shd w:val="clear" w:color="auto" w:fill="F7F8FA"/>
        <w:pBdr>
          <w:left w:val="single" w:sz="18" w:space="6" w:color="C9CDD4"/>
        </w:pBdr>
        <w:spacing w:after="40"/>
      </w:pPr>
      <w:r>
        <w:rPr>
          <w:rFonts w:ascii="Calibri" w:hAnsi="Calibri" w:cs="Calibri" w:eastAsia="宋体"/>
        </w:rPr>
        <w:t>注：此说明仅限办理×××使用</w:t>
      </w:r>
    </w:p>
    <w:p>
      <w:pPr>
        <w:shd w:val="clear" w:color="auto" w:fill="F7F8FA"/>
        <w:pBdr>
          <w:left w:val="single" w:sz="18" w:space="6" w:color="C9CDD4"/>
        </w:pBdr>
        <w:spacing w:after="40"/>
      </w:pPr>
      <w:r>
        <w:rPr>
          <w:rFonts w:ascii="Calibri" w:hAnsi="Calibri" w:cs="Calibri" w:eastAsia="宋体"/>
        </w:rPr>
        <w:t>×年×月×日</w:t>
      </w:r>
    </w:p>
    <w:p>
      <w:pPr>
        <w:pStyle w:val="Heading4"/>
      </w:pPr>
      <w:r>
        <w:rPr>
          <w:rFonts w:ascii="Calibri" w:hAnsi="Calibri" w:cs="Calibri" w:eastAsia="宋体"/>
        </w:rPr>
        <w:t>申请材料争议</w:t>
      </w:r>
    </w:p>
    <w:p>
      <w:pPr>
        <w:spacing w:after="100"/>
      </w:pPr>
      <w:r>
        <w:rPr>
          <w:rFonts w:ascii="Calibri" w:hAnsi="Calibri" w:cs="Calibri" w:eastAsia="宋体"/>
        </w:rPr>
        <w:t xml:space="preserve">如公安系统出现扯皮现象，可直接致电当地 </w:t>
      </w:r>
      <w:r>
        <w:rPr>
          <w:rFonts w:ascii="Calibri" w:hAnsi="Calibri" w:cs="Calibri" w:eastAsia="宋体"/>
        </w:rPr>
        <w:t>12345 政务服务便民热线</w:t>
      </w:r>
      <w:r>
        <w:rPr>
          <w:rFonts w:ascii="Calibri" w:hAnsi="Calibri" w:cs="Calibri" w:eastAsia="宋体"/>
        </w:rPr>
        <w:t xml:space="preserve"> 进行投诉，投诉内容为：「公安部门并未一次性告知全部补正材料，构成行政违法」。</w:t>
      </w:r>
    </w:p>
    <w:p>
      <w:pPr>
        <w:spacing w:after="100"/>
      </w:pPr>
      <w:r>
        <w:rPr>
          <w:rFonts w:ascii="Calibri" w:hAnsi="Calibri" w:cs="Calibri" w:eastAsia="宋体"/>
        </w:rPr>
        <w:t>如公安系统的扯皮内容是要求你补正《性别鉴定证明》，则投诉内容为：「公安部门所要求的医院开具的《性别鉴定证明》在医院中根本不存在」。</w:t>
      </w:r>
    </w:p>
    <w:p>
      <w:pPr>
        <w:spacing w:after="100"/>
      </w:pPr>
      <w:r>
        <w:rPr>
          <w:rFonts w:ascii="Calibri" w:hAnsi="Calibri" w:cs="Calibri" w:eastAsia="宋体"/>
        </w:rPr>
        <w:t>上述投诉内容必须在电话中逐字说明，并让电话接线员逐字逐句记录，后续会提交到公安系统对应的法制科室。</w:t>
      </w:r>
    </w:p>
    <w:p>
      <w:pPr>
        <w:spacing w:after="100"/>
      </w:pPr>
      <w:r>
        <w:rPr>
          <w:rFonts w:ascii="Calibri" w:hAnsi="Calibri" w:cs="Calibri" w:eastAsia="宋体"/>
        </w:rPr>
        <w:t xml:space="preserve">（本段内容基于 </w:t>
      </w:r>
      <w:r>
        <w:rPr>
          <w:rFonts w:ascii="Calibri" w:hAnsi="Calibri" w:cs="Calibri" w:eastAsia="宋体"/>
        </w:rPr>
        <w:t>https://zhuanlan.zhihu.com/p/380214370</w:t>
      </w:r>
      <w:r>
        <w:rPr>
          <w:rFonts w:ascii="Calibri" w:hAnsi="Calibri" w:cs="Calibri" w:eastAsia="宋体"/>
        </w:rPr>
        <w:t xml:space="preserve"> 进行完善修订，原作者 ID-ID 未声明版权及其授权方式，因此版权原则上仍归原作者所有。）</w:t>
      </w:r>
    </w:p>
    <w:p>
      <w:pPr>
        <w:pStyle w:val="Heading3"/>
      </w:pPr>
      <w:r>
        <w:rPr>
          <w:rFonts w:ascii="Calibri" w:hAnsi="Calibri" w:cs="Calibri" w:eastAsia="宋体"/>
        </w:rPr>
        <w:t>变更其他证件，业务信息</w:t>
      </w:r>
    </w:p>
    <w:p>
      <w:pPr>
        <w:spacing w:after="100"/>
      </w:pPr>
      <w:r>
        <w:rPr>
          <w:rFonts w:ascii="Calibri" w:hAnsi="Calibri" w:cs="Calibri" w:eastAsia="宋体"/>
        </w:rPr>
        <w:t>基本都可凭「公安出具的户口登记项目内容变更更正证明」和「新身份证」进行更改。</w:t>
      </w:r>
    </w:p>
    <w:p>
      <w:pPr>
        <w:spacing w:after="100"/>
      </w:pPr>
      <w:r>
        <w:rPr>
          <w:rFonts w:ascii="Calibri" w:hAnsi="Calibri" w:cs="Calibri" w:eastAsia="宋体"/>
        </w:rPr>
        <w:t>具体请参考「</w:t>
      </w:r>
      <w:r>
        <w:rPr>
          <w:rFonts w:ascii="Calibri" w:hAnsi="Calibri" w:cs="Calibri" w:eastAsia="宋体"/>
        </w:rPr>
        <w:t>实名信息变更指引</w:t>
      </w:r>
      <w:r>
        <w:rPr>
          <w:rFonts w:ascii="Calibri" w:hAnsi="Calibri" w:cs="Calibri" w:eastAsia="宋体"/>
        </w:rPr>
        <w:t>」及「</w:t>
      </w:r>
      <w:r>
        <w:rPr>
          <w:rFonts w:ascii="Calibri" w:hAnsi="Calibri" w:cs="Calibri" w:eastAsia="宋体"/>
        </w:rPr>
        <w:t>学籍学历变更指引</w:t>
      </w:r>
      <w:r>
        <w:rPr>
          <w:rFonts w:ascii="Calibri" w:hAnsi="Calibri" w:cs="Calibri" w:eastAsia="宋体"/>
        </w:rPr>
        <w:t>」。</w:t>
      </w:r>
    </w:p>
    <w:p>
      <w:pPr>
        <w:pStyle w:val="Heading3"/>
      </w:pPr>
      <w:r>
        <w:rPr>
          <w:rFonts w:ascii="Calibri" w:hAnsi="Calibri" w:cs="Calibri" w:eastAsia="宋体"/>
        </w:rPr>
        <w:t>拓展阅读</w:t>
      </w:r>
    </w:p>
    <w:p>
      <w:pPr>
        <w:spacing w:before="20" w:after="40"/>
        <w:ind w:left="425" w:hanging="312"/>
      </w:pPr>
      <w:r>
        <w:rPr>
          <w:rFonts w:ascii="Calibri" w:hAnsi="Calibri" w:cs="Calibri" w:eastAsia="宋体"/>
        </w:rPr>
        <w:t xml:space="preserve">• </w:t>
      </w:r>
      <w:r>
        <w:rPr>
          <w:rFonts w:ascii="Calibri" w:hAnsi="Calibri" w:cs="Calibri" w:eastAsia="宋体"/>
        </w:rPr>
        <w:t>中国大陆跨性别相关法律法规变迁</w:t>
      </w:r>
      <w:r>
        <w:br/>
      </w:r>
    </w:p>
    <w:p>
      <w:pPr>
        <w:spacing w:before="20" w:after="40"/>
        <w:ind w:left="822" w:hanging="312"/>
      </w:pPr>
      <w:r>
        <w:rPr>
          <w:rFonts w:ascii="Calibri" w:hAnsi="Calibri" w:cs="Calibri" w:eastAsia="宋体"/>
        </w:rPr>
        <w:t xml:space="preserve">◦ </w:t>
      </w:r>
      <w:r>
        <w:rPr>
          <w:rFonts w:ascii="Calibri" w:hAnsi="Calibri" w:cs="Calibri" w:eastAsia="宋体"/>
        </w:rPr>
        <w:t>性别变更相关地方性法规</w:t>
      </w:r>
    </w:p>
    <w:p>
      <w:pPr>
        <w:spacing w:before="20" w:after="40"/>
        <w:ind w:left="425" w:hanging="312"/>
      </w:pPr>
      <w:r>
        <w:rPr>
          <w:rFonts w:ascii="Calibri" w:hAnsi="Calibri" w:cs="Calibri" w:eastAsia="宋体"/>
        </w:rPr>
        <w:t xml:space="preserve">• </w:t>
      </w:r>
      <w:r>
        <w:rPr>
          <w:rFonts w:ascii="Calibri" w:hAnsi="Calibri" w:cs="Calibri" w:eastAsia="宋体"/>
        </w:rPr>
        <w:t>海外证件信息修改</w:t>
      </w:r>
    </w:p>
    <w:p>
      <w:pPr>
        <w:spacing w:before="20" w:after="40"/>
        <w:ind w:left="425" w:hanging="312"/>
      </w:pPr>
      <w:r>
        <w:rPr>
          <w:rFonts w:ascii="Calibri" w:hAnsi="Calibri" w:cs="Calibri" w:eastAsia="宋体"/>
        </w:rPr>
        <w:t xml:space="preserve">• </w:t>
      </w:r>
      <w:r>
        <w:rPr>
          <w:rFonts w:ascii="Calibri" w:hAnsi="Calibri" w:cs="Calibri" w:eastAsia="宋体"/>
        </w:rPr>
        <w:t>常见法律问题</w:t>
      </w:r>
    </w:p>
    <w:p>
      <w:pPr>
        <w:spacing w:before="20" w:after="40"/>
        <w:ind w:left="425" w:hanging="312"/>
      </w:pPr>
      <w:r>
        <w:rPr>
          <w:rFonts w:ascii="Calibri" w:hAnsi="Calibri" w:cs="Calibri" w:eastAsia="宋体"/>
        </w:rPr>
        <w:t xml:space="preserve">• </w:t>
      </w:r>
      <w:r>
        <w:rPr>
          <w:rFonts w:ascii="Calibri" w:hAnsi="Calibri" w:cs="Calibri" w:eastAsia="宋体"/>
        </w:rPr>
        <w:t>境外变性后更新中国公民信息: 法律与现实的落差</w:t>
      </w:r>
    </w:p>
    <w:p>
      <w:pPr>
        <w:pStyle w:val="Heading2"/>
      </w:pPr>
      <w:r>
        <w:rPr>
          <w:rFonts w:ascii="Calibri" w:hAnsi="Calibri" w:cs="Calibri" w:eastAsia="微软雅黑"/>
        </w:rPr>
        <w:t>4.7  中国</w:t>
      </w:r>
    </w:p>
    <w:p>
      <w:pPr>
        <w:spacing w:after="160"/>
      </w:pPr>
      <w:r>
        <w:rPr>
          <w:rFonts w:ascii="Calibri" w:hAnsi="Calibri" w:cs="Calibri" w:eastAsia="宋体"/>
          <w:color w:val="6B7280"/>
          <w:sz w:val="16"/>
        </w:rPr>
        <w:t>原文：https://mtf.wiki/zh-cn/docs/srs/china</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4.7.1  SRS 综述（中国大陆）</w:t>
      </w:r>
    </w:p>
    <w:p>
      <w:pPr>
        <w:spacing w:after="160"/>
      </w:pPr>
      <w:r>
        <w:rPr>
          <w:rFonts w:ascii="Calibri" w:hAnsi="Calibri" w:cs="Calibri" w:eastAsia="宋体"/>
          <w:color w:val="6B7280"/>
          <w:sz w:val="16"/>
        </w:rPr>
        <w:t>原文：https://mtf.wiki/zh-cn/docs/srs/china/overview · 最近更新：2025年2月18日</w:t>
      </w:r>
    </w:p>
    <w:p>
      <w:pPr>
        <w:pStyle w:val="Heading4"/>
      </w:pPr>
      <w:r>
        <w:rPr>
          <w:rFonts w:ascii="Calibri" w:hAnsi="Calibri" w:cs="Calibri" w:eastAsia="宋体"/>
        </w:rPr>
        <w:t>术前科普</w:t>
      </w:r>
    </w:p>
    <w:p>
      <w:pPr>
        <w:spacing w:after="100"/>
      </w:pPr>
      <w:r>
        <w:rPr>
          <w:rFonts w:ascii="Calibri" w:hAnsi="Calibri" w:cs="Calibri" w:eastAsia="宋体"/>
        </w:rPr>
        <w:t>具体参见：</w:t>
      </w:r>
      <w:r>
        <w:rPr>
          <w:rFonts w:ascii="Calibri" w:hAnsi="Calibri" w:cs="Calibri" w:eastAsia="宋体"/>
        </w:rPr>
        <w:t>术前科普</w:t>
      </w:r>
    </w:p>
    <w:p>
      <w:pPr>
        <w:pStyle w:val="Heading4"/>
      </w:pPr>
      <w:r>
        <w:rPr>
          <w:rFonts w:ascii="Calibri" w:hAnsi="Calibri" w:cs="Calibri" w:eastAsia="宋体"/>
        </w:rPr>
        <w:t>法律依据</w:t>
      </w:r>
    </w:p>
    <w:p>
      <w:pPr>
        <w:spacing w:after="100"/>
      </w:pPr>
      <w:r>
        <w:rPr>
          <w:rFonts w:ascii="Calibri" w:hAnsi="Calibri" w:cs="Calibri" w:eastAsia="宋体"/>
        </w:rPr>
        <w:t xml:space="preserve">依据 </w:t>
      </w:r>
      <w:r>
        <w:rPr>
          <w:rFonts w:ascii="Calibri" w:hAnsi="Calibri" w:cs="Calibri" w:eastAsia="宋体"/>
        </w:rPr>
        <w:t>《性别重置技术临床应用管理规范（2022 年版）》</w:t>
      </w:r>
    </w:p>
    <w:p>
      <w:pPr>
        <w:shd w:val="clear" w:color="auto" w:fill="F7F8FA"/>
        <w:pBdr>
          <w:left w:val="single" w:sz="18" w:space="6" w:color="C9CDD4"/>
        </w:pBdr>
        <w:spacing w:after="40"/>
      </w:pPr>
      <w:r>
        <w:rPr>
          <w:rFonts w:ascii="Calibri" w:hAnsi="Calibri" w:cs="Calibri" w:eastAsia="宋体"/>
        </w:rPr>
        <w:t>三、技术管理基本要求</w:t>
      </w:r>
    </w:p>
    <w:p>
      <w:pPr>
        <w:shd w:val="clear" w:color="auto" w:fill="F7F8FA"/>
        <w:pBdr>
          <w:left w:val="single" w:sz="18" w:space="6" w:color="C9CDD4"/>
        </w:pBdr>
        <w:spacing w:after="40"/>
      </w:pPr>
      <w:r>
        <w:rPr>
          <w:rFonts w:ascii="Calibri" w:hAnsi="Calibri" w:cs="Calibri" w:eastAsia="宋体"/>
        </w:rPr>
        <w:t>（三）实施主体手术前，手术对象应当提供如下材料并纳入病历：</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rPr>
        <w:t>当地公安部门出具的手术对象无在案犯罪记录证明。</w:t>
      </w:r>
    </w:p>
    <w:p>
      <w:pPr>
        <w:spacing w:before="20" w:after="40"/>
        <w:ind w:left="425" w:hanging="312"/>
        <w:shd w:val="clear" w:color="auto" w:fill="F7F8FA"/>
        <w:pBdr>
          <w:left w:val="single" w:sz="18" w:space="6" w:color="C9CDD4"/>
        </w:pBdr>
      </w:pPr>
      <w:r>
        <w:rPr>
          <w:rFonts w:ascii="Calibri" w:hAnsi="Calibri" w:cs="Calibri" w:eastAsia="宋体"/>
        </w:rPr>
        <w:t xml:space="preserve">2. </w:t>
      </w:r>
      <w:r>
        <w:rPr>
          <w:rFonts w:ascii="Calibri" w:hAnsi="Calibri" w:cs="Calibri" w:eastAsia="宋体"/>
          <w:b/>
        </w:rPr>
        <w:t>有三级医院精神科或心理科医师开具的易性症（性别焦虑，或性别不一致）诊断证明。</w:t>
      </w:r>
    </w:p>
    <w:p>
      <w:pPr>
        <w:spacing w:before="20" w:after="40"/>
        <w:ind w:left="425" w:hanging="312"/>
        <w:shd w:val="clear" w:color="auto" w:fill="F7F8FA"/>
        <w:pBdr>
          <w:left w:val="single" w:sz="18" w:space="6" w:color="C9CDD4"/>
        </w:pBdr>
      </w:pPr>
      <w:r>
        <w:rPr>
          <w:rFonts w:ascii="Calibri" w:hAnsi="Calibri" w:cs="Calibri" w:eastAsia="宋体"/>
        </w:rPr>
        <w:t xml:space="preserve">3. </w:t>
      </w:r>
      <w:r>
        <w:rPr>
          <w:rFonts w:ascii="Calibri" w:hAnsi="Calibri" w:cs="Calibri" w:eastAsia="宋体"/>
        </w:rPr>
        <w:t>手术对象本人要求手术并经本人签字的书面报告。</w:t>
      </w:r>
    </w:p>
    <w:p>
      <w:pPr>
        <w:spacing w:before="20" w:after="40"/>
        <w:ind w:left="425" w:hanging="312"/>
        <w:shd w:val="clear" w:color="auto" w:fill="F7F8FA"/>
        <w:pBdr>
          <w:left w:val="single" w:sz="18" w:space="6" w:color="C9CDD4"/>
        </w:pBdr>
      </w:pPr>
      <w:r>
        <w:rPr>
          <w:rFonts w:ascii="Calibri" w:hAnsi="Calibri" w:cs="Calibri" w:eastAsia="宋体"/>
        </w:rPr>
        <w:t xml:space="preserve">4. </w:t>
      </w:r>
      <w:r>
        <w:rPr>
          <w:rFonts w:ascii="Calibri" w:hAnsi="Calibri" w:cs="Calibri" w:eastAsia="宋体"/>
          <w:b/>
        </w:rPr>
        <w:t>手术对象提供已告知直系亲属拟行性别重置手术的相关证明。</w:t>
      </w:r>
    </w:p>
    <w:p>
      <w:pPr>
        <w:shd w:val="clear" w:color="auto" w:fill="F7F8FA"/>
        <w:pBdr>
          <w:left w:val="single" w:sz="18" w:space="6" w:color="C9CDD4"/>
        </w:pBdr>
        <w:spacing w:after="40"/>
      </w:pPr>
      <w:r>
        <w:rPr>
          <w:rFonts w:ascii="Calibri" w:hAnsi="Calibri" w:cs="Calibri" w:eastAsia="宋体"/>
        </w:rPr>
        <w:t>（四）手术前手术对象应当满足以下条件：</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rPr>
        <w:t>对性别重置的要求至少持续 5 年以上，且无反复过程。</w:t>
      </w:r>
    </w:p>
    <w:p>
      <w:pPr>
        <w:spacing w:before="20" w:after="40"/>
        <w:ind w:left="425" w:hanging="312"/>
        <w:shd w:val="clear" w:color="auto" w:fill="F7F8FA"/>
        <w:pBdr>
          <w:left w:val="single" w:sz="18" w:space="6" w:color="C9CDD4"/>
        </w:pBdr>
      </w:pPr>
      <w:r>
        <w:rPr>
          <w:rFonts w:ascii="Calibri" w:hAnsi="Calibri" w:cs="Calibri" w:eastAsia="宋体"/>
        </w:rPr>
        <w:t xml:space="preserve">2. </w:t>
      </w:r>
      <w:r>
        <w:rPr>
          <w:rFonts w:ascii="Calibri" w:hAnsi="Calibri" w:cs="Calibri" w:eastAsia="宋体"/>
        </w:rPr>
        <w:t>未在婚姻状态。</w:t>
      </w:r>
    </w:p>
    <w:p>
      <w:pPr>
        <w:spacing w:before="20" w:after="40"/>
        <w:ind w:left="425" w:hanging="312"/>
        <w:shd w:val="clear" w:color="auto" w:fill="F7F8FA"/>
        <w:pBdr>
          <w:left w:val="single" w:sz="18" w:space="6" w:color="C9CDD4"/>
        </w:pBdr>
      </w:pPr>
      <w:r>
        <w:rPr>
          <w:rFonts w:ascii="Calibri" w:hAnsi="Calibri" w:cs="Calibri" w:eastAsia="宋体"/>
        </w:rPr>
        <w:t xml:space="preserve">3. </w:t>
      </w:r>
      <w:r>
        <w:rPr>
          <w:rFonts w:ascii="Calibri" w:hAnsi="Calibri" w:cs="Calibri" w:eastAsia="宋体"/>
          <w:b/>
        </w:rPr>
        <w:t>年龄满 18 岁，具备完全民事行为能力，有能力完成性别重置序列治疗。</w:t>
      </w:r>
    </w:p>
    <w:p>
      <w:pPr>
        <w:spacing w:before="20" w:after="40"/>
        <w:ind w:left="425" w:hanging="312"/>
        <w:shd w:val="clear" w:color="auto" w:fill="F7F8FA"/>
        <w:pBdr>
          <w:left w:val="single" w:sz="18" w:space="6" w:color="C9CDD4"/>
        </w:pBdr>
      </w:pPr>
      <w:r>
        <w:rPr>
          <w:rFonts w:ascii="Calibri" w:hAnsi="Calibri" w:cs="Calibri" w:eastAsia="宋体"/>
        </w:rPr>
        <w:t xml:space="preserve">4. </w:t>
      </w:r>
      <w:r>
        <w:rPr>
          <w:rFonts w:ascii="Calibri" w:hAnsi="Calibri" w:cs="Calibri" w:eastAsia="宋体"/>
        </w:rPr>
        <w:t>无手术禁忌证。向手术对象充分告知手术目的、手术风险、手术后的后续治疗、注意事项、可能发生的并发症及预防措施、性别重置手术的后果，并签署知情同意书。</w:t>
      </w:r>
    </w:p>
    <w:p>
      <w:pPr>
        <w:spacing w:after="100"/>
      </w:pPr>
      <w:r>
        <w:rPr>
          <w:rFonts w:ascii="Calibri" w:hAnsi="Calibri" w:cs="Calibri" w:eastAsia="宋体"/>
        </w:rPr>
        <w:t xml:space="preserve">相较于 2017 版具体修订内容请查看 </w:t>
      </w:r>
      <w:r>
        <w:rPr>
          <w:rFonts w:ascii="Calibri" w:hAnsi="Calibri" w:cs="Calibri" w:eastAsia="宋体"/>
        </w:rPr>
        <w:t>https://link.mtf.wiki/srs/legal-spec</w:t>
      </w:r>
    </w:p>
    <w:p>
      <w:pPr>
        <w:spacing w:after="100"/>
      </w:pPr>
      <w:r>
        <w:rPr>
          <w:rFonts w:ascii="Calibri" w:hAnsi="Calibri" w:cs="Calibri" w:eastAsia="宋体"/>
        </w:rPr>
        <w:t>具体前置条件以院方要求为准，这里仅列出在中国大陆实施 SRS 所需的合规性条件。</w:t>
      </w:r>
    </w:p>
    <w:p>
      <w:pPr>
        <w:spacing w:after="100"/>
      </w:pPr>
      <w:r>
        <w:rPr>
          <w:rFonts w:ascii="Calibri" w:hAnsi="Calibri" w:cs="Calibri" w:eastAsia="宋体"/>
        </w:rPr>
        <w:t>其他实际影响手术实施因素：</w:t>
      </w:r>
    </w:p>
    <w:p>
      <w:pPr>
        <w:spacing w:before="20" w:after="40"/>
        <w:ind w:left="425" w:hanging="312"/>
      </w:pPr>
      <w:r>
        <w:rPr>
          <w:rFonts w:ascii="Calibri" w:hAnsi="Calibri" w:cs="Calibri" w:eastAsia="宋体"/>
        </w:rPr>
        <w:t xml:space="preserve">• </w:t>
      </w:r>
      <w:r>
        <w:rPr>
          <w:rFonts w:ascii="Calibri" w:hAnsi="Calibri" w:cs="Calibri" w:eastAsia="宋体"/>
        </w:rPr>
        <w:t>家长对院方的骚扰</w:t>
      </w:r>
    </w:p>
    <w:p>
      <w:pPr>
        <w:spacing w:before="20" w:after="40"/>
        <w:ind w:left="425" w:hanging="312"/>
      </w:pPr>
      <w:r>
        <w:rPr>
          <w:rFonts w:ascii="Calibri" w:hAnsi="Calibri" w:cs="Calibri" w:eastAsia="宋体"/>
        </w:rPr>
        <w:t xml:space="preserve">• </w:t>
      </w:r>
      <w:r>
        <w:rPr>
          <w:rFonts w:ascii="Calibri" w:hAnsi="Calibri" w:cs="Calibri" w:eastAsia="宋体"/>
        </w:rPr>
        <w:t>医生的主观意见</w:t>
      </w:r>
    </w:p>
    <w:p>
      <w:pPr>
        <w:pStyle w:val="Heading4"/>
      </w:pPr>
      <w:r>
        <w:rPr>
          <w:rFonts w:ascii="Calibri" w:hAnsi="Calibri" w:cs="Calibri" w:eastAsia="宋体"/>
        </w:rPr>
        <w:t>术前公证</w:t>
      </w:r>
    </w:p>
    <w:p>
      <w:pPr>
        <w:spacing w:after="100"/>
      </w:pPr>
      <w:r>
        <w:rPr>
          <w:rFonts w:ascii="Calibri" w:hAnsi="Calibri" w:cs="Calibri" w:eastAsia="宋体"/>
        </w:rPr>
        <w:t>一些医院可能要求对「手术同意书」进行公证。</w:t>
      </w:r>
    </w:p>
    <w:p>
      <w:pPr>
        <w:spacing w:after="100"/>
      </w:pPr>
      <w:r>
        <w:rPr>
          <w:rFonts w:ascii="Calibri" w:hAnsi="Calibri" w:cs="Calibri" w:eastAsia="宋体"/>
        </w:rPr>
        <w:t>具体参见：</w:t>
      </w:r>
      <w:r>
        <w:rPr>
          <w:rFonts w:ascii="Calibri" w:hAnsi="Calibri" w:cs="Calibri" w:eastAsia="宋体"/>
        </w:rPr>
        <w:t>术前公证</w:t>
      </w:r>
    </w:p>
    <w:p>
      <w:pPr>
        <w:pStyle w:val="Heading4"/>
      </w:pPr>
      <w:r>
        <w:rPr>
          <w:rFonts w:ascii="Calibri" w:hAnsi="Calibri" w:cs="Calibri" w:eastAsia="宋体"/>
        </w:rPr>
        <w:t>手术术式</w:t>
      </w:r>
    </w:p>
    <w:p>
      <w:pPr>
        <w:spacing w:after="100"/>
      </w:pPr>
      <w:r>
        <w:rPr>
          <w:rFonts w:ascii="Calibri" w:hAnsi="Calibri" w:cs="Calibri" w:eastAsia="宋体"/>
        </w:rPr>
        <w:t>具体参见：</w:t>
      </w:r>
      <w:r>
        <w:rPr>
          <w:rFonts w:ascii="Calibri" w:hAnsi="Calibri" w:cs="Calibri" w:eastAsia="宋体"/>
        </w:rPr>
        <w:t>手术技术</w:t>
      </w:r>
    </w:p>
    <w:p>
      <w:pPr>
        <w:pStyle w:val="Heading4"/>
      </w:pPr>
      <w:r>
        <w:rPr>
          <w:rFonts w:ascii="Calibri" w:hAnsi="Calibri" w:cs="Calibri" w:eastAsia="宋体"/>
        </w:rPr>
        <w:t>费用预期</w:t>
      </w:r>
    </w:p>
    <w:p>
      <w:pPr>
        <w:spacing w:after="100"/>
      </w:pPr>
      <w:r>
        <w:rPr>
          <w:rFonts w:ascii="Calibri" w:hAnsi="Calibri" w:cs="Calibri" w:eastAsia="宋体"/>
        </w:rPr>
        <w:t>中位数预期为 60000 CNY</w:t>
      </w:r>
    </w:p>
    <w:p>
      <w:pPr>
        <w:pStyle w:val="Heading4"/>
      </w:pPr>
      <w:r>
        <w:rPr>
          <w:rFonts w:ascii="Calibri" w:hAnsi="Calibri" w:cs="Calibri" w:eastAsia="宋体"/>
        </w:rPr>
        <w:t>术后事项</w:t>
      </w:r>
    </w:p>
    <w:p>
      <w:pPr>
        <w:spacing w:before="20" w:after="40"/>
        <w:ind w:left="425" w:hanging="312"/>
      </w:pPr>
      <w:r>
        <w:rPr>
          <w:rFonts w:ascii="Calibri" w:hAnsi="Calibri" w:cs="Calibri" w:eastAsia="宋体"/>
        </w:rPr>
        <w:t xml:space="preserve">• </w:t>
      </w:r>
      <w:r>
        <w:rPr>
          <w:rFonts w:ascii="Calibri" w:hAnsi="Calibri" w:cs="Calibri" w:eastAsia="宋体"/>
        </w:rPr>
        <w:t>户口身份证变更指引</w:t>
      </w:r>
      <w:r>
        <w:rPr>
          <w:rFonts w:ascii="Calibri" w:hAnsi="Calibri" w:cs="Calibri" w:eastAsia="宋体"/>
        </w:rPr>
        <w:t>，一般凭出院材料走「A)三甲性别鉴定公证」即可。</w:t>
      </w:r>
    </w:p>
    <w:p>
      <w:pPr>
        <w:pStyle w:val="Heading3"/>
      </w:pPr>
      <w:r>
        <w:rPr>
          <w:rFonts w:ascii="Calibri" w:hAnsi="Calibri" w:cs="Calibri" w:eastAsia="微软雅黑"/>
        </w:rPr>
        <w:t>4.7.2  术前公证</w:t>
      </w:r>
    </w:p>
    <w:p>
      <w:pPr>
        <w:spacing w:after="160"/>
      </w:pPr>
      <w:r>
        <w:rPr>
          <w:rFonts w:ascii="Calibri" w:hAnsi="Calibri" w:cs="Calibri" w:eastAsia="宋体"/>
          <w:color w:val="6B7280"/>
          <w:sz w:val="16"/>
        </w:rPr>
        <w:t>原文：https://mtf.wiki/zh-cn/docs/srs/china/notarization · 最近更新：2026年1月27日</w:t>
      </w:r>
    </w:p>
    <w:p>
      <w:pPr>
        <w:pStyle w:val="Heading4"/>
      </w:pPr>
      <w:r>
        <w:rPr>
          <w:rFonts w:ascii="Calibri" w:hAnsi="Calibri" w:cs="Calibri" w:eastAsia="宋体"/>
        </w:rPr>
        <w:t>公证的概念</w:t>
      </w:r>
    </w:p>
    <w:p>
      <w:pPr>
        <w:spacing w:after="100"/>
      </w:pPr>
      <w:r>
        <w:rPr>
          <w:rFonts w:ascii="Calibri" w:hAnsi="Calibri" w:cs="Calibri" w:eastAsia="宋体"/>
        </w:rPr>
        <w:t>公证，是指公证机关依据自然人、法人或者其他组织的申请，依照公证法律、法规规定的法定程序对民事法律行为、有法律意义的事实和文书的真实性、合法性予以证明的活动和过程。关于公证活动、程序、组织等规范内容构成了公证制度。公证制度是国家预防纠纷、维护法治、巩固法律和社会秩序的一种法律手段。</w:t>
      </w:r>
    </w:p>
    <w:p>
      <w:pPr>
        <w:pStyle w:val="Heading4"/>
      </w:pPr>
      <w:r>
        <w:rPr>
          <w:rFonts w:ascii="Calibri" w:hAnsi="Calibri" w:cs="Calibri" w:eastAsia="宋体"/>
        </w:rPr>
        <w:t>公证的目的</w:t>
      </w:r>
    </w:p>
    <w:p>
      <w:pPr>
        <w:spacing w:after="100"/>
      </w:pPr>
      <w:r>
        <w:rPr>
          <w:rFonts w:ascii="Calibri" w:hAnsi="Calibri" w:cs="Calibri" w:eastAsia="宋体"/>
        </w:rPr>
        <w:t xml:space="preserve">根据 </w:t>
      </w:r>
      <w:r>
        <w:rPr>
          <w:rFonts w:ascii="Calibri" w:hAnsi="Calibri" w:cs="Calibri" w:eastAsia="宋体"/>
        </w:rPr>
        <w:t>《性别重置技术临床应用管理规范（2022 年版）》</w:t>
      </w:r>
      <w:r>
        <w:rPr>
          <w:rFonts w:ascii="Calibri" w:hAnsi="Calibri" w:cs="Calibri" w:eastAsia="宋体"/>
        </w:rPr>
        <w:t xml:space="preserve"> 的规定，手术对象应当提供本人要求手术的书面报告并进行公证。由此可见，公证对于手术同意书来说是有必要的。很多人在取得家长的手术同意书后，就开始积极筹备手术相关事宜，而忽略了家长的后续态度，相信大家也见证了不少术前反悔与术后反悔的例子，</w:t>
      </w:r>
      <w:r>
        <w:rPr>
          <w:rFonts w:ascii="Calibri" w:hAnsi="Calibri" w:cs="Calibri" w:eastAsia="宋体"/>
          <w:b/>
        </w:rPr>
        <w:t>为了以防万一以及不必要的麻烦，建议大家在有条件的情况下在取得手术同意书后请尽快前往公证处进行公证。</w:t>
      </w:r>
    </w:p>
    <w:p>
      <w:pPr>
        <w:pStyle w:val="Heading4"/>
      </w:pPr>
      <w:r>
        <w:rPr>
          <w:rFonts w:ascii="Calibri" w:hAnsi="Calibri" w:cs="Calibri" w:eastAsia="宋体"/>
        </w:rPr>
        <w:t>公证的作用与意义</w:t>
      </w:r>
    </w:p>
    <w:p>
      <w:pPr>
        <w:spacing w:after="100"/>
      </w:pPr>
      <w:r>
        <w:rPr>
          <w:rFonts w:ascii="Calibri" w:hAnsi="Calibri" w:cs="Calibri" w:eastAsia="宋体"/>
        </w:rPr>
        <w:t xml:space="preserve">首先，公证的作用为了避免权利和义务所涉及到的各个方面之间可能发生的民事纠纷，从而能够效地保护当事人的正当权利和利益不受侵害。根据 </w:t>
      </w:r>
      <w:r>
        <w:rPr>
          <w:rFonts w:ascii="Calibri" w:hAnsi="Calibri" w:cs="Calibri" w:eastAsia="宋体"/>
        </w:rPr>
        <w:t>《中华人民共和国公证法》</w:t>
      </w:r>
      <w:r>
        <w:rPr>
          <w:rFonts w:ascii="Calibri" w:hAnsi="Calibri" w:cs="Calibri" w:eastAsia="宋体"/>
        </w:rPr>
        <w:t xml:space="preserve"> 第三十六条的规定，经公证的的民事法律行为、有法律意义的事实和文书，应当作为认定事实的根据，但有相反证据足以推翻该项公证的除外。因此，在经过公证后的手术同意书被赋予了一定的法律效力，比如证据上的效力，一旦家长在术前反悔发生纠纷，公证文书就能够成为特殊的书证，具有较强的证明力。除非家长能够提出公证行为并非出于自愿，不然公证后的手术同意书就具有真实性与合法性，并且持有者将享有受到法律保护的权利，使其正当权益得到切实的保护。</w:t>
      </w:r>
    </w:p>
    <w:p>
      <w:pPr>
        <w:spacing w:after="100"/>
      </w:pPr>
      <w:r>
        <w:rPr>
          <w:rFonts w:ascii="Calibri" w:hAnsi="Calibri" w:cs="Calibri" w:eastAsia="宋体"/>
        </w:rPr>
        <w:t>其次，公证工作可以预防纠纷，减少诉讼，稳定关系，</w:t>
      </w:r>
      <w:r>
        <w:rPr>
          <w:rFonts w:ascii="Calibri" w:hAnsi="Calibri" w:cs="Calibri" w:eastAsia="宋体"/>
          <w:b/>
        </w:rPr>
        <w:t>以防家长反悔</w:t>
      </w:r>
      <w:r>
        <w:rPr>
          <w:rFonts w:ascii="Calibri" w:hAnsi="Calibri" w:cs="Calibri" w:eastAsia="宋体"/>
        </w:rPr>
        <w:t>，在一定程度上起到防患于然的作用。并且当事情闹到不可开交的地步（指到法院诉讼），经过公证的手术同意书会是有力的证据，且具有</w:t>
      </w:r>
      <w:r>
        <w:rPr>
          <w:rFonts w:ascii="Calibri" w:hAnsi="Calibri" w:cs="Calibri" w:eastAsia="宋体"/>
          <w:b/>
        </w:rPr>
        <w:t>可强制执行</w:t>
      </w:r>
      <w:r>
        <w:rPr>
          <w:rFonts w:ascii="Calibri" w:hAnsi="Calibri" w:cs="Calibri" w:eastAsia="宋体"/>
        </w:rPr>
        <w:t>的效力。</w:t>
      </w:r>
    </w:p>
    <w:p>
      <w:pPr>
        <w:pStyle w:val="Heading4"/>
      </w:pPr>
      <w:r>
        <w:rPr>
          <w:rFonts w:ascii="Calibri" w:hAnsi="Calibri" w:cs="Calibri" w:eastAsia="宋体"/>
        </w:rPr>
        <w:t>公证流程</w:t>
      </w:r>
    </w:p>
    <w:p>
      <w:pPr>
        <w:spacing w:after="100"/>
      </w:pPr>
      <w:r>
        <w:rPr>
          <w:rFonts w:ascii="Calibri" w:hAnsi="Calibri" w:cs="Calibri" w:eastAsia="宋体"/>
        </w:rPr>
        <w:t>需要公证的文件可能包括《本人申请书》《父母知情/同意声明》。不同医院对文件材料要求各有不同，具体请询问意向医院的相关医师。</w:t>
      </w:r>
    </w:p>
    <w:p>
      <w:pPr>
        <w:spacing w:after="100"/>
      </w:pPr>
      <w:r>
        <w:rPr>
          <w:rFonts w:ascii="Calibri" w:hAnsi="Calibri" w:cs="Calibri" w:eastAsia="宋体"/>
        </w:rPr>
        <w:t xml:space="preserve">根据 </w:t>
      </w:r>
      <w:r>
        <w:rPr>
          <w:rFonts w:ascii="Calibri" w:hAnsi="Calibri" w:cs="Calibri" w:eastAsia="宋体"/>
        </w:rPr>
        <w:t>《公证程序规则》（2020 年修正）</w:t>
      </w:r>
      <w:r>
        <w:rPr>
          <w:rFonts w:ascii="Calibri" w:hAnsi="Calibri" w:cs="Calibri" w:eastAsia="宋体"/>
        </w:rPr>
        <w:t xml:space="preserve"> 第三十四条规定，可以请求公证机构可以代为起草、修改申请公证的文书。</w:t>
      </w:r>
    </w:p>
    <w:p>
      <w:pPr>
        <w:spacing w:after="100"/>
      </w:pPr>
      <w:r>
        <w:rPr>
          <w:rFonts w:ascii="Calibri" w:hAnsi="Calibri" w:cs="Calibri" w:eastAsia="宋体"/>
        </w:rPr>
        <w:t>需要提供的材料为：户口本、父母身份证</w:t>
      </w:r>
    </w:p>
    <w:p>
      <w:pPr>
        <w:spacing w:after="100"/>
      </w:pPr>
      <w:r>
        <w:rPr>
          <w:rFonts w:ascii="Calibri" w:hAnsi="Calibri" w:cs="Calibri" w:eastAsia="宋体"/>
        </w:rPr>
        <w:t>根据一些报告称，您可能会被要求提供如下材料：</w:t>
      </w:r>
    </w:p>
    <w:p>
      <w:pPr>
        <w:spacing w:before="20" w:after="40"/>
        <w:ind w:left="425" w:hanging="312"/>
      </w:pPr>
      <w:r>
        <w:rPr>
          <w:rFonts w:ascii="Calibri" w:hAnsi="Calibri" w:cs="Calibri" w:eastAsia="宋体"/>
        </w:rPr>
        <w:t xml:space="preserve">1. </w:t>
      </w:r>
      <w:r>
        <w:rPr>
          <w:rFonts w:ascii="Calibri" w:hAnsi="Calibri" w:cs="Calibri" w:eastAsia="宋体"/>
        </w:rPr>
        <w:t>易性症诊断证明</w:t>
      </w:r>
    </w:p>
    <w:p>
      <w:pPr>
        <w:spacing w:before="20" w:after="40"/>
        <w:ind w:left="425" w:hanging="312"/>
      </w:pPr>
      <w:r>
        <w:rPr>
          <w:rFonts w:ascii="Calibri" w:hAnsi="Calibri" w:cs="Calibri" w:eastAsia="宋体"/>
        </w:rPr>
        <w:t xml:space="preserve">2. </w:t>
      </w:r>
      <w:r>
        <w:rPr>
          <w:rFonts w:ascii="Calibri" w:hAnsi="Calibri" w:cs="Calibri" w:eastAsia="宋体"/>
        </w:rPr>
        <w:t>出生医学证明</w:t>
      </w:r>
    </w:p>
    <w:p>
      <w:pPr>
        <w:spacing w:before="20" w:after="40"/>
        <w:ind w:left="425" w:hanging="312"/>
      </w:pPr>
      <w:r>
        <w:rPr>
          <w:rFonts w:ascii="Calibri" w:hAnsi="Calibri" w:cs="Calibri" w:eastAsia="宋体"/>
        </w:rPr>
        <w:t xml:space="preserve">3. </w:t>
      </w:r>
      <w:r>
        <w:rPr>
          <w:rFonts w:ascii="Calibri" w:hAnsi="Calibri" w:cs="Calibri" w:eastAsia="宋体"/>
        </w:rPr>
        <w:t>父母结婚证，如单亲可能需要提供（离异：离婚证、离婚协议，死别：死亡证明，等）</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为预防因材料不足以至于需要多次往返公证处而丧失信心 建议自行前往公证处询问相关所需材料后携带家长前往（双亲家庭需要携带双方一同前往）</w:t>
      </w:r>
    </w:p>
    <w:p>
      <w:pPr>
        <w:spacing w:after="100"/>
      </w:pPr>
      <w:r>
        <w:rPr>
          <w:rFonts w:ascii="Calibri" w:hAnsi="Calibri" w:cs="Calibri" w:eastAsia="宋体"/>
        </w:rPr>
        <w:t>申请内容为:「自然人的其他证明公证」的公证书</w:t>
      </w:r>
    </w:p>
    <w:p>
      <w:pPr>
        <w:pStyle w:val="Heading4"/>
      </w:pPr>
      <w:r>
        <w:rPr>
          <w:rFonts w:ascii="Calibri" w:hAnsi="Calibri" w:cs="Calibri" w:eastAsia="宋体"/>
        </w:rPr>
        <w:t>可能遇到的障碍</w:t>
      </w:r>
    </w:p>
    <w:p>
      <w:pPr>
        <w:spacing w:after="100"/>
      </w:pPr>
      <w:r>
        <w:rPr>
          <w:rFonts w:ascii="Calibri" w:hAnsi="Calibri" w:cs="Calibri" w:eastAsia="宋体"/>
        </w:rPr>
        <w:t>由于《民法典》的“公序良俗”原则，有部分申请人会遭到公证机构以道德为由拒绝办理公证。</w:t>
      </w:r>
    </w:p>
    <w:p>
      <w:pPr>
        <w:shd w:val="clear" w:color="auto" w:fill="F7F8FA"/>
        <w:pBdr>
          <w:left w:val="single" w:sz="18" w:space="6" w:color="C9CDD4"/>
        </w:pBdr>
        <w:spacing w:after="40"/>
      </w:pPr>
      <w:r>
        <w:rPr>
          <w:rFonts w:ascii="Calibri" w:hAnsi="Calibri" w:cs="Calibri" w:eastAsia="宋体"/>
        </w:rPr>
        <w:t>《公证程序规则》 第四十八条第八款 公证事项有下列情形之一的，公证机构应当不予办理公证：(八)申请公证的事项违背社会公德的;</w:t>
      </w:r>
    </w:p>
    <w:p>
      <w:pPr>
        <w:spacing w:after="100"/>
      </w:pPr>
      <w:r>
        <w:rPr>
          <w:rFonts w:ascii="Calibri" w:hAnsi="Calibri" w:cs="Calibri" w:eastAsia="宋体"/>
        </w:rPr>
        <w:t xml:space="preserve">应当向工作人员告知进行公证是 </w:t>
      </w:r>
      <w:r>
        <w:rPr>
          <w:rFonts w:ascii="Calibri" w:hAnsi="Calibri" w:cs="Calibri" w:eastAsia="宋体"/>
        </w:rPr>
        <w:t>国家法规</w:t>
      </w:r>
      <w:r>
        <w:rPr>
          <w:rFonts w:ascii="Calibri" w:hAnsi="Calibri" w:cs="Calibri" w:eastAsia="宋体"/>
        </w:rPr>
        <w:t xml:space="preserve"> 所规定的正当要求，同时可以参考下述文件，向公证机构提出自己的诉求。</w:t>
      </w:r>
    </w:p>
    <w:p>
      <w:pPr>
        <w:spacing w:after="100"/>
      </w:pPr>
      <w:r>
        <w:rPr>
          <w:rFonts w:ascii="Calibri" w:hAnsi="Calibri" w:cs="Calibri" w:eastAsia="宋体"/>
        </w:rPr>
        <w:t>声明书公证成功的案例（四川法制报 20170607 期第 A05 版:综合）:</w:t>
      </w:r>
    </w:p>
    <w:p>
      <w:pPr>
        <w:pStyle w:val="Heading4"/>
      </w:pPr>
      <w:r>
        <w:rPr>
          <w:rFonts w:ascii="Calibri" w:hAnsi="Calibri" w:cs="Calibri" w:eastAsia="宋体"/>
        </w:rPr>
        <w:t>法律依据</w:t>
      </w:r>
    </w:p>
    <w:p>
      <w:pPr>
        <w:spacing w:after="100"/>
      </w:pPr>
      <w:r>
        <w:rPr>
          <w:rFonts w:ascii="Calibri" w:hAnsi="Calibri" w:cs="Calibri" w:eastAsia="宋体"/>
        </w:rPr>
        <w:t xml:space="preserve">根据 </w:t>
      </w:r>
      <w:r>
        <w:rPr>
          <w:rFonts w:ascii="Calibri" w:hAnsi="Calibri" w:cs="Calibri" w:eastAsia="宋体"/>
        </w:rPr>
        <w:t>《性别重置技术临床应用管理规范（2022 年版）》</w:t>
      </w:r>
    </w:p>
    <w:p>
      <w:pPr>
        <w:shd w:val="clear" w:color="auto" w:fill="F7F8FA"/>
        <w:pBdr>
          <w:left w:val="single" w:sz="18" w:space="6" w:color="C9CDD4"/>
        </w:pBdr>
        <w:spacing w:after="40"/>
      </w:pPr>
      <w:r>
        <w:rPr>
          <w:rFonts w:ascii="Calibri" w:hAnsi="Calibri" w:cs="Calibri" w:eastAsia="宋体"/>
        </w:rPr>
        <w:t>三、技术管理基本要求</w:t>
      </w:r>
    </w:p>
    <w:p>
      <w:pPr>
        <w:shd w:val="clear" w:color="auto" w:fill="F7F8FA"/>
        <w:pBdr>
          <w:left w:val="single" w:sz="18" w:space="6" w:color="C9CDD4"/>
        </w:pBdr>
        <w:spacing w:after="40"/>
      </w:pPr>
      <w:r>
        <w:rPr>
          <w:rFonts w:ascii="Calibri" w:hAnsi="Calibri" w:cs="Calibri" w:eastAsia="宋体"/>
        </w:rPr>
        <w:t>（三）实施主体手术前，手术对象应当提供如下材料并纳入病历：</w:t>
      </w:r>
    </w:p>
    <w:p>
      <w:pPr>
        <w:spacing w:before="20" w:after="40"/>
        <w:ind w:left="425" w:hanging="312"/>
        <w:shd w:val="clear" w:color="auto" w:fill="F7F8FA"/>
        <w:pBdr>
          <w:left w:val="single" w:sz="18" w:space="6" w:color="C9CDD4"/>
        </w:pBdr>
      </w:pPr>
      <w:r>
        <w:rPr>
          <w:rFonts w:ascii="Calibri" w:hAnsi="Calibri" w:cs="Calibri" w:eastAsia="宋体"/>
        </w:rPr>
        <w:t xml:space="preserve">1. </w:t>
      </w:r>
      <w:r>
        <w:rPr>
          <w:rFonts w:ascii="Calibri" w:hAnsi="Calibri" w:cs="Calibri" w:eastAsia="宋体"/>
        </w:rPr>
        <w:t>当地公安部门出具的手术对象</w:t>
      </w:r>
      <w:r>
        <w:rPr>
          <w:rFonts w:ascii="Calibri" w:hAnsi="Calibri" w:cs="Calibri" w:eastAsia="宋体"/>
          <w:b/>
        </w:rPr>
        <w:t>无在案犯罪记录证明</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2. </w:t>
      </w:r>
      <w:r>
        <w:rPr>
          <w:rFonts w:ascii="Calibri" w:hAnsi="Calibri" w:cs="Calibri" w:eastAsia="宋体"/>
        </w:rPr>
        <w:t>有三级医院精神科或心理科医师开具的</w:t>
      </w:r>
      <w:r>
        <w:rPr>
          <w:rFonts w:ascii="Calibri" w:hAnsi="Calibri" w:cs="Calibri" w:eastAsia="宋体"/>
          <w:b/>
        </w:rPr>
        <w:t>易性症（性别焦虑，或性别不一致）诊断证明</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3. </w:t>
      </w:r>
      <w:r>
        <w:rPr>
          <w:rFonts w:ascii="Calibri" w:hAnsi="Calibri" w:cs="Calibri" w:eastAsia="宋体"/>
        </w:rPr>
        <w:t>手术对象本人要求手术并经</w:t>
      </w:r>
      <w:r>
        <w:rPr>
          <w:rFonts w:ascii="Calibri" w:hAnsi="Calibri" w:cs="Calibri" w:eastAsia="宋体"/>
          <w:b/>
        </w:rPr>
        <w:t>本人签字的书面报告</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4. </w:t>
      </w:r>
      <w:r>
        <w:rPr>
          <w:rFonts w:ascii="Calibri" w:hAnsi="Calibri" w:cs="Calibri" w:eastAsia="宋体"/>
        </w:rPr>
        <w:t>手术对象提供</w:t>
      </w:r>
      <w:r>
        <w:rPr>
          <w:rFonts w:ascii="Calibri" w:hAnsi="Calibri" w:cs="Calibri" w:eastAsia="宋体"/>
          <w:b/>
        </w:rPr>
        <w:t>已告知直系亲属</w:t>
      </w:r>
      <w:r>
        <w:rPr>
          <w:rFonts w:ascii="Calibri" w:hAnsi="Calibri" w:cs="Calibri" w:eastAsia="宋体"/>
        </w:rPr>
        <w:t>拟行性别重置手术的相关证明。</w:t>
      </w:r>
    </w:p>
    <w:p>
      <w:pPr>
        <w:spacing w:after="100"/>
      </w:pPr>
      <w:r>
        <w:rPr>
          <w:rFonts w:ascii="Calibri" w:hAnsi="Calibri" w:cs="Calibri" w:eastAsia="宋体"/>
        </w:rPr>
        <w:t xml:space="preserve">相较于 2017 版具体修订内容请查看 </w:t>
      </w:r>
      <w:r>
        <w:rPr>
          <w:rFonts w:ascii="Calibri" w:hAnsi="Calibri" w:cs="Calibri" w:eastAsia="宋体"/>
        </w:rPr>
        <w:t>https://link.mtf.wiki/srs/legal-spec</w:t>
      </w:r>
    </w:p>
    <w:p>
      <w:pPr>
        <w:spacing w:after="100"/>
      </w:pPr>
      <w:r>
        <w:rPr>
          <w:rFonts w:ascii="Calibri" w:hAnsi="Calibri" w:cs="Calibri" w:eastAsia="宋体"/>
        </w:rPr>
        <w:t xml:space="preserve">根据 </w:t>
      </w:r>
      <w:r>
        <w:rPr>
          <w:rFonts w:ascii="Calibri" w:hAnsi="Calibri" w:cs="Calibri" w:eastAsia="宋体"/>
        </w:rPr>
        <w:t>《公证程序规则》（2020 年修正）</w:t>
      </w:r>
    </w:p>
    <w:p>
      <w:pPr>
        <w:shd w:val="clear" w:color="auto" w:fill="F7F8FA"/>
        <w:pBdr>
          <w:left w:val="single" w:sz="18" w:space="6" w:color="C9CDD4"/>
        </w:pBdr>
        <w:spacing w:after="40"/>
      </w:pPr>
      <w:r>
        <w:rPr>
          <w:rFonts w:ascii="Calibri" w:hAnsi="Calibri" w:cs="Calibri" w:eastAsia="宋体"/>
        </w:rPr>
        <w:t>第十四条规定，公证事项由当事人住所地、经常居住地、行为地或者事实发生地的公证机构受理。</w:t>
      </w:r>
    </w:p>
    <w:p>
      <w:pPr>
        <w:shd w:val="clear" w:color="auto" w:fill="F7F8FA"/>
        <w:pBdr>
          <w:left w:val="single" w:sz="18" w:space="6" w:color="C9CDD4"/>
        </w:pBdr>
        <w:spacing w:after="40"/>
      </w:pPr>
      <w:r>
        <w:rPr>
          <w:rFonts w:ascii="Calibri" w:hAnsi="Calibri" w:cs="Calibri" w:eastAsia="宋体"/>
        </w:rPr>
        <w:t>第十五条规定，二个以上当事人共同申办同一公证事项的，可以共同到行为地、事实发生地或者其中一名当事人住所地、经常居住地的公证机构申办。</w:t>
      </w:r>
    </w:p>
    <w:p>
      <w:pPr>
        <w:shd w:val="clear" w:color="auto" w:fill="F7F8FA"/>
        <w:pBdr>
          <w:left w:val="single" w:sz="18" w:space="6" w:color="C9CDD4"/>
        </w:pBdr>
        <w:spacing w:after="40"/>
      </w:pPr>
      <w:r>
        <w:rPr>
          <w:rFonts w:ascii="Calibri" w:hAnsi="Calibri" w:cs="Calibri" w:eastAsia="宋体"/>
        </w:rPr>
        <w:t>第三十四条规定，公证机构在审查中，认为申请公证的文书内容不完备、表达不准确的，应当指导当事人补正或者修改。当事人拒绝补正、修改的，应当在工作记录中注明。</w:t>
      </w:r>
      <w:r>
        <w:rPr>
          <w:rFonts w:ascii="Calibri" w:hAnsi="Calibri" w:cs="Calibri" w:eastAsia="宋体"/>
          <w:b/>
        </w:rPr>
        <w:t>应当事人的请求，公证机构可以代为起草、修改申请公证的文书。</w:t>
      </w:r>
    </w:p>
    <w:p>
      <w:pPr>
        <w:spacing w:after="100"/>
      </w:pPr>
      <w:r>
        <w:rPr>
          <w:rFonts w:ascii="Calibri" w:hAnsi="Calibri" w:cs="Calibri" w:eastAsia="宋体"/>
        </w:rPr>
        <w:t xml:space="preserve">根据 </w:t>
      </w:r>
      <w:r>
        <w:rPr>
          <w:rFonts w:ascii="Calibri" w:hAnsi="Calibri" w:cs="Calibri" w:eastAsia="宋体"/>
        </w:rPr>
        <w:t>《中华人民共和国公证法》（2017 年修正）</w:t>
      </w:r>
    </w:p>
    <w:p>
      <w:pPr>
        <w:shd w:val="clear" w:color="auto" w:fill="F7F8FA"/>
        <w:pBdr>
          <w:left w:val="single" w:sz="18" w:space="6" w:color="C9CDD4"/>
        </w:pBdr>
        <w:spacing w:after="40"/>
      </w:pPr>
      <w:r>
        <w:rPr>
          <w:rFonts w:ascii="Calibri" w:hAnsi="Calibri" w:cs="Calibri" w:eastAsia="宋体"/>
        </w:rPr>
        <w:t>第二十五条规定，自然人、法人或者其他组织申请办理公证，可以向住所地、经常居住地、行为地或者事实发生地的公证机构提出。</w:t>
      </w:r>
    </w:p>
    <w:p>
      <w:pPr>
        <w:shd w:val="clear" w:color="auto" w:fill="F7F8FA"/>
        <w:pBdr>
          <w:left w:val="single" w:sz="18" w:space="6" w:color="C9CDD4"/>
        </w:pBdr>
        <w:spacing w:after="40"/>
      </w:pPr>
      <w:r>
        <w:rPr>
          <w:rFonts w:ascii="Calibri" w:hAnsi="Calibri" w:cs="Calibri" w:eastAsia="宋体"/>
        </w:rPr>
        <w:t>第三十六条规定，经公证的民事法律行为、有法律意义的事实和文书，应当作为认定事实的根据，但有相反证据足以推翻该项公证的除外。</w:t>
      </w:r>
    </w:p>
    <w:p>
      <w:pPr>
        <w:pStyle w:val="Heading3"/>
      </w:pPr>
      <w:r>
        <w:rPr>
          <w:rFonts w:ascii="Calibri" w:hAnsi="Calibri" w:cs="Calibri" w:eastAsia="微软雅黑"/>
        </w:rPr>
        <w:t>4.7.3  上海四一一医院｜赵烨德</w:t>
      </w:r>
    </w:p>
    <w:p>
      <w:pPr>
        <w:spacing w:after="160"/>
      </w:pPr>
      <w:r>
        <w:rPr>
          <w:rFonts w:ascii="Calibri" w:hAnsi="Calibri" w:cs="Calibri" w:eastAsia="宋体"/>
          <w:color w:val="6B7280"/>
          <w:sz w:val="16"/>
        </w:rPr>
        <w:t>原文：https://mtf.wiki/zh-cn/docs/srs/china/sh411 · 最近更新：2026年5月5日</w:t>
      </w:r>
    </w:p>
    <w:p>
      <w:pPr>
        <w:spacing w:after="100"/>
      </w:pPr>
      <w:r>
        <w:rPr>
          <w:rFonts w:ascii="Calibri" w:hAnsi="Calibri" w:cs="Calibri" w:eastAsia="宋体"/>
        </w:rPr>
        <w:t>医生姓名：</w:t>
      </w:r>
      <w:r>
        <w:rPr>
          <w:rFonts w:ascii="Calibri" w:hAnsi="Calibri" w:cs="Calibri" w:eastAsia="宋体"/>
        </w:rPr>
        <w:t>赵烨德</w:t>
      </w:r>
      <w:r>
        <w:rPr>
          <w:rFonts w:ascii="Calibri" w:hAnsi="Calibri" w:cs="Calibri" w:eastAsia="宋体"/>
          <w:vertAlign w:val="superscript"/>
        </w:rPr>
        <w:t>1</w:t>
      </w:r>
    </w:p>
    <w:p>
      <w:pPr>
        <w:spacing w:after="100"/>
      </w:pPr>
      <w:r>
        <w:rPr>
          <w:rFonts w:ascii="Calibri" w:hAnsi="Calibri" w:cs="Calibri" w:eastAsia="宋体"/>
        </w:rPr>
        <w:t>所在医院：</w:t>
      </w:r>
      <w:r>
        <w:rPr>
          <w:rFonts w:ascii="Calibri" w:hAnsi="Calibri" w:cs="Calibri" w:eastAsia="宋体"/>
        </w:rPr>
        <w:t>上海四一一医院</w:t>
      </w:r>
      <w:r>
        <w:rPr>
          <w:rFonts w:ascii="Calibri" w:hAnsi="Calibri" w:cs="Calibri" w:eastAsia="宋体"/>
        </w:rPr>
        <w:t>（常用名：中国融通上海四一一医院、上海大学附属上海四一一医院。曾用名：中国人民解放军第 411 医院、海军军医大学附属长海医院虹口院区）</w:t>
      </w:r>
    </w:p>
    <w:p>
      <w:pPr>
        <w:pStyle w:val="Heading4"/>
      </w:pPr>
      <w:r>
        <w:rPr>
          <w:rFonts w:ascii="Calibri" w:hAnsi="Calibri" w:cs="Calibri" w:eastAsia="宋体"/>
        </w:rPr>
        <w:t>开展的手术项目</w:t>
      </w:r>
    </w:p>
    <w:p>
      <w:pPr>
        <w:spacing w:before="20" w:after="40"/>
        <w:ind w:left="425" w:hanging="312"/>
      </w:pPr>
      <w:r>
        <w:rPr>
          <w:rFonts w:ascii="Calibri" w:hAnsi="Calibri" w:cs="Calibri" w:eastAsia="宋体"/>
        </w:rPr>
        <w:t xml:space="preserve">• </w:t>
      </w:r>
      <w:r>
        <w:rPr>
          <w:rFonts w:ascii="Calibri" w:hAnsi="Calibri" w:cs="Calibri" w:eastAsia="宋体"/>
        </w:rPr>
        <w:t>使用皮瓣成形阴道的 SRS</w:t>
      </w:r>
    </w:p>
    <w:p>
      <w:pPr>
        <w:spacing w:before="20" w:after="40"/>
        <w:ind w:left="425" w:hanging="312"/>
      </w:pPr>
      <w:r>
        <w:rPr>
          <w:rFonts w:ascii="Calibri" w:hAnsi="Calibri" w:cs="Calibri" w:eastAsia="宋体"/>
        </w:rPr>
        <w:t xml:space="preserve">• </w:t>
      </w:r>
      <w:r>
        <w:rPr>
          <w:rFonts w:ascii="Calibri" w:hAnsi="Calibri" w:cs="Calibri" w:eastAsia="宋体"/>
        </w:rPr>
        <w:t>仅进行外阴成形的零深度 SRS</w:t>
      </w:r>
    </w:p>
    <w:p>
      <w:pPr>
        <w:spacing w:before="20" w:after="40"/>
        <w:ind w:left="425" w:hanging="312"/>
      </w:pPr>
      <w:r>
        <w:rPr>
          <w:rFonts w:ascii="Calibri" w:hAnsi="Calibri" w:cs="Calibri" w:eastAsia="宋体"/>
        </w:rPr>
        <w:t xml:space="preserve">• </w:t>
      </w:r>
      <w:r>
        <w:rPr>
          <w:rFonts w:ascii="Calibri" w:hAnsi="Calibri" w:cs="Calibri" w:eastAsia="宋体"/>
          <w:b/>
        </w:rPr>
        <w:t>仅性腺切除手术</w:t>
      </w:r>
      <w:r>
        <w:rPr>
          <w:rFonts w:ascii="Calibri" w:hAnsi="Calibri" w:cs="Calibri" w:eastAsia="宋体"/>
        </w:rPr>
        <w:t>（点击查看）</w:t>
      </w:r>
    </w:p>
    <w:p>
      <w:pPr>
        <w:spacing w:before="20" w:after="40"/>
        <w:ind w:left="425" w:hanging="312"/>
      </w:pPr>
      <w:r>
        <w:rPr>
          <w:rFonts w:ascii="Calibri" w:hAnsi="Calibri" w:cs="Calibri" w:eastAsia="宋体"/>
        </w:rPr>
        <w:t xml:space="preserve">• </w:t>
      </w:r>
      <w:r>
        <w:rPr>
          <w:rFonts w:ascii="Calibri" w:hAnsi="Calibri" w:cs="Calibri" w:eastAsia="宋体"/>
          <w:b/>
        </w:rPr>
        <w:t>喉结切除术</w:t>
      </w:r>
      <w:r>
        <w:rPr>
          <w:rFonts w:ascii="Calibri" w:hAnsi="Calibri" w:cs="Calibri" w:eastAsia="宋体"/>
        </w:rPr>
        <w:t>（点击查看）</w:t>
      </w:r>
    </w:p>
    <w:p>
      <w:pPr>
        <w:spacing w:before="20" w:after="40"/>
        <w:ind w:left="425" w:hanging="312"/>
      </w:pPr>
      <w:r>
        <w:rPr>
          <w:rFonts w:ascii="Calibri" w:hAnsi="Calibri" w:cs="Calibri" w:eastAsia="宋体"/>
        </w:rPr>
        <w:t xml:space="preserve">• </w:t>
      </w:r>
      <w:r>
        <w:rPr>
          <w:rFonts w:ascii="Calibri" w:hAnsi="Calibri" w:cs="Calibri" w:eastAsia="宋体"/>
        </w:rPr>
        <w:t>钻孔脱毛</w:t>
      </w:r>
    </w:p>
    <w:p>
      <w:pPr>
        <w:spacing w:before="20" w:after="40"/>
        <w:ind w:left="425" w:hanging="312"/>
      </w:pPr>
      <w:r>
        <w:rPr>
          <w:rFonts w:ascii="Calibri" w:hAnsi="Calibri" w:cs="Calibri" w:eastAsia="宋体"/>
        </w:rPr>
        <w:t xml:space="preserve">• </w:t>
      </w:r>
      <w:r>
        <w:rPr>
          <w:rFonts w:ascii="Calibri" w:hAnsi="Calibri" w:cs="Calibri" w:eastAsia="宋体"/>
        </w:rPr>
        <w:t>其他品牌阴道的第三方维修（医院床位紧张，请于面诊时详询）</w:t>
      </w:r>
    </w:p>
    <w:p>
      <w:pPr>
        <w:spacing w:after="100"/>
      </w:pPr>
      <w:r>
        <w:rPr>
          <w:rFonts w:ascii="Calibri" w:hAnsi="Calibri" w:cs="Calibri" w:eastAsia="宋体"/>
        </w:rPr>
        <w:t>赵烨德博士是国内仍在工作的性别重置手术领域经验最为丰富的医生。其术式特点是使用阴茎和/或阴囊皮瓣制作阴道，并利用阴囊皮瓣成形阴唇。</w:t>
      </w:r>
    </w:p>
    <w:p>
      <w:pPr>
        <w:pStyle w:val="Heading4"/>
      </w:pPr>
      <w:r>
        <w:rPr>
          <w:rFonts w:ascii="Calibri" w:hAnsi="Calibri" w:cs="Calibri" w:eastAsia="宋体"/>
        </w:rPr>
        <w:t>优缺点概览</w:t>
      </w:r>
    </w:p>
    <w:p>
      <w:pPr>
        <w:spacing w:before="20" w:after="40"/>
        <w:ind w:left="425" w:hanging="312"/>
      </w:pPr>
      <w:r>
        <w:rPr>
          <w:rFonts w:ascii="Calibri" w:hAnsi="Calibri" w:cs="Calibri" w:eastAsia="宋体"/>
        </w:rPr>
        <w:t xml:space="preserve">• </w:t>
      </w:r>
      <w:r>
        <w:rPr>
          <w:rFonts w:ascii="Calibri" w:hAnsi="Calibri" w:cs="Calibri" w:eastAsia="宋体"/>
          <w:b/>
        </w:rPr>
        <w:t>优点</w:t>
      </w:r>
      <w:r>
        <w:rPr>
          <w:rFonts w:ascii="Calibri" w:hAnsi="Calibri" w:cs="Calibri" w:eastAsia="宋体"/>
        </w:rPr>
        <w:t>：价格相对较低（约 65,000-70,000 元人民币，详见</w:t>
      </w:r>
      <w:r>
        <w:rPr>
          <w:rFonts w:ascii="Calibri" w:hAnsi="Calibri" w:cs="Calibri" w:eastAsia="宋体"/>
        </w:rPr>
        <w:t>费用构成</w:t>
      </w:r>
      <w:r>
        <w:rPr>
          <w:rFonts w:ascii="Calibri" w:hAnsi="Calibri" w:cs="Calibri" w:eastAsia="宋体"/>
        </w:rPr>
        <w:t>），事故率低。阴道初始宽度较大，对通模具要求较少，敏感度保留较好，且能实现各个结构的外观成形。医院位于上海市区，交通物流极其便利，经常有已经手术出院的跨性别者重新回到医院来探望，且上海周边能联系到的跨性别者很多，便于获得社群伙伴的探访与心理支持，有助于缓解术后住院期间的孤独感。</w:t>
      </w:r>
    </w:p>
    <w:p>
      <w:pPr>
        <w:spacing w:before="20" w:after="40"/>
        <w:ind w:left="425" w:hanging="312"/>
      </w:pPr>
      <w:r>
        <w:rPr>
          <w:rFonts w:ascii="Calibri" w:hAnsi="Calibri" w:cs="Calibri" w:eastAsia="宋体"/>
        </w:rPr>
        <w:t xml:space="preserve">• </w:t>
      </w:r>
      <w:r>
        <w:rPr>
          <w:rFonts w:ascii="Calibri" w:hAnsi="Calibri" w:cs="Calibri" w:eastAsia="宋体"/>
          <w:b/>
        </w:rPr>
        <w:t>缺点</w:t>
      </w:r>
      <w:r>
        <w:rPr>
          <w:rFonts w:ascii="Calibri" w:hAnsi="Calibri" w:cs="Calibri" w:eastAsia="宋体"/>
        </w:rPr>
        <w:t>：</w:t>
      </w:r>
      <w:r>
        <w:br/>
      </w:r>
    </w:p>
    <w:p>
      <w:pPr>
        <w:spacing w:before="20" w:after="40"/>
        <w:ind w:left="822" w:hanging="312"/>
      </w:pPr>
      <w:r>
        <w:rPr>
          <w:rFonts w:ascii="Calibri" w:hAnsi="Calibri" w:cs="Calibri" w:eastAsia="宋体"/>
        </w:rPr>
        <w:t xml:space="preserve">◦ </w:t>
      </w:r>
      <w:r>
        <w:rPr>
          <w:rFonts w:ascii="Calibri" w:hAnsi="Calibri" w:cs="Calibri" w:eastAsia="宋体"/>
          <w:b/>
        </w:rPr>
        <w:t>深度问题</w:t>
      </w:r>
      <w:r>
        <w:rPr>
          <w:rFonts w:ascii="Calibri" w:hAnsi="Calibri" w:cs="Calibri" w:eastAsia="宋体"/>
        </w:rPr>
        <w:t>：赵医生倾向于认为 12 cm 左右的深度已能满足需求，因此其预设深度可能相对保守。</w:t>
      </w:r>
    </w:p>
    <w:p>
      <w:pPr>
        <w:spacing w:before="20" w:after="40"/>
        <w:ind w:left="822" w:hanging="312"/>
      </w:pPr>
      <w:r>
        <w:rPr>
          <w:rFonts w:ascii="Calibri" w:hAnsi="Calibri" w:cs="Calibri" w:eastAsia="宋体"/>
        </w:rPr>
        <w:t xml:space="preserve">◦ </w:t>
      </w:r>
      <w:r>
        <w:rPr>
          <w:rFonts w:ascii="Calibri" w:hAnsi="Calibri" w:cs="Calibri" w:eastAsia="宋体"/>
          <w:b/>
        </w:rPr>
        <w:t>取皮问题</w:t>
      </w:r>
      <w:r>
        <w:rPr>
          <w:rFonts w:ascii="Calibri" w:hAnsi="Calibri" w:cs="Calibri" w:eastAsia="宋体"/>
        </w:rPr>
        <w:t>：当阴茎阴囊皮瓣材料不足时，医生倾向于使用腹部/大腿皮瓣作为补充，但这将增大手术痛苦并延长恢复时间。若对阴道深度无强求，建议术前明确与医生沟通「不取用腹股沟/大腿皮瓣」，以减轻手术创伤。</w:t>
      </w:r>
    </w:p>
    <w:p>
      <w:pPr>
        <w:spacing w:before="20" w:after="40"/>
        <w:ind w:left="822" w:hanging="312"/>
      </w:pPr>
      <w:r>
        <w:rPr>
          <w:rFonts w:ascii="Calibri" w:hAnsi="Calibri" w:cs="Calibri" w:eastAsia="宋体"/>
        </w:rPr>
        <w:t xml:space="preserve">◦ </w:t>
      </w:r>
      <w:r>
        <w:rPr>
          <w:rFonts w:ascii="Calibri" w:hAnsi="Calibri" w:cs="Calibri" w:eastAsia="宋体"/>
          <w:b/>
        </w:rPr>
        <w:t>住院环境</w:t>
      </w:r>
      <w:r>
        <w:rPr>
          <w:rFonts w:ascii="Calibri" w:hAnsi="Calibri" w:cs="Calibri" w:eastAsia="宋体"/>
        </w:rPr>
        <w:t>：医院的术后管理相对严格，需要禁食一周、卧床两周。但这能有效减少术后感染、出现严重并发症的风险。病房的热水供应于 2023 年 11 月起无限期停止，需要自行外出才有热水淋浴。</w:t>
      </w:r>
    </w:p>
    <w:p>
      <w:pPr>
        <w:spacing w:before="20" w:after="40"/>
        <w:ind w:left="822" w:hanging="312"/>
      </w:pPr>
      <w:r>
        <w:rPr>
          <w:rFonts w:ascii="Calibri" w:hAnsi="Calibri" w:cs="Calibri" w:eastAsia="宋体"/>
        </w:rPr>
        <w:t xml:space="preserve">◦ </w:t>
      </w:r>
      <w:r>
        <w:rPr>
          <w:rFonts w:ascii="Calibri" w:hAnsi="Calibri" w:cs="Calibri" w:eastAsia="宋体"/>
          <w:b/>
        </w:rPr>
        <w:t>纪律严格</w:t>
      </w:r>
      <w:r>
        <w:rPr>
          <w:rFonts w:ascii="Calibri" w:hAnsi="Calibri" w:cs="Calibri" w:eastAsia="宋体"/>
        </w:rPr>
        <w:t>：医院纪律要求较严（如行李箱摆放位置、床头柜物品种类限制等）。</w:t>
      </w:r>
    </w:p>
    <w:p>
      <w:pPr>
        <w:spacing w:after="100"/>
      </w:pPr>
      <w:r>
        <w:rPr>
          <w:rFonts w:ascii="Calibri" w:hAnsi="Calibri" w:cs="Calibri" w:eastAsia="宋体"/>
          <w:b/>
        </w:rPr>
        <w:t>注意</w:t>
      </w:r>
      <w:r>
        <w:rPr>
          <w:rFonts w:ascii="Calibri" w:hAnsi="Calibri" w:cs="Calibri" w:eastAsia="宋体"/>
        </w:rPr>
        <w:t>：手术前需要停止 HRT 一个月。虽然执行不十分严格，医生会根据激素六项和凝血结果判断，但</w:t>
      </w:r>
      <w:r>
        <w:rPr>
          <w:rFonts w:ascii="Calibri" w:hAnsi="Calibri" w:cs="Calibri" w:eastAsia="宋体"/>
          <w:b/>
        </w:rPr>
        <w:t>请对停止 HRT 后可能出现的生理和心理波动做好准备</w:t>
      </w:r>
      <w:r>
        <w:rPr>
          <w:rFonts w:ascii="Calibri" w:hAnsi="Calibri" w:cs="Calibri" w:eastAsia="宋体"/>
        </w:rPr>
        <w:t>。</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医生叫赵烨德，不叫赵博。 </w:t>
      </w:r>
    </w:p>
    <w:p>
      <w:pPr>
        <w:pStyle w:val="Heading4"/>
      </w:pPr>
      <w:r>
        <w:rPr>
          <w:rFonts w:ascii="Calibri" w:hAnsi="Calibri" w:cs="Calibri" w:eastAsia="微软雅黑"/>
        </w:rPr>
        <w:t>4.7.3.1  【术前】预约排期与术前准备</w:t>
      </w:r>
    </w:p>
    <w:p>
      <w:pPr>
        <w:spacing w:after="160"/>
      </w:pPr>
      <w:r>
        <w:rPr>
          <w:rFonts w:ascii="Calibri" w:hAnsi="Calibri" w:cs="Calibri" w:eastAsia="宋体"/>
          <w:color w:val="6B7280"/>
          <w:sz w:val="16"/>
        </w:rPr>
        <w:t>原文：https://mtf.wiki/zh-cn/docs/srs/china/sh411/preparation · 最近更新：2026年4月20日</w:t>
      </w:r>
    </w:p>
    <w:p>
      <w:pPr>
        <w:pStyle w:val="Heading5"/>
      </w:pPr>
      <w:r>
        <w:rPr>
          <w:rFonts w:ascii="Calibri" w:hAnsi="Calibri" w:cs="Calibri" w:eastAsia="宋体"/>
        </w:rPr>
        <w:t>预约排期相关事宜</w:t>
      </w:r>
    </w:p>
    <w:p>
      <w:pPr>
        <w:spacing w:after="100"/>
      </w:pPr>
      <w:r>
        <w:rPr>
          <w:rFonts w:ascii="Calibri" w:hAnsi="Calibri" w:cs="Calibri" w:eastAsia="宋体"/>
          <w:b/>
        </w:rPr>
        <w:t>当前 SRS 排期较长（截至 2026 年 2 月排期约需 1 年）。</w:t>
      </w:r>
    </w:p>
    <w:p>
      <w:pPr>
        <w:spacing w:after="100"/>
      </w:pPr>
      <w:r>
        <w:rPr>
          <w:rFonts w:ascii="Calibri" w:hAnsi="Calibri" w:cs="Calibri" w:eastAsia="宋体"/>
        </w:rPr>
        <w:t>的确因为毕业、工作等缘故需要尽快完成 SRS 的，</w:t>
      </w:r>
      <w:r>
        <w:rPr>
          <w:rFonts w:ascii="Calibri" w:hAnsi="Calibri" w:cs="Calibri" w:eastAsia="宋体"/>
          <w:b/>
        </w:rPr>
        <w:t>可能可以酌情提前排期</w:t>
      </w:r>
      <w:r>
        <w:rPr>
          <w:rFonts w:ascii="Calibri" w:hAnsi="Calibri" w:cs="Calibri" w:eastAsia="宋体"/>
        </w:rPr>
        <w:t>以满足相关需求，但这并不代表你一定能选到自己想要的时间，尤其每年暑假是热门时间，排得会比较满。未满 18 周岁的就诊者持下文提到的材料也可预约排期，术前入院时年满 18 周岁即可。具体情况请就个人需求咨询赵博。</w:t>
      </w:r>
    </w:p>
    <w:p>
      <w:pPr>
        <w:pStyle w:val="Heading6"/>
      </w:pPr>
      <w:r>
        <w:rPr>
          <w:rFonts w:ascii="Calibri" w:hAnsi="Calibri" w:cs="Calibri" w:eastAsia="宋体"/>
        </w:rPr>
        <w:t>预约时通常要求提供的材料</w:t>
      </w:r>
    </w:p>
    <w:p>
      <w:pPr>
        <w:spacing w:before="20" w:after="40"/>
        <w:ind w:left="425" w:hanging="312"/>
      </w:pPr>
      <w:r>
        <w:rPr>
          <w:rFonts w:ascii="Calibri" w:hAnsi="Calibri" w:cs="Calibri" w:eastAsia="宋体"/>
        </w:rPr>
        <w:t xml:space="preserve">1. </w:t>
      </w:r>
      <w:r>
        <w:rPr>
          <w:rFonts w:ascii="Calibri" w:hAnsi="Calibri" w:cs="Calibri" w:eastAsia="宋体"/>
        </w:rPr>
        <w:t>中国大陆任意三级医院精神科或心理科开具的诊断证明（易性症/性别焦虑/性别不一致/性身份障碍），医生需具有高级职称医师资格，诊断书上需加盖医院公章</w:t>
      </w:r>
    </w:p>
    <w:p>
      <w:pPr>
        <w:spacing w:before="20" w:after="40"/>
        <w:ind w:left="425" w:hanging="312"/>
      </w:pPr>
      <w:r>
        <w:rPr>
          <w:rFonts w:ascii="Calibri" w:hAnsi="Calibri" w:cs="Calibri" w:eastAsia="宋体"/>
        </w:rPr>
        <w:t xml:space="preserve">2. </w:t>
      </w:r>
      <w:r>
        <w:rPr>
          <w:rFonts w:ascii="Calibri" w:hAnsi="Calibri" w:cs="Calibri" w:eastAsia="宋体"/>
        </w:rPr>
        <w:t>父母同意书</w:t>
      </w:r>
      <w:r>
        <w:rPr>
          <w:rFonts w:ascii="Calibri" w:hAnsi="Calibri" w:cs="Calibri" w:eastAsia="宋体"/>
        </w:rPr>
        <w:t>（模板）</w:t>
      </w:r>
    </w:p>
    <w:p>
      <w:pPr>
        <w:keepNext/>
        <w:spacing w:before="120" w:after="40"/>
        <w:pBdr>
          <w:bottom w:val="single" w:sz="6" w:space="1" w:color="D4D8DE"/>
        </w:pBdr>
      </w:pPr>
      <w:r>
        <w:rPr>
          <w:rFonts w:ascii="Calibri" w:hAnsi="Calibri" w:cs="Calibri" w:eastAsia="微软雅黑"/>
          <w:b/>
        </w:rPr>
        <w:t>▸ 预约时所需材料的特殊情况</w:t>
      </w:r>
    </w:p>
    <w:p>
      <w:pPr>
        <w:spacing w:before="20" w:after="40"/>
        <w:ind w:left="425" w:hanging="312"/>
      </w:pPr>
      <w:r>
        <w:rPr>
          <w:rFonts w:ascii="Calibri" w:hAnsi="Calibri" w:cs="Calibri" w:eastAsia="宋体"/>
        </w:rPr>
        <w:t xml:space="preserve">• </w:t>
      </w:r>
      <w:r>
        <w:rPr>
          <w:rFonts w:ascii="Calibri" w:hAnsi="Calibri" w:cs="Calibri" w:eastAsia="宋体"/>
          <w:b/>
        </w:rPr>
        <w:t>关于诊断证明</w:t>
      </w:r>
      <w:r>
        <w:rPr>
          <w:rFonts w:ascii="Calibri" w:hAnsi="Calibri" w:cs="Calibri" w:eastAsia="宋体"/>
        </w:rPr>
        <w:t>，其他科室（如睡眠科等）与非中国大陆的医疗机构开具的诊断证明或假条、出院证明、未成年期开具的诊断证明（「童年期性身份障碍」或类似字样，ICD-10 编码为 F64.200）、年满 18 周岁且处于开具诊断证明观察期内时携带相关诊断的病历等</w:t>
      </w:r>
      <w:r>
        <w:rPr>
          <w:rFonts w:ascii="Calibri" w:hAnsi="Calibri" w:cs="Calibri" w:eastAsia="宋体"/>
          <w:b/>
        </w:rPr>
        <w:t>可能可以用于预约</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关于父母同意书</w:t>
      </w:r>
      <w:r>
        <w:rPr>
          <w:rFonts w:ascii="Calibri" w:hAnsi="Calibri" w:cs="Calibri" w:eastAsia="宋体"/>
        </w:rPr>
        <w:t>，因各种原因导致无法在预约面诊时取得同意书的，可以在面诊时电话联系父母确认。对于以上特殊情况，</w:t>
      </w:r>
      <w:r>
        <w:rPr>
          <w:rFonts w:ascii="Calibri" w:hAnsi="Calibri" w:cs="Calibri" w:eastAsia="宋体"/>
          <w:b/>
        </w:rPr>
        <w:t>务必于术前入院时提交符合下文要求的材料</w:t>
      </w:r>
      <w:r>
        <w:rPr>
          <w:rFonts w:ascii="Calibri" w:hAnsi="Calibri" w:cs="Calibri" w:eastAsia="宋体"/>
        </w:rPr>
        <w:t>。</w:t>
      </w:r>
    </w:p>
    <w:p>
      <w:pPr>
        <w:keepNext/>
        <w:spacing w:before="120" w:after="40"/>
        <w:pBdr>
          <w:bottom w:val="single" w:sz="6" w:space="1" w:color="D4D8DE"/>
        </w:pBdr>
      </w:pPr>
      <w:r>
        <w:rPr>
          <w:rFonts w:ascii="Calibri" w:hAnsi="Calibri" w:cs="Calibri" w:eastAsia="微软雅黑"/>
          <w:b/>
        </w:rPr>
        <w:t>▸ 常见特殊家庭情况对所需同意书的影响</w:t>
      </w:r>
    </w:p>
    <w:p>
      <w:pPr>
        <w:spacing w:before="20" w:after="40"/>
        <w:ind w:left="425" w:hanging="312"/>
      </w:pPr>
      <w:r>
        <w:rPr>
          <w:rFonts w:ascii="Calibri" w:hAnsi="Calibri" w:cs="Calibri" w:eastAsia="宋体"/>
        </w:rPr>
        <w:t xml:space="preserve">• </w:t>
      </w:r>
      <w:r>
        <w:rPr>
          <w:rFonts w:ascii="Calibri" w:hAnsi="Calibri" w:cs="Calibri" w:eastAsia="宋体"/>
        </w:rPr>
        <w:t>父母离异的，可通过相应的材料（如离婚证等）或由家长手写「本人声明处于未婚状态（签名按手印）」进行证明，并对应减少同意书对另一方的相关内容要求</w:t>
      </w:r>
    </w:p>
    <w:p>
      <w:pPr>
        <w:spacing w:before="20" w:after="40"/>
        <w:ind w:left="425" w:hanging="312"/>
      </w:pPr>
      <w:r>
        <w:rPr>
          <w:rFonts w:ascii="Calibri" w:hAnsi="Calibri" w:cs="Calibri" w:eastAsia="宋体"/>
        </w:rPr>
        <w:t xml:space="preserve">• </w:t>
      </w:r>
      <w:r>
        <w:rPr>
          <w:rFonts w:ascii="Calibri" w:hAnsi="Calibri" w:cs="Calibri" w:eastAsia="宋体"/>
        </w:rPr>
        <w:t>父母一方已不在世的，可在提交相应死亡证明的同时由在世的一方签署同意书</w:t>
      </w:r>
    </w:p>
    <w:p>
      <w:pPr>
        <w:spacing w:before="20" w:after="40"/>
        <w:ind w:left="425" w:hanging="312"/>
      </w:pPr>
      <w:r>
        <w:rPr>
          <w:rFonts w:ascii="Calibri" w:hAnsi="Calibri" w:cs="Calibri" w:eastAsia="宋体"/>
        </w:rPr>
        <w:t xml:space="preserve">• </w:t>
      </w:r>
      <w:r>
        <w:rPr>
          <w:rFonts w:ascii="Calibri" w:hAnsi="Calibri" w:cs="Calibri" w:eastAsia="宋体"/>
        </w:rPr>
        <w:t>父母双方均已不在世的，可在提交双方死亡证明的同时由更长一辈的直系亲属签署同意书</w:t>
      </w:r>
    </w:p>
    <w:p>
      <w:pPr>
        <w:spacing w:before="20" w:after="40"/>
        <w:ind w:left="425" w:hanging="312"/>
      </w:pPr>
      <w:r>
        <w:rPr>
          <w:rFonts w:ascii="Calibri" w:hAnsi="Calibri" w:cs="Calibri" w:eastAsia="宋体"/>
        </w:rPr>
        <w:t xml:space="preserve">• </w:t>
      </w:r>
      <w:r>
        <w:rPr>
          <w:rFonts w:ascii="Calibri" w:hAnsi="Calibri" w:cs="Calibri" w:eastAsia="宋体"/>
        </w:rPr>
        <w:t>其中一方失联或缺乏自理能力的，可以仅由另一方签署同意书并说明情况</w:t>
      </w:r>
    </w:p>
    <w:p>
      <w:pPr>
        <w:spacing w:before="20" w:after="40"/>
        <w:ind w:left="425" w:hanging="312"/>
      </w:pPr>
      <w:r>
        <w:rPr>
          <w:rFonts w:ascii="Calibri" w:hAnsi="Calibri" w:cs="Calibri" w:eastAsia="宋体"/>
        </w:rPr>
        <w:t xml:space="preserve">• </w:t>
      </w:r>
      <w:r>
        <w:rPr>
          <w:rFonts w:ascii="Calibri" w:hAnsi="Calibri" w:cs="Calibri" w:eastAsia="宋体"/>
        </w:rPr>
        <w:t>父母一方或双方失联的，尽可能请居委会 / 村委会等第三方机构出具情况说明（相关单位不一定会出具，医院也不强制要求）</w:t>
      </w:r>
    </w:p>
    <w:p>
      <w:pPr>
        <w:spacing w:before="20" w:after="40"/>
        <w:ind w:left="425" w:hanging="312"/>
      </w:pPr>
      <w:r>
        <w:rPr>
          <w:rFonts w:ascii="Calibri" w:hAnsi="Calibri" w:cs="Calibri" w:eastAsia="宋体"/>
        </w:rPr>
        <w:t xml:space="preserve">• </w:t>
      </w:r>
      <w:r>
        <w:rPr>
          <w:rFonts w:ascii="Calibri" w:hAnsi="Calibri" w:cs="Calibri" w:eastAsia="宋体"/>
        </w:rPr>
        <w:t>若相关亲属均无法签字，也可通过录制视频证明同意</w:t>
      </w:r>
    </w:p>
    <w:p>
      <w:pPr>
        <w:spacing w:before="20" w:after="40"/>
        <w:ind w:left="425" w:hanging="312"/>
      </w:pPr>
      <w:r>
        <w:rPr>
          <w:rFonts w:ascii="Calibri" w:hAnsi="Calibri" w:cs="Calibri" w:eastAsia="宋体"/>
        </w:rPr>
        <w:t xml:space="preserve">• </w:t>
      </w:r>
      <w:r>
        <w:rPr>
          <w:rFonts w:ascii="Calibri" w:hAnsi="Calibri" w:cs="Calibri" w:eastAsia="宋体"/>
        </w:rPr>
        <w:t>对于无法通过以上任何一种方式解决的特殊情况，暂无相关经验，建议与赵博沟通确认</w:t>
      </w:r>
    </w:p>
    <w:p>
      <w:pPr>
        <w:spacing w:after="100"/>
      </w:pPr>
      <w:r>
        <w:rPr>
          <w:rFonts w:ascii="Calibri" w:hAnsi="Calibri" w:cs="Calibri" w:eastAsia="宋体"/>
        </w:rPr>
        <w:t>医院对各类特殊家庭情况所需提供的同意书要求可能发生变化，请咨询相关人员并以实际情况为准。</w:t>
      </w:r>
    </w:p>
    <w:p>
      <w:pPr>
        <w:keepNext/>
        <w:spacing w:before="120" w:after="40"/>
        <w:pBdr>
          <w:bottom w:val="single" w:sz="6" w:space="1" w:color="D4D8DE"/>
        </w:pBdr>
      </w:pPr>
      <w:r>
        <w:rPr>
          <w:rFonts w:ascii="Calibri" w:hAnsi="Calibri" w:cs="Calibri" w:eastAsia="微软雅黑"/>
          <w:b/>
        </w:rPr>
        <w:t>▸ 如有上述特殊情况，请留意入院时必须满足的条件与准备的材料</w:t>
      </w:r>
    </w:p>
    <w:p>
      <w:pPr>
        <w:pStyle w:val="Heading6"/>
      </w:pPr>
      <w:r>
        <w:rPr>
          <w:rFonts w:ascii="Calibri" w:hAnsi="Calibri" w:cs="Calibri" w:eastAsia="宋体"/>
        </w:rPr>
        <w:t>入院时必须满足的条件和必须提交给医院的材料</w:t>
      </w:r>
    </w:p>
    <w:p>
      <w:pPr>
        <w:spacing w:before="20" w:after="40"/>
        <w:ind w:left="425" w:hanging="312"/>
      </w:pPr>
      <w:r>
        <w:rPr>
          <w:rFonts w:ascii="Calibri" w:hAnsi="Calibri" w:cs="Calibri" w:eastAsia="宋体"/>
        </w:rPr>
        <w:t xml:space="preserve">1. </w:t>
      </w:r>
      <w:r>
        <w:rPr>
          <w:rFonts w:ascii="Calibri" w:hAnsi="Calibri" w:cs="Calibri" w:eastAsia="宋体"/>
          <w:b/>
        </w:rPr>
        <w:t>年龄满 18 周岁</w:t>
      </w:r>
      <w:r>
        <w:rPr>
          <w:rFonts w:ascii="Calibri" w:hAnsi="Calibri" w:cs="Calibri" w:eastAsia="宋体"/>
        </w:rPr>
        <w:t>（预约时未满 18 周岁的，在术前入院时年满即可）</w:t>
      </w:r>
    </w:p>
    <w:p>
      <w:pPr>
        <w:spacing w:before="20" w:after="40"/>
        <w:ind w:left="425" w:hanging="312"/>
      </w:pPr>
      <w:r>
        <w:rPr>
          <w:rFonts w:ascii="Calibri" w:hAnsi="Calibri" w:cs="Calibri" w:eastAsia="宋体"/>
        </w:rPr>
        <w:t xml:space="preserve">2. </w:t>
      </w:r>
      <w:r>
        <w:rPr>
          <w:rFonts w:ascii="Calibri" w:hAnsi="Calibri" w:cs="Calibri" w:eastAsia="宋体"/>
          <w:b/>
        </w:rPr>
        <w:t>诊断证明（易性症/性别焦虑/性别不一致/性身份障碍）</w:t>
      </w:r>
      <w:r>
        <w:rPr>
          <w:rFonts w:ascii="Calibri" w:hAnsi="Calibri" w:cs="Calibri" w:eastAsia="宋体"/>
        </w:rPr>
        <w:t>，由中国大陆任意三级医院精神科或心理科开具，医生需具有高级职称医师资格，诊断书上需加盖医院公章（诊疗意见中如有「随诊观察」「建议药物治疗」等字样，则</w:t>
      </w:r>
      <w:r>
        <w:rPr>
          <w:rFonts w:ascii="Calibri" w:hAnsi="Calibri" w:cs="Calibri" w:eastAsia="宋体"/>
          <w:b/>
        </w:rPr>
        <w:t>可能</w:t>
      </w:r>
      <w:r>
        <w:rPr>
          <w:rFonts w:ascii="Calibri" w:hAnsi="Calibri" w:cs="Calibri" w:eastAsia="宋体"/>
        </w:rPr>
        <w:t>被伦理委员会驳回，可以尝试与开具诊断证明的医生沟通并删去），</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3. </w:t>
      </w:r>
      <w:r>
        <w:rPr>
          <w:rFonts w:ascii="Calibri" w:hAnsi="Calibri" w:cs="Calibri" w:eastAsia="宋体"/>
          <w:b/>
        </w:rPr>
        <w:t>父母同意书</w:t>
      </w:r>
      <w:r>
        <w:rPr>
          <w:rFonts w:ascii="Calibri" w:hAnsi="Calibri" w:cs="Calibri" w:eastAsia="宋体"/>
        </w:rPr>
        <w:t>（模板）</w:t>
      </w:r>
      <w:r>
        <w:rPr>
          <w:rFonts w:ascii="Calibri" w:hAnsi="Calibri" w:cs="Calibri" w:eastAsia="宋体"/>
        </w:rPr>
        <w:t>（正文部分手写或打印均可，签字必须手写，截止26年3月的信息均无需公证、无需按手印，如有特殊家庭情况参照对应的同意书相关要求），</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4. </w:t>
      </w:r>
      <w:r>
        <w:rPr>
          <w:rFonts w:ascii="Calibri" w:hAnsi="Calibri" w:cs="Calibri" w:eastAsia="宋体"/>
          <w:b/>
        </w:rPr>
        <w:t>无犯罪记录证明</w:t>
      </w:r>
      <w:r>
        <w:rPr>
          <w:rFonts w:ascii="Calibri" w:hAnsi="Calibri" w:cs="Calibri" w:eastAsia="宋体"/>
        </w:rPr>
        <w:t>（可在各省公安小程序办理，也可到线下户籍地派出所办理。该项材料有时效，一般为三个月，入院上交时没过期即可），</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5. </w:t>
      </w:r>
      <w:r>
        <w:rPr>
          <w:rFonts w:ascii="Calibri" w:hAnsi="Calibri" w:cs="Calibri" w:eastAsia="宋体"/>
          <w:b/>
        </w:rPr>
        <w:t>未在婚姻状态声明</w:t>
      </w:r>
      <w:r>
        <w:rPr>
          <w:rFonts w:ascii="Calibri" w:hAnsi="Calibri" w:cs="Calibri" w:eastAsia="宋体"/>
        </w:rPr>
        <w:t>（</w:t>
      </w:r>
      <w:r>
        <w:rPr>
          <w:rFonts w:ascii="Calibri" w:hAnsi="Calibri" w:cs="Calibri" w:eastAsia="宋体"/>
          <w:b/>
        </w:rPr>
        <w:t>即使入院时未满法定婚龄，也需要该项材料</w:t>
      </w:r>
      <w:r>
        <w:rPr>
          <w:rFonts w:ascii="Calibri" w:hAnsi="Calibri" w:cs="Calibri" w:eastAsia="宋体"/>
        </w:rPr>
        <w:t>。部分地区街道办或居委会已经不再开具该证明，可</w:t>
      </w:r>
      <w:r>
        <w:rPr>
          <w:rFonts w:ascii="Calibri" w:hAnsi="Calibri" w:cs="Calibri" w:eastAsia="宋体"/>
          <w:b/>
        </w:rPr>
        <w:t>提交户口本本人页复印件一份</w:t>
      </w:r>
      <w:r>
        <w:rPr>
          <w:rFonts w:ascii="Calibri" w:hAnsi="Calibri" w:cs="Calibri" w:eastAsia="宋体"/>
        </w:rPr>
        <w:t>、</w:t>
      </w:r>
      <w:r>
        <w:rPr>
          <w:rFonts w:ascii="Calibri" w:hAnsi="Calibri" w:cs="Calibri" w:eastAsia="宋体"/>
          <w:b/>
        </w:rPr>
        <w:t>手写「本人声明处于未婚状态（签名按手印）」替代</w:t>
      </w:r>
      <w:r>
        <w:rPr>
          <w:rFonts w:ascii="Calibri" w:hAnsi="Calibri" w:cs="Calibri" w:eastAsia="宋体"/>
        </w:rPr>
        <w:t>），</w:t>
      </w:r>
      <w:r>
        <w:rPr>
          <w:rFonts w:ascii="Calibri" w:hAnsi="Calibri" w:cs="Calibri" w:eastAsia="宋体"/>
          <w:b/>
        </w:rPr>
        <w:t>手写三份或一份手写原件、两份复印件</w:t>
      </w:r>
    </w:p>
    <w:p>
      <w:pPr>
        <w:spacing w:before="20" w:after="40"/>
        <w:ind w:left="425" w:hanging="312"/>
      </w:pPr>
      <w:r>
        <w:rPr>
          <w:rFonts w:ascii="Calibri" w:hAnsi="Calibri" w:cs="Calibri" w:eastAsia="宋体"/>
        </w:rPr>
        <w:t xml:space="preserve">6. </w:t>
      </w:r>
      <w:r>
        <w:rPr>
          <w:rFonts w:ascii="Calibri" w:hAnsi="Calibri" w:cs="Calibri" w:eastAsia="宋体"/>
          <w:b/>
        </w:rPr>
        <w:t>个人申请书</w:t>
      </w:r>
      <w:r>
        <w:rPr>
          <w:rFonts w:ascii="Calibri" w:hAnsi="Calibri" w:cs="Calibri" w:eastAsia="宋体"/>
        </w:rPr>
        <w:t>（内容需包含姓名、指派性别、身份证号、确诊与 HRT 相关经历、为什么一定要手术、不手术会造成什么困扰、声明已经了解手术相关风险，全篇套用模板可能被伦理委员会驳回，100-200 字即可，字数无上限），</w:t>
      </w:r>
      <w:r>
        <w:rPr>
          <w:rFonts w:ascii="Calibri" w:hAnsi="Calibri" w:cs="Calibri" w:eastAsia="宋体"/>
          <w:b/>
        </w:rPr>
        <w:t>手写一份、两份复印件</w:t>
      </w:r>
    </w:p>
    <w:p>
      <w:pPr>
        <w:spacing w:before="20" w:after="40"/>
        <w:ind w:left="425" w:hanging="312"/>
      </w:pPr>
      <w:r>
        <w:rPr>
          <w:rFonts w:ascii="Calibri" w:hAnsi="Calibri" w:cs="Calibri" w:eastAsia="宋体"/>
        </w:rPr>
        <w:t xml:space="preserve">7. </w:t>
      </w:r>
      <w:r>
        <w:rPr>
          <w:rFonts w:ascii="Calibri" w:hAnsi="Calibri" w:cs="Calibri" w:eastAsia="宋体"/>
          <w:b/>
        </w:rPr>
        <w:t>户口簿的户口首页、户主页、本人页复印件，复印三份即可</w:t>
      </w:r>
    </w:p>
    <w:p>
      <w:pPr>
        <w:spacing w:before="20" w:after="40"/>
        <w:ind w:left="425" w:hanging="312"/>
      </w:pPr>
      <w:r>
        <w:rPr>
          <w:rFonts w:ascii="Calibri" w:hAnsi="Calibri" w:cs="Calibri" w:eastAsia="宋体"/>
        </w:rPr>
        <w:t xml:space="preserve">8. </w:t>
      </w:r>
      <w:r>
        <w:rPr>
          <w:rFonts w:ascii="Calibri" w:hAnsi="Calibri" w:cs="Calibri" w:eastAsia="宋体"/>
        </w:rPr>
        <w:t>BMI</w:t>
      </w:r>
      <w:r>
        <w:rPr>
          <w:rFonts w:ascii="Calibri" w:hAnsi="Calibri" w:cs="Calibri" w:eastAsia="宋体"/>
        </w:rPr>
        <w:t xml:space="preserve"> 需要控制在正常范围以内（推荐小于 24，最高不可大于 26，暂无因太瘦被医院拒绝手术的报告）</w:t>
      </w:r>
    </w:p>
    <w:p>
      <w:pPr>
        <w:spacing w:before="20" w:after="40"/>
        <w:ind w:left="425" w:hanging="312"/>
      </w:pPr>
      <w:r>
        <w:rPr>
          <w:rFonts w:ascii="Calibri" w:hAnsi="Calibri" w:cs="Calibri" w:eastAsia="宋体"/>
        </w:rPr>
        <w:t xml:space="preserve">9. </w:t>
      </w:r>
      <w:r>
        <w:rPr>
          <w:rFonts w:ascii="Calibri" w:hAnsi="Calibri" w:cs="Calibri" w:eastAsia="宋体"/>
        </w:rPr>
        <w:t>提前告知（慢性）基础疾病，高血压、糖尿病需术前一个月平稳控制（无并发症）</w:t>
      </w:r>
    </w:p>
    <w:p>
      <w:pPr>
        <w:spacing w:before="20" w:after="40"/>
        <w:ind w:left="425" w:hanging="312"/>
      </w:pPr>
      <w:r>
        <w:rPr>
          <w:rFonts w:ascii="Calibri" w:hAnsi="Calibri" w:cs="Calibri" w:eastAsia="宋体"/>
        </w:rPr>
        <w:t xml:space="preserve">10. </w:t>
      </w:r>
      <w:r>
        <w:rPr>
          <w:rFonts w:ascii="Calibri" w:hAnsi="Calibri" w:cs="Calibri" w:eastAsia="宋体"/>
          <w:b/>
        </w:rPr>
        <w:t>停止 HRT 一个月</w:t>
      </w:r>
      <w:r>
        <w:rPr>
          <w:rFonts w:ascii="Calibri" w:hAnsi="Calibri" w:cs="Calibri" w:eastAsia="宋体"/>
        </w:rPr>
        <w:t>，但并不十分严格，医生会根据激素六项和凝血等结果判断是否适宜手术，请对停止 HRT 后可能出现的问题做好心理准备</w:t>
      </w:r>
    </w:p>
    <w:p>
      <w:pPr>
        <w:spacing w:before="20" w:after="40"/>
        <w:ind w:left="425" w:hanging="312"/>
      </w:pPr>
      <w:r>
        <w:rPr>
          <w:rFonts w:ascii="Calibri" w:hAnsi="Calibri" w:cs="Calibri" w:eastAsia="宋体"/>
        </w:rPr>
        <w:t xml:space="preserve">11. </w:t>
      </w:r>
      <w:r>
        <w:rPr>
          <w:rFonts w:ascii="Calibri" w:hAnsi="Calibri" w:cs="Calibri" w:eastAsia="宋体"/>
          <w:b/>
        </w:rPr>
        <w:t>无需</w:t>
      </w:r>
      <w:r>
        <w:rPr>
          <w:rFonts w:ascii="Calibri" w:hAnsi="Calibri" w:cs="Calibri" w:eastAsia="宋体"/>
        </w:rPr>
        <w:t xml:space="preserve"> </w:t>
      </w:r>
      <w:r>
        <w:rPr>
          <w:rFonts w:ascii="Calibri" w:hAnsi="Calibri" w:cs="Calibri" w:eastAsia="宋体"/>
        </w:rPr>
        <w:t>HIV</w:t>
      </w:r>
      <w:r>
        <w:rPr>
          <w:rFonts w:ascii="Calibri" w:hAnsi="Calibri" w:cs="Calibri" w:eastAsia="宋体"/>
        </w:rPr>
        <w:t xml:space="preserve"> 阴性</w:t>
      </w:r>
      <w:r>
        <w:rPr>
          <w:rFonts w:ascii="Calibri" w:hAnsi="Calibri" w:cs="Calibri" w:eastAsia="宋体"/>
          <w:vertAlign w:val="superscript"/>
        </w:rPr>
        <w:t>1</w:t>
      </w:r>
    </w:p>
    <w:p>
      <w:pPr>
        <w:pStyle w:val="Heading6"/>
      </w:pPr>
      <w:r>
        <w:rPr>
          <w:rFonts w:ascii="Calibri" w:hAnsi="Calibri" w:cs="Calibri" w:eastAsia="宋体"/>
        </w:rPr>
        <w:t>其他需要准备的材料</w:t>
      </w:r>
    </w:p>
    <w:p>
      <w:pPr>
        <w:spacing w:before="20" w:after="40"/>
        <w:ind w:left="425" w:hanging="312"/>
      </w:pPr>
      <w:r>
        <w:rPr>
          <w:rFonts w:ascii="Calibri" w:hAnsi="Calibri" w:cs="Calibri" w:eastAsia="宋体"/>
        </w:rPr>
        <w:t xml:space="preserve">1. </w:t>
      </w:r>
      <w:r>
        <w:rPr>
          <w:rFonts w:ascii="Calibri" w:hAnsi="Calibri" w:cs="Calibri" w:eastAsia="宋体"/>
          <w:b/>
        </w:rPr>
        <w:t>户口本原件</w:t>
      </w:r>
      <w:r>
        <w:rPr>
          <w:rFonts w:ascii="Calibri" w:hAnsi="Calibri" w:cs="Calibri" w:eastAsia="宋体"/>
        </w:rPr>
        <w:t>，用于核对出院小结上的信息（住址，与身份证有冲突时，以户口本为准）。集体户口或没有户口本可与公证处公证员联系，前往就近的派出所开具户籍证明</w:t>
      </w:r>
    </w:p>
    <w:p>
      <w:pPr>
        <w:spacing w:before="20" w:after="40"/>
        <w:ind w:left="425" w:hanging="312"/>
      </w:pPr>
      <w:r>
        <w:rPr>
          <w:rFonts w:ascii="Calibri" w:hAnsi="Calibri" w:cs="Calibri" w:eastAsia="宋体"/>
        </w:rPr>
        <w:t xml:space="preserve">2. </w:t>
      </w:r>
      <w:r>
        <w:rPr>
          <w:rFonts w:ascii="Calibri" w:hAnsi="Calibri" w:cs="Calibri" w:eastAsia="宋体"/>
          <w:b/>
        </w:rPr>
        <w:t>在有效期内的二代身份证原件</w:t>
      </w:r>
      <w:r>
        <w:rPr>
          <w:rFonts w:ascii="Calibri" w:hAnsi="Calibri" w:cs="Calibri" w:eastAsia="宋体"/>
        </w:rPr>
        <w:t>，用于核对出院小结上的信息（住址）及办理公证</w:t>
      </w:r>
    </w:p>
    <w:p>
      <w:pPr>
        <w:spacing w:after="100"/>
      </w:pPr>
      <w:r>
        <w:rPr>
          <w:rFonts w:ascii="Calibri" w:hAnsi="Calibri" w:cs="Calibri" w:eastAsia="宋体"/>
        </w:rPr>
        <w:t>以上材料</w:t>
      </w:r>
      <w:r>
        <w:rPr>
          <w:rFonts w:ascii="Calibri" w:hAnsi="Calibri" w:cs="Calibri" w:eastAsia="宋体"/>
          <w:b/>
        </w:rPr>
        <w:t>无需上交，但需要随身携带</w:t>
      </w:r>
      <w:r>
        <w:rPr>
          <w:rFonts w:ascii="Calibri" w:hAnsi="Calibri" w:cs="Calibri" w:eastAsia="宋体"/>
        </w:rPr>
        <w:t>。</w:t>
      </w:r>
    </w:p>
    <w:p>
      <w:pPr>
        <w:pStyle w:val="Heading5"/>
      </w:pPr>
      <w:r>
        <w:rPr>
          <w:rFonts w:ascii="Calibri" w:hAnsi="Calibri" w:cs="Calibri" w:eastAsia="宋体"/>
        </w:rPr>
        <w:t>挂号方法</w:t>
      </w:r>
    </w:p>
    <w:p>
      <w:pPr>
        <w:spacing w:after="100"/>
      </w:pPr>
      <w:r>
        <w:rPr>
          <w:rFonts w:ascii="Calibri" w:hAnsi="Calibri" w:cs="Calibri" w:eastAsia="宋体"/>
          <w:b/>
        </w:rPr>
        <w:t>赵烨德医生在每周二和周四上午8点到11点出诊，周二为特需门诊，挂号费 298 元，周四为普通门诊，挂号费50元。其他时间段为陈医生，且其不受理售前问题。医生建议首诊挂周二的号，人少时间充裕，可以聊细致些。</w:t>
      </w:r>
    </w:p>
    <w:p>
      <w:pPr>
        <w:spacing w:after="100"/>
      </w:pPr>
      <w:r>
        <w:rPr>
          <w:rFonts w:ascii="Calibri" w:hAnsi="Calibri" w:cs="Calibri" w:eastAsia="宋体"/>
          <w:b/>
        </w:rPr>
        <w:t>自 2026 年 4 月起，赵烨德医生每周五上午在上海交通大学医学院附属新华医院出诊，挂号费 256 或 376 元，可正常挂号咨询、预约排期。</w:t>
      </w:r>
    </w:p>
    <w:p>
      <w:pPr>
        <w:spacing w:after="100"/>
      </w:pPr>
      <w:r>
        <w:rPr>
          <w:rFonts w:ascii="Calibri" w:hAnsi="Calibri" w:cs="Calibri" w:eastAsia="宋体"/>
        </w:rPr>
        <w:t>使用微信公众号挂号或现场挂号，周四上午若仅显示普通门诊，请放心预约普通号。</w:t>
      </w:r>
    </w:p>
    <w:p>
      <w:pPr>
        <w:spacing w:before="20" w:after="40"/>
        <w:ind w:left="425" w:hanging="312"/>
      </w:pPr>
      <w:r>
        <w:rPr>
          <w:rFonts w:ascii="Calibri" w:hAnsi="Calibri" w:cs="Calibri" w:eastAsia="宋体"/>
        </w:rPr>
        <w:t xml:space="preserve">1. </w:t>
      </w:r>
      <w:r>
        <w:rPr>
          <w:rFonts w:ascii="Calibri" w:hAnsi="Calibri" w:cs="Calibri" w:eastAsia="宋体"/>
        </w:rPr>
        <w:t>线上预约可进入「</w:t>
      </w:r>
      <w:r>
        <w:rPr>
          <w:rFonts w:ascii="Calibri" w:hAnsi="Calibri" w:cs="Calibri" w:eastAsia="宋体"/>
        </w:rPr>
        <w:t>上海四一一医院</w:t>
      </w:r>
      <w:r>
        <w:rPr>
          <w:rFonts w:ascii="Calibri" w:hAnsi="Calibri" w:cs="Calibri" w:eastAsia="宋体"/>
        </w:rPr>
        <w:t>」微信公众号，依次点击「快捷服务」-「外科」-「整形外科」进行预约</w:t>
      </w:r>
    </w:p>
    <w:p>
      <w:pPr>
        <w:spacing w:before="20" w:after="40"/>
        <w:ind w:left="425" w:hanging="312"/>
      </w:pPr>
      <w:r>
        <w:rPr>
          <w:rFonts w:ascii="Calibri" w:hAnsi="Calibri" w:cs="Calibri" w:eastAsia="宋体"/>
        </w:rPr>
        <w:t xml:space="preserve">2. </w:t>
      </w:r>
      <w:r>
        <w:rPr>
          <w:rFonts w:ascii="Calibri" w:hAnsi="Calibri" w:cs="Calibri" w:eastAsia="宋体"/>
        </w:rPr>
        <w:t xml:space="preserve">可通过 </w:t>
      </w:r>
      <w:r>
        <w:rPr>
          <w:rFonts w:ascii="Calibri" w:hAnsi="Calibri" w:cs="Calibri" w:eastAsia="宋体"/>
        </w:rPr>
        <w:t>微医</w:t>
      </w:r>
      <w:r>
        <w:rPr>
          <w:rFonts w:ascii="Calibri" w:hAnsi="Calibri" w:cs="Calibri" w:eastAsia="宋体"/>
        </w:rPr>
        <w:t xml:space="preserve"> 预约挂号</w:t>
      </w:r>
    </w:p>
    <w:p>
      <w:pPr>
        <w:spacing w:before="20" w:after="40"/>
        <w:ind w:left="425" w:hanging="312"/>
      </w:pPr>
      <w:r>
        <w:rPr>
          <w:rFonts w:ascii="Calibri" w:hAnsi="Calibri" w:cs="Calibri" w:eastAsia="宋体"/>
        </w:rPr>
        <w:t xml:space="preserve">3. </w:t>
      </w:r>
      <w:r>
        <w:rPr>
          <w:rFonts w:ascii="Calibri" w:hAnsi="Calibri" w:cs="Calibri" w:eastAsia="宋体"/>
        </w:rPr>
        <w:t>可在门诊一楼现场挂号</w:t>
      </w:r>
    </w:p>
    <w:p>
      <w:pPr>
        <w:spacing w:before="20" w:after="40"/>
        <w:ind w:left="425" w:hanging="312"/>
      </w:pPr>
      <w:r>
        <w:rPr>
          <w:rFonts w:ascii="Calibri" w:hAnsi="Calibri" w:cs="Calibri" w:eastAsia="宋体"/>
        </w:rPr>
        <w:t xml:space="preserve">4. </w:t>
      </w:r>
      <w:r>
        <w:rPr>
          <w:rFonts w:ascii="Calibri" w:hAnsi="Calibri" w:cs="Calibri" w:eastAsia="宋体"/>
        </w:rPr>
        <w:t>若无号可在门诊四楼整形外科现场请求护士加号</w:t>
      </w:r>
    </w:p>
    <w:p>
      <w:pPr>
        <w:spacing w:before="20" w:after="40"/>
        <w:ind w:left="425" w:hanging="312"/>
      </w:pPr>
      <w:r>
        <w:rPr>
          <w:rFonts w:ascii="Calibri" w:hAnsi="Calibri" w:cs="Calibri" w:eastAsia="宋体"/>
        </w:rPr>
        <w:t xml:space="preserve">5. </w:t>
      </w:r>
      <w:r>
        <w:rPr>
          <w:rFonts w:ascii="Calibri" w:hAnsi="Calibri" w:cs="Calibri" w:eastAsia="宋体"/>
        </w:rPr>
        <w:t>可进入「上海新华医院」微信服务号，依次点击「门诊住院」-「门诊预约」-「成人外科系统」-「整形外科」进行预约</w:t>
      </w:r>
    </w:p>
    <w:p>
      <w:pPr>
        <w:spacing w:after="100"/>
      </w:pPr>
      <w:r>
        <w:rPr>
          <w:rFonts w:ascii="Calibri" w:hAnsi="Calibri" w:cs="Calibri" w:eastAsia="宋体"/>
        </w:rPr>
        <w:t>也可直接联系赵博：</w:t>
      </w:r>
    </w:p>
    <w:p>
      <w:pPr>
        <w:spacing w:before="20" w:after="40"/>
        <w:ind w:left="425" w:hanging="312"/>
      </w:pPr>
      <w:r>
        <w:rPr>
          <w:rFonts w:ascii="Calibri" w:hAnsi="Calibri" w:cs="Calibri" w:eastAsia="宋体"/>
        </w:rPr>
        <w:t xml:space="preserve">1. </w:t>
      </w:r>
      <w:r>
        <w:rPr>
          <w:rFonts w:ascii="Calibri" w:hAnsi="Calibri" w:cs="Calibri" w:eastAsia="宋体"/>
        </w:rPr>
        <w:t>设法获取护士台电话后，通过护士台询问赵烨德医生在不在后联络赵烨德医生</w:t>
      </w:r>
    </w:p>
    <w:p>
      <w:pPr>
        <w:spacing w:before="20" w:after="40"/>
        <w:ind w:left="425" w:hanging="312"/>
      </w:pPr>
      <w:r>
        <w:rPr>
          <w:rFonts w:ascii="Calibri" w:hAnsi="Calibri" w:cs="Calibri" w:eastAsia="宋体"/>
        </w:rPr>
        <w:t xml:space="preserve">2. </w:t>
      </w:r>
      <w:r>
        <w:rPr>
          <w:rFonts w:ascii="Calibri" w:hAnsi="Calibri" w:cs="Calibri" w:eastAsia="宋体"/>
        </w:rPr>
        <w:t>与 赵烨德医生 交流，或在社群内设法获取其微信号后，预约面诊时间</w:t>
      </w:r>
    </w:p>
    <w:p>
      <w:pPr>
        <w:spacing w:after="100"/>
      </w:pPr>
      <w:r>
        <w:rPr>
          <w:rFonts w:ascii="Calibri" w:hAnsi="Calibri" w:cs="Calibri" w:eastAsia="宋体"/>
        </w:rPr>
        <w:t>在线上挂号后线下就诊需要注意的：</w:t>
      </w:r>
    </w:p>
    <w:p>
      <w:pPr>
        <w:spacing w:after="100"/>
      </w:pPr>
      <w:r>
        <w:rPr>
          <w:rFonts w:ascii="Calibri" w:hAnsi="Calibri" w:cs="Calibri" w:eastAsia="宋体"/>
          <w:strike/>
        </w:rPr>
        <w:t>请去一楼挂号处报道，进行缴费后才会叫号</w:t>
      </w:r>
    </w:p>
    <w:p>
      <w:pPr>
        <w:spacing w:after="100"/>
      </w:pPr>
      <w:r>
        <w:rPr>
          <w:rFonts w:ascii="Calibri" w:hAnsi="Calibri" w:cs="Calibri" w:eastAsia="宋体"/>
        </w:rPr>
        <w:t>可以在就诊日于微信小程序中挂号历史记录选择挂号-立即支付付款，无需到挂号处手工缴费。请再次确保你没有使用医保。</w:t>
      </w:r>
    </w:p>
    <w:p>
      <w:pPr>
        <w:pStyle w:val="Heading5"/>
      </w:pPr>
      <w:r>
        <w:rPr>
          <w:rFonts w:ascii="Calibri" w:hAnsi="Calibri" w:cs="Calibri" w:eastAsia="宋体"/>
        </w:rPr>
        <w:t>面诊过程</w:t>
      </w:r>
    </w:p>
    <w:p>
      <w:pPr>
        <w:spacing w:after="100"/>
      </w:pPr>
      <w:r>
        <w:rPr>
          <w:rFonts w:ascii="Calibri" w:hAnsi="Calibri" w:cs="Calibri" w:eastAsia="宋体"/>
        </w:rPr>
        <w:t>赵烨德医生一般会在门诊没有人后立刻返回住院楼，请勿过晚抵达（如不慎迟到你可以去住院部找他）。</w:t>
      </w:r>
    </w:p>
    <w:p>
      <w:pPr>
        <w:pStyle w:val="Heading6"/>
      </w:pPr>
      <w:r>
        <w:rPr>
          <w:rFonts w:ascii="Calibri" w:hAnsi="Calibri" w:cs="Calibri" w:eastAsia="宋体"/>
        </w:rPr>
        <w:t>面诊内容</w:t>
      </w:r>
    </w:p>
    <w:p>
      <w:pPr>
        <w:spacing w:after="100"/>
      </w:pPr>
      <w:r>
        <w:rPr>
          <w:rFonts w:ascii="Calibri" w:hAnsi="Calibri" w:cs="Calibri" w:eastAsia="宋体"/>
        </w:rPr>
        <w:t>可能的面谈内容：</w:t>
      </w:r>
    </w:p>
    <w:p>
      <w:pPr>
        <w:spacing w:before="20" w:after="40"/>
        <w:ind w:left="425" w:hanging="312"/>
      </w:pPr>
      <w:r>
        <w:rPr>
          <w:rFonts w:ascii="Calibri" w:hAnsi="Calibri" w:cs="Calibri" w:eastAsia="宋体"/>
        </w:rPr>
        <w:t xml:space="preserve">• </w:t>
      </w:r>
      <w:r>
        <w:rPr>
          <w:rFonts w:ascii="Calibri" w:hAnsi="Calibri" w:cs="Calibri" w:eastAsia="宋体"/>
        </w:rPr>
        <w:t>类似精神科医生的问诊（更详细完全版本）</w:t>
      </w:r>
    </w:p>
    <w:p>
      <w:pPr>
        <w:spacing w:before="20" w:after="40"/>
        <w:ind w:left="425" w:hanging="312"/>
      </w:pPr>
      <w:r>
        <w:rPr>
          <w:rFonts w:ascii="Calibri" w:hAnsi="Calibri" w:cs="Calibri" w:eastAsia="宋体"/>
        </w:rPr>
        <w:t xml:space="preserve">• </w:t>
      </w:r>
      <w:r>
        <w:rPr>
          <w:rFonts w:ascii="Calibri" w:hAnsi="Calibri" w:cs="Calibri" w:eastAsia="宋体"/>
        </w:rPr>
        <w:t>是否取得证明</w:t>
      </w:r>
    </w:p>
    <w:p>
      <w:pPr>
        <w:spacing w:before="20" w:after="40"/>
        <w:ind w:left="425" w:hanging="312"/>
      </w:pPr>
      <w:r>
        <w:rPr>
          <w:rFonts w:ascii="Calibri" w:hAnsi="Calibri" w:cs="Calibri" w:eastAsia="宋体"/>
        </w:rPr>
        <w:t xml:space="preserve">• </w:t>
      </w:r>
      <w:r>
        <w:rPr>
          <w:rFonts w:ascii="Calibri" w:hAnsi="Calibri" w:cs="Calibri" w:eastAsia="宋体"/>
        </w:rPr>
        <w:t>家长同意与否</w:t>
      </w:r>
    </w:p>
    <w:p>
      <w:pPr>
        <w:spacing w:before="20" w:after="40"/>
        <w:ind w:left="425" w:hanging="312"/>
      </w:pPr>
      <w:r>
        <w:rPr>
          <w:rFonts w:ascii="Calibri" w:hAnsi="Calibri" w:cs="Calibri" w:eastAsia="宋体"/>
        </w:rPr>
        <w:t xml:space="preserve">• </w:t>
      </w:r>
      <w:r>
        <w:rPr>
          <w:rFonts w:ascii="Calibri" w:hAnsi="Calibri" w:cs="Calibri" w:eastAsia="宋体"/>
        </w:rPr>
        <w:t>手术资金来源</w:t>
      </w:r>
    </w:p>
    <w:p>
      <w:pPr>
        <w:spacing w:before="20" w:after="40"/>
        <w:ind w:left="425" w:hanging="312"/>
      </w:pPr>
      <w:r>
        <w:rPr>
          <w:rFonts w:ascii="Calibri" w:hAnsi="Calibri" w:cs="Calibri" w:eastAsia="宋体"/>
        </w:rPr>
        <w:t xml:space="preserve">• </w:t>
      </w:r>
      <w:r>
        <w:rPr>
          <w:rFonts w:ascii="Calibri" w:hAnsi="Calibri" w:cs="Calibri" w:eastAsia="宋体"/>
        </w:rPr>
        <w:t>可预约时间</w:t>
      </w:r>
    </w:p>
    <w:p>
      <w:pPr>
        <w:spacing w:before="20" w:after="40"/>
        <w:ind w:left="425" w:hanging="312"/>
      </w:pPr>
      <w:r>
        <w:rPr>
          <w:rFonts w:ascii="Calibri" w:hAnsi="Calibri" w:cs="Calibri" w:eastAsia="宋体"/>
        </w:rPr>
        <w:t xml:space="preserve">• </w:t>
      </w:r>
      <w:r>
        <w:rPr>
          <w:rFonts w:ascii="Calibri" w:hAnsi="Calibri" w:cs="Calibri" w:eastAsia="宋体"/>
        </w:rPr>
        <w:t>具体手术要求</w:t>
      </w:r>
    </w:p>
    <w:p>
      <w:pPr>
        <w:spacing w:before="20" w:after="40"/>
        <w:ind w:left="425" w:hanging="312"/>
      </w:pPr>
      <w:r>
        <w:rPr>
          <w:rFonts w:ascii="Calibri" w:hAnsi="Calibri" w:cs="Calibri" w:eastAsia="宋体"/>
        </w:rPr>
        <w:t xml:space="preserve">• </w:t>
      </w:r>
      <w:r>
        <w:rPr>
          <w:rFonts w:ascii="Calibri" w:hAnsi="Calibri" w:cs="Calibri" w:eastAsia="宋体"/>
          <w:strike/>
        </w:rPr>
        <w:t>你为什么喝水都胖</w:t>
      </w:r>
      <w:r>
        <w:rPr>
          <w:rFonts w:ascii="Calibri" w:hAnsi="Calibri" w:cs="Calibri" w:eastAsia="宋体"/>
        </w:rPr>
        <w:t>（赵博不会攻击你的容貌身材）</w:t>
      </w:r>
    </w:p>
    <w:p>
      <w:pPr>
        <w:spacing w:before="20" w:after="40"/>
        <w:ind w:left="425" w:hanging="312"/>
      </w:pPr>
      <w:r>
        <w:rPr>
          <w:rFonts w:ascii="Calibri" w:hAnsi="Calibri" w:cs="Calibri" w:eastAsia="宋体"/>
        </w:rPr>
        <w:t xml:space="preserve">• </w:t>
      </w:r>
      <w:r>
        <w:rPr>
          <w:rFonts w:ascii="Calibri" w:hAnsi="Calibri" w:cs="Calibri" w:eastAsia="宋体"/>
        </w:rPr>
        <w:t>跟你一起来的这位是什么关系（诸如此类的家长）</w:t>
      </w:r>
    </w:p>
    <w:p>
      <w:pPr>
        <w:spacing w:before="20" w:after="40"/>
        <w:ind w:left="425" w:hanging="312"/>
      </w:pPr>
      <w:r>
        <w:rPr>
          <w:rFonts w:ascii="Calibri" w:hAnsi="Calibri" w:cs="Calibri" w:eastAsia="宋体"/>
        </w:rPr>
        <w:t xml:space="preserve">• </w:t>
      </w:r>
      <w:r>
        <w:rPr>
          <w:rFonts w:ascii="Calibri" w:hAnsi="Calibri" w:cs="Calibri" w:eastAsia="宋体"/>
        </w:rPr>
        <w:t>赵烨德医生预先告知来访者更擅长的术式</w:t>
      </w:r>
    </w:p>
    <w:p>
      <w:pPr>
        <w:spacing w:after="100"/>
      </w:pPr>
      <w:r>
        <w:rPr>
          <w:rFonts w:ascii="Calibri" w:hAnsi="Calibri" w:cs="Calibri" w:eastAsia="宋体"/>
        </w:rPr>
        <w:t>通常面诊谈话时间在5-30分钟。周四的人较多，如需咨询更多问题，则周二的特需门诊有更充裕的时间。</w:t>
      </w:r>
    </w:p>
    <w:p>
      <w:pPr>
        <w:spacing w:before="20" w:after="40"/>
        <w:ind w:left="425" w:hanging="312"/>
      </w:pPr>
      <w:r>
        <w:rPr>
          <w:rFonts w:ascii="Calibri" w:hAnsi="Calibri" w:cs="Calibri" w:eastAsia="宋体"/>
        </w:rPr>
        <w:t xml:space="preserve">• </w:t>
      </w:r>
      <w:r>
        <w:rPr>
          <w:rFonts w:ascii="Calibri" w:hAnsi="Calibri" w:cs="Calibri" w:eastAsia="宋体"/>
        </w:rPr>
        <w:t>赵博是否为你排期原则上不会受 RLE 情况、HRT 时间、声音、容貌决定，但无论你的以上情况如何，赵博均可能与你讨论在你完成 SRS 后你的社会适应度问题。</w:t>
      </w:r>
    </w:p>
    <w:p>
      <w:pPr>
        <w:spacing w:before="20" w:after="40"/>
        <w:ind w:left="425" w:hanging="312"/>
      </w:pPr>
      <w:r>
        <w:rPr>
          <w:rFonts w:ascii="Calibri" w:hAnsi="Calibri" w:cs="Calibri" w:eastAsia="宋体"/>
        </w:rPr>
        <w:t xml:space="preserve">• </w:t>
      </w:r>
      <w:r>
        <w:rPr>
          <w:rFonts w:ascii="Calibri" w:hAnsi="Calibri" w:cs="Calibri" w:eastAsia="宋体"/>
        </w:rPr>
        <w:t>未成年来访者</w:t>
      </w:r>
      <w:r>
        <w:rPr>
          <w:rFonts w:ascii="Calibri" w:hAnsi="Calibri" w:cs="Calibri" w:eastAsia="宋体"/>
          <w:b/>
        </w:rPr>
        <w:t>可能</w:t>
      </w:r>
      <w:r>
        <w:rPr>
          <w:rFonts w:ascii="Calibri" w:hAnsi="Calibri" w:cs="Calibri" w:eastAsia="宋体"/>
        </w:rPr>
        <w:t>会被答复「暂时不为你确定排期，但若你成年后仍然想要 SRS，到时候直接联系医院插队即可」（笔者建议提前数月联系医院以安排时间，以实际情况为准）。</w:t>
      </w:r>
    </w:p>
    <w:p>
      <w:pPr>
        <w:spacing w:before="20" w:after="40"/>
        <w:ind w:left="425" w:hanging="312"/>
      </w:pPr>
      <w:r>
        <w:rPr>
          <w:rFonts w:ascii="Calibri" w:hAnsi="Calibri" w:cs="Calibri" w:eastAsia="宋体"/>
        </w:rPr>
        <w:t xml:space="preserve">• </w:t>
      </w:r>
      <w:r>
        <w:rPr>
          <w:rFonts w:ascii="Calibri" w:hAnsi="Calibri" w:cs="Calibri" w:eastAsia="宋体"/>
        </w:rPr>
        <w:t>手术排期时间并不严格按照就诊顺序，考虑因素可能包括是否已经 RLE，是否急于在毕业前修改身份证件等。当然，如果你确有相关安排需比预期排期更提前完成 SRS，也可以提出酌情提前排期，但也需视个人情况与赵博事实上的工作量决定。</w:t>
      </w:r>
    </w:p>
    <w:p>
      <w:pPr>
        <w:spacing w:before="20" w:after="40"/>
        <w:ind w:left="425" w:hanging="312"/>
      </w:pPr>
      <w:r>
        <w:rPr>
          <w:rFonts w:ascii="Calibri" w:hAnsi="Calibri" w:cs="Calibri" w:eastAsia="宋体"/>
        </w:rPr>
        <w:t xml:space="preserve">• </w:t>
      </w:r>
      <w:r>
        <w:rPr>
          <w:rFonts w:ascii="Calibri" w:hAnsi="Calibri" w:cs="Calibri" w:eastAsia="宋体"/>
        </w:rPr>
        <w:t>手术排期并非是医院正式流程，仅作为对患者排期的大致处理。排期没有正式的回执，但会在门诊电脑与纸质笔记本里留下你的记录，后续可以通过线上、电话、线下再次面诊等渠道进行确认。如有特殊情况需修改排期，可以通过和赵博或助理微信，也可线下面诊进行修改（不一定能改到你期望的时间，建议尽可能提前修改）。</w:t>
      </w:r>
    </w:p>
    <w:p>
      <w:pPr>
        <w:spacing w:before="20" w:after="40"/>
        <w:ind w:left="425" w:hanging="312"/>
      </w:pPr>
      <w:r>
        <w:rPr>
          <w:rFonts w:ascii="Calibri" w:hAnsi="Calibri" w:cs="Calibri" w:eastAsia="宋体"/>
        </w:rPr>
        <w:t xml:space="preserve">• </w:t>
      </w:r>
      <w:r>
        <w:rPr>
          <w:rFonts w:ascii="Calibri" w:hAnsi="Calibri" w:cs="Calibri" w:eastAsia="宋体"/>
        </w:rPr>
        <w:t>排期后可以自行退出，理论上也可能会因为各种特殊情况取消排期（尽管目前暂无报告被取消的案例）。</w:t>
      </w:r>
    </w:p>
    <w:p>
      <w:pPr>
        <w:keepNext/>
        <w:spacing w:before="120" w:after="40"/>
        <w:pBdr>
          <w:bottom w:val="single" w:sz="6" w:space="1" w:color="D4D8DE"/>
        </w:pBdr>
      </w:pPr>
      <w:r>
        <w:rPr>
          <w:rFonts w:ascii="Calibri" w:hAnsi="Calibri" w:cs="Calibri" w:eastAsia="微软雅黑"/>
          <w:b/>
        </w:rPr>
        <w:t>▸ 染色体异常情况下的预约检查</w:t>
      </w:r>
    </w:p>
    <w:p>
      <w:pPr>
        <w:spacing w:after="100"/>
      </w:pPr>
      <w:r>
        <w:rPr>
          <w:rFonts w:ascii="Calibri" w:hAnsi="Calibri" w:cs="Calibri" w:eastAsia="宋体"/>
        </w:rPr>
        <w:t>对于提交</w:t>
      </w:r>
      <w:r>
        <w:rPr>
          <w:rFonts w:ascii="Calibri" w:hAnsi="Calibri" w:cs="Calibri" w:eastAsia="宋体"/>
          <w:b/>
        </w:rPr>
        <w:t>染色体异常检查单</w:t>
      </w:r>
      <w:r>
        <w:rPr>
          <w:rFonts w:ascii="Calibri" w:hAnsi="Calibri" w:cs="Calibri" w:eastAsia="宋体"/>
        </w:rPr>
        <w:t>的情况，赵烨德医生可能会询问如下问题：</w:t>
      </w:r>
    </w:p>
    <w:p>
      <w:pPr>
        <w:spacing w:before="20" w:after="40"/>
        <w:ind w:left="425" w:hanging="312"/>
      </w:pPr>
      <w:r>
        <w:rPr>
          <w:rFonts w:ascii="Calibri" w:hAnsi="Calibri" w:cs="Calibri" w:eastAsia="宋体"/>
        </w:rPr>
        <w:t xml:space="preserve">• </w:t>
      </w:r>
      <w:r>
        <w:rPr>
          <w:rFonts w:ascii="Calibri" w:hAnsi="Calibri" w:cs="Calibri" w:eastAsia="宋体"/>
        </w:rPr>
        <w:t>未进行 HRT 前的遗精与晨勃情况</w:t>
      </w:r>
    </w:p>
    <w:p>
      <w:pPr>
        <w:spacing w:before="20" w:after="40"/>
        <w:ind w:left="425" w:hanging="312"/>
      </w:pPr>
      <w:r>
        <w:rPr>
          <w:rFonts w:ascii="Calibri" w:hAnsi="Calibri" w:cs="Calibri" w:eastAsia="宋体"/>
        </w:rPr>
        <w:t xml:space="preserve">• </w:t>
      </w:r>
      <w:r>
        <w:rPr>
          <w:rFonts w:ascii="Calibri" w:hAnsi="Calibri" w:cs="Calibri" w:eastAsia="宋体"/>
        </w:rPr>
        <w:t>染色体异常发现的时间与检查原因</w:t>
      </w:r>
    </w:p>
    <w:p>
      <w:pPr>
        <w:spacing w:before="20" w:after="40"/>
        <w:ind w:left="425" w:hanging="312"/>
      </w:pPr>
      <w:r>
        <w:rPr>
          <w:rFonts w:ascii="Calibri" w:hAnsi="Calibri" w:cs="Calibri" w:eastAsia="宋体"/>
        </w:rPr>
        <w:t xml:space="preserve">• </w:t>
      </w:r>
      <w:r>
        <w:rPr>
          <w:rFonts w:ascii="Calibri" w:hAnsi="Calibri" w:cs="Calibri" w:eastAsia="宋体"/>
        </w:rPr>
        <w:t>家里的情况与看法</w:t>
      </w:r>
    </w:p>
    <w:p>
      <w:pPr>
        <w:spacing w:before="20" w:after="40"/>
        <w:ind w:left="425" w:hanging="312"/>
      </w:pPr>
      <w:r>
        <w:rPr>
          <w:rFonts w:ascii="Calibri" w:hAnsi="Calibri" w:cs="Calibri" w:eastAsia="宋体"/>
        </w:rPr>
        <w:t xml:space="preserve">• </w:t>
      </w:r>
      <w:r>
        <w:rPr>
          <w:rFonts w:ascii="Calibri" w:hAnsi="Calibri" w:cs="Calibri" w:eastAsia="宋体"/>
        </w:rPr>
        <w:t>身份证上的性别</w:t>
      </w:r>
    </w:p>
    <w:p>
      <w:pPr>
        <w:spacing w:before="20" w:after="40"/>
        <w:ind w:left="425" w:hanging="312"/>
      </w:pPr>
      <w:r>
        <w:rPr>
          <w:rFonts w:ascii="Calibri" w:hAnsi="Calibri" w:cs="Calibri" w:eastAsia="宋体"/>
        </w:rPr>
        <w:t xml:space="preserve">• </w:t>
      </w:r>
      <w:r>
        <w:rPr>
          <w:rFonts w:ascii="Calibri" w:hAnsi="Calibri" w:cs="Calibri" w:eastAsia="宋体"/>
        </w:rPr>
        <w:t>（若已以女性身份生活）以女性身份生活的开始时间</w:t>
      </w:r>
    </w:p>
    <w:p>
      <w:pPr>
        <w:spacing w:after="100"/>
      </w:pPr>
      <w:r>
        <w:rPr>
          <w:rFonts w:ascii="Calibri" w:hAnsi="Calibri" w:cs="Calibri" w:eastAsia="宋体"/>
        </w:rPr>
        <w:t>在看过报告单/诊断书后，赵烨德医生会带至旁边小房间里检查相关部位的发育情况。</w:t>
      </w:r>
    </w:p>
    <w:p>
      <w:pPr>
        <w:pStyle w:val="Heading5"/>
      </w:pPr>
      <w:r>
        <w:rPr>
          <w:rFonts w:ascii="Calibri" w:hAnsi="Calibri" w:cs="Calibri" w:eastAsia="宋体"/>
        </w:rPr>
        <w:t>脱毛治疗相关信息</w:t>
      </w:r>
    </w:p>
    <w:p>
      <w:pPr>
        <w:spacing w:after="100"/>
      </w:pPr>
      <w:r>
        <w:rPr>
          <w:rFonts w:ascii="Calibri" w:hAnsi="Calibri" w:cs="Calibri" w:eastAsia="宋体"/>
        </w:rPr>
        <w:t>如手术材料上体毛过多可能会建议脱毛。</w:t>
      </w:r>
    </w:p>
    <w:p>
      <w:pPr>
        <w:spacing w:before="20" w:after="40"/>
        <w:ind w:left="425" w:hanging="312"/>
      </w:pPr>
      <w:r>
        <w:rPr>
          <w:rFonts w:ascii="Calibri" w:hAnsi="Calibri" w:cs="Calibri" w:eastAsia="宋体"/>
        </w:rPr>
        <w:t xml:space="preserve">• </w:t>
      </w:r>
      <w:r>
        <w:rPr>
          <w:rFonts w:ascii="Calibri" w:hAnsi="Calibri" w:cs="Calibri" w:eastAsia="宋体"/>
        </w:rPr>
        <w:t>脱毛主要是针对阴茎、阴囊、会阴、肛周四个部位，如果无法自我确认是否符合要求，可以面诊时与赵博提出检查确认。</w:t>
      </w:r>
    </w:p>
    <w:p>
      <w:pPr>
        <w:spacing w:before="20" w:after="40"/>
        <w:ind w:left="425" w:hanging="312"/>
      </w:pPr>
      <w:r>
        <w:rPr>
          <w:rFonts w:ascii="Calibri" w:hAnsi="Calibri" w:cs="Calibri" w:eastAsia="宋体"/>
        </w:rPr>
        <w:t xml:space="preserve">• </w:t>
      </w:r>
      <w:r>
        <w:rPr>
          <w:rFonts w:ascii="Calibri" w:hAnsi="Calibri" w:cs="Calibri" w:eastAsia="宋体"/>
        </w:rPr>
        <w:t>V区会在术前一天进行备皮，此处脱毛并不强求，但如果自觉过于旺盛也可以选择脱毛处理。</w:t>
      </w:r>
    </w:p>
    <w:p>
      <w:pPr>
        <w:spacing w:before="20" w:after="40"/>
        <w:ind w:left="425" w:hanging="312"/>
      </w:pPr>
      <w:r>
        <w:rPr>
          <w:rFonts w:ascii="Calibri" w:hAnsi="Calibri" w:cs="Calibri" w:eastAsia="宋体"/>
        </w:rPr>
        <w:t xml:space="preserve">• </w:t>
      </w:r>
      <w:r>
        <w:rPr>
          <w:rFonts w:ascii="Calibri" w:hAnsi="Calibri" w:cs="Calibri" w:eastAsia="宋体"/>
        </w:rPr>
        <w:t>411 医院提供钻孔取毛服务，可以在面诊时一起提出。脱毛相关知识也可参考</w:t>
      </w:r>
      <w:r>
        <w:rPr>
          <w:rFonts w:ascii="Calibri" w:hAnsi="Calibri" w:cs="Calibri" w:eastAsia="宋体"/>
        </w:rPr>
        <w:t>脱毛治疗</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赵博建议</w:t>
      </w:r>
      <w:r>
        <w:rPr>
          <w:rFonts w:ascii="Calibri" w:hAnsi="Calibri" w:cs="Calibri" w:eastAsia="宋体"/>
          <w:b/>
        </w:rPr>
        <w:t>SRS 最好在钻孔取毛完成至少半年后、激光脱毛完成至少两周后进行。</w:t>
      </w:r>
    </w:p>
    <w:p>
      <w:pPr>
        <w:spacing w:before="20" w:after="40"/>
        <w:ind w:left="425" w:hanging="312"/>
      </w:pPr>
      <w:r>
        <w:rPr>
          <w:rFonts w:ascii="Calibri" w:hAnsi="Calibri" w:cs="Calibri" w:eastAsia="宋体"/>
        </w:rPr>
        <w:t xml:space="preserve">• </w:t>
      </w:r>
      <w:r>
        <w:rPr>
          <w:rFonts w:ascii="Calibri" w:hAnsi="Calibri" w:cs="Calibri" w:eastAsia="宋体"/>
        </w:rPr>
        <w:t>「从减少感染风险、保证成功率、减少痛苦的角度，建议考虑激光脱毛。」——赵博</w:t>
      </w:r>
    </w:p>
    <w:p>
      <w:pPr>
        <w:pStyle w:val="Heading5"/>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现阶段正进行病房改造，HIV阳性患者需前往指定医院完成SRS后转回411医院恢复，具体流程请同医生交涉，预计改造完成后将可以在院内完成相关患者的手术。 </w:t>
      </w:r>
    </w:p>
    <w:p>
      <w:pPr>
        <w:pStyle w:val="Heading4"/>
      </w:pPr>
      <w:r>
        <w:rPr>
          <w:rFonts w:ascii="Calibri" w:hAnsi="Calibri" w:cs="Calibri" w:eastAsia="微软雅黑"/>
        </w:rPr>
        <w:t>4.7.3.2  【术前】入院前准备</w:t>
      </w:r>
    </w:p>
    <w:p>
      <w:pPr>
        <w:spacing w:after="160"/>
      </w:pPr>
      <w:r>
        <w:rPr>
          <w:rFonts w:ascii="Calibri" w:hAnsi="Calibri" w:cs="Calibri" w:eastAsia="宋体"/>
          <w:color w:val="6B7280"/>
          <w:sz w:val="16"/>
        </w:rPr>
        <w:t>原文：https://mtf.wiki/zh-cn/docs/srs/china/sh411/preoperative-preparation · 最近更新：2026年8月5日</w:t>
      </w:r>
    </w:p>
    <w:p>
      <w:pPr>
        <w:pStyle w:val="Heading5"/>
      </w:pPr>
      <w:r>
        <w:rPr>
          <w:rFonts w:ascii="Calibri" w:hAnsi="Calibri" w:cs="Calibri" w:eastAsia="宋体"/>
        </w:rPr>
        <w:t>费用构成</w:t>
      </w:r>
    </w:p>
    <w:p>
      <w:pPr>
        <w:spacing w:after="100"/>
      </w:pPr>
      <w:r>
        <w:rPr>
          <w:rFonts w:ascii="Calibri" w:hAnsi="Calibri" w:cs="Calibri" w:eastAsia="宋体"/>
          <w:b/>
        </w:rPr>
        <w:t>准备约 65,000-70,000 元人民币通常可以完成使用皮瓣成形阴道的 SRS</w:t>
      </w:r>
      <w:r>
        <w:rPr>
          <w:rFonts w:ascii="Calibri" w:hAnsi="Calibri" w:cs="Calibri" w:eastAsia="宋体"/>
        </w:rPr>
        <w:t>。费用估值具备时效性且具体花费取决于个人体质、恢复情况、住院天数、其他消费水平等，该粗估数值仅供参考。且此前有数月因药物调整，出院补缴出现了 2,000-5,000 元不等的涨价，</w:t>
      </w:r>
      <w:r>
        <w:rPr>
          <w:rFonts w:ascii="Calibri" w:hAnsi="Calibri" w:cs="Calibri" w:eastAsia="宋体"/>
          <w:b/>
        </w:rPr>
        <w:t>现已恢复，不排除未来再次出现价格波动的可能</w:t>
      </w:r>
      <w:r>
        <w:rPr>
          <w:rFonts w:ascii="Calibri" w:hAnsi="Calibri" w:cs="Calibri" w:eastAsia="宋体"/>
        </w:rPr>
        <w:t>。</w:t>
      </w:r>
    </w:p>
    <w:p>
      <w:pPr>
        <w:spacing w:after="100"/>
      </w:pPr>
      <w:r>
        <w:rPr>
          <w:rFonts w:ascii="Calibri" w:hAnsi="Calibri" w:cs="Calibri" w:eastAsia="宋体"/>
        </w:rPr>
        <w:t>你可以使用上海四一一医院服务号查询实时计费情况。</w:t>
      </w:r>
    </w:p>
    <w:p>
      <w:pPr>
        <w:spacing w:after="100"/>
      </w:pPr>
      <w:r>
        <w:rPr>
          <w:rFonts w:ascii="Calibri" w:hAnsi="Calibri" w:cs="Calibri" w:eastAsia="宋体"/>
        </w:rPr>
        <w:t>具体费用构成（部分为估算）：</w:t>
      </w:r>
    </w:p>
    <w:p>
      <w:pPr>
        <w:spacing w:before="20" w:after="40"/>
        <w:ind w:left="425" w:hanging="312"/>
      </w:pPr>
      <w:r>
        <w:rPr>
          <w:rFonts w:ascii="Calibri" w:hAnsi="Calibri" w:cs="Calibri" w:eastAsia="宋体"/>
        </w:rPr>
        <w:t xml:space="preserve">• </w:t>
      </w:r>
      <w:r>
        <w:rPr>
          <w:rFonts w:ascii="Calibri" w:hAnsi="Calibri" w:cs="Calibri" w:eastAsia="宋体"/>
        </w:rPr>
        <w:t>入院预缴：50,000 元（</w:t>
      </w:r>
      <w:r>
        <w:rPr>
          <w:rFonts w:ascii="Calibri" w:hAnsi="Calibri" w:cs="Calibri" w:eastAsia="宋体"/>
          <w:b/>
        </w:rPr>
        <w:t>需注意银行卡非柜面交易限额问题</w:t>
      </w:r>
      <w:r>
        <w:rPr>
          <w:rFonts w:ascii="Calibri" w:hAnsi="Calibri" w:cs="Calibri" w:eastAsia="宋体"/>
        </w:rPr>
        <w:t>，请提前和银行沟通解决方案。此外，也可以使用现金或微信、支付宝。）</w:t>
      </w:r>
    </w:p>
    <w:p>
      <w:pPr>
        <w:spacing w:before="20" w:after="40"/>
        <w:ind w:left="425" w:hanging="312"/>
      </w:pPr>
      <w:r>
        <w:rPr>
          <w:rFonts w:ascii="Calibri" w:hAnsi="Calibri" w:cs="Calibri" w:eastAsia="宋体"/>
        </w:rPr>
        <w:t xml:space="preserve">• </w:t>
      </w:r>
      <w:r>
        <w:rPr>
          <w:rFonts w:ascii="Calibri" w:hAnsi="Calibri" w:cs="Calibri" w:eastAsia="宋体"/>
        </w:rPr>
        <w:t>出院补缴：约 3,000-7,000 元</w:t>
      </w:r>
    </w:p>
    <w:p>
      <w:pPr>
        <w:spacing w:before="20" w:after="40"/>
        <w:ind w:left="425" w:hanging="312"/>
      </w:pPr>
      <w:r>
        <w:rPr>
          <w:rFonts w:ascii="Calibri" w:hAnsi="Calibri" w:cs="Calibri" w:eastAsia="宋体"/>
        </w:rPr>
        <w:t xml:space="preserve">• </w:t>
      </w:r>
      <w:r>
        <w:rPr>
          <w:rFonts w:ascii="Calibri" w:hAnsi="Calibri" w:cs="Calibri" w:eastAsia="宋体"/>
        </w:rPr>
        <w:t>止血材料：6,216 元（零深度为 3,108 元）</w:t>
      </w:r>
    </w:p>
    <w:p>
      <w:pPr>
        <w:spacing w:before="20" w:after="40"/>
        <w:ind w:left="425" w:hanging="312"/>
      </w:pPr>
      <w:r>
        <w:rPr>
          <w:rFonts w:ascii="Calibri" w:hAnsi="Calibri" w:cs="Calibri" w:eastAsia="宋体"/>
        </w:rPr>
        <w:t xml:space="preserve">• </w:t>
      </w:r>
      <w:r>
        <w:rPr>
          <w:rFonts w:ascii="Calibri" w:hAnsi="Calibri" w:cs="Calibri" w:eastAsia="宋体"/>
        </w:rPr>
        <w:t>防血栓袜：688 元（该物资可以自行以较低价格网购，请注意是防血栓袜，而非普通静脉曲张袜，自行购买请注意尺码，若不符合防血栓标准，或尺码不符，可能会被要求重新购买。）</w:t>
      </w:r>
    </w:p>
    <w:p>
      <w:pPr>
        <w:spacing w:before="20" w:after="40"/>
        <w:ind w:left="425" w:hanging="312"/>
      </w:pPr>
      <w:r>
        <w:rPr>
          <w:rFonts w:ascii="Calibri" w:hAnsi="Calibri" w:cs="Calibri" w:eastAsia="宋体"/>
        </w:rPr>
        <w:t xml:space="preserve">• </w:t>
      </w:r>
      <w:r>
        <w:rPr>
          <w:rFonts w:ascii="Calibri" w:hAnsi="Calibri" w:cs="Calibri" w:eastAsia="宋体"/>
        </w:rPr>
        <w:t>护工费用：100 元/天，出院前转账给护工</w:t>
      </w:r>
    </w:p>
    <w:p>
      <w:pPr>
        <w:spacing w:before="20" w:after="40"/>
        <w:ind w:left="425" w:hanging="312"/>
      </w:pPr>
      <w:r>
        <w:rPr>
          <w:rFonts w:ascii="Calibri" w:hAnsi="Calibri" w:cs="Calibri" w:eastAsia="宋体"/>
        </w:rPr>
        <w:t xml:space="preserve">• </w:t>
      </w:r>
      <w:r>
        <w:rPr>
          <w:rFonts w:ascii="Calibri" w:hAnsi="Calibri" w:cs="Calibri" w:eastAsia="宋体"/>
        </w:rPr>
        <w:t>气垫床费用（如有）：150 元包干</w:t>
      </w:r>
    </w:p>
    <w:p>
      <w:pPr>
        <w:spacing w:before="20" w:after="40"/>
        <w:ind w:left="425" w:hanging="312"/>
      </w:pPr>
      <w:r>
        <w:rPr>
          <w:rFonts w:ascii="Calibri" w:hAnsi="Calibri" w:cs="Calibri" w:eastAsia="宋体"/>
        </w:rPr>
        <w:t xml:space="preserve">• </w:t>
      </w:r>
      <w:r>
        <w:rPr>
          <w:rFonts w:ascii="Calibri" w:hAnsi="Calibri" w:cs="Calibri" w:eastAsia="宋体"/>
        </w:rPr>
        <w:t>陪护费用（如有）：10 元/天，出院时由护士站扫码收取</w:t>
      </w:r>
    </w:p>
    <w:p>
      <w:pPr>
        <w:spacing w:before="20" w:after="40"/>
        <w:ind w:left="425" w:hanging="312"/>
      </w:pPr>
      <w:r>
        <w:rPr>
          <w:rFonts w:ascii="Calibri" w:hAnsi="Calibri" w:cs="Calibri" w:eastAsia="宋体"/>
        </w:rPr>
        <w:t xml:space="preserve">• </w:t>
      </w:r>
      <w:r>
        <w:rPr>
          <w:rFonts w:ascii="Calibri" w:hAnsi="Calibri" w:cs="Calibri" w:eastAsia="宋体"/>
        </w:rPr>
        <w:t>出院后公证费用：约数百元</w:t>
      </w:r>
    </w:p>
    <w:p>
      <w:pPr>
        <w:spacing w:before="20" w:after="40"/>
        <w:ind w:left="425" w:hanging="312"/>
      </w:pPr>
      <w:r>
        <w:rPr>
          <w:rFonts w:ascii="Calibri" w:hAnsi="Calibri" w:cs="Calibri" w:eastAsia="宋体"/>
        </w:rPr>
        <w:t xml:space="preserve">• </w:t>
      </w:r>
      <w:r>
        <w:rPr>
          <w:rFonts w:ascii="Calibri" w:hAnsi="Calibri" w:cs="Calibri" w:eastAsia="宋体"/>
        </w:rPr>
        <w:t>住院期间点外卖、购买日用品与往返交通费用：约 3,000 元</w:t>
      </w:r>
    </w:p>
    <w:p>
      <w:pPr>
        <w:spacing w:after="100"/>
      </w:pPr>
      <w:r>
        <w:rPr>
          <w:rFonts w:ascii="Calibri" w:hAnsi="Calibri" w:cs="Calibri" w:eastAsia="宋体"/>
        </w:rPr>
        <w:t>其中通勤与餐食费用可根据个人情况增减，出院补缴也视个人体质与实际恢复情况、住院天数等有所浮动。</w:t>
      </w:r>
    </w:p>
    <w:p>
      <w:pPr>
        <w:pStyle w:val="Heading5"/>
      </w:pPr>
      <w:r>
        <w:rPr>
          <w:rFonts w:ascii="Calibri" w:hAnsi="Calibri" w:cs="Calibri" w:eastAsia="宋体"/>
        </w:rPr>
        <w:t>入院通知</w:t>
      </w:r>
    </w:p>
    <w:p>
      <w:pPr>
        <w:spacing w:after="100"/>
      </w:pPr>
      <w:r>
        <w:rPr>
          <w:rFonts w:ascii="Calibri" w:hAnsi="Calibri" w:cs="Calibri" w:eastAsia="宋体"/>
        </w:rPr>
        <w:t>「前来手术前建议先查好传染病四项，以避免不必要的麻烦。大三阳、小三阳等，请控制好病情，最好转阴，再来手术。给医生安全，给自己安全。」</w:t>
      </w:r>
    </w:p>
    <w:p>
      <w:r>
        <w:rPr>
          <w:rFonts w:ascii="Calibri" w:hAnsi="Calibri" w:cs="Calibri" w:eastAsia="宋体"/>
        </w:rPr>
        <w:t>—— 赵博</w:t>
      </w:r>
    </w:p>
    <w:p>
      <w:pPr>
        <w:spacing w:after="100"/>
      </w:pPr>
      <w:r>
        <w:rPr>
          <w:rFonts w:ascii="Calibri" w:hAnsi="Calibri" w:cs="Calibri" w:eastAsia="宋体"/>
        </w:rPr>
        <w:t>大约在预约的手术排期的两个月前，整形外科护士台会通过医院电话主动联系你预约时留下的联系方式确认手术意愿，要求停止 HRT，</w:t>
      </w:r>
      <w:r>
        <w:rPr>
          <w:rFonts w:ascii="Calibri" w:hAnsi="Calibri" w:cs="Calibri" w:eastAsia="宋体"/>
          <w:b/>
        </w:rPr>
        <w:t>并直接告知你具体的入院时间（一般是周二或周四）</w:t>
      </w:r>
      <w:r>
        <w:rPr>
          <w:rFonts w:ascii="Calibri" w:hAnsi="Calibri" w:cs="Calibri" w:eastAsia="宋体"/>
        </w:rPr>
        <w:t>。</w:t>
      </w:r>
    </w:p>
    <w:p>
      <w:pPr>
        <w:spacing w:after="100"/>
      </w:pPr>
      <w:r>
        <w:rPr>
          <w:rFonts w:ascii="Calibri" w:hAnsi="Calibri" w:cs="Calibri" w:eastAsia="宋体"/>
        </w:rPr>
        <w:t>同时，护士台会通知你，</w:t>
      </w:r>
      <w:r>
        <w:rPr>
          <w:rFonts w:ascii="Calibri" w:hAnsi="Calibri" w:cs="Calibri" w:eastAsia="宋体"/>
          <w:b/>
        </w:rPr>
        <w:t>医院后续将需要与你的家长通电话或微信语音</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伦理审查：护士台与家长的联系属于伦理审查中较靠前的环节。其目的并非强求家长明确说「同意」或「支持」，而是向家长简单说明情况。</w:t>
      </w:r>
    </w:p>
    <w:p>
      <w:pPr>
        <w:spacing w:before="20" w:after="40"/>
        <w:ind w:left="425" w:hanging="312"/>
      </w:pPr>
      <w:r>
        <w:rPr>
          <w:rFonts w:ascii="Calibri" w:hAnsi="Calibri" w:cs="Calibri" w:eastAsia="宋体"/>
        </w:rPr>
        <w:t xml:space="preserve">• </w:t>
      </w:r>
      <w:r>
        <w:rPr>
          <w:rFonts w:ascii="Calibri" w:hAnsi="Calibri" w:cs="Calibri" w:eastAsia="宋体"/>
        </w:rPr>
        <w:t>审查标准：护士台曾多次强调，</w:t>
      </w:r>
      <w:r>
        <w:rPr>
          <w:rFonts w:ascii="Calibri" w:hAnsi="Calibri" w:cs="Calibri" w:eastAsia="宋体"/>
          <w:b/>
        </w:rPr>
        <w:t>伦理审查的底线是「只要家长不反对就没问题」</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同意书公证：如果有公证过的家长同意书，护士台可能不需要直接联系家长，但伦理审查人员之后仍有概率会联系家长。</w:t>
      </w:r>
    </w:p>
    <w:p>
      <w:pPr>
        <w:spacing w:before="20" w:after="40"/>
        <w:ind w:left="425" w:hanging="312"/>
      </w:pPr>
      <w:r>
        <w:rPr>
          <w:rFonts w:ascii="Calibri" w:hAnsi="Calibri" w:cs="Calibri" w:eastAsia="宋体"/>
        </w:rPr>
        <w:t xml:space="preserve">• </w:t>
      </w:r>
      <w:r>
        <w:rPr>
          <w:rFonts w:ascii="Calibri" w:hAnsi="Calibri" w:cs="Calibri" w:eastAsia="宋体"/>
        </w:rPr>
        <w:t>风险：如果无法联系上家长，或者家长在沟通过程中明确表示反对，伦理审查可能会被打回来，这可能直接导致无法手术。</w:t>
      </w:r>
    </w:p>
    <w:p>
      <w:pPr>
        <w:spacing w:after="100"/>
      </w:pPr>
      <w:r>
        <w:rPr>
          <w:rFonts w:ascii="Calibri" w:hAnsi="Calibri" w:cs="Calibri" w:eastAsia="宋体"/>
        </w:rPr>
        <w:t>注意：曾有反馈称医院不主动联系预约手术者，且「不主动联系医生视为放弃手术」。虽然现在流程已改为护士台主动联系并分配时间，但为了保险起见，若在预约时间前一个月仍未收到通知，明确入院时间，建议主动通过电话、微信或挂号联系确认。</w:t>
      </w:r>
    </w:p>
    <w:p>
      <w:pPr>
        <w:spacing w:after="100"/>
      </w:pPr>
      <w:r>
        <w:rPr>
          <w:rFonts w:ascii="Calibri" w:hAnsi="Calibri" w:cs="Calibri" w:eastAsia="宋体"/>
        </w:rPr>
        <w:t>确认入院时间后，请按护士台告知的日期挂号后前往医院。</w:t>
      </w:r>
    </w:p>
    <w:p>
      <w:pPr>
        <w:spacing w:after="100"/>
      </w:pPr>
      <w:r>
        <w:rPr>
          <w:rFonts w:ascii="Calibri" w:hAnsi="Calibri" w:cs="Calibri" w:eastAsia="宋体"/>
          <w:b/>
        </w:rPr>
        <w:t>特别提示：赵博及伦理委员会非常重视父母在手术前的即时意见。持有公证过的父母同意书时，护士台可能不会要求必须直接与家长通话，但伦理审查人员仍可能在术前致电家长询问意见。若父母其中一方在术前强烈反对（即未能满足「家长不明确反对」这一基本要求），或无法联系到家长，均可能导致伦理审查不通过，进而无法办理住院或无法手术（若家长要求隐瞒，则院方可能不会向你明确告知手术取消的原因）。</w:t>
      </w:r>
    </w:p>
    <w:p>
      <w:pPr>
        <w:pStyle w:val="Heading5"/>
      </w:pPr>
      <w:r>
        <w:rPr>
          <w:rFonts w:ascii="Calibri" w:hAnsi="Calibri" w:cs="Calibri" w:eastAsia="宋体"/>
        </w:rPr>
        <w:t>需要准备的材料与满足的条件</w:t>
      </w:r>
    </w:p>
    <w:p>
      <w:pPr>
        <w:spacing w:after="100"/>
      </w:pPr>
      <w:r>
        <w:rPr>
          <w:rFonts w:ascii="Calibri" w:hAnsi="Calibri" w:cs="Calibri" w:eastAsia="宋体"/>
        </w:rPr>
        <w:t>以下材料在面诊开具入院证时需要</w:t>
      </w:r>
      <w:r>
        <w:rPr>
          <w:rFonts w:ascii="Calibri" w:hAnsi="Calibri" w:cs="Calibri" w:eastAsia="宋体"/>
          <w:b/>
        </w:rPr>
        <w:t>全部备齐并提交给门诊护士，缺一不可</w:t>
      </w:r>
      <w:r>
        <w:rPr>
          <w:rFonts w:ascii="Calibri" w:hAnsi="Calibri" w:cs="Calibri" w:eastAsia="宋体"/>
        </w:rPr>
        <w:t>，否则将无法开具入院证：</w:t>
      </w:r>
    </w:p>
    <w:p>
      <w:pPr>
        <w:spacing w:before="20" w:after="40"/>
        <w:ind w:left="425" w:hanging="312"/>
      </w:pPr>
      <w:r>
        <w:rPr>
          <w:rFonts w:ascii="Calibri" w:hAnsi="Calibri" w:cs="Calibri" w:eastAsia="宋体"/>
        </w:rPr>
        <w:t xml:space="preserve">1. </w:t>
      </w:r>
      <w:r>
        <w:rPr>
          <w:rFonts w:ascii="Calibri" w:hAnsi="Calibri" w:cs="Calibri" w:eastAsia="宋体"/>
          <w:b/>
        </w:rPr>
        <w:t>年龄满 18 周岁</w:t>
      </w:r>
      <w:r>
        <w:rPr>
          <w:rFonts w:ascii="Calibri" w:hAnsi="Calibri" w:cs="Calibri" w:eastAsia="宋体"/>
        </w:rPr>
        <w:t>（预约时未满 18 周岁的，在术前入院时年满即可）</w:t>
      </w:r>
    </w:p>
    <w:p>
      <w:pPr>
        <w:spacing w:before="20" w:after="40"/>
        <w:ind w:left="425" w:hanging="312"/>
      </w:pPr>
      <w:r>
        <w:rPr>
          <w:rFonts w:ascii="Calibri" w:hAnsi="Calibri" w:cs="Calibri" w:eastAsia="宋体"/>
        </w:rPr>
        <w:t xml:space="preserve">2. </w:t>
      </w:r>
      <w:r>
        <w:rPr>
          <w:rFonts w:ascii="Calibri" w:hAnsi="Calibri" w:cs="Calibri" w:eastAsia="宋体"/>
          <w:b/>
        </w:rPr>
        <w:t>诊断证明（易性症/性别焦虑/性别不一致/性身份障碍）</w:t>
      </w:r>
      <w:r>
        <w:rPr>
          <w:rFonts w:ascii="Calibri" w:hAnsi="Calibri" w:cs="Calibri" w:eastAsia="宋体"/>
        </w:rPr>
        <w:t>，由中国大陆任意三级医院精神科或心理科开具，医生需具有高级职称医师资格，诊断书上需加盖医院公章（诊疗意见中如有「随诊观察」「建议药物治疗」等字样，则</w:t>
      </w:r>
      <w:r>
        <w:rPr>
          <w:rFonts w:ascii="Calibri" w:hAnsi="Calibri" w:cs="Calibri" w:eastAsia="宋体"/>
          <w:b/>
        </w:rPr>
        <w:t>可能</w:t>
      </w:r>
      <w:r>
        <w:rPr>
          <w:rFonts w:ascii="Calibri" w:hAnsi="Calibri" w:cs="Calibri" w:eastAsia="宋体"/>
        </w:rPr>
        <w:t>被伦理委员会驳回，可以尝试与开具诊断证明的医生沟通并删去），</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3. </w:t>
      </w:r>
      <w:r>
        <w:rPr>
          <w:rFonts w:ascii="Calibri" w:hAnsi="Calibri" w:cs="Calibri" w:eastAsia="宋体"/>
          <w:b/>
        </w:rPr>
        <w:t>父母同意书</w:t>
      </w:r>
      <w:r>
        <w:rPr>
          <w:rFonts w:ascii="Calibri" w:hAnsi="Calibri" w:cs="Calibri" w:eastAsia="宋体"/>
        </w:rPr>
        <w:t>（模板）</w:t>
      </w:r>
      <w:r>
        <w:rPr>
          <w:rFonts w:ascii="Calibri" w:hAnsi="Calibri" w:cs="Calibri" w:eastAsia="宋体"/>
        </w:rPr>
        <w:t>（正文部分手写或打印均可，签字必须手写，截止26年3月的信息均无需公证、无需按手印，如有特殊家庭情况参照对应的同意书相关要求），</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4. </w:t>
      </w:r>
      <w:r>
        <w:rPr>
          <w:rFonts w:ascii="Calibri" w:hAnsi="Calibri" w:cs="Calibri" w:eastAsia="宋体"/>
          <w:b/>
        </w:rPr>
        <w:t>无犯罪记录证明</w:t>
      </w:r>
      <w:r>
        <w:rPr>
          <w:rFonts w:ascii="Calibri" w:hAnsi="Calibri" w:cs="Calibri" w:eastAsia="宋体"/>
        </w:rPr>
        <w:t>（可在各省公安小程序办理，也可到线下户籍地派出所办理。该项材料有时效，一般为三个月，入院上交时没过期即可），</w:t>
      </w:r>
      <w:r>
        <w:rPr>
          <w:rFonts w:ascii="Calibri" w:hAnsi="Calibri" w:cs="Calibri" w:eastAsia="宋体"/>
          <w:b/>
        </w:rPr>
        <w:t>一份原件、两份复印件</w:t>
      </w:r>
    </w:p>
    <w:p>
      <w:pPr>
        <w:spacing w:before="20" w:after="40"/>
        <w:ind w:left="425" w:hanging="312"/>
      </w:pPr>
      <w:r>
        <w:rPr>
          <w:rFonts w:ascii="Calibri" w:hAnsi="Calibri" w:cs="Calibri" w:eastAsia="宋体"/>
        </w:rPr>
        <w:t xml:space="preserve">5. </w:t>
      </w:r>
      <w:r>
        <w:rPr>
          <w:rFonts w:ascii="Calibri" w:hAnsi="Calibri" w:cs="Calibri" w:eastAsia="宋体"/>
          <w:b/>
        </w:rPr>
        <w:t>未在婚姻状态声明</w:t>
      </w:r>
      <w:r>
        <w:rPr>
          <w:rFonts w:ascii="Calibri" w:hAnsi="Calibri" w:cs="Calibri" w:eastAsia="宋体"/>
        </w:rPr>
        <w:t>（</w:t>
      </w:r>
      <w:r>
        <w:rPr>
          <w:rFonts w:ascii="Calibri" w:hAnsi="Calibri" w:cs="Calibri" w:eastAsia="宋体"/>
          <w:b/>
        </w:rPr>
        <w:t>即使入院时未满法定婚龄，也需要该项材料</w:t>
      </w:r>
      <w:r>
        <w:rPr>
          <w:rFonts w:ascii="Calibri" w:hAnsi="Calibri" w:cs="Calibri" w:eastAsia="宋体"/>
        </w:rPr>
        <w:t>。部分地区街道办或居委会已经不再开具该证明，可</w:t>
      </w:r>
      <w:r>
        <w:rPr>
          <w:rFonts w:ascii="Calibri" w:hAnsi="Calibri" w:cs="Calibri" w:eastAsia="宋体"/>
          <w:b/>
        </w:rPr>
        <w:t>提交户口本本人页复印件一份并手写「本人声明处于未婚状态（签名按手印）」替代</w:t>
      </w:r>
      <w:r>
        <w:rPr>
          <w:rFonts w:ascii="Calibri" w:hAnsi="Calibri" w:cs="Calibri" w:eastAsia="宋体"/>
        </w:rPr>
        <w:t>），</w:t>
      </w:r>
      <w:r>
        <w:rPr>
          <w:rFonts w:ascii="Calibri" w:hAnsi="Calibri" w:cs="Calibri" w:eastAsia="宋体"/>
          <w:b/>
        </w:rPr>
        <w:t>手写三份或一份手写原件、两份复印件</w:t>
      </w:r>
    </w:p>
    <w:p>
      <w:pPr>
        <w:spacing w:before="20" w:after="40"/>
        <w:ind w:left="425" w:hanging="312"/>
      </w:pPr>
      <w:r>
        <w:rPr>
          <w:rFonts w:ascii="Calibri" w:hAnsi="Calibri" w:cs="Calibri" w:eastAsia="宋体"/>
        </w:rPr>
        <w:t xml:space="preserve">6. </w:t>
      </w:r>
      <w:r>
        <w:rPr>
          <w:rFonts w:ascii="Calibri" w:hAnsi="Calibri" w:cs="Calibri" w:eastAsia="宋体"/>
          <w:b/>
        </w:rPr>
        <w:t>个人申请书</w:t>
      </w:r>
      <w:r>
        <w:rPr>
          <w:rFonts w:ascii="Calibri" w:hAnsi="Calibri" w:cs="Calibri" w:eastAsia="宋体"/>
        </w:rPr>
        <w:t>（内容需包含姓名、指派性别、身份证号、确诊与 HRT 相关经历、为什么一定要手术、不手术会造成什么困扰、声明已经了解手术相关风险，全篇套用模板可能被伦理委员会驳回，100-200 字即可，字数无上限），</w:t>
      </w:r>
      <w:r>
        <w:rPr>
          <w:rFonts w:ascii="Calibri" w:hAnsi="Calibri" w:cs="Calibri" w:eastAsia="宋体"/>
          <w:b/>
        </w:rPr>
        <w:t>手写一份、两份复印件</w:t>
      </w:r>
    </w:p>
    <w:p>
      <w:pPr>
        <w:spacing w:before="20" w:after="40"/>
        <w:ind w:left="425" w:hanging="312"/>
      </w:pPr>
      <w:r>
        <w:rPr>
          <w:rFonts w:ascii="Calibri" w:hAnsi="Calibri" w:cs="Calibri" w:eastAsia="宋体"/>
        </w:rPr>
        <w:t xml:space="preserve">7. </w:t>
      </w:r>
      <w:r>
        <w:rPr>
          <w:rFonts w:ascii="Calibri" w:hAnsi="Calibri" w:cs="Calibri" w:eastAsia="宋体"/>
          <w:b/>
        </w:rPr>
        <w:t>户口簿的户口首页、户主页、本人页复印件，复印三份即可</w:t>
      </w:r>
    </w:p>
    <w:p>
      <w:pPr>
        <w:spacing w:before="20" w:after="40"/>
        <w:ind w:left="425" w:hanging="312"/>
      </w:pPr>
      <w:r>
        <w:rPr>
          <w:rFonts w:ascii="Calibri" w:hAnsi="Calibri" w:cs="Calibri" w:eastAsia="宋体"/>
        </w:rPr>
        <w:t xml:space="preserve">8. </w:t>
      </w:r>
      <w:r>
        <w:rPr>
          <w:rFonts w:ascii="Calibri" w:hAnsi="Calibri" w:cs="Calibri" w:eastAsia="宋体"/>
        </w:rPr>
        <w:t>BMI</w:t>
      </w:r>
      <w:r>
        <w:rPr>
          <w:rFonts w:ascii="Calibri" w:hAnsi="Calibri" w:cs="Calibri" w:eastAsia="宋体"/>
        </w:rPr>
        <w:t xml:space="preserve"> 需要控制在正常范围以内（推荐小于 24，最高不可大于 26，暂无因太瘦被医院拒绝手术的报告）</w:t>
      </w:r>
    </w:p>
    <w:p>
      <w:pPr>
        <w:spacing w:before="20" w:after="40"/>
        <w:ind w:left="425" w:hanging="312"/>
      </w:pPr>
      <w:r>
        <w:rPr>
          <w:rFonts w:ascii="Calibri" w:hAnsi="Calibri" w:cs="Calibri" w:eastAsia="宋体"/>
        </w:rPr>
        <w:t xml:space="preserve">9. </w:t>
      </w:r>
      <w:r>
        <w:rPr>
          <w:rFonts w:ascii="Calibri" w:hAnsi="Calibri" w:cs="Calibri" w:eastAsia="宋体"/>
        </w:rPr>
        <w:t>提前告知（慢性）基础疾病，高血压、糖尿病需术前一个月平稳控制（无并发症）</w:t>
      </w:r>
    </w:p>
    <w:p>
      <w:pPr>
        <w:spacing w:before="20" w:after="40"/>
        <w:ind w:left="425" w:hanging="312"/>
      </w:pPr>
      <w:r>
        <w:rPr>
          <w:rFonts w:ascii="Calibri" w:hAnsi="Calibri" w:cs="Calibri" w:eastAsia="宋体"/>
        </w:rPr>
        <w:t xml:space="preserve">10. </w:t>
      </w:r>
      <w:r>
        <w:rPr>
          <w:rFonts w:ascii="Calibri" w:hAnsi="Calibri" w:cs="Calibri" w:eastAsia="宋体"/>
          <w:b/>
        </w:rPr>
        <w:t>停止 HRT（仅雌激素类药物） 一个月</w:t>
      </w:r>
      <w:r>
        <w:rPr>
          <w:rFonts w:ascii="Calibri" w:hAnsi="Calibri" w:cs="Calibri" w:eastAsia="宋体"/>
        </w:rPr>
        <w:t>，但并不十分严格，医生会根据激素六项和凝血等结果判断是否适宜手术，请对停止 HRT 后可能出现的问题做好心理准备</w:t>
      </w:r>
    </w:p>
    <w:p>
      <w:pPr>
        <w:spacing w:before="20" w:after="40"/>
        <w:ind w:left="425" w:hanging="312"/>
      </w:pPr>
      <w:r>
        <w:rPr>
          <w:rFonts w:ascii="Calibri" w:hAnsi="Calibri" w:cs="Calibri" w:eastAsia="宋体"/>
        </w:rPr>
        <w:t xml:space="preserve">11. </w:t>
      </w:r>
      <w:r>
        <w:rPr>
          <w:rFonts w:ascii="Calibri" w:hAnsi="Calibri" w:cs="Calibri" w:eastAsia="宋体"/>
          <w:b/>
        </w:rPr>
        <w:t>无需</w:t>
      </w:r>
      <w:r>
        <w:rPr>
          <w:rFonts w:ascii="Calibri" w:hAnsi="Calibri" w:cs="Calibri" w:eastAsia="宋体"/>
        </w:rPr>
        <w:t xml:space="preserve"> </w:t>
      </w:r>
      <w:r>
        <w:rPr>
          <w:rFonts w:ascii="Calibri" w:hAnsi="Calibri" w:cs="Calibri" w:eastAsia="宋体"/>
        </w:rPr>
        <w:t>HIV</w:t>
      </w:r>
      <w:r>
        <w:rPr>
          <w:rFonts w:ascii="Calibri" w:hAnsi="Calibri" w:cs="Calibri" w:eastAsia="宋体"/>
        </w:rPr>
        <w:t xml:space="preserve"> 阴性</w:t>
      </w:r>
      <w:r>
        <w:rPr>
          <w:rFonts w:ascii="Calibri" w:hAnsi="Calibri" w:cs="Calibri" w:eastAsia="宋体"/>
          <w:vertAlign w:val="superscript"/>
        </w:rPr>
        <w:t>1</w:t>
      </w:r>
    </w:p>
    <w:p>
      <w:pPr>
        <w:spacing w:after="100"/>
      </w:pPr>
      <w:r>
        <w:rPr>
          <w:rFonts w:ascii="Calibri" w:hAnsi="Calibri" w:cs="Calibri" w:eastAsia="宋体"/>
        </w:rPr>
        <w:t>以下材料</w:t>
      </w:r>
      <w:r>
        <w:rPr>
          <w:rFonts w:ascii="Calibri" w:hAnsi="Calibri" w:cs="Calibri" w:eastAsia="宋体"/>
          <w:b/>
        </w:rPr>
        <w:t>无需上交，但需要随身携带</w:t>
      </w:r>
      <w:r>
        <w:rPr>
          <w:rFonts w:ascii="Calibri" w:hAnsi="Calibri" w:cs="Calibri" w:eastAsia="宋体"/>
        </w:rPr>
        <w:t>：</w:t>
      </w:r>
    </w:p>
    <w:p>
      <w:pPr>
        <w:spacing w:before="20" w:after="40"/>
        <w:ind w:left="425" w:hanging="312"/>
      </w:pPr>
      <w:r>
        <w:rPr>
          <w:rFonts w:ascii="Calibri" w:hAnsi="Calibri" w:cs="Calibri" w:eastAsia="宋体"/>
        </w:rPr>
        <w:t xml:space="preserve">1. </w:t>
      </w:r>
      <w:r>
        <w:rPr>
          <w:rFonts w:ascii="Calibri" w:hAnsi="Calibri" w:cs="Calibri" w:eastAsia="宋体"/>
          <w:b/>
        </w:rPr>
        <w:t>户口本原件</w:t>
      </w:r>
      <w:r>
        <w:rPr>
          <w:rFonts w:ascii="Calibri" w:hAnsi="Calibri" w:cs="Calibri" w:eastAsia="宋体"/>
        </w:rPr>
        <w:t>，用于核对出院小结上的信息（住址，与身份证有冲突时，以户口本为准）。集体户口或没有户口本可与公证处公证员联系，前往就近的派出所开具户籍证明。</w:t>
      </w:r>
    </w:p>
    <w:p>
      <w:pPr>
        <w:spacing w:before="20" w:after="40"/>
        <w:ind w:left="425" w:hanging="312"/>
      </w:pPr>
      <w:r>
        <w:rPr>
          <w:rFonts w:ascii="Calibri" w:hAnsi="Calibri" w:cs="Calibri" w:eastAsia="宋体"/>
        </w:rPr>
        <w:t xml:space="preserve">2. </w:t>
      </w:r>
      <w:r>
        <w:rPr>
          <w:rFonts w:ascii="Calibri" w:hAnsi="Calibri" w:cs="Calibri" w:eastAsia="宋体"/>
          <w:b/>
        </w:rPr>
        <w:t>在有效期内的二代身份证原件</w:t>
      </w:r>
      <w:r>
        <w:rPr>
          <w:rFonts w:ascii="Calibri" w:hAnsi="Calibri" w:cs="Calibri" w:eastAsia="宋体"/>
        </w:rPr>
        <w:t>，用于核对出院小结上的信息（住址）及办理公证</w:t>
      </w:r>
    </w:p>
    <w:p>
      <w:pPr>
        <w:pStyle w:val="Heading5"/>
      </w:pPr>
      <w:r>
        <w:rPr>
          <w:rFonts w:ascii="Calibri" w:hAnsi="Calibri" w:cs="Calibri" w:eastAsia="宋体"/>
        </w:rPr>
        <w:t>需要自行购买或携带的物品</w:t>
      </w:r>
    </w:p>
    <w:p>
      <w:pPr>
        <w:spacing w:after="100"/>
      </w:pPr>
      <w:r>
        <w:rPr>
          <w:rFonts w:ascii="Calibri" w:hAnsi="Calibri" w:cs="Calibri" w:eastAsia="宋体"/>
        </w:rPr>
        <w:t>出于便携移动的考虑，并不推荐提前在行李中携带过多物品前往医院。网购物品相关内容请参考</w:t>
      </w:r>
      <w:r>
        <w:rPr>
          <w:rFonts w:ascii="Calibri" w:hAnsi="Calibri" w:cs="Calibri" w:eastAsia="宋体"/>
        </w:rPr>
        <w:t>网购物品注意事项</w:t>
      </w:r>
      <w:r>
        <w:rPr>
          <w:rFonts w:ascii="Calibri" w:hAnsi="Calibri" w:cs="Calibri" w:eastAsia="宋体"/>
          <w:strike/>
        </w:rPr>
        <w:t>这里是上海，没有任何东西是京东和顺丰隔天送不到的，京东超市/京东自营甚至可以做到早上下单傍晚送达，下午下单次日送达。</w:t>
      </w:r>
    </w:p>
    <w:p>
      <w:pPr>
        <w:spacing w:after="100"/>
      </w:pPr>
      <w:r>
        <w:rPr>
          <w:rFonts w:ascii="Calibri" w:hAnsi="Calibri" w:cs="Calibri" w:eastAsia="宋体"/>
        </w:rPr>
        <w:t>如果在你刚入院的时候有认识的朋友快要出院了（即使没有朋友的话在411术前群多水群或者挨个病房转悠几圈就有了），可以刷好感度后继承 ta 的大量物资，例如脸盆、没用完的中单等。</w:t>
      </w:r>
    </w:p>
    <w:p>
      <w:pPr>
        <w:pStyle w:val="Heading6"/>
      </w:pPr>
      <w:r>
        <w:rPr>
          <w:rFonts w:ascii="Calibri" w:hAnsi="Calibri" w:cs="Calibri" w:eastAsia="宋体"/>
        </w:rPr>
        <w:t>护士台要求准备的物品</w:t>
      </w:r>
    </w:p>
    <w:p>
      <w:pPr>
        <w:spacing w:after="100"/>
      </w:pPr>
      <w:r>
        <w:rPr>
          <w:rFonts w:ascii="Calibri" w:hAnsi="Calibri" w:cs="Calibri" w:eastAsia="宋体"/>
        </w:rPr>
        <w:t>下列物品会在入院宣教时要求你准备。</w:t>
      </w:r>
    </w:p>
    <w:p>
      <w:pPr>
        <w:spacing w:before="20" w:after="40"/>
        <w:ind w:left="425" w:hanging="312"/>
      </w:pPr>
      <w:r>
        <w:rPr>
          <w:rFonts w:ascii="Calibri" w:hAnsi="Calibri" w:cs="Calibri" w:eastAsia="宋体"/>
        </w:rPr>
        <w:t xml:space="preserve">• </w:t>
      </w:r>
      <w:r>
        <w:rPr>
          <w:rFonts w:ascii="Calibri" w:hAnsi="Calibri" w:cs="Calibri" w:eastAsia="宋体"/>
        </w:rPr>
        <w:t>棉质浴巾，1-2 个（主要用于下床后围在腰上在病房活动，准备可穿戴的浴衣可以降低浴巾掉落走光的风险）</w:t>
      </w:r>
    </w:p>
    <w:p>
      <w:pPr>
        <w:spacing w:before="20" w:after="40"/>
        <w:ind w:left="425" w:hanging="312"/>
      </w:pPr>
      <w:r>
        <w:rPr>
          <w:rFonts w:ascii="Calibri" w:hAnsi="Calibri" w:cs="Calibri" w:eastAsia="宋体"/>
        </w:rPr>
        <w:t xml:space="preserve">• </w:t>
      </w:r>
      <w:r>
        <w:rPr>
          <w:rFonts w:ascii="Calibri" w:hAnsi="Calibri" w:cs="Calibri" w:eastAsia="宋体"/>
        </w:rPr>
        <w:t>护理垫（吸水性）60x90，15-20 片（非单层床单，需可吸收液体，如不确定可在购买前询问护工阿姨，用于换药时垫在身下或吃饭时当餐布）</w:t>
      </w:r>
    </w:p>
    <w:p>
      <w:pPr>
        <w:spacing w:before="20" w:after="40"/>
        <w:ind w:left="425" w:hanging="312"/>
      </w:pPr>
      <w:r>
        <w:rPr>
          <w:rFonts w:ascii="Calibri" w:hAnsi="Calibri" w:cs="Calibri" w:eastAsia="宋体"/>
        </w:rPr>
        <w:t xml:space="preserve">• </w:t>
      </w:r>
      <w:r>
        <w:rPr>
          <w:rFonts w:ascii="Calibri" w:hAnsi="Calibri" w:cs="Calibri" w:eastAsia="宋体"/>
        </w:rPr>
        <w:t>棉质紧身内裤够换洗（要求紧身以减少肿胀，2条即可，通常只有出院当天需要穿，由于 7×24 使用卫生巾一般无需频繁换洗）</w:t>
      </w:r>
    </w:p>
    <w:p>
      <w:pPr>
        <w:spacing w:before="20" w:after="40"/>
        <w:ind w:left="425" w:hanging="312"/>
      </w:pPr>
      <w:r>
        <w:rPr>
          <w:rFonts w:ascii="Calibri" w:hAnsi="Calibri" w:cs="Calibri" w:eastAsia="宋体"/>
        </w:rPr>
        <w:t xml:space="preserve">• </w:t>
      </w:r>
      <w:r>
        <w:rPr>
          <w:rFonts w:ascii="Calibri" w:hAnsi="Calibri" w:cs="Calibri" w:eastAsia="宋体"/>
        </w:rPr>
        <w:t>粗网灭菌凡士林纱布（25×45 或 25×40）粗纱，1-2 盒，需在术前交至护士台，如不确定购买何种可询问护士台，</w:t>
      </w:r>
      <w:r>
        <w:rPr>
          <w:rFonts w:ascii="Calibri" w:hAnsi="Calibri" w:cs="Calibri" w:eastAsia="宋体"/>
        </w:rPr>
        <w:t>或参考与本站及院方均无利害关系的第三方购买链接：</w:t>
      </w:r>
      <w:r>
        <w:rPr>
          <w:rFonts w:ascii="Calibri" w:hAnsi="Calibri" w:cs="Calibri" w:eastAsia="宋体"/>
        </w:rPr>
        <w:t>振德医疗灭菌凡士林纱布油纱布烧烫伤引流不粘伤口多规格10片包邮</w:t>
      </w:r>
    </w:p>
    <w:p>
      <w:pPr>
        <w:spacing w:before="20" w:after="40"/>
        <w:ind w:left="425" w:hanging="312"/>
      </w:pPr>
      <w:r>
        <w:rPr>
          <w:rFonts w:ascii="Calibri" w:hAnsi="Calibri" w:cs="Calibri" w:eastAsia="宋体"/>
        </w:rPr>
        <w:t xml:space="preserve">• </w:t>
      </w:r>
      <w:r>
        <w:rPr>
          <w:rFonts w:ascii="Calibri" w:hAnsi="Calibri" w:cs="Calibri" w:eastAsia="宋体"/>
        </w:rPr>
        <w:t>脱毛膏（备皮时无法刮除肛周毛发，如有肛周毛发时使用）</w:t>
      </w:r>
    </w:p>
    <w:p>
      <w:pPr>
        <w:spacing w:before="20" w:after="40"/>
        <w:ind w:left="425" w:hanging="312"/>
      </w:pPr>
      <w:r>
        <w:rPr>
          <w:rFonts w:ascii="Calibri" w:hAnsi="Calibri" w:cs="Calibri" w:eastAsia="宋体"/>
        </w:rPr>
        <w:t xml:space="preserve">• </w:t>
      </w:r>
      <w:r>
        <w:rPr>
          <w:rFonts w:ascii="Calibri" w:hAnsi="Calibri" w:cs="Calibri" w:eastAsia="宋体"/>
        </w:rPr>
        <w:t>卫生巾（纯棉日用款 245 - 275 mm 即可，以轻薄透气的款式为宜，仅在出院当天需要使用）</w:t>
      </w:r>
    </w:p>
    <w:p>
      <w:pPr>
        <w:spacing w:before="20" w:after="40"/>
        <w:ind w:left="425" w:hanging="312"/>
      </w:pPr>
      <w:r>
        <w:rPr>
          <w:rFonts w:ascii="Calibri" w:hAnsi="Calibri" w:cs="Calibri" w:eastAsia="宋体"/>
        </w:rPr>
        <w:t xml:space="preserve">• </w:t>
      </w:r>
      <w:r>
        <w:rPr>
          <w:rFonts w:ascii="Calibri" w:hAnsi="Calibri" w:cs="Calibri" w:eastAsia="宋体"/>
        </w:rPr>
        <w:t>百多邦喷雾（住院期间需准备 2-3 瓶，注意</w:t>
      </w:r>
      <w:r>
        <w:rPr>
          <w:rFonts w:ascii="Calibri" w:hAnsi="Calibri" w:cs="Calibri" w:eastAsia="宋体"/>
          <w:b/>
        </w:rPr>
        <w:t>是喷剂不是涂剂</w:t>
      </w:r>
      <w:r>
        <w:rPr>
          <w:rFonts w:ascii="Calibri" w:hAnsi="Calibri" w:cs="Calibri" w:eastAsia="宋体"/>
        </w:rPr>
        <w:t>，需选择可用于伤口消毒的款式，用于大小便后术区消毒）</w:t>
      </w:r>
    </w:p>
    <w:p>
      <w:pPr>
        <w:spacing w:before="20" w:after="40"/>
        <w:ind w:left="425" w:hanging="312"/>
      </w:pPr>
      <w:r>
        <w:rPr>
          <w:rFonts w:ascii="Calibri" w:hAnsi="Calibri" w:cs="Calibri" w:eastAsia="宋体"/>
        </w:rPr>
        <w:t xml:space="preserve">• </w:t>
      </w:r>
      <w:r>
        <w:rPr>
          <w:rFonts w:ascii="Calibri" w:hAnsi="Calibri" w:cs="Calibri" w:eastAsia="宋体"/>
        </w:rPr>
        <w:t>撕两卷碎纱</w:t>
      </w:r>
    </w:p>
    <w:p>
      <w:pPr>
        <w:spacing w:before="20" w:after="40"/>
        <w:ind w:left="822" w:hanging="312"/>
      </w:pPr>
      <w:r>
        <w:rPr>
          <w:rFonts w:ascii="Calibri" w:hAnsi="Calibri" w:cs="Calibri" w:eastAsia="宋体"/>
        </w:rPr>
        <w:t xml:space="preserve">◦ </w:t>
      </w:r>
      <w:r>
        <w:rPr>
          <w:rFonts w:ascii="Calibri" w:hAnsi="Calibri" w:cs="Calibri" w:eastAsia="宋体"/>
        </w:rPr>
        <w:t>入院时会给你三卷纱布，护士站提供剪刀，但请优先完成剪裁后立刻归还。</w:t>
      </w:r>
    </w:p>
    <w:p>
      <w:pPr>
        <w:spacing w:before="20" w:after="40"/>
        <w:ind w:left="822" w:hanging="312"/>
      </w:pPr>
      <w:r>
        <w:rPr>
          <w:rFonts w:ascii="Calibri" w:hAnsi="Calibri" w:cs="Calibri" w:eastAsia="宋体"/>
        </w:rPr>
        <w:t xml:space="preserve">◦ </w:t>
      </w:r>
      <w:r>
        <w:rPr>
          <w:rFonts w:ascii="Calibri" w:hAnsi="Calibri" w:cs="Calibri" w:eastAsia="宋体"/>
        </w:rPr>
        <w:t>请将纱布撕成纱线</w:t>
      </w:r>
    </w:p>
    <w:p>
      <w:pPr>
        <w:spacing w:before="20" w:after="40"/>
        <w:ind w:left="425" w:hanging="312"/>
      </w:pPr>
      <w:r>
        <w:rPr>
          <w:rFonts w:ascii="Calibri" w:hAnsi="Calibri" w:cs="Calibri" w:eastAsia="宋体"/>
        </w:rPr>
        <w:t xml:space="preserve">• </w:t>
      </w:r>
      <w:r>
        <w:rPr>
          <w:rFonts w:ascii="Calibri" w:hAnsi="Calibri" w:cs="Calibri" w:eastAsia="宋体"/>
        </w:rPr>
        <w:t>优力抒弹性绷带（8cm × 250cm），5 卷</w:t>
      </w:r>
    </w:p>
    <w:p>
      <w:pPr>
        <w:spacing w:after="100"/>
      </w:pPr>
      <w:r>
        <w:rPr>
          <w:rFonts w:ascii="Calibri" w:hAnsi="Calibri" w:cs="Calibri" w:eastAsia="宋体"/>
        </w:rPr>
        <w:t>仅成形阴道的 SRS 需要准备的物品（用于通模具，零深度无需准备）：</w:t>
      </w:r>
    </w:p>
    <w:p>
      <w:pPr>
        <w:spacing w:before="20" w:after="40"/>
        <w:ind w:left="425" w:hanging="312"/>
      </w:pPr>
      <w:r>
        <w:rPr>
          <w:rFonts w:ascii="Calibri" w:hAnsi="Calibri" w:cs="Calibri" w:eastAsia="宋体"/>
        </w:rPr>
        <w:t xml:space="preserve">• </w:t>
      </w:r>
      <w:r>
        <w:rPr>
          <w:rFonts w:ascii="Calibri" w:hAnsi="Calibri" w:cs="Calibri" w:eastAsia="宋体"/>
        </w:rPr>
        <w:t>普朗特凝胶（请</w:t>
      </w:r>
      <w:r>
        <w:rPr>
          <w:rFonts w:ascii="Calibri" w:hAnsi="Calibri" w:cs="Calibri" w:eastAsia="宋体"/>
          <w:b/>
        </w:rPr>
        <w:t>认准凝胶款而非液体款</w:t>
      </w:r>
      <w:r>
        <w:rPr>
          <w:rFonts w:ascii="Calibri" w:hAnsi="Calibri" w:cs="Calibri" w:eastAsia="宋体"/>
        </w:rPr>
        <w:t>；30 mL装，两瓶）</w:t>
      </w:r>
      <w:r>
        <w:br/>
      </w:r>
    </w:p>
    <w:p>
      <w:pPr>
        <w:spacing w:before="20" w:after="40"/>
        <w:ind w:left="822" w:hanging="312"/>
      </w:pPr>
      <w:r>
        <w:rPr>
          <w:rFonts w:ascii="Calibri" w:hAnsi="Calibri" w:cs="Calibri" w:eastAsia="宋体"/>
        </w:rPr>
        <w:t xml:space="preserve">◦ </w:t>
      </w:r>
      <w:r>
        <w:rPr>
          <w:rFonts w:ascii="Calibri" w:hAnsi="Calibri" w:cs="Calibri" w:eastAsia="宋体"/>
        </w:rPr>
        <w:t>请勿购买大瓶的液体版本</w:t>
      </w:r>
    </w:p>
    <w:p>
      <w:pPr>
        <w:spacing w:before="20" w:after="40"/>
        <w:ind w:left="425" w:hanging="312"/>
      </w:pPr>
      <w:r>
        <w:rPr>
          <w:rFonts w:ascii="Calibri" w:hAnsi="Calibri" w:cs="Calibri" w:eastAsia="宋体"/>
        </w:rPr>
        <w:t xml:space="preserve">• </w:t>
      </w:r>
      <w:r>
        <w:rPr>
          <w:rFonts w:ascii="Calibri" w:hAnsi="Calibri" w:cs="Calibri" w:eastAsia="宋体"/>
        </w:rPr>
        <w:t>避孕套（住院期间大约会使用 15-20 个）</w:t>
      </w:r>
    </w:p>
    <w:p>
      <w:pPr>
        <w:spacing w:before="20" w:after="40"/>
        <w:ind w:left="425" w:hanging="312"/>
      </w:pPr>
      <w:r>
        <w:rPr>
          <w:rFonts w:ascii="Calibri" w:hAnsi="Calibri" w:cs="Calibri" w:eastAsia="宋体"/>
        </w:rPr>
        <w:t xml:space="preserve">• </w:t>
      </w:r>
      <w:r>
        <w:rPr>
          <w:rFonts w:ascii="Calibri" w:hAnsi="Calibri" w:cs="Calibri" w:eastAsia="宋体"/>
        </w:rPr>
        <w:t>模具（硅胶）</w:t>
      </w:r>
      <w:r>
        <w:br/>
      </w:r>
    </w:p>
    <w:p>
      <w:pPr>
        <w:spacing w:before="20" w:after="40"/>
        <w:ind w:left="822" w:hanging="312"/>
      </w:pPr>
      <w:r>
        <w:rPr>
          <w:rFonts w:ascii="Calibri" w:hAnsi="Calibri" w:cs="Calibri" w:eastAsia="宋体"/>
        </w:rPr>
        <w:t xml:space="preserve">◦ </w:t>
      </w:r>
      <w:r>
        <w:rPr>
          <w:rFonts w:ascii="Calibri" w:hAnsi="Calibri" w:cs="Calibri" w:eastAsia="宋体"/>
        </w:rPr>
        <w:t>模具可在购买前和管床医生沟通。</w:t>
      </w:r>
    </w:p>
    <w:p>
      <w:pPr>
        <w:spacing w:before="20" w:after="40"/>
        <w:ind w:left="822" w:hanging="312"/>
      </w:pPr>
      <w:r>
        <w:rPr>
          <w:rFonts w:ascii="Calibri" w:hAnsi="Calibri" w:cs="Calibri" w:eastAsia="宋体"/>
        </w:rPr>
        <w:t xml:space="preserve">◦ </w:t>
      </w:r>
      <w:r>
        <w:rPr>
          <w:rFonts w:ascii="Calibri" w:hAnsi="Calibri" w:cs="Calibri" w:eastAsia="宋体"/>
        </w:rPr>
        <w:t>医生要求使用</w:t>
      </w:r>
      <w:r>
        <w:rPr>
          <w:rFonts w:ascii="Calibri" w:hAnsi="Calibri" w:cs="Calibri" w:eastAsia="宋体"/>
          <w:b/>
        </w:rPr>
        <w:t>软质透明</w:t>
      </w:r>
      <w:r>
        <w:rPr>
          <w:rFonts w:ascii="Calibri" w:hAnsi="Calibri" w:cs="Calibri" w:eastAsia="宋体"/>
        </w:rPr>
        <w:t>硅胶假阴茎作为模具，使用玻璃模具可能导致通模困难、疼痛和撕裂等问题。出院前仅需要 2.5 cm 直径的模具，出院后根据恢复状态将逐渐扩大尺寸。</w:t>
      </w:r>
    </w:p>
    <w:p>
      <w:pPr>
        <w:keepNext/>
        <w:spacing w:before="120" w:after="40"/>
        <w:pBdr>
          <w:bottom w:val="single" w:sz="6" w:space="1" w:color="D4D8DE"/>
        </w:pBdr>
      </w:pPr>
      <w:r>
        <w:rPr>
          <w:rFonts w:ascii="Calibri" w:hAnsi="Calibri" w:cs="Calibri" w:eastAsia="微软雅黑"/>
          <w:b/>
        </w:rPr>
        <w:t>▸ 参考图片</w:t>
      </w:r>
    </w:p>
    <w:p>
      <w:pPr>
        <w:spacing w:after="100"/>
      </w:pPr>
      <w:r>
        <w:rPr>
          <w:rFonts w:ascii="Calibri" w:hAnsi="Calibri" w:cs="Calibri" w:eastAsia="宋体"/>
        </w:rPr>
        <w:t>如有疑义请与管床医生或护士沟通。</w:t>
      </w:r>
    </w:p>
    <w:p>
      <w:pPr>
        <w:pStyle w:val="Heading6"/>
      </w:pPr>
      <w:r>
        <w:rPr>
          <w:rFonts w:ascii="Calibri" w:hAnsi="Calibri" w:cs="Calibri" w:eastAsia="宋体"/>
        </w:rPr>
        <w:t>其他建议准备的生活用品</w:t>
      </w:r>
    </w:p>
    <w:p>
      <w:pPr>
        <w:pStyle w:val="Heading7"/>
      </w:pPr>
      <w:r>
        <w:rPr>
          <w:rFonts w:ascii="Calibri" w:hAnsi="Calibri" w:cs="Calibri" w:eastAsia="宋体"/>
        </w:rPr>
        <w:t>入院前</w:t>
      </w:r>
    </w:p>
    <w:p>
      <w:pPr>
        <w:spacing w:before="20" w:after="40"/>
        <w:ind w:left="425" w:hanging="312"/>
      </w:pPr>
      <w:r>
        <w:rPr>
          <w:rFonts w:ascii="Calibri" w:hAnsi="Calibri" w:cs="Calibri" w:eastAsia="宋体"/>
        </w:rPr>
        <w:t xml:space="preserve">• </w:t>
      </w:r>
      <w:r>
        <w:rPr>
          <w:rFonts w:ascii="Calibri" w:hAnsi="Calibri" w:cs="Calibri" w:eastAsia="宋体"/>
        </w:rPr>
        <w:t>电源插排</w:t>
      </w:r>
      <w:r>
        <w:br/>
      </w:r>
      <w:r>
        <w:br/>
      </w:r>
      <w:r>
        <w:rPr>
          <w:rFonts w:ascii="Calibri" w:hAnsi="Calibri" w:cs="Calibri" w:eastAsia="宋体"/>
        </w:rPr>
        <w:t>用于为手机等设备充电。每张床位仅有一个国标电源插座，若无插排术后心电监护将占用</w:t>
      </w:r>
    </w:p>
    <w:p>
      <w:pPr>
        <w:spacing w:before="20" w:after="40"/>
        <w:ind w:left="425" w:hanging="312"/>
      </w:pPr>
      <w:r>
        <w:rPr>
          <w:rFonts w:ascii="Calibri" w:hAnsi="Calibri" w:cs="Calibri" w:eastAsia="宋体"/>
        </w:rPr>
        <w:t xml:space="preserve">• </w:t>
      </w:r>
      <w:r>
        <w:rPr>
          <w:rFonts w:ascii="Calibri" w:hAnsi="Calibri" w:cs="Calibri" w:eastAsia="宋体"/>
        </w:rPr>
        <w:t>靠枕（可选以改善体验）</w:t>
      </w:r>
    </w:p>
    <w:p>
      <w:pPr>
        <w:spacing w:before="20" w:after="40"/>
        <w:ind w:left="425" w:hanging="312"/>
      </w:pPr>
      <w:r>
        <w:rPr>
          <w:rFonts w:ascii="Calibri" w:hAnsi="Calibri" w:cs="Calibri" w:eastAsia="宋体"/>
        </w:rPr>
        <w:t xml:space="preserve">• </w:t>
      </w:r>
      <w:r>
        <w:rPr>
          <w:rFonts w:ascii="Calibri" w:hAnsi="Calibri" w:cs="Calibri" w:eastAsia="宋体"/>
        </w:rPr>
        <w:t>饭盒/碗（半流质食物/普食早餐粥）、筷子、勺子</w:t>
      </w:r>
      <w:r>
        <w:br/>
      </w:r>
      <w:r>
        <w:br/>
      </w:r>
      <w:r>
        <w:rPr>
          <w:rFonts w:ascii="Calibri" w:hAnsi="Calibri" w:cs="Calibri" w:eastAsia="宋体"/>
        </w:rPr>
        <w:t>有时可以向餐车免费索要一次性筷子或一次性塑料碗，但供应不稳定，建议自行网购一次性餐具/旅行餐具，</w:t>
      </w:r>
      <w:r>
        <w:rPr>
          <w:rFonts w:ascii="Calibri" w:hAnsi="Calibri" w:cs="Calibri" w:eastAsia="宋体"/>
          <w:strike/>
        </w:rPr>
        <w:t>或放弃在餐车吃饭</w:t>
      </w:r>
    </w:p>
    <w:p>
      <w:pPr>
        <w:spacing w:before="20" w:after="40"/>
        <w:ind w:left="425" w:hanging="312"/>
      </w:pPr>
      <w:r>
        <w:rPr>
          <w:rFonts w:ascii="Calibri" w:hAnsi="Calibri" w:cs="Calibri" w:eastAsia="宋体"/>
        </w:rPr>
        <w:t xml:space="preserve">• </w:t>
      </w:r>
      <w:r>
        <w:rPr>
          <w:rFonts w:ascii="Calibri" w:hAnsi="Calibri" w:cs="Calibri" w:eastAsia="宋体"/>
          <w:strike/>
        </w:rPr>
        <w:t>PP材质可盛装开水的塑料水壶（水房只有开水，如全程购买瓶装水可忽略）</w:t>
      </w:r>
      <w:r>
        <w:rPr>
          <w:rFonts w:ascii="Calibri" w:hAnsi="Calibri" w:cs="Calibri" w:eastAsia="宋体"/>
        </w:rPr>
        <w:t xml:space="preserve"> 病房提供公用热水壶，也可自带</w:t>
      </w:r>
    </w:p>
    <w:p>
      <w:pPr>
        <w:spacing w:before="20" w:after="40"/>
        <w:ind w:left="425" w:hanging="312"/>
      </w:pPr>
      <w:r>
        <w:rPr>
          <w:rFonts w:ascii="Calibri" w:hAnsi="Calibri" w:cs="Calibri" w:eastAsia="宋体"/>
        </w:rPr>
        <w:t xml:space="preserve">• </w:t>
      </w:r>
      <w:r>
        <w:rPr>
          <w:rFonts w:ascii="Calibri" w:hAnsi="Calibri" w:cs="Calibri" w:eastAsia="宋体"/>
        </w:rPr>
        <w:t>耳塞 / 降噪耳机（可选以提升睡眠体验）</w:t>
      </w:r>
    </w:p>
    <w:p>
      <w:pPr>
        <w:spacing w:before="20" w:after="40"/>
        <w:ind w:left="425" w:hanging="312"/>
      </w:pPr>
      <w:r>
        <w:rPr>
          <w:rFonts w:ascii="Calibri" w:hAnsi="Calibri" w:cs="Calibri" w:eastAsia="宋体"/>
        </w:rPr>
        <w:t xml:space="preserve">• </w:t>
      </w:r>
      <w:r>
        <w:rPr>
          <w:rFonts w:ascii="Calibri" w:hAnsi="Calibri" w:cs="Calibri" w:eastAsia="宋体"/>
          <w:b/>
        </w:rPr>
        <w:t>2m 或以上</w:t>
      </w:r>
      <w:r>
        <w:rPr>
          <w:rFonts w:ascii="Calibri" w:hAnsi="Calibri" w:cs="Calibri" w:eastAsia="宋体"/>
        </w:rPr>
        <w:t xml:space="preserve"> 的 USB 线缆（插座离床有一定距离）</w:t>
      </w:r>
    </w:p>
    <w:p>
      <w:pPr>
        <w:pStyle w:val="Heading7"/>
      </w:pPr>
      <w:r>
        <w:rPr>
          <w:rFonts w:ascii="Calibri" w:hAnsi="Calibri" w:cs="Calibri" w:eastAsia="宋体"/>
        </w:rPr>
        <w:t>手术后</w:t>
      </w:r>
    </w:p>
    <w:p>
      <w:pPr>
        <w:spacing w:before="20" w:after="40"/>
        <w:ind w:left="425" w:hanging="312"/>
      </w:pPr>
      <w:r>
        <w:rPr>
          <w:rFonts w:ascii="Calibri" w:hAnsi="Calibri" w:cs="Calibri" w:eastAsia="宋体"/>
        </w:rPr>
        <w:t xml:space="preserve">• </w:t>
      </w:r>
      <w:r>
        <w:rPr>
          <w:rFonts w:ascii="Calibri" w:hAnsi="Calibri" w:cs="Calibri" w:eastAsia="宋体"/>
        </w:rPr>
        <w:t>毛巾（用于不能下床时擦脸及身体，可购买一次性毛巾作为更卫生的替代）</w:t>
      </w:r>
    </w:p>
    <w:p>
      <w:pPr>
        <w:spacing w:before="20" w:after="40"/>
        <w:ind w:left="425" w:hanging="312"/>
      </w:pPr>
      <w:r>
        <w:rPr>
          <w:rFonts w:ascii="Calibri" w:hAnsi="Calibri" w:cs="Calibri" w:eastAsia="宋体"/>
        </w:rPr>
        <w:t xml:space="preserve">• </w:t>
      </w:r>
      <w:r>
        <w:rPr>
          <w:rFonts w:ascii="Calibri" w:hAnsi="Calibri" w:cs="Calibri" w:eastAsia="宋体"/>
          <w:b/>
        </w:rPr>
        <w:t>无酒精</w:t>
      </w:r>
      <w:r>
        <w:rPr>
          <w:rFonts w:ascii="Calibri" w:hAnsi="Calibri" w:cs="Calibri" w:eastAsia="宋体"/>
        </w:rPr>
        <w:t>消毒湿巾（可购买婴儿湿巾）</w:t>
      </w:r>
    </w:p>
    <w:p>
      <w:pPr>
        <w:spacing w:before="20" w:after="40"/>
        <w:ind w:left="425" w:hanging="312"/>
      </w:pPr>
      <w:r>
        <w:rPr>
          <w:rFonts w:ascii="Calibri" w:hAnsi="Calibri" w:cs="Calibri" w:eastAsia="宋体"/>
        </w:rPr>
        <w:t xml:space="preserve">• </w:t>
      </w:r>
      <w:r>
        <w:rPr>
          <w:rFonts w:ascii="Calibri" w:hAnsi="Calibri" w:cs="Calibri" w:eastAsia="宋体"/>
        </w:rPr>
        <w:t>抽纸</w:t>
      </w:r>
    </w:p>
    <w:p>
      <w:pPr>
        <w:spacing w:before="20" w:after="40"/>
        <w:ind w:left="425" w:hanging="312"/>
      </w:pPr>
      <w:r>
        <w:rPr>
          <w:rFonts w:ascii="Calibri" w:hAnsi="Calibri" w:cs="Calibri" w:eastAsia="宋体"/>
        </w:rPr>
        <w:t xml:space="preserve">• </w:t>
      </w:r>
      <w:r>
        <w:rPr>
          <w:rFonts w:ascii="Calibri" w:hAnsi="Calibri" w:cs="Calibri" w:eastAsia="宋体"/>
        </w:rPr>
        <w:t>个人生活用品（洗面奶、护肤品、沐浴露、洗发水等，可购买小包装）</w:t>
      </w:r>
    </w:p>
    <w:p>
      <w:pPr>
        <w:spacing w:before="20" w:after="40"/>
        <w:ind w:left="425" w:hanging="312"/>
      </w:pPr>
      <w:r>
        <w:rPr>
          <w:rFonts w:ascii="Calibri" w:hAnsi="Calibri" w:cs="Calibri" w:eastAsia="宋体"/>
        </w:rPr>
        <w:t xml:space="preserve">• </w:t>
      </w:r>
      <w:r>
        <w:rPr>
          <w:rFonts w:ascii="Calibri" w:hAnsi="Calibri" w:cs="Calibri" w:eastAsia="宋体"/>
        </w:rPr>
        <w:t>牙刷、牙膏、漱口杯（可用一次性杯）</w:t>
      </w:r>
      <w:r>
        <w:br/>
      </w:r>
      <w:r>
        <w:br/>
      </w:r>
      <w:r>
        <w:rPr>
          <w:rFonts w:ascii="Calibri" w:hAnsi="Calibri" w:cs="Calibri" w:eastAsia="宋体"/>
        </w:rPr>
        <w:t>建议在术前认真评估自己是否掌握了平卧单手刷牙这项技能。电动牙刷可显著提升体验</w:t>
      </w:r>
    </w:p>
    <w:p>
      <w:pPr>
        <w:spacing w:before="20" w:after="40"/>
        <w:ind w:left="425" w:hanging="312"/>
      </w:pPr>
      <w:r>
        <w:rPr>
          <w:rFonts w:ascii="Calibri" w:hAnsi="Calibri" w:cs="Calibri" w:eastAsia="宋体"/>
        </w:rPr>
        <w:t xml:space="preserve">• </w:t>
      </w:r>
      <w:r>
        <w:rPr>
          <w:rFonts w:ascii="Calibri" w:hAnsi="Calibri" w:cs="Calibri" w:eastAsia="宋体"/>
        </w:rPr>
        <w:t>口香糖</w:t>
      </w:r>
      <w:r>
        <w:br/>
      </w:r>
      <w:r>
        <w:br/>
      </w:r>
      <w:r>
        <w:rPr>
          <w:rFonts w:ascii="Calibri" w:hAnsi="Calibri" w:cs="Calibri" w:eastAsia="宋体"/>
        </w:rPr>
        <w:t>用于在无法仔细刷牙时清洁口腔</w:t>
      </w:r>
    </w:p>
    <w:p>
      <w:pPr>
        <w:spacing w:before="20" w:after="40"/>
        <w:ind w:left="425" w:hanging="312"/>
      </w:pPr>
      <w:r>
        <w:rPr>
          <w:rFonts w:ascii="Calibri" w:hAnsi="Calibri" w:cs="Calibri" w:eastAsia="宋体"/>
        </w:rPr>
        <w:t xml:space="preserve">• </w:t>
      </w:r>
      <w:r>
        <w:rPr>
          <w:rFonts w:ascii="Calibri" w:hAnsi="Calibri" w:cs="Calibri" w:eastAsia="宋体"/>
        </w:rPr>
        <w:t>水杯</w:t>
      </w:r>
      <w:r>
        <w:br/>
      </w:r>
      <w:r>
        <w:br/>
      </w:r>
      <w:r>
        <w:rPr>
          <w:rFonts w:ascii="Calibri" w:hAnsi="Calibri" w:cs="Calibri" w:eastAsia="宋体"/>
        </w:rPr>
        <w:t>建议使用水瓶倒置时仍可以正常饮水的瓶子，如尖叫、农夫山泉；如果水杯不带吸管护工阿姨可提供吸管</w:t>
      </w:r>
    </w:p>
    <w:p>
      <w:pPr>
        <w:spacing w:before="20" w:after="40"/>
        <w:ind w:left="425" w:hanging="312"/>
      </w:pPr>
      <w:r>
        <w:rPr>
          <w:rFonts w:ascii="Calibri" w:hAnsi="Calibri" w:cs="Calibri" w:eastAsia="宋体"/>
        </w:rPr>
        <w:t xml:space="preserve">• </w:t>
      </w:r>
      <w:r>
        <w:rPr>
          <w:rFonts w:ascii="Calibri" w:hAnsi="Calibri" w:cs="Calibri" w:eastAsia="宋体"/>
        </w:rPr>
        <w:t>小镜子，手电筒</w:t>
      </w:r>
      <w:r>
        <w:br/>
      </w:r>
      <w:r>
        <w:br/>
      </w:r>
      <w:r>
        <w:rPr>
          <w:rFonts w:ascii="Calibri" w:hAnsi="Calibri" w:cs="Calibri" w:eastAsia="宋体"/>
        </w:rPr>
        <w:t>用于</w:t>
      </w:r>
      <w:r>
        <w:rPr>
          <w:rFonts w:ascii="Calibri" w:hAnsi="Calibri" w:cs="Calibri" w:eastAsia="宋体"/>
          <w:strike/>
        </w:rPr>
        <w:t>审批</w:t>
      </w:r>
      <w:r>
        <w:rPr>
          <w:rFonts w:ascii="Calibri" w:hAnsi="Calibri" w:cs="Calibri" w:eastAsia="宋体"/>
        </w:rPr>
        <w:t>自行查看阴部，请自行评估是否可被手机代替</w:t>
      </w:r>
    </w:p>
    <w:p>
      <w:pPr>
        <w:spacing w:before="20" w:after="40"/>
        <w:ind w:left="425" w:hanging="312"/>
      </w:pPr>
      <w:r>
        <w:rPr>
          <w:rFonts w:ascii="Calibri" w:hAnsi="Calibri" w:cs="Calibri" w:eastAsia="宋体"/>
        </w:rPr>
        <w:t xml:space="preserve">• </w:t>
      </w:r>
      <w:r>
        <w:rPr>
          <w:rFonts w:ascii="Calibri" w:hAnsi="Calibri" w:cs="Calibri" w:eastAsia="宋体"/>
        </w:rPr>
        <w:t>小风扇（用于干燥阴部和解暑）</w:t>
      </w:r>
    </w:p>
    <w:p>
      <w:pPr>
        <w:spacing w:before="20" w:after="40"/>
        <w:ind w:left="425" w:hanging="312"/>
      </w:pPr>
      <w:r>
        <w:rPr>
          <w:rFonts w:ascii="Calibri" w:hAnsi="Calibri" w:cs="Calibri" w:eastAsia="宋体"/>
        </w:rPr>
        <w:t xml:space="preserve">• </w:t>
      </w:r>
      <w:r>
        <w:rPr>
          <w:rFonts w:ascii="Calibri" w:hAnsi="Calibri" w:cs="Calibri" w:eastAsia="宋体"/>
        </w:rPr>
        <w:t xml:space="preserve">拖鞋，或便于穿脱的其他鞋子 </w:t>
      </w:r>
      <w:r>
        <w:rPr>
          <w:rFonts w:ascii="Calibri" w:hAnsi="Calibri" w:cs="Calibri" w:eastAsia="宋体"/>
          <w:b/>
        </w:rPr>
        <w:t>可能</w:t>
      </w:r>
      <w:r>
        <w:rPr>
          <w:rFonts w:ascii="Calibri" w:hAnsi="Calibri" w:cs="Calibri" w:eastAsia="宋体"/>
        </w:rPr>
        <w:t>可以继承别人的，如果可以接受二手可不购买</w:t>
      </w:r>
    </w:p>
    <w:p>
      <w:pPr>
        <w:spacing w:before="20" w:after="40"/>
        <w:ind w:left="425" w:hanging="312"/>
      </w:pPr>
      <w:r>
        <w:rPr>
          <w:rFonts w:ascii="Calibri" w:hAnsi="Calibri" w:cs="Calibri" w:eastAsia="宋体"/>
        </w:rPr>
        <w:t xml:space="preserve">• </w:t>
      </w:r>
      <w:r>
        <w:rPr>
          <w:rFonts w:ascii="Calibri" w:hAnsi="Calibri" w:cs="Calibri" w:eastAsia="宋体"/>
        </w:rPr>
        <w:t>手机支架</w:t>
      </w:r>
      <w:r>
        <w:br/>
      </w:r>
      <w:r>
        <w:br/>
      </w:r>
      <w:r>
        <w:rPr>
          <w:rFonts w:ascii="Calibri" w:hAnsi="Calibri" w:cs="Calibri" w:eastAsia="宋体"/>
        </w:rPr>
        <w:t>这个护工阿姨一般会有</w:t>
      </w:r>
    </w:p>
    <w:p>
      <w:pPr>
        <w:spacing w:before="20" w:after="40"/>
        <w:ind w:left="425" w:hanging="312"/>
      </w:pPr>
      <w:r>
        <w:rPr>
          <w:rFonts w:ascii="Calibri" w:hAnsi="Calibri" w:cs="Calibri" w:eastAsia="宋体"/>
        </w:rPr>
        <w:t xml:space="preserve">• </w:t>
      </w:r>
      <w:r>
        <w:rPr>
          <w:rFonts w:ascii="Calibri" w:hAnsi="Calibri" w:cs="Calibri" w:eastAsia="宋体"/>
        </w:rPr>
        <w:t>脸盆，</w:t>
      </w:r>
      <w:r>
        <w:rPr>
          <w:rFonts w:ascii="Calibri" w:hAnsi="Calibri" w:cs="Calibri" w:eastAsia="宋体"/>
          <w:b/>
        </w:rPr>
        <w:t>可能</w:t>
      </w:r>
      <w:r>
        <w:rPr>
          <w:rFonts w:ascii="Calibri" w:hAnsi="Calibri" w:cs="Calibri" w:eastAsia="宋体"/>
        </w:rPr>
        <w:t>可以继承别人的，如果可以接受二手可不购买</w:t>
      </w:r>
    </w:p>
    <w:p>
      <w:pPr>
        <w:spacing w:before="20" w:after="40"/>
        <w:ind w:left="425" w:hanging="312"/>
      </w:pPr>
      <w:r>
        <w:rPr>
          <w:rFonts w:ascii="Calibri" w:hAnsi="Calibri" w:cs="Calibri" w:eastAsia="宋体"/>
        </w:rPr>
        <w:t xml:space="preserve">• </w:t>
      </w:r>
      <w:r>
        <w:rPr>
          <w:rFonts w:ascii="Calibri" w:hAnsi="Calibri" w:cs="Calibri" w:eastAsia="宋体"/>
        </w:rPr>
        <w:t>两个不易断的橡皮筋</w:t>
      </w:r>
      <w:r>
        <w:br/>
      </w:r>
      <w:r>
        <w:br/>
      </w:r>
      <w:r>
        <w:rPr>
          <w:rFonts w:ascii="Calibri" w:hAnsi="Calibri" w:cs="Calibri" w:eastAsia="宋体"/>
        </w:rPr>
        <w:t xml:space="preserve">护工阿姨会在术后给你扎双马尾麻花辫 </w:t>
      </w:r>
      <w:r>
        <w:rPr>
          <w:rFonts w:ascii="Calibri" w:hAnsi="Calibri" w:cs="Calibri" w:eastAsia="宋体"/>
          <w:strike/>
        </w:rPr>
        <w:t>，如果有 ADHD 以至于不玩头发浑身难受也可请求改换发型</w:t>
      </w:r>
    </w:p>
    <w:p>
      <w:pPr>
        <w:spacing w:before="20" w:after="40"/>
        <w:ind w:left="425" w:hanging="312"/>
      </w:pPr>
      <w:r>
        <w:rPr>
          <w:rFonts w:ascii="Calibri" w:hAnsi="Calibri" w:cs="Calibri" w:eastAsia="宋体"/>
        </w:rPr>
        <w:t xml:space="preserve">• </w:t>
      </w:r>
      <w:r>
        <w:rPr>
          <w:rFonts w:ascii="Calibri" w:hAnsi="Calibri" w:cs="Calibri" w:eastAsia="宋体"/>
        </w:rPr>
        <w:t>甜甜圈坐垫（痔疮手术坐垫），拆包前购买即可，用于术后及出院后作为坐垫，痔疮手术坐垫相比甜甜圈坐垫更硬、支撑性更好，请根据个人情况和喜好选择。</w:t>
      </w:r>
    </w:p>
    <w:p>
      <w:pPr>
        <w:spacing w:before="20" w:after="40"/>
        <w:ind w:left="425" w:hanging="312"/>
      </w:pPr>
      <w:r>
        <w:rPr>
          <w:rFonts w:ascii="Calibri" w:hAnsi="Calibri" w:cs="Calibri" w:eastAsia="宋体"/>
        </w:rPr>
        <w:t xml:space="preserve">• </w:t>
      </w:r>
      <w:r>
        <w:rPr>
          <w:rFonts w:ascii="Calibri" w:hAnsi="Calibri" w:cs="Calibri" w:eastAsia="宋体"/>
        </w:rPr>
        <w:t>药品（以下药品院方不会强制要求或开具，请自行评估后自备，</w:t>
      </w:r>
      <w:r>
        <w:rPr>
          <w:rFonts w:ascii="Calibri" w:hAnsi="Calibri" w:cs="Calibri" w:eastAsia="宋体"/>
          <w:b/>
        </w:rPr>
        <w:t>请在使用任何药品前与管床医生充分讨论以免发生计划外问题，本列表不构成医疗建议</w:t>
      </w:r>
      <w:r>
        <w:rPr>
          <w:rFonts w:ascii="Calibri" w:hAnsi="Calibri" w:cs="Calibri" w:eastAsia="宋体"/>
        </w:rPr>
        <w:t>）</w:t>
      </w:r>
      <w:r>
        <w:br/>
      </w:r>
    </w:p>
    <w:p>
      <w:pPr>
        <w:spacing w:before="20" w:after="40"/>
        <w:ind w:left="822" w:hanging="312"/>
      </w:pPr>
      <w:r>
        <w:rPr>
          <w:rFonts w:ascii="Calibri" w:hAnsi="Calibri" w:cs="Calibri" w:eastAsia="宋体"/>
        </w:rPr>
        <w:t xml:space="preserve">◦ </w:t>
      </w:r>
      <w:r>
        <w:rPr>
          <w:rFonts w:ascii="Calibri" w:hAnsi="Calibri" w:cs="Calibri" w:eastAsia="宋体"/>
        </w:rPr>
        <w:t>草木犀流浸液片，迈之灵片（禁食结束后术区消肿）</w:t>
      </w:r>
    </w:p>
    <w:p>
      <w:pPr>
        <w:spacing w:before="20" w:after="40"/>
        <w:ind w:left="822" w:hanging="312"/>
      </w:pPr>
      <w:r>
        <w:rPr>
          <w:rFonts w:ascii="Calibri" w:hAnsi="Calibri" w:cs="Calibri" w:eastAsia="宋体"/>
        </w:rPr>
        <w:t xml:space="preserve">◦ </w:t>
      </w:r>
      <w:r>
        <w:rPr>
          <w:rFonts w:ascii="Calibri" w:hAnsi="Calibri" w:cs="Calibri" w:eastAsia="宋体"/>
          <w:strike/>
        </w:rPr>
        <w:t>康瑞保祛疤凝胶（拆线后祛疤）</w:t>
      </w:r>
      <w:r>
        <w:rPr>
          <w:rFonts w:ascii="Calibri" w:hAnsi="Calibri" w:cs="Calibri" w:eastAsia="宋体"/>
        </w:rPr>
        <w:t xml:space="preserve"> 直接在医院购买即可</w:t>
      </w:r>
    </w:p>
    <w:p>
      <w:pPr>
        <w:spacing w:before="20" w:after="40"/>
        <w:ind w:left="822" w:hanging="312"/>
      </w:pPr>
      <w:r>
        <w:rPr>
          <w:rFonts w:ascii="Calibri" w:hAnsi="Calibri" w:cs="Calibri" w:eastAsia="宋体"/>
        </w:rPr>
        <w:t xml:space="preserve">◦ </w:t>
      </w:r>
      <w:r>
        <w:rPr>
          <w:rFonts w:ascii="Calibri" w:hAnsi="Calibri" w:cs="Calibri" w:eastAsia="宋体"/>
        </w:rPr>
        <w:t>适合自己且持有处方的安眠药（疼的睡不着满床打滚时服用）</w:t>
      </w:r>
    </w:p>
    <w:p>
      <w:pPr>
        <w:spacing w:before="20" w:after="40"/>
        <w:ind w:left="822" w:hanging="312"/>
      </w:pPr>
      <w:r>
        <w:rPr>
          <w:rFonts w:ascii="Calibri" w:hAnsi="Calibri" w:cs="Calibri" w:eastAsia="宋体"/>
        </w:rPr>
        <w:t xml:space="preserve">◦ </w:t>
      </w:r>
      <w:r>
        <w:rPr>
          <w:rFonts w:ascii="Calibri" w:hAnsi="Calibri" w:cs="Calibri" w:eastAsia="宋体"/>
        </w:rPr>
        <w:t>布洛芬（止痛）</w:t>
      </w:r>
      <w:r>
        <w:rPr>
          <w:rFonts w:ascii="Calibri" w:hAnsi="Calibri" w:cs="Calibri" w:eastAsia="宋体"/>
          <w:b/>
        </w:rPr>
        <w:t>因术后院方会静脉滴注大量「注射用盐酸丙帕他莫」，严禁使用任何包括「对乙酰氨基酚」成分的药品。谨防药物相互作用及药物过量，必要时咨询医师。</w:t>
      </w:r>
    </w:p>
    <w:p>
      <w:pPr>
        <w:spacing w:before="20" w:after="40"/>
        <w:ind w:left="822" w:hanging="312"/>
      </w:pPr>
      <w:r>
        <w:rPr>
          <w:rFonts w:ascii="Calibri" w:hAnsi="Calibri" w:cs="Calibri" w:eastAsia="宋体"/>
        </w:rPr>
        <w:t xml:space="preserve">◦ </w:t>
      </w:r>
      <w:r>
        <w:rPr>
          <w:rFonts w:ascii="Calibri" w:hAnsi="Calibri" w:cs="Calibri" w:eastAsia="宋体"/>
        </w:rPr>
        <w:t>铝碳酸镁咀嚼片（禁食期间缓解胃部症状）</w:t>
      </w:r>
    </w:p>
    <w:p>
      <w:pPr>
        <w:spacing w:before="20" w:after="40"/>
        <w:ind w:left="822" w:hanging="312"/>
      </w:pPr>
      <w:r>
        <w:rPr>
          <w:rFonts w:ascii="Calibri" w:hAnsi="Calibri" w:cs="Calibri" w:eastAsia="宋体"/>
        </w:rPr>
        <w:t xml:space="preserve">◦ </w:t>
      </w:r>
      <w:r>
        <w:rPr>
          <w:rFonts w:ascii="Calibri" w:hAnsi="Calibri" w:cs="Calibri" w:eastAsia="宋体"/>
        </w:rPr>
        <w:t>氟比洛芬凝胶贴膏（缓解长期卧床肌肉酸痛，实际上你的镇痛泵中无意外已经有这个成分了。因此可能部分人效果不佳）</w:t>
      </w:r>
    </w:p>
    <w:p>
      <w:pPr>
        <w:spacing w:before="20" w:after="40"/>
        <w:ind w:left="822" w:hanging="312"/>
      </w:pPr>
      <w:r>
        <w:rPr>
          <w:rFonts w:ascii="Calibri" w:hAnsi="Calibri" w:cs="Calibri" w:eastAsia="宋体"/>
        </w:rPr>
        <w:t xml:space="preserve">◦ </w:t>
      </w:r>
      <w:r>
        <w:rPr>
          <w:rFonts w:ascii="Calibri" w:hAnsi="Calibri" w:cs="Calibri" w:eastAsia="宋体"/>
        </w:rPr>
        <w:t>利多卡因软膏（</w:t>
      </w:r>
      <w:r>
        <w:rPr>
          <w:rFonts w:ascii="Calibri" w:hAnsi="Calibri" w:cs="Calibri" w:eastAsia="宋体"/>
          <w:b/>
        </w:rPr>
        <w:t>是软膏不是喷雾</w:t>
      </w:r>
      <w:r>
        <w:rPr>
          <w:rFonts w:ascii="Calibri" w:hAnsi="Calibri" w:cs="Calibri" w:eastAsia="宋体"/>
        </w:rPr>
        <w:t>，如担心拆线时过于疼痛，可以提前半小时涂抹减轻疼痛，医生认为减少挣扎也能让他们更好操作，</w:t>
      </w:r>
      <w:r>
        <w:rPr>
          <w:rFonts w:ascii="Calibri" w:hAnsi="Calibri" w:cs="Calibri" w:eastAsia="宋体"/>
          <w:b/>
        </w:rPr>
        <w:t>用药前请务必再次咨询医生并得到许可</w:t>
      </w:r>
      <w:r>
        <w:rPr>
          <w:rFonts w:ascii="Calibri" w:hAnsi="Calibri" w:cs="Calibri" w:eastAsia="宋体"/>
        </w:rPr>
        <w:t>。</w:t>
      </w:r>
      <w:r>
        <w:rPr>
          <w:rFonts w:ascii="Calibri" w:hAnsi="Calibri" w:cs="Calibri" w:eastAsia="宋体"/>
          <w:b/>
        </w:rPr>
        <w:t>切忌用于通模</w:t>
      </w:r>
      <w:r>
        <w:rPr>
          <w:rFonts w:ascii="Calibri" w:hAnsi="Calibri" w:cs="Calibri" w:eastAsia="宋体"/>
        </w:rPr>
        <w:t>，可能会导致你对通模时的疼痛感知产生偏差造成伤害）</w:t>
      </w:r>
    </w:p>
    <w:p>
      <w:pPr>
        <w:spacing w:before="20" w:after="40"/>
        <w:ind w:left="822" w:hanging="312"/>
      </w:pPr>
      <w:r>
        <w:rPr>
          <w:rFonts w:ascii="Calibri" w:hAnsi="Calibri" w:cs="Calibri" w:eastAsia="宋体"/>
        </w:rPr>
        <w:t xml:space="preserve">◦ </w:t>
      </w:r>
      <w:r>
        <w:rPr>
          <w:rFonts w:ascii="Calibri" w:hAnsi="Calibri" w:cs="Calibri" w:eastAsia="宋体"/>
        </w:rPr>
        <w:t>甲钴胺（手术中不可避免会切断和重新连接许多细小的神经，甲钴胺可以帮助这些受损的神经更好地修复）</w:t>
      </w:r>
    </w:p>
    <w:p>
      <w:pPr>
        <w:pStyle w:val="Heading5"/>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现阶段正进行病房改造，HIV阳性患者需前往指定医院完成SRS后转回411医院恢复，具体流程请同医生交涉，预计改造完成后将可以在院内完成相关患者的手术。 </w:t>
      </w:r>
    </w:p>
    <w:p>
      <w:pPr>
        <w:pStyle w:val="Heading4"/>
      </w:pPr>
      <w:r>
        <w:rPr>
          <w:rFonts w:ascii="Calibri" w:hAnsi="Calibri" w:cs="Calibri" w:eastAsia="微软雅黑"/>
        </w:rPr>
        <w:t>4.7.3.3  【Q&amp;A】手术常见问题</w:t>
      </w:r>
    </w:p>
    <w:p>
      <w:pPr>
        <w:spacing w:after="160"/>
      </w:pPr>
      <w:r>
        <w:rPr>
          <w:rFonts w:ascii="Calibri" w:hAnsi="Calibri" w:cs="Calibri" w:eastAsia="宋体"/>
          <w:color w:val="6B7280"/>
          <w:sz w:val="16"/>
        </w:rPr>
        <w:t>原文：https://mtf.wiki/zh-cn/docs/srs/china/sh411/common-Q-and-A · 最近更新：2026年8月5日</w:t>
      </w:r>
    </w:p>
    <w:p>
      <w:pPr>
        <w:spacing w:after="100"/>
      </w:pPr>
      <w:r>
        <w:rPr>
          <w:rFonts w:ascii="Calibri" w:hAnsi="Calibri" w:cs="Calibri" w:eastAsia="宋体"/>
        </w:rPr>
        <w:t>下列页面分别列举了手术技术、住院期常见问题与注意事项两个板块中你可能会需要或感兴趣的问题。</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b/>
        </w:rPr>
        <w:t>下列页面一切内容不构成医疗建议，请务必谨遵医嘱。</w:t>
      </w:r>
    </w:p>
    <w:p>
      <w:pPr>
        <w:shd w:val="clear" w:color="auto" w:fill="FFFBEB"/>
        <w:pBdr>
          <w:left w:val="single" w:sz="18" w:space="6" w:color="F59E0B"/>
        </w:pBdr>
        <w:spacing w:after="40"/>
      </w:pPr>
      <w:r>
        <w:rPr>
          <w:rFonts w:ascii="Calibri" w:hAnsi="Calibri" w:cs="Calibri" w:eastAsia="宋体"/>
        </w:rPr>
        <w:t>下列页面涉及的问题与解决方案仅是通常情况下的经验。受个体体质与手术技术差异等影响，下列页面中提供的信息可能与最优方案出现偏差、无效甚至造成负面影响，因此请就个人实际情况咨询专业医生。</w:t>
      </w:r>
    </w:p>
    <w:p>
      <w:pPr>
        <w:pStyle w:val="Heading5"/>
      </w:pPr>
      <w:r>
        <w:rPr>
          <w:rFonts w:ascii="Calibri" w:hAnsi="Calibri" w:cs="Calibri" w:eastAsia="微软雅黑"/>
        </w:rPr>
        <w:t>4.7.3.3.1  住院期Q&amp;A</w:t>
      </w:r>
    </w:p>
    <w:p>
      <w:pPr>
        <w:spacing w:after="160"/>
      </w:pPr>
      <w:r>
        <w:rPr>
          <w:rFonts w:ascii="Calibri" w:hAnsi="Calibri" w:cs="Calibri" w:eastAsia="宋体"/>
          <w:color w:val="6B7280"/>
          <w:sz w:val="16"/>
        </w:rPr>
        <w:t>原文：https://mtf.wiki/zh-cn/docs/srs/china/sh411/common-Q-and-A/inpatient-period · 最近更新：2026年8月5日</w:t>
      </w:r>
    </w:p>
    <w:p>
      <w:pPr>
        <w:pStyle w:val="Heading6"/>
      </w:pPr>
      <w:r>
        <w:rPr>
          <w:rFonts w:ascii="Calibri" w:hAnsi="Calibri" w:cs="Calibri" w:eastAsia="宋体"/>
        </w:rPr>
        <w:t>生活相关</w:t>
      </w:r>
    </w:p>
    <w:p>
      <w:pPr>
        <w:pStyle w:val="Heading7"/>
      </w:pPr>
      <w:r>
        <w:rPr>
          <w:rFonts w:ascii="Calibri" w:hAnsi="Calibri" w:cs="Calibri" w:eastAsia="宋体"/>
        </w:rPr>
        <w:t>住院期间可以点外卖/网购吗？有什么需要注意的事情？</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可以点外卖，可以网购物品。对于入院时</w:t>
      </w:r>
      <w:r>
        <w:rPr>
          <w:rFonts w:ascii="Calibri" w:hAnsi="Calibri" w:cs="Calibri" w:eastAsia="宋体"/>
        </w:rPr>
        <w:t>护士台要求准备的物品</w:t>
      </w:r>
      <w:r>
        <w:rPr>
          <w:rFonts w:ascii="Calibri" w:hAnsi="Calibri" w:cs="Calibri" w:eastAsia="宋体"/>
        </w:rPr>
        <w:t>，通常到院后网购即可。</w:t>
      </w:r>
    </w:p>
    <w:p>
      <w:pPr>
        <w:spacing w:before="20" w:after="40"/>
        <w:ind w:left="425" w:hanging="312"/>
      </w:pPr>
      <w:r>
        <w:rPr>
          <w:rFonts w:ascii="Calibri" w:hAnsi="Calibri" w:cs="Calibri" w:eastAsia="宋体"/>
        </w:rPr>
        <w:t xml:space="preserve">2. </w:t>
      </w:r>
      <w:r>
        <w:rPr>
          <w:rFonts w:ascii="Calibri" w:hAnsi="Calibri" w:cs="Calibri" w:eastAsia="宋体"/>
        </w:rPr>
        <w:t>外卖与快递地址： 上海市虹口区东江湾路 15 号四一一医院住院大楼 21 楼，丰巢快递柜：上海市虹口区四川北路街道 G 创魔方公寓上海虹口足球场店大厅丰巢柜（</w:t>
      </w:r>
      <w:r>
        <w:rPr>
          <w:rFonts w:ascii="Calibri" w:hAnsi="Calibri" w:cs="Calibri" w:eastAsia="宋体"/>
          <w:b/>
        </w:rPr>
        <w:t>如果你有陪护可以帮你取</w:t>
      </w:r>
      <w:r>
        <w:rPr>
          <w:rFonts w:ascii="Calibri" w:hAnsi="Calibri" w:cs="Calibri" w:eastAsia="宋体"/>
        </w:rPr>
        <w:t>）。</w:t>
      </w:r>
    </w:p>
    <w:p>
      <w:pPr>
        <w:spacing w:before="20" w:after="40"/>
        <w:ind w:left="425" w:hanging="312"/>
      </w:pPr>
      <w:r>
        <w:rPr>
          <w:rFonts w:ascii="Calibri" w:hAnsi="Calibri" w:cs="Calibri" w:eastAsia="宋体"/>
        </w:rPr>
        <w:t xml:space="preserve">3. </w:t>
      </w:r>
      <w:r>
        <w:rPr>
          <w:rFonts w:ascii="Calibri" w:hAnsi="Calibri" w:cs="Calibri" w:eastAsia="宋体"/>
        </w:rPr>
        <w:t>外卖和快递均需要自行（或让护工阿姨、你的陪护）去取，护工阿姨通常在饭点帮多个人一起取。</w:t>
      </w:r>
    </w:p>
    <w:p>
      <w:pPr>
        <w:spacing w:before="20" w:after="40"/>
        <w:ind w:left="425" w:hanging="312"/>
      </w:pPr>
      <w:r>
        <w:rPr>
          <w:rFonts w:ascii="Calibri" w:hAnsi="Calibri" w:cs="Calibri" w:eastAsia="宋体"/>
        </w:rPr>
        <w:t xml:space="preserve">4. </w:t>
      </w:r>
      <w:r>
        <w:rPr>
          <w:rFonts w:ascii="Calibri" w:hAnsi="Calibri" w:cs="Calibri" w:eastAsia="宋体"/>
          <w:b/>
        </w:rPr>
        <w:t>外卖无法送上楼</w:t>
      </w:r>
      <w:r>
        <w:rPr>
          <w:rFonts w:ascii="Calibri" w:hAnsi="Calibri" w:cs="Calibri" w:eastAsia="宋体"/>
        </w:rPr>
        <w:t>，将送至门卫对面的外卖柜。</w:t>
      </w:r>
    </w:p>
    <w:p>
      <w:pPr>
        <w:spacing w:before="20" w:after="40"/>
        <w:ind w:left="425" w:hanging="312"/>
      </w:pPr>
      <w:r>
        <w:rPr>
          <w:rFonts w:ascii="Calibri" w:hAnsi="Calibri" w:cs="Calibri" w:eastAsia="宋体"/>
        </w:rPr>
        <w:t xml:space="preserve">5. </w:t>
      </w:r>
      <w:r>
        <w:rPr>
          <w:rFonts w:ascii="Calibri" w:hAnsi="Calibri" w:cs="Calibri" w:eastAsia="宋体"/>
        </w:rPr>
        <w:t>快递将按快递公司分类堆放在门卫处，需要自行翻找。</w:t>
      </w:r>
    </w:p>
    <w:p>
      <w:pPr>
        <w:pStyle w:val="Heading7"/>
      </w:pPr>
      <w:r>
        <w:rPr>
          <w:rFonts w:ascii="Calibri" w:hAnsi="Calibri" w:cs="Calibri" w:eastAsia="宋体"/>
        </w:rPr>
        <w:t>Q：护工的价格如何？服务内容有什么？</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21楼有两位护工阿姨，两人分别负责护理三个病房共 9 名患者（21 楼一共 6 个病房 18 个床位）。</w:t>
      </w:r>
    </w:p>
    <w:p>
      <w:pPr>
        <w:spacing w:before="20" w:after="40"/>
        <w:ind w:left="425" w:hanging="312"/>
      </w:pPr>
      <w:r>
        <w:rPr>
          <w:rFonts w:ascii="Calibri" w:hAnsi="Calibri" w:cs="Calibri" w:eastAsia="宋体"/>
        </w:rPr>
        <w:t xml:space="preserve">2. </w:t>
      </w:r>
      <w:r>
        <w:rPr>
          <w:rFonts w:ascii="Calibri" w:hAnsi="Calibri" w:cs="Calibri" w:eastAsia="宋体"/>
        </w:rPr>
        <w:t>护工费用为 100 元每天，从手术当日开始计费。</w:t>
      </w:r>
    </w:p>
    <w:p>
      <w:pPr>
        <w:spacing w:before="20" w:after="40"/>
        <w:ind w:left="425" w:hanging="312"/>
      </w:pPr>
      <w:r>
        <w:rPr>
          <w:rFonts w:ascii="Calibri" w:hAnsi="Calibri" w:cs="Calibri" w:eastAsia="宋体"/>
        </w:rPr>
        <w:t xml:space="preserve">3. </w:t>
      </w:r>
      <w:r>
        <w:rPr>
          <w:rFonts w:ascii="Calibri" w:hAnsi="Calibri" w:cs="Calibri" w:eastAsia="宋体"/>
        </w:rPr>
        <w:t>请护工不是强制要求，但 SRS 术后护理细节较为繁琐，即使你有陪护也建议请护工。</w:t>
      </w:r>
    </w:p>
    <w:p>
      <w:pPr>
        <w:spacing w:before="20" w:after="40"/>
        <w:ind w:left="425" w:hanging="312"/>
      </w:pPr>
      <w:r>
        <w:rPr>
          <w:rFonts w:ascii="Calibri" w:hAnsi="Calibri" w:cs="Calibri" w:eastAsia="宋体"/>
        </w:rPr>
        <w:t xml:space="preserve">4. </w:t>
      </w:r>
      <w:r>
        <w:rPr>
          <w:rFonts w:ascii="Calibri" w:hAnsi="Calibri" w:cs="Calibri" w:eastAsia="宋体"/>
        </w:rPr>
        <w:t>医院允许请一对一护工，需自行联系。</w:t>
      </w:r>
    </w:p>
    <w:p>
      <w:pPr>
        <w:spacing w:before="20" w:after="40"/>
        <w:ind w:left="425" w:hanging="312"/>
      </w:pPr>
      <w:r>
        <w:rPr>
          <w:rFonts w:ascii="Calibri" w:hAnsi="Calibri" w:cs="Calibri" w:eastAsia="宋体"/>
        </w:rPr>
        <w:t xml:space="preserve">5. </w:t>
      </w:r>
      <w:r>
        <w:rPr>
          <w:rFonts w:ascii="Calibri" w:hAnsi="Calibri" w:cs="Calibri" w:eastAsia="宋体"/>
        </w:rPr>
        <w:t>护工的工作包括每日早晚帮你洗漱、擦拭身体、被动拉伸肌肉、帮你看着输液、取餐、收拾排泄物等。</w:t>
      </w:r>
    </w:p>
    <w:p>
      <w:pPr>
        <w:spacing w:before="20" w:after="40"/>
        <w:ind w:left="425" w:hanging="312"/>
      </w:pPr>
      <w:r>
        <w:rPr>
          <w:rFonts w:ascii="Calibri" w:hAnsi="Calibri" w:cs="Calibri" w:eastAsia="宋体"/>
        </w:rPr>
        <w:t xml:space="preserve">6. </w:t>
      </w:r>
      <w:r>
        <w:rPr>
          <w:rFonts w:ascii="Calibri" w:hAnsi="Calibri" w:cs="Calibri" w:eastAsia="宋体"/>
        </w:rPr>
        <w:t>护工会在你手术当日住在你的病房。</w:t>
      </w:r>
    </w:p>
    <w:p>
      <w:pPr>
        <w:spacing w:before="20" w:after="40"/>
        <w:ind w:left="425" w:hanging="312"/>
      </w:pPr>
      <w:r>
        <w:rPr>
          <w:rFonts w:ascii="Calibri" w:hAnsi="Calibri" w:cs="Calibri" w:eastAsia="宋体"/>
        </w:rPr>
        <w:t xml:space="preserve">7. </w:t>
      </w:r>
      <w:r>
        <w:rPr>
          <w:rFonts w:ascii="Calibri" w:hAnsi="Calibri" w:cs="Calibri" w:eastAsia="宋体"/>
          <w:b/>
        </w:rPr>
        <w:t>请及时添加护工微信及保存电话号码</w:t>
      </w:r>
      <w:r>
        <w:rPr>
          <w:rFonts w:ascii="Calibri" w:hAnsi="Calibri" w:cs="Calibri" w:eastAsia="宋体"/>
        </w:rPr>
        <w:t>，遇特殊情况请及时电话联系。</w:t>
      </w:r>
    </w:p>
    <w:p>
      <w:pPr>
        <w:pStyle w:val="Heading7"/>
      </w:pPr>
      <w:r>
        <w:rPr>
          <w:rFonts w:ascii="Calibri" w:hAnsi="Calibri" w:cs="Calibri" w:eastAsia="宋体"/>
        </w:rPr>
        <w:t>Q：医院的伙食怎么样？在医院可以吃什么？</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早餐：粥、豆浆自选，粥每日可能是小米粥、大米粥、黑米粥随机出现。面食有馒头、花卷，包子则需要额外加1.5元一个。有水煮蛋一颗、小咸菜或酸豆角。</w:t>
      </w:r>
    </w:p>
    <w:p>
      <w:pPr>
        <w:spacing w:before="20" w:after="40"/>
        <w:ind w:left="425" w:hanging="312"/>
      </w:pPr>
      <w:r>
        <w:rPr>
          <w:rFonts w:ascii="Calibri" w:hAnsi="Calibri" w:cs="Calibri" w:eastAsia="宋体"/>
        </w:rPr>
        <w:t xml:space="preserve">2. </w:t>
      </w:r>
      <w:r>
        <w:rPr>
          <w:rFonts w:ascii="Calibri" w:hAnsi="Calibri" w:cs="Calibri" w:eastAsia="宋体"/>
        </w:rPr>
        <w:t>午餐及晚餐：通常是两荤一素，除点餐「小锅菜」外，不可自选菜品。</w:t>
      </w:r>
    </w:p>
    <w:p>
      <w:pPr>
        <w:spacing w:before="20" w:after="40"/>
        <w:ind w:left="425" w:hanging="312"/>
      </w:pPr>
      <w:r>
        <w:rPr>
          <w:rFonts w:ascii="Calibri" w:hAnsi="Calibri" w:cs="Calibri" w:eastAsia="宋体"/>
        </w:rPr>
        <w:t xml:space="preserve">3. </w:t>
      </w:r>
      <w:r>
        <w:rPr>
          <w:rFonts w:ascii="Calibri" w:hAnsi="Calibri" w:cs="Calibri" w:eastAsia="宋体"/>
        </w:rPr>
        <w:t>可以点餐「小锅菜」，随午晚餐配送，具体信息请参考</w:t>
      </w:r>
      <w:r>
        <w:rPr>
          <w:rFonts w:ascii="Calibri" w:hAnsi="Calibri" w:cs="Calibri" w:eastAsia="宋体"/>
        </w:rPr>
        <w:t>院内三餐</w:t>
      </w:r>
    </w:p>
    <w:p>
      <w:pPr>
        <w:spacing w:before="20" w:after="40"/>
        <w:ind w:left="425" w:hanging="312"/>
      </w:pPr>
      <w:r>
        <w:rPr>
          <w:rFonts w:ascii="Calibri" w:hAnsi="Calibri" w:cs="Calibri" w:eastAsia="宋体"/>
        </w:rPr>
        <w:t xml:space="preserve">4. </w:t>
      </w:r>
      <w:r>
        <w:rPr>
          <w:rFonts w:ascii="Calibri" w:hAnsi="Calibri" w:cs="Calibri" w:eastAsia="宋体"/>
        </w:rPr>
        <w:t>如有糖尿病、宗教信仰、食物过敏等需要特殊餐食的情况，请提前告知医生。</w:t>
      </w:r>
    </w:p>
    <w:p>
      <w:pPr>
        <w:spacing w:before="20" w:after="40"/>
        <w:ind w:left="425" w:hanging="312"/>
      </w:pPr>
      <w:r>
        <w:rPr>
          <w:rFonts w:ascii="Calibri" w:hAnsi="Calibri" w:cs="Calibri" w:eastAsia="宋体"/>
        </w:rPr>
        <w:t xml:space="preserve">5. </w:t>
      </w:r>
      <w:r>
        <w:rPr>
          <w:rFonts w:ascii="Calibri" w:hAnsi="Calibri" w:cs="Calibri" w:eastAsia="宋体"/>
        </w:rPr>
        <w:t>通常在禁食结束后第一天会要求半流食饮食。晚餐时如果觉得肠胃功能良好，可以要求普食。如果实在不放心自己的肠胃功能，可以试试那种处方代餐粉。</w:t>
      </w:r>
    </w:p>
    <w:p>
      <w:pPr>
        <w:spacing w:before="20" w:after="40"/>
        <w:ind w:left="425" w:hanging="312"/>
      </w:pPr>
      <w:r>
        <w:rPr>
          <w:rFonts w:ascii="Calibri" w:hAnsi="Calibri" w:cs="Calibri" w:eastAsia="宋体"/>
        </w:rPr>
        <w:t xml:space="preserve">6. </w:t>
      </w:r>
      <w:r>
        <w:rPr>
          <w:rFonts w:ascii="Calibri" w:hAnsi="Calibri" w:cs="Calibri" w:eastAsia="宋体"/>
        </w:rPr>
        <w:t>恢复普食后即可点外卖，但请尽可能不要太油腻，</w:t>
      </w:r>
      <w:r>
        <w:rPr>
          <w:rFonts w:ascii="Calibri" w:hAnsi="Calibri" w:cs="Calibri" w:eastAsia="宋体"/>
          <w:strike/>
        </w:rPr>
        <w:t>后面几天你还要在床上排便</w:t>
      </w:r>
      <w:r>
        <w:rPr>
          <w:rFonts w:ascii="Calibri" w:hAnsi="Calibri" w:cs="Calibri" w:eastAsia="宋体"/>
        </w:rPr>
        <w:t>。</w:t>
      </w:r>
    </w:p>
    <w:p>
      <w:pPr>
        <w:spacing w:before="20" w:after="40"/>
        <w:ind w:left="425" w:hanging="312"/>
      </w:pPr>
      <w:r>
        <w:rPr>
          <w:rFonts w:ascii="Calibri" w:hAnsi="Calibri" w:cs="Calibri" w:eastAsia="宋体"/>
        </w:rPr>
        <w:t xml:space="preserve">7. </w:t>
      </w:r>
      <w:r>
        <w:rPr>
          <w:rFonts w:ascii="Calibri" w:hAnsi="Calibri" w:cs="Calibri" w:eastAsia="宋体"/>
        </w:rPr>
        <w:t>若不吃医院的伙食请及时</w:t>
      </w:r>
      <w:r>
        <w:rPr>
          <w:rFonts w:ascii="Calibri" w:hAnsi="Calibri" w:cs="Calibri" w:eastAsia="宋体"/>
          <w:b/>
        </w:rPr>
        <w:t>告知管床医生或赵博</w:t>
      </w:r>
      <w:r>
        <w:rPr>
          <w:rFonts w:ascii="Calibri" w:hAnsi="Calibri" w:cs="Calibri" w:eastAsia="宋体"/>
        </w:rPr>
        <w:t>，以免每日 30 元的不必要扣费。</w:t>
      </w:r>
    </w:p>
    <w:p>
      <w:pPr>
        <w:pStyle w:val="Heading7"/>
      </w:pPr>
      <w:r>
        <w:rPr>
          <w:rFonts w:ascii="Calibri" w:hAnsi="Calibri" w:cs="Calibri" w:eastAsia="宋体"/>
        </w:rPr>
        <w:t>Q：术后个人清洁如何完成？</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卧床不便时，护工会帮你进行日常洗漱和擦拭身体。如床上漱口过于不便，可以使用漱口水来提高体验。</w:t>
      </w:r>
    </w:p>
    <w:p>
      <w:pPr>
        <w:spacing w:before="20" w:after="40"/>
        <w:ind w:left="425" w:hanging="312"/>
      </w:pPr>
      <w:r>
        <w:rPr>
          <w:rFonts w:ascii="Calibri" w:hAnsi="Calibri" w:cs="Calibri" w:eastAsia="宋体"/>
        </w:rPr>
        <w:t xml:space="preserve">2. </w:t>
      </w:r>
      <w:r>
        <w:rPr>
          <w:rFonts w:ascii="Calibri" w:hAnsi="Calibri" w:cs="Calibri" w:eastAsia="宋体"/>
        </w:rPr>
        <w:t>在拆包后下地前，护工会用便携式洗头盆为你进行术后第一次洗头。</w:t>
      </w:r>
    </w:p>
    <w:p>
      <w:pPr>
        <w:spacing w:before="20" w:after="40"/>
        <w:ind w:left="425" w:hanging="312"/>
      </w:pPr>
      <w:r>
        <w:rPr>
          <w:rFonts w:ascii="Calibri" w:hAnsi="Calibri" w:cs="Calibri" w:eastAsia="宋体"/>
        </w:rPr>
        <w:t xml:space="preserve">3. </w:t>
      </w:r>
      <w:r>
        <w:rPr>
          <w:rFonts w:ascii="Calibri" w:hAnsi="Calibri" w:cs="Calibri" w:eastAsia="宋体"/>
        </w:rPr>
        <w:t>通常在出院前一天，护工会协助你进行术后第一次洗澡，需要注意避免使用刺激性强的清洁产品清洗下体。</w:t>
      </w:r>
    </w:p>
    <w:p>
      <w:pPr>
        <w:pStyle w:val="Heading5"/>
      </w:pPr>
      <w:r>
        <w:rPr>
          <w:rFonts w:ascii="Calibri" w:hAnsi="Calibri" w:cs="Calibri" w:eastAsia="微软雅黑"/>
        </w:rPr>
        <w:t>4.7.3.3.2  手术技术Q&amp;A</w:t>
      </w:r>
    </w:p>
    <w:p>
      <w:pPr>
        <w:spacing w:after="160"/>
      </w:pPr>
      <w:r>
        <w:rPr>
          <w:rFonts w:ascii="Calibri" w:hAnsi="Calibri" w:cs="Calibri" w:eastAsia="宋体"/>
          <w:color w:val="6B7280"/>
          <w:sz w:val="16"/>
        </w:rPr>
        <w:t>原文：https://mtf.wiki/zh-cn/docs/srs/china/sh411/common-Q-and-A/surgical-technique · 最近更新：2026年8月5日</w:t>
      </w:r>
    </w:p>
    <w:p>
      <w:pPr>
        <w:pStyle w:val="Heading6"/>
      </w:pPr>
      <w:r>
        <w:rPr>
          <w:rFonts w:ascii="Calibri" w:hAnsi="Calibri" w:cs="Calibri" w:eastAsia="宋体"/>
        </w:rPr>
        <w:t>Q：手术的简要流程如何？</w:t>
      </w:r>
    </w:p>
    <w:p>
      <w:pPr>
        <w:spacing w:after="100"/>
      </w:pPr>
      <w:r>
        <w:rPr>
          <w:rFonts w:ascii="Calibri" w:hAnsi="Calibri" w:cs="Calibri" w:eastAsia="宋体"/>
          <w:b/>
        </w:rPr>
        <w:t>A：</w:t>
      </w:r>
    </w:p>
    <w:p>
      <w:pPr>
        <w:spacing w:after="100"/>
      </w:pPr>
      <w:r>
        <w:rPr>
          <w:rFonts w:ascii="Calibri" w:hAnsi="Calibri" w:cs="Calibri" w:eastAsia="宋体"/>
        </w:rPr>
        <w:t>利用阴茎和阴囊皮肤作为主要供区组织瓣进行外阴及阴道前庭的重建。</w:t>
      </w:r>
    </w:p>
    <w:p>
      <w:pPr>
        <w:spacing w:after="100"/>
      </w:pPr>
      <w:r>
        <w:rPr>
          <w:rFonts w:ascii="Calibri" w:hAnsi="Calibri" w:cs="Calibri" w:eastAsia="宋体"/>
        </w:rPr>
        <w:t>基于胚胎发育同源性及局部组织转位修复的理念，在彻底切除睾丸组织并对尿道进行改造的同时，最大化保留原有组织的感觉神经支配与血液供应，从而实现形态与功能的双重重建。</w:t>
      </w:r>
    </w:p>
    <w:p>
      <w:pPr>
        <w:keepNext/>
        <w:spacing w:before="120" w:after="40"/>
        <w:pBdr>
          <w:bottom w:val="single" w:sz="6" w:space="1" w:color="D4D8DE"/>
        </w:pBdr>
      </w:pPr>
      <w:r>
        <w:rPr>
          <w:rFonts w:ascii="Calibri" w:hAnsi="Calibri" w:cs="Calibri" w:eastAsia="微软雅黑"/>
          <w:b/>
        </w:rPr>
        <w:t>▸ 原始男性外生殖器及其主要附属结构用于重建的器官或结构：</w:t>
      </w:r>
    </w:p>
    <w:tbl>
      <w:tblPr>
        <w:tblStyle w:val="TableGrid"/>
        <w:tblW w:type="auto" w:w="0"/>
        <w:jc w:val="center"/>
        <w:tblLayout w:type="fixed"/>
        <w:tblLook w:firstColumn="1" w:firstRow="1" w:lastColumn="0" w:lastRow="0" w:noHBand="0" w:noVBand="1" w:val="04A0"/>
      </w:tblPr>
      <w:tblGrid>
        <w:gridCol w:w="3282"/>
        <w:gridCol w:w="6016"/>
      </w:tblGrid>
      <w:tr>
        <w:trPr>
          <w:tblHeader/>
        </w:trPr>
        <w:tc>
          <w:tcPr>
            <w:tcW w:type="dxa" w:w="3282"/>
            <w:shd w:val="clear" w:color="auto" w:fill="EDF1F7"/>
          </w:tcPr>
          <w:p>
            <w:pPr>
              <w:spacing w:before="40" w:after="40" w:line="276" w:lineRule="auto"/>
            </w:pPr>
            <w:r>
              <w:rPr>
                <w:b/>
                <w:sz w:val="18"/>
              </w:rPr>
            </w:r>
            <w:r>
              <w:rPr>
                <w:rFonts w:ascii="Calibri" w:hAnsi="Calibri" w:cs="Calibri" w:eastAsia="宋体"/>
                <w:b/>
                <w:sz w:val="18"/>
              </w:rPr>
              <w:t>原始结构</w:t>
            </w:r>
          </w:p>
        </w:tc>
        <w:tc>
          <w:tcPr>
            <w:tcW w:type="dxa" w:w="6016"/>
            <w:shd w:val="clear" w:color="auto" w:fill="EDF1F7"/>
          </w:tcPr>
          <w:p>
            <w:pPr>
              <w:spacing w:before="40" w:after="40" w:line="276" w:lineRule="auto"/>
            </w:pPr>
            <w:r>
              <w:rPr>
                <w:b/>
                <w:sz w:val="18"/>
              </w:rPr>
            </w:r>
            <w:r>
              <w:rPr>
                <w:rFonts w:ascii="Calibri" w:hAnsi="Calibri" w:cs="Calibri" w:eastAsia="宋体"/>
                <w:b/>
                <w:sz w:val="18"/>
              </w:rPr>
              <w:t>重建后的对应结构</w:t>
            </w:r>
          </w:p>
        </w:tc>
      </w:tr>
      <w:tr>
        <w:tc>
          <w:tcPr>
            <w:tcW w:type="dxa" w:w="3282"/>
          </w:tcPr>
          <w:p>
            <w:pPr>
              <w:spacing w:before="40" w:after="40" w:line="276" w:lineRule="auto"/>
            </w:pPr>
            <w:r>
              <w:rPr>
                <w:sz w:val="18"/>
              </w:rPr>
            </w:r>
            <w:r>
              <w:rPr>
                <w:rFonts w:ascii="Calibri" w:hAnsi="Calibri" w:cs="Calibri" w:eastAsia="宋体"/>
                <w:sz w:val="18"/>
              </w:rPr>
              <w:t>龟头（部分）</w:t>
            </w:r>
          </w:p>
        </w:tc>
        <w:tc>
          <w:tcPr>
            <w:tcW w:type="dxa" w:w="6016"/>
          </w:tcPr>
          <w:p>
            <w:pPr>
              <w:spacing w:before="40" w:after="40" w:line="276" w:lineRule="auto"/>
            </w:pPr>
            <w:r>
              <w:rPr>
                <w:sz w:val="18"/>
              </w:rPr>
            </w:r>
            <w:r>
              <w:rPr>
                <w:rFonts w:ascii="Calibri" w:hAnsi="Calibri" w:cs="Calibri" w:eastAsia="宋体"/>
                <w:sz w:val="18"/>
              </w:rPr>
              <w:t>阴蒂</w:t>
            </w:r>
          </w:p>
        </w:tc>
      </w:tr>
      <w:tr>
        <w:tc>
          <w:tcPr>
            <w:tcW w:type="dxa" w:w="3282"/>
          </w:tcPr>
          <w:p>
            <w:pPr>
              <w:spacing w:before="40" w:after="40" w:line="276" w:lineRule="auto"/>
            </w:pPr>
            <w:r>
              <w:rPr>
                <w:sz w:val="18"/>
              </w:rPr>
            </w:r>
            <w:r>
              <w:rPr>
                <w:rFonts w:ascii="Calibri" w:hAnsi="Calibri" w:cs="Calibri" w:eastAsia="宋体"/>
                <w:sz w:val="18"/>
              </w:rPr>
              <w:t>包皮</w:t>
            </w:r>
          </w:p>
        </w:tc>
        <w:tc>
          <w:tcPr>
            <w:tcW w:type="dxa" w:w="6016"/>
          </w:tcPr>
          <w:p>
            <w:pPr>
              <w:spacing w:before="40" w:after="40" w:line="276" w:lineRule="auto"/>
            </w:pPr>
            <w:r>
              <w:rPr>
                <w:sz w:val="18"/>
              </w:rPr>
            </w:r>
            <w:r>
              <w:rPr>
                <w:rFonts w:ascii="Calibri" w:hAnsi="Calibri" w:cs="Calibri" w:eastAsia="宋体"/>
                <w:sz w:val="18"/>
              </w:rPr>
              <w:t>阴蒂包皮、小阴唇</w:t>
            </w:r>
          </w:p>
        </w:tc>
      </w:tr>
      <w:tr>
        <w:tc>
          <w:tcPr>
            <w:tcW w:type="dxa" w:w="3282"/>
          </w:tcPr>
          <w:p>
            <w:pPr>
              <w:spacing w:before="40" w:after="40" w:line="276" w:lineRule="auto"/>
            </w:pPr>
            <w:r>
              <w:rPr>
                <w:sz w:val="18"/>
              </w:rPr>
            </w:r>
            <w:r>
              <w:rPr>
                <w:rFonts w:ascii="Calibri" w:hAnsi="Calibri" w:cs="Calibri" w:eastAsia="宋体"/>
                <w:sz w:val="18"/>
              </w:rPr>
              <w:t>尿道板</w:t>
            </w:r>
          </w:p>
        </w:tc>
        <w:tc>
          <w:tcPr>
            <w:tcW w:type="dxa" w:w="6016"/>
          </w:tcPr>
          <w:p>
            <w:pPr>
              <w:spacing w:before="40" w:after="40" w:line="276" w:lineRule="auto"/>
            </w:pPr>
            <w:r>
              <w:rPr>
                <w:sz w:val="18"/>
              </w:rPr>
            </w:r>
            <w:r>
              <w:rPr>
                <w:rFonts w:ascii="Calibri" w:hAnsi="Calibri" w:cs="Calibri" w:eastAsia="宋体"/>
                <w:sz w:val="18"/>
              </w:rPr>
              <w:t>会阴前庭</w:t>
            </w:r>
          </w:p>
        </w:tc>
      </w:tr>
      <w:tr>
        <w:tc>
          <w:tcPr>
            <w:tcW w:type="dxa" w:w="3282"/>
          </w:tcPr>
          <w:p>
            <w:pPr>
              <w:spacing w:before="40" w:after="40" w:line="276" w:lineRule="auto"/>
            </w:pPr>
            <w:r>
              <w:rPr>
                <w:sz w:val="18"/>
              </w:rPr>
            </w:r>
            <w:r>
              <w:rPr>
                <w:rFonts w:ascii="Calibri" w:hAnsi="Calibri" w:cs="Calibri" w:eastAsia="宋体"/>
                <w:sz w:val="18"/>
              </w:rPr>
              <w:t>阴囊</w:t>
            </w:r>
          </w:p>
        </w:tc>
        <w:tc>
          <w:tcPr>
            <w:tcW w:type="dxa" w:w="6016"/>
          </w:tcPr>
          <w:p>
            <w:pPr>
              <w:spacing w:before="40" w:after="40" w:line="276" w:lineRule="auto"/>
            </w:pPr>
            <w:r>
              <w:rPr>
                <w:sz w:val="18"/>
              </w:rPr>
            </w:r>
            <w:r>
              <w:rPr>
                <w:rFonts w:ascii="Calibri" w:hAnsi="Calibri" w:cs="Calibri" w:eastAsia="宋体"/>
                <w:sz w:val="18"/>
              </w:rPr>
              <w:t>大阴唇、阴道壁（部分术式）、小阴唇（部分术式）</w:t>
            </w:r>
          </w:p>
        </w:tc>
      </w:tr>
      <w:tr>
        <w:tc>
          <w:tcPr>
            <w:tcW w:type="dxa" w:w="3282"/>
          </w:tcPr>
          <w:p>
            <w:pPr>
              <w:spacing w:before="40" w:after="40" w:line="276" w:lineRule="auto"/>
            </w:pPr>
            <w:r>
              <w:rPr>
                <w:sz w:val="18"/>
              </w:rPr>
            </w:r>
            <w:r>
              <w:rPr>
                <w:rFonts w:ascii="Calibri" w:hAnsi="Calibri" w:cs="Calibri" w:eastAsia="宋体"/>
                <w:sz w:val="18"/>
              </w:rPr>
              <w:t>阴茎背侧皮肤</w:t>
            </w:r>
          </w:p>
        </w:tc>
        <w:tc>
          <w:tcPr>
            <w:tcW w:type="dxa" w:w="6016"/>
          </w:tcPr>
          <w:p>
            <w:pPr>
              <w:spacing w:before="40" w:after="40" w:line="276" w:lineRule="auto"/>
            </w:pPr>
            <w:r>
              <w:rPr>
                <w:sz w:val="18"/>
              </w:rPr>
            </w:r>
            <w:r>
              <w:rPr>
                <w:rFonts w:ascii="Calibri" w:hAnsi="Calibri" w:cs="Calibri" w:eastAsia="宋体"/>
                <w:sz w:val="18"/>
              </w:rPr>
              <w:t>会阴前庭、部分阴道壁、小阴唇（部分术式）</w:t>
            </w:r>
          </w:p>
        </w:tc>
      </w:tr>
      <w:tr>
        <w:tc>
          <w:tcPr>
            <w:tcW w:type="dxa" w:w="3282"/>
          </w:tcPr>
          <w:p>
            <w:pPr>
              <w:spacing w:before="40" w:after="40" w:line="276" w:lineRule="auto"/>
            </w:pPr>
            <w:r>
              <w:rPr>
                <w:sz w:val="18"/>
              </w:rPr>
            </w:r>
            <w:r>
              <w:rPr>
                <w:rFonts w:ascii="Calibri" w:hAnsi="Calibri" w:cs="Calibri" w:eastAsia="宋体"/>
                <w:sz w:val="18"/>
              </w:rPr>
              <w:t>阴茎其他皮肤</w:t>
            </w:r>
          </w:p>
        </w:tc>
        <w:tc>
          <w:tcPr>
            <w:tcW w:type="dxa" w:w="6016"/>
          </w:tcPr>
          <w:p>
            <w:pPr>
              <w:spacing w:before="40" w:after="40" w:line="276" w:lineRule="auto"/>
            </w:pPr>
            <w:r>
              <w:rPr>
                <w:sz w:val="18"/>
              </w:rPr>
            </w:r>
            <w:r>
              <w:rPr>
                <w:rFonts w:ascii="Calibri" w:hAnsi="Calibri" w:cs="Calibri" w:eastAsia="宋体"/>
                <w:sz w:val="18"/>
              </w:rPr>
              <w:t>部分阴道壁</w:t>
            </w:r>
          </w:p>
        </w:tc>
      </w:tr>
      <w:tr>
        <w:tc>
          <w:tcPr>
            <w:tcW w:type="dxa" w:w="3282"/>
          </w:tcPr>
          <w:p>
            <w:pPr>
              <w:spacing w:before="40" w:after="40" w:line="276" w:lineRule="auto"/>
            </w:pPr>
            <w:r>
              <w:rPr>
                <w:sz w:val="18"/>
              </w:rPr>
            </w:r>
            <w:r>
              <w:rPr>
                <w:rFonts w:ascii="Calibri" w:hAnsi="Calibri" w:cs="Calibri" w:eastAsia="宋体"/>
                <w:sz w:val="18"/>
              </w:rPr>
              <w:t>尿道粘膜</w:t>
            </w:r>
          </w:p>
        </w:tc>
        <w:tc>
          <w:tcPr>
            <w:tcW w:type="dxa" w:w="6016"/>
          </w:tcPr>
          <w:p>
            <w:pPr>
              <w:spacing w:before="40" w:after="40" w:line="276" w:lineRule="auto"/>
            </w:pPr>
            <w:r>
              <w:rPr>
                <w:sz w:val="18"/>
              </w:rPr>
            </w:r>
            <w:r>
              <w:rPr>
                <w:rFonts w:ascii="Calibri" w:hAnsi="Calibri" w:cs="Calibri" w:eastAsia="宋体"/>
                <w:sz w:val="18"/>
              </w:rPr>
              <w:t>（可能用于）部分阴道壁</w:t>
            </w:r>
          </w:p>
        </w:tc>
      </w:tr>
    </w:tbl>
    <w:p>
      <w:pPr>
        <w:pStyle w:val="Heading6"/>
      </w:pPr>
      <w:r>
        <w:rPr>
          <w:rFonts w:ascii="Calibri" w:hAnsi="Calibri" w:cs="Calibri" w:eastAsia="宋体"/>
        </w:rPr>
        <w:t>Q：无疤痕（隐藏疤痕）术式的技术细节、与常规术式的区别有什么？</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该术式通过设计较小的皮瓣切口将 V 形疤痕隐藏到大阴唇和小阴唇内，相对经典术式避免了相对直观的 V 字形疤痕。</w:t>
      </w:r>
    </w:p>
    <w:p>
      <w:pPr>
        <w:spacing w:before="20" w:after="40"/>
        <w:ind w:left="425" w:hanging="312"/>
      </w:pPr>
      <w:r>
        <w:rPr>
          <w:rFonts w:ascii="Calibri" w:hAnsi="Calibri" w:cs="Calibri" w:eastAsia="宋体"/>
        </w:rPr>
        <w:t xml:space="preserve">2. </w:t>
      </w:r>
      <w:r>
        <w:rPr>
          <w:rFonts w:ascii="Calibri" w:hAnsi="Calibri" w:cs="Calibri" w:eastAsia="宋体"/>
        </w:rPr>
        <w:t>该术式对术者手术材料有较高要求（尤其是阴茎长度及阴囊皮肤大小），若选择零深度术式，一定程度上有更大机会追求无疤痕术式。</w:t>
      </w:r>
    </w:p>
    <w:p>
      <w:pPr>
        <w:spacing w:before="20" w:after="40"/>
        <w:ind w:left="425" w:hanging="312"/>
      </w:pPr>
      <w:r>
        <w:rPr>
          <w:rFonts w:ascii="Calibri" w:hAnsi="Calibri" w:cs="Calibri" w:eastAsia="宋体"/>
        </w:rPr>
        <w:t xml:space="preserve">3. </w:t>
      </w:r>
      <w:r>
        <w:rPr>
          <w:rFonts w:ascii="Calibri" w:hAnsi="Calibri" w:cs="Calibri" w:eastAsia="宋体"/>
        </w:rPr>
        <w:t>据多项报告，无疤痕术式的术后疼痛通常较常规术式强烈。</w:t>
      </w:r>
    </w:p>
    <w:p>
      <w:pPr>
        <w:spacing w:before="20" w:after="40"/>
        <w:ind w:left="425" w:hanging="312"/>
      </w:pPr>
      <w:r>
        <w:rPr>
          <w:rFonts w:ascii="Calibri" w:hAnsi="Calibri" w:cs="Calibri" w:eastAsia="宋体"/>
        </w:rPr>
        <w:t xml:space="preserve">4. </w:t>
      </w:r>
      <w:r>
        <w:rPr>
          <w:rFonts w:ascii="Calibri" w:hAnsi="Calibri" w:cs="Calibri" w:eastAsia="宋体"/>
        </w:rPr>
        <w:t>无疤痕术式无法进行取皮补充深度。取皮会额外造成一道取皮的疤，这就和无疤痕的本意冲突了。</w:t>
      </w:r>
    </w:p>
    <w:p>
      <w:pPr>
        <w:spacing w:before="20" w:after="40"/>
        <w:ind w:left="425" w:hanging="312"/>
      </w:pPr>
      <w:r>
        <w:rPr>
          <w:rFonts w:ascii="Calibri" w:hAnsi="Calibri" w:cs="Calibri" w:eastAsia="宋体"/>
        </w:rPr>
        <w:t xml:space="preserve">5. </w:t>
      </w:r>
      <w:r>
        <w:rPr>
          <w:rFonts w:ascii="Calibri" w:hAnsi="Calibri" w:cs="Calibri" w:eastAsia="宋体"/>
        </w:rPr>
        <w:t>无疤痕要把缝合疤藏在大阴唇褶皱里，受到手术中各种双侧大阴唇受力不对称的情况的影响，可能导致大阴唇出现不对称等问题。</w:t>
      </w:r>
    </w:p>
    <w:p>
      <w:pPr>
        <w:spacing w:before="20" w:after="40"/>
        <w:ind w:left="425" w:hanging="312"/>
      </w:pPr>
      <w:r>
        <w:rPr>
          <w:rFonts w:ascii="Calibri" w:hAnsi="Calibri" w:cs="Calibri" w:eastAsia="宋体"/>
        </w:rPr>
        <w:t xml:space="preserve">6. </w:t>
      </w:r>
      <w:r>
        <w:rPr>
          <w:rFonts w:ascii="Calibri" w:hAnsi="Calibri" w:cs="Calibri" w:eastAsia="宋体"/>
        </w:rPr>
        <w:t>你可以在术前谈话时与医生详细沟通和咨询是否有机会、有必要选用无疤痕术式。</w:t>
      </w:r>
    </w:p>
    <w:p>
      <w:pPr>
        <w:pStyle w:val="Heading6"/>
      </w:pPr>
      <w:r>
        <w:rPr>
          <w:rFonts w:ascii="Calibri" w:hAnsi="Calibri" w:cs="Calibri" w:eastAsia="宋体"/>
        </w:rPr>
        <w:t>Q：尿道黏膜的用途与优势是什么？</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协助构造阴道深度，尤其是用于手术材料质量和表面积不佳的术者。尿道黏膜通常放在阴道深度末端，有一定坏死率，但会再生，坏死的黏膜会随通模时带出。</w:t>
      </w:r>
    </w:p>
    <w:p>
      <w:pPr>
        <w:spacing w:before="20" w:after="40"/>
        <w:ind w:left="425" w:hanging="312"/>
      </w:pPr>
      <w:r>
        <w:rPr>
          <w:rFonts w:ascii="Calibri" w:hAnsi="Calibri" w:cs="Calibri" w:eastAsia="宋体"/>
        </w:rPr>
        <w:t xml:space="preserve">2. </w:t>
      </w:r>
      <w:r>
        <w:rPr>
          <w:rFonts w:ascii="Calibri" w:hAnsi="Calibri" w:cs="Calibri" w:eastAsia="宋体"/>
        </w:rPr>
        <w:t>借助尿道黏膜的分泌功能，一定程度上可以润滑阴道壁和保持阴道壁的湿润，但具体效果因人而异。</w:t>
      </w:r>
    </w:p>
    <w:p>
      <w:pPr>
        <w:spacing w:before="20" w:after="40"/>
        <w:ind w:left="425" w:hanging="312"/>
      </w:pPr>
      <w:r>
        <w:rPr>
          <w:rFonts w:ascii="Calibri" w:hAnsi="Calibri" w:cs="Calibri" w:eastAsia="宋体"/>
        </w:rPr>
        <w:t xml:space="preserve">3. </w:t>
      </w:r>
      <w:r>
        <w:rPr>
          <w:rFonts w:ascii="Calibri" w:hAnsi="Calibri" w:cs="Calibri" w:eastAsia="宋体"/>
        </w:rPr>
        <w:t>该技术通常无需主动要求就会给你用上，但如果你想了解更多，可以在入院谈话时与医生提及并听讲解。</w:t>
      </w:r>
    </w:p>
    <w:p>
      <w:pPr>
        <w:pStyle w:val="Heading6"/>
      </w:pPr>
      <w:r>
        <w:rPr>
          <w:rFonts w:ascii="Calibri" w:hAnsi="Calibri" w:cs="Calibri" w:eastAsia="宋体"/>
        </w:rPr>
        <w:t>Q：零深度术式的外观如何？可以二次做深度吗？花费如何？</w:t>
      </w:r>
    </w:p>
    <w:p>
      <w:pPr>
        <w:spacing w:after="100"/>
      </w:pPr>
      <w:r>
        <w:rPr>
          <w:rFonts w:ascii="Calibri" w:hAnsi="Calibri" w:cs="Calibri" w:eastAsia="宋体"/>
          <w:b/>
        </w:rPr>
        <w:t>A：</w:t>
      </w:r>
    </w:p>
    <w:p>
      <w:pPr>
        <w:spacing w:before="20" w:after="40"/>
        <w:ind w:left="425" w:hanging="312"/>
      </w:pPr>
      <w:r>
        <w:rPr>
          <w:rFonts w:ascii="Calibri" w:hAnsi="Calibri" w:cs="Calibri" w:eastAsia="宋体"/>
        </w:rPr>
        <w:t xml:space="preserve">1. </w:t>
      </w:r>
      <w:r>
        <w:rPr>
          <w:rFonts w:ascii="Calibri" w:hAnsi="Calibri" w:cs="Calibri" w:eastAsia="宋体"/>
        </w:rPr>
        <w:t>在选用技术、手术材料、术后护理等外界条件相同时，零深度术式的外观通常较有深度的术式更加美观和逼真。换言之，由于零深度术式无需使用皮瓣再造阴道，在手术材料有限时，将有更大追求无疤痕术式的机会。</w:t>
      </w:r>
    </w:p>
    <w:p>
      <w:pPr>
        <w:spacing w:before="20" w:after="40"/>
        <w:ind w:left="425" w:hanging="312"/>
      </w:pPr>
      <w:r>
        <w:rPr>
          <w:rFonts w:ascii="Calibri" w:hAnsi="Calibri" w:cs="Calibri" w:eastAsia="宋体"/>
        </w:rPr>
        <w:t xml:space="preserve">2. </w:t>
      </w:r>
      <w:r>
        <w:rPr>
          <w:rFonts w:ascii="Calibri" w:hAnsi="Calibri" w:cs="Calibri" w:eastAsia="宋体"/>
        </w:rPr>
        <w:t>零深度术式后续可以二次做深度（即成形阴道），但深度、外观等通常不如一次成形。二次做深度的花费约为3-4万元。</w:t>
      </w:r>
    </w:p>
    <w:p>
      <w:pPr>
        <w:spacing w:before="20" w:after="40"/>
        <w:ind w:left="425" w:hanging="312"/>
      </w:pPr>
      <w:r>
        <w:rPr>
          <w:rFonts w:ascii="Calibri" w:hAnsi="Calibri" w:cs="Calibri" w:eastAsia="宋体"/>
        </w:rPr>
        <w:t xml:space="preserve">3. </w:t>
      </w:r>
      <w:r>
        <w:rPr>
          <w:rFonts w:ascii="Calibri" w:hAnsi="Calibri" w:cs="Calibri" w:eastAsia="宋体"/>
        </w:rPr>
        <w:t>在上海四一一医院，完成零深度 SRS 后行阴道成形术通常只能使用结肠术式，需考虑到结肠术式的诸多弊端。</w:t>
      </w:r>
    </w:p>
    <w:p>
      <w:pPr>
        <w:pStyle w:val="Heading4"/>
      </w:pPr>
      <w:r>
        <w:rPr>
          <w:rFonts w:ascii="Calibri" w:hAnsi="Calibri" w:cs="Calibri" w:eastAsia="微软雅黑"/>
        </w:rPr>
        <w:t>4.7.3.4  【住院】住院全流程攻略</w:t>
      </w:r>
    </w:p>
    <w:p>
      <w:pPr>
        <w:spacing w:after="160"/>
      </w:pPr>
      <w:r>
        <w:rPr>
          <w:rFonts w:ascii="Calibri" w:hAnsi="Calibri" w:cs="Calibri" w:eastAsia="宋体"/>
          <w:color w:val="6B7280"/>
          <w:sz w:val="16"/>
        </w:rPr>
        <w:t>原文：https://mtf.wiki/zh-cn/docs/srs/china/sh411/hospitalization · 最近更新：2026年8月5日</w:t>
      </w:r>
    </w:p>
    <w:p>
      <w:pPr>
        <w:spacing w:after="100"/>
      </w:pPr>
      <w:r>
        <w:rPr>
          <w:rFonts w:ascii="Calibri" w:hAnsi="Calibri" w:cs="Calibri" w:eastAsia="宋体"/>
        </w:rPr>
        <w:t>本页面按时间顺序简要介绍了从面诊开具入院证到出院后公证通常会经历的各项事件及注意事项。围术期的常见问题Q&amp;A可参考</w:t>
      </w:r>
      <w:r>
        <w:rPr>
          <w:rFonts w:ascii="Calibri" w:hAnsi="Calibri" w:cs="Calibri" w:eastAsia="宋体"/>
        </w:rPr>
        <w:t>【Q&amp;A】手术常见问题</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b/>
        </w:rPr>
        <w:t>本页面一切内容不构成医疗建议，请务必谨遵医嘱。</w:t>
      </w:r>
      <w:r>
        <w:rPr>
          <w:rFonts w:ascii="Calibri" w:hAnsi="Calibri" w:cs="Calibri" w:eastAsia="宋体"/>
        </w:rPr>
        <w:t xml:space="preserve"> 文中时间线仅为通常情况概述，医生根据你的恢复情况将对此保留很大的自由度。</w:t>
      </w:r>
    </w:p>
    <w:p>
      <w:pPr>
        <w:pStyle w:val="Heading5"/>
      </w:pPr>
      <w:r>
        <w:rPr>
          <w:rFonts w:ascii="Calibri" w:hAnsi="Calibri" w:cs="Calibri" w:eastAsia="宋体"/>
        </w:rPr>
        <w:t>入院</w:t>
      </w:r>
    </w:p>
    <w:p>
      <w:pPr>
        <w:spacing w:after="100"/>
      </w:pPr>
      <w:r>
        <w:rPr>
          <w:rFonts w:ascii="Calibri" w:hAnsi="Calibri" w:cs="Calibri" w:eastAsia="宋体"/>
        </w:rPr>
        <w:t>「前来手术前建议先查好传染病四项，以避免不必要的麻烦。大三阳、小三阳等，请控制好病情，最好转阴，再来手术。给医生安全，给自己安全。」</w:t>
      </w:r>
    </w:p>
    <w:p>
      <w:r>
        <w:rPr>
          <w:rFonts w:ascii="Calibri" w:hAnsi="Calibri" w:cs="Calibri" w:eastAsia="宋体"/>
        </w:rPr>
        <w:t>—— 赵博</w:t>
      </w:r>
    </w:p>
    <w:p>
      <w:pPr>
        <w:spacing w:after="100"/>
      </w:pPr>
      <w:r>
        <w:rPr>
          <w:rFonts w:ascii="Calibri" w:hAnsi="Calibri" w:cs="Calibri" w:eastAsia="宋体"/>
        </w:rPr>
        <w:t>到达约定的入院时间（参考</w:t>
      </w:r>
      <w:r>
        <w:rPr>
          <w:rFonts w:ascii="Calibri" w:hAnsi="Calibri" w:cs="Calibri" w:eastAsia="宋体"/>
        </w:rPr>
        <w:t>入院通知</w:t>
      </w:r>
      <w:r>
        <w:rPr>
          <w:rFonts w:ascii="Calibri" w:hAnsi="Calibri" w:cs="Calibri" w:eastAsia="宋体"/>
        </w:rPr>
        <w:t>）后，请按护士台告知的日期挂号后前往医院。</w:t>
      </w:r>
    </w:p>
    <w:p>
      <w:pPr>
        <w:spacing w:after="100"/>
      </w:pPr>
      <w:r>
        <w:rPr>
          <w:rFonts w:ascii="Calibri" w:hAnsi="Calibri" w:cs="Calibri" w:eastAsia="宋体"/>
        </w:rPr>
        <w:t>挂号后，和初次面诊一样在门诊等到叫号，赵博会开具住院证，收走</w:t>
      </w:r>
      <w:r>
        <w:rPr>
          <w:rFonts w:ascii="Calibri" w:hAnsi="Calibri" w:cs="Calibri" w:eastAsia="宋体"/>
        </w:rPr>
        <w:t>所需文件</w:t>
      </w:r>
      <w:r>
        <w:rPr>
          <w:rFonts w:ascii="Calibri" w:hAnsi="Calibri" w:cs="Calibri" w:eastAsia="宋体"/>
        </w:rPr>
        <w:t>（缺一不可，否则无法开具入院证），在开具住院证时会收走「易性症」诊断证明或其他类似物</w:t>
      </w:r>
      <w:r>
        <w:rPr>
          <w:rFonts w:ascii="Calibri" w:hAnsi="Calibri" w:cs="Calibri" w:eastAsia="宋体"/>
          <w:b/>
        </w:rPr>
        <w:t>原件</w:t>
      </w:r>
      <w:r>
        <w:rPr>
          <w:rFonts w:ascii="Calibri" w:hAnsi="Calibri" w:cs="Calibri" w:eastAsia="宋体"/>
        </w:rPr>
        <w:t>，并留下一套相关材料的复印件要求你入院后交给管床医生；若家长未陪同面诊并明确表示同意可能还需家长同意书，并可能向家长致电询问意见。随后凭入院证至住院部一楼办理住院手续，领取腕带。</w:t>
      </w:r>
    </w:p>
    <w:p>
      <w:pPr>
        <w:spacing w:after="100"/>
      </w:pPr>
      <w:r>
        <w:rPr>
          <w:rFonts w:ascii="Calibri" w:hAnsi="Calibri" w:cs="Calibri" w:eastAsia="宋体"/>
        </w:rPr>
        <w:t>办理入院需要预缴押金 50,000 元，支持刷卡、现金、支付宝微信，请注意非柜面交易限额问题，支持分多平台及多笔付款。POS 机使用银联（含银联国际）卡支持非接触交易（包括 Apple Pay），外卡须实体卡插卡交易。</w:t>
      </w:r>
      <w:r>
        <w:rPr>
          <w:rFonts w:ascii="Calibri" w:hAnsi="Calibri" w:cs="Calibri" w:eastAsia="宋体"/>
          <w:b/>
        </w:rPr>
        <w:t>请妥善保管押金单和上面粘附的任何物品（如POS机签字条）至办理出院手续</w:t>
      </w:r>
      <w:r>
        <w:rPr>
          <w:rFonts w:ascii="Calibri" w:hAnsi="Calibri" w:cs="Calibri" w:eastAsia="宋体"/>
        </w:rPr>
        <w:t>，随后立刻持住院证前往住院证指示地点的护士站报到，如需外出请在办理住院手续前或报到并完成入院宣教和管床医生收集病史后。此时如知道哪个病床空着且同病房有喜欢的人可以指定床号。</w:t>
      </w:r>
    </w:p>
    <w:p>
      <w:pPr>
        <w:spacing w:after="100"/>
      </w:pPr>
      <w:r>
        <w:rPr>
          <w:rFonts w:ascii="Calibri" w:hAnsi="Calibri" w:cs="Calibri" w:eastAsia="宋体"/>
        </w:rPr>
        <w:t>住院病房默认为三人间，可选单人间或双人间，单人间价格为 1000 人民币/日，其中 21 楼有 7 个三人间，22 楼有1个单人间、2个双人间、3个三人间，会议室在 21 楼，22楼为整形外科、妇科共用楼层。</w:t>
      </w:r>
    </w:p>
    <w:p>
      <w:pPr>
        <w:spacing w:after="100"/>
      </w:pPr>
      <w:r>
        <w:rPr>
          <w:rFonts w:ascii="Calibri" w:hAnsi="Calibri" w:cs="Calibri" w:eastAsia="宋体"/>
        </w:rPr>
        <w:t>入院住下的时间及顺序并不严格，</w:t>
      </w:r>
      <w:r>
        <w:rPr>
          <w:rFonts w:ascii="Calibri" w:hAnsi="Calibri" w:cs="Calibri" w:eastAsia="宋体"/>
        </w:rPr>
        <w:t>但同一天内开具入院证并缴纳预交金的顺序可能会影响手术排队</w:t>
      </w:r>
      <w:r>
        <w:rPr>
          <w:rFonts w:ascii="Calibri" w:hAnsi="Calibri" w:cs="Calibri" w:eastAsia="宋体"/>
        </w:rPr>
        <w:t>。通常情况是床位空出后先到者先住进去。少数床位爆满情况下可能会安排住在会议室或者办理入院后先领取一个编号大于实际床位数量的「虚拟床号」，先在酒店暂住，直到手术前一天再安排入院。</w:t>
      </w:r>
    </w:p>
    <w:p>
      <w:pPr>
        <w:spacing w:after="100"/>
      </w:pPr>
      <w:r>
        <w:rPr>
          <w:rFonts w:ascii="Calibri" w:hAnsi="Calibri" w:cs="Calibri" w:eastAsia="宋体"/>
        </w:rPr>
        <w:t>此时护士会对你进行入院宣教，提交一份文书材料附件给管床医生并由其询问既往史，签一大堆同意书，要求你背诵科室主任（也就是赵博）、管床医生（不是赵博）、护士长、管床护士的姓名，戴手腕带（出院前不能摘），发放病号服、三卷纱布。截至 2026 年 7 月，护士台仅会分发那种</w:t>
      </w:r>
      <w:r>
        <w:rPr>
          <w:rFonts w:ascii="Calibri" w:hAnsi="Calibri" w:cs="Calibri" w:eastAsia="宋体"/>
          <w:strike/>
        </w:rPr>
        <w:t>一看就是从宛平南路跑出来的</w:t>
      </w:r>
      <w:r>
        <w:rPr>
          <w:rFonts w:ascii="Calibri" w:hAnsi="Calibri" w:cs="Calibri" w:eastAsia="宋体"/>
        </w:rPr>
        <w:t>蓝白条纹病号服。411 会将女性倾向的 SRS 称为「反方向」。</w:t>
      </w:r>
    </w:p>
    <w:p>
      <w:pPr>
        <w:pStyle w:val="Heading5"/>
      </w:pPr>
      <w:r>
        <w:rPr>
          <w:rFonts w:ascii="Calibri" w:hAnsi="Calibri" w:cs="Calibri" w:eastAsia="宋体"/>
        </w:rPr>
        <w:t>住院</w:t>
      </w:r>
    </w:p>
    <w:p>
      <w:pPr>
        <w:pStyle w:val="Heading6"/>
      </w:pPr>
      <w:r>
        <w:rPr>
          <w:rFonts w:ascii="Calibri" w:hAnsi="Calibri" w:cs="Calibri" w:eastAsia="宋体"/>
        </w:rPr>
        <w:t>住院时间分布</w:t>
      </w:r>
    </w:p>
    <w:p>
      <w:pPr>
        <w:spacing w:before="20" w:after="40"/>
        <w:ind w:left="425" w:hanging="312"/>
      </w:pPr>
      <w:r>
        <w:rPr>
          <w:rFonts w:ascii="Calibri" w:hAnsi="Calibri" w:cs="Calibri" w:eastAsia="宋体"/>
        </w:rPr>
        <w:t xml:space="preserve">1. </w:t>
      </w:r>
      <w:r>
        <w:rPr>
          <w:rFonts w:ascii="Calibri" w:hAnsi="Calibri" w:cs="Calibri" w:eastAsia="宋体"/>
        </w:rPr>
        <w:t>术前 5-7 天观察期，随后手术</w:t>
      </w:r>
    </w:p>
    <w:p>
      <w:pPr>
        <w:spacing w:before="20" w:after="40"/>
        <w:ind w:left="425" w:hanging="312"/>
      </w:pPr>
      <w:r>
        <w:rPr>
          <w:rFonts w:ascii="Calibri" w:hAnsi="Calibri" w:cs="Calibri" w:eastAsia="宋体"/>
        </w:rPr>
        <w:t xml:space="preserve">2. </w:t>
      </w:r>
      <w:r>
        <w:rPr>
          <w:rFonts w:ascii="Calibri" w:hAnsi="Calibri" w:cs="Calibri" w:eastAsia="宋体"/>
        </w:rPr>
        <w:t>术后 7 天禁食禁水补液</w:t>
      </w:r>
    </w:p>
    <w:p>
      <w:pPr>
        <w:spacing w:before="20" w:after="40"/>
        <w:ind w:left="425" w:hanging="312"/>
      </w:pPr>
      <w:r>
        <w:rPr>
          <w:rFonts w:ascii="Calibri" w:hAnsi="Calibri" w:cs="Calibri" w:eastAsia="宋体"/>
        </w:rPr>
        <w:t xml:space="preserve">3. </w:t>
      </w:r>
      <w:r>
        <w:rPr>
          <w:rFonts w:ascii="Calibri" w:hAnsi="Calibri" w:cs="Calibri" w:eastAsia="宋体"/>
        </w:rPr>
        <w:t>7 天普食，随后拆线</w:t>
      </w:r>
    </w:p>
    <w:p>
      <w:pPr>
        <w:spacing w:before="20" w:after="40"/>
        <w:ind w:left="425" w:hanging="312"/>
      </w:pPr>
      <w:r>
        <w:rPr>
          <w:rFonts w:ascii="Calibri" w:hAnsi="Calibri" w:cs="Calibri" w:eastAsia="宋体"/>
        </w:rPr>
        <w:t xml:space="preserve">4. </w:t>
      </w:r>
      <w:r>
        <w:rPr>
          <w:rFonts w:ascii="Calibri" w:hAnsi="Calibri" w:cs="Calibri" w:eastAsia="宋体"/>
        </w:rPr>
        <w:t>拆线后观察 2-5 天</w:t>
      </w:r>
    </w:p>
    <w:p>
      <w:pPr>
        <w:spacing w:before="20" w:after="40"/>
        <w:ind w:left="425" w:hanging="312"/>
      </w:pPr>
      <w:r>
        <w:rPr>
          <w:rFonts w:ascii="Calibri" w:hAnsi="Calibri" w:cs="Calibri" w:eastAsia="宋体"/>
        </w:rPr>
        <w:t xml:space="preserve">5. </w:t>
      </w:r>
      <w:r>
        <w:rPr>
          <w:rFonts w:ascii="Calibri" w:hAnsi="Calibri" w:cs="Calibri" w:eastAsia="宋体"/>
        </w:rPr>
        <w:t>择期出院（通常为工作日）</w:t>
      </w:r>
    </w:p>
    <w:p>
      <w:pPr>
        <w:spacing w:after="100"/>
      </w:pPr>
      <w:r>
        <w:rPr>
          <w:rFonts w:ascii="Calibri" w:hAnsi="Calibri" w:cs="Calibri" w:eastAsia="宋体"/>
        </w:rPr>
        <w:t>入院后有 5-7 天的观察期，完成入院基本检查并快要轮到你手术时，你会被安排具体的手术日期。</w:t>
      </w:r>
      <w:r>
        <w:rPr>
          <w:rFonts w:ascii="Calibri" w:hAnsi="Calibri" w:cs="Calibri" w:eastAsia="宋体"/>
        </w:rPr>
        <w:t>冷知识：同一天入院的手术先后顺序由开具入院证并缴纳预交金的时间决定。</w:t>
      </w:r>
      <w:r>
        <w:rPr>
          <w:rFonts w:ascii="Calibri" w:hAnsi="Calibri" w:cs="Calibri" w:eastAsia="宋体"/>
        </w:rPr>
        <w:t>如院内手术排期紧张，有可能观察期会延长到10天左右。若你请了护工，</w:t>
      </w:r>
      <w:r>
        <w:rPr>
          <w:rFonts w:ascii="Calibri" w:hAnsi="Calibri" w:cs="Calibri" w:eastAsia="宋体"/>
          <w:b/>
        </w:rPr>
        <w:t>从手术当天开始计算护工费用</w:t>
      </w:r>
      <w:r>
        <w:rPr>
          <w:rFonts w:ascii="Calibri" w:hAnsi="Calibri" w:cs="Calibri" w:eastAsia="宋体"/>
        </w:rPr>
        <w:t>。</w:t>
      </w:r>
    </w:p>
    <w:p>
      <w:pPr>
        <w:spacing w:after="100"/>
      </w:pPr>
      <w:r>
        <w:rPr>
          <w:rFonts w:ascii="Calibri" w:hAnsi="Calibri" w:cs="Calibri" w:eastAsia="宋体"/>
        </w:rPr>
        <w:t>从手术当日算起，7 天禁食并静脉补液，随后可逐步恢复普食，第 12 天拆包，第 13 天可能会安排下地，第 14 天拆线，随后视具体情况择期安排出院。以上时间并不绝对，通常不会超过手术后 18 天出院你会被要求出院，若床位不紧张，你将有机会自己和医生商量出院日期。</w:t>
      </w:r>
    </w:p>
    <w:p>
      <w:pPr>
        <w:spacing w:after="100"/>
      </w:pPr>
      <w:r>
        <w:rPr>
          <w:rFonts w:ascii="Calibri" w:hAnsi="Calibri" w:cs="Calibri" w:eastAsia="宋体"/>
        </w:rPr>
        <w:t>每床每天仅能有一位陪护，</w:t>
      </w:r>
      <w:r>
        <w:rPr>
          <w:rFonts w:ascii="Calibri" w:hAnsi="Calibri" w:cs="Calibri" w:eastAsia="宋体"/>
          <w:b/>
        </w:rPr>
        <w:t>手术当天起陪护可在病房过夜，此前需自行安排住宿</w:t>
      </w:r>
      <w:r>
        <w:rPr>
          <w:rFonts w:ascii="Calibri" w:hAnsi="Calibri" w:cs="Calibri" w:eastAsia="宋体"/>
        </w:rPr>
        <w:t>。陪护过夜需要支付 10 元/天的陪护床费用（在住院押金里划扣），陪护床可在晚上拉开，但必须在晨 6 时前收成陪护椅形态并上锁，</w:t>
      </w:r>
      <w:r>
        <w:rPr>
          <w:rFonts w:ascii="Calibri" w:hAnsi="Calibri" w:cs="Calibri" w:eastAsia="宋体"/>
          <w:b/>
        </w:rPr>
        <w:t>据报告该陪护床睡眠体验很差</w:t>
      </w:r>
      <w:r>
        <w:rPr>
          <w:rFonts w:ascii="Calibri" w:hAnsi="Calibri" w:cs="Calibri" w:eastAsia="宋体"/>
        </w:rPr>
        <w:t>。</w:t>
      </w:r>
      <w:r>
        <w:rPr>
          <w:rFonts w:ascii="Calibri" w:hAnsi="Calibri" w:cs="Calibri" w:eastAsia="宋体"/>
        </w:rPr>
        <w:t>整形外科禁止此前在整形外科住过院的人以陪护的形式在整形外科住院部过夜，理由是「此前有术后的人来当陪护混廉价住宿」。</w:t>
      </w:r>
      <w:r>
        <w:rPr>
          <w:rFonts w:ascii="Calibri" w:hAnsi="Calibri" w:cs="Calibri" w:eastAsia="宋体"/>
          <w:strike/>
        </w:rPr>
        <w:t>但其实只要护士长和赵博对你印象不深刻或者同行人能证明与你有不同凡响的关系就行。</w:t>
      </w:r>
    </w:p>
    <w:p>
      <w:pPr>
        <w:pStyle w:val="Heading6"/>
      </w:pPr>
      <w:r>
        <w:rPr>
          <w:rFonts w:ascii="Calibri" w:hAnsi="Calibri" w:cs="Calibri" w:eastAsia="宋体"/>
        </w:rPr>
        <w:t>院内生活相关</w:t>
      </w:r>
    </w:p>
    <w:p>
      <w:pPr>
        <w:pStyle w:val="Heading7"/>
      </w:pPr>
      <w:r>
        <w:rPr>
          <w:rFonts w:ascii="Calibri" w:hAnsi="Calibri" w:cs="Calibri" w:eastAsia="宋体"/>
        </w:rPr>
        <w:t>院内作息</w:t>
      </w:r>
    </w:p>
    <w:p>
      <w:pPr>
        <w:spacing w:before="20" w:after="40"/>
        <w:ind w:left="425" w:hanging="312"/>
      </w:pPr>
      <w:r>
        <w:rPr>
          <w:rFonts w:ascii="Calibri" w:hAnsi="Calibri" w:cs="Calibri" w:eastAsia="宋体"/>
        </w:rPr>
        <w:t xml:space="preserve">• </w:t>
      </w:r>
      <w:r>
        <w:rPr>
          <w:rFonts w:ascii="Calibri" w:hAnsi="Calibri" w:cs="Calibri" w:eastAsia="宋体"/>
        </w:rPr>
        <w:t>6:00，早间开灯，分发早餐</w:t>
      </w:r>
    </w:p>
    <w:p>
      <w:pPr>
        <w:spacing w:before="20" w:after="40"/>
        <w:ind w:left="425" w:hanging="312"/>
      </w:pPr>
      <w:r>
        <w:rPr>
          <w:rFonts w:ascii="Calibri" w:hAnsi="Calibri" w:cs="Calibri" w:eastAsia="宋体"/>
        </w:rPr>
        <w:t xml:space="preserve">• </w:t>
      </w:r>
      <w:r>
        <w:rPr>
          <w:rFonts w:ascii="Calibri" w:hAnsi="Calibri" w:cs="Calibri" w:eastAsia="宋体"/>
        </w:rPr>
        <w:t>10:30-11:00，午餐时间</w:t>
      </w:r>
    </w:p>
    <w:p>
      <w:pPr>
        <w:spacing w:before="20" w:after="40"/>
        <w:ind w:left="425" w:hanging="312"/>
      </w:pPr>
      <w:r>
        <w:rPr>
          <w:rFonts w:ascii="Calibri" w:hAnsi="Calibri" w:cs="Calibri" w:eastAsia="宋体"/>
        </w:rPr>
        <w:t xml:space="preserve">• </w:t>
      </w:r>
      <w:r>
        <w:rPr>
          <w:rFonts w:ascii="Calibri" w:hAnsi="Calibri" w:cs="Calibri" w:eastAsia="宋体"/>
        </w:rPr>
        <w:t>16:30-17:00，晚餐时间</w:t>
      </w:r>
    </w:p>
    <w:p>
      <w:pPr>
        <w:spacing w:before="20" w:after="40"/>
        <w:ind w:left="425" w:hanging="312"/>
      </w:pPr>
      <w:r>
        <w:rPr>
          <w:rFonts w:ascii="Calibri" w:hAnsi="Calibri" w:cs="Calibri" w:eastAsia="宋体"/>
        </w:rPr>
        <w:t xml:space="preserve">• </w:t>
      </w:r>
      <w:r>
        <w:rPr>
          <w:rFonts w:ascii="Calibri" w:hAnsi="Calibri" w:cs="Calibri" w:eastAsia="宋体"/>
        </w:rPr>
        <w:t>21:00，晚间熄灯</w:t>
      </w:r>
    </w:p>
    <w:p>
      <w:pPr>
        <w:spacing w:after="100"/>
      </w:pPr>
      <w:r>
        <w:rPr>
          <w:rFonts w:ascii="Calibri" w:hAnsi="Calibri" w:cs="Calibri" w:eastAsia="宋体"/>
        </w:rPr>
        <w:t>晚上熄灯并不代表你必须睡觉，但不要发出可能会影响室友休息的声音。如预计无法耐受室友（可能发出）的鼾声，</w:t>
      </w:r>
      <w:r>
        <w:rPr>
          <w:rFonts w:ascii="Calibri" w:hAnsi="Calibri" w:cs="Calibri" w:eastAsia="宋体"/>
          <w:b/>
        </w:rPr>
        <w:t>请自行提前准备耳塞</w:t>
      </w:r>
      <w:r>
        <w:rPr>
          <w:rFonts w:ascii="Calibri" w:hAnsi="Calibri" w:cs="Calibri" w:eastAsia="宋体"/>
        </w:rPr>
        <w:t>。</w:t>
      </w:r>
    </w:p>
    <w:p>
      <w:pPr>
        <w:spacing w:after="100"/>
      </w:pPr>
      <w:r>
        <w:rPr>
          <w:rFonts w:ascii="Calibri" w:hAnsi="Calibri" w:cs="Calibri" w:eastAsia="宋体"/>
          <w:b/>
        </w:rPr>
        <w:t>熄灯的同时锁通向电梯间的大门</w:t>
      </w:r>
      <w:r>
        <w:rPr>
          <w:rFonts w:ascii="Calibri" w:hAnsi="Calibri" w:cs="Calibri" w:eastAsia="宋体"/>
        </w:rPr>
        <w:t>，护士要求外出应在 20 时前返回，不过夜的陪护应在 21 时前离开，否则会被锁在里面。熄灯期间可以拉上帘子打开自己床头的灯坐在床头玩手机，但请不要打扰他人休息。</w:t>
      </w:r>
    </w:p>
    <w:p>
      <w:pPr>
        <w:spacing w:after="100"/>
      </w:pPr>
      <w:r>
        <w:rPr>
          <w:rFonts w:ascii="Calibri" w:hAnsi="Calibri" w:cs="Calibri" w:eastAsia="宋体"/>
        </w:rPr>
        <w:t>夜间，护工可能会为了防蚊而开启电蚊香，如果对其成分较为敏感，可告知护工。</w:t>
      </w:r>
    </w:p>
    <w:p>
      <w:pPr>
        <w:spacing w:after="100"/>
      </w:pPr>
      <w:r>
        <w:rPr>
          <w:rFonts w:ascii="Calibri" w:hAnsi="Calibri" w:cs="Calibri" w:eastAsia="宋体"/>
        </w:rPr>
        <w:t>如你未选择单人间，你的室友可能有跨男、非二元性别、顺弯女或来割双眼皮的顺直人等各种属性，请尊重理解，勿主观判断。幸运时也可能出现一个病房三人都是跨女。病床换人时会拉上帘子打开紫外线灯消毒，请勿直视。</w:t>
      </w:r>
    </w:p>
    <w:p>
      <w:pPr>
        <w:pStyle w:val="Heading7"/>
      </w:pPr>
      <w:r>
        <w:rPr>
          <w:rFonts w:ascii="Calibri" w:hAnsi="Calibri" w:cs="Calibri" w:eastAsia="宋体"/>
        </w:rPr>
        <w:t>院内三餐</w:t>
      </w:r>
    </w:p>
    <w:p>
      <w:pPr>
        <w:spacing w:after="100"/>
      </w:pPr>
      <w:r>
        <w:rPr>
          <w:rFonts w:ascii="Calibri" w:hAnsi="Calibri" w:cs="Calibri" w:eastAsia="宋体"/>
        </w:rPr>
        <w:t>三餐由推车在走廊发放。若不符合饮食习惯可自订外卖（但请不要点螺蛳粉），外卖会送至大门处美团外卖柜，如配送员不愿使用也可能直接放在门口闸机附近。快递会送至大门传达室内，收货地址请写明楼层。快递管理较为混乱，需自行在快递堆中翻找自己的快递。</w:t>
      </w:r>
    </w:p>
    <w:p>
      <w:pPr>
        <w:keepNext/>
        <w:spacing w:before="120" w:after="40"/>
        <w:pBdr>
          <w:bottom w:val="single" w:sz="6" w:space="1" w:color="D4D8DE"/>
        </w:pBdr>
      </w:pPr>
      <w:r>
        <w:rPr>
          <w:rFonts w:ascii="Calibri" w:hAnsi="Calibri" w:cs="Calibri" w:eastAsia="微软雅黑"/>
          <w:b/>
        </w:rPr>
        <w:t>▸ 三餐参考信息</w:t>
      </w:r>
    </w:p>
    <w:p>
      <w:pPr>
        <w:spacing w:before="20" w:after="40"/>
        <w:ind w:left="425" w:hanging="312"/>
      </w:pPr>
      <w:r>
        <w:rPr>
          <w:rFonts w:ascii="Calibri" w:hAnsi="Calibri" w:cs="Calibri" w:eastAsia="宋体"/>
        </w:rPr>
        <w:t xml:space="preserve">• </w:t>
      </w:r>
      <w:r>
        <w:rPr>
          <w:rFonts w:ascii="Calibri" w:hAnsi="Calibri" w:cs="Calibri" w:eastAsia="宋体"/>
        </w:rPr>
        <w:t>早餐 = 一个白水煮鸡蛋 +（一个馒头/花卷/包子）+（稻/粟/黑米粥/豆浆）+ 咸菜（建议谨慎尝试）。</w:t>
      </w:r>
    </w:p>
    <w:p>
      <w:pPr>
        <w:spacing w:before="20" w:after="40"/>
        <w:ind w:left="425" w:hanging="312"/>
      </w:pPr>
      <w:r>
        <w:rPr>
          <w:rFonts w:ascii="Calibri" w:hAnsi="Calibri" w:cs="Calibri" w:eastAsia="宋体"/>
        </w:rPr>
        <w:t xml:space="preserve">• </w:t>
      </w:r>
      <w:r>
        <w:rPr>
          <w:rFonts w:ascii="Calibri" w:hAnsi="Calibri" w:cs="Calibri" w:eastAsia="宋体"/>
        </w:rPr>
        <w:t>午餐和晚餐的普食 = 米饭 + 青菜 + 一荤 + 一谜（一荤可能是带刺的鱼，一谜可能是鸡蛋）。</w:t>
      </w:r>
    </w:p>
    <w:p>
      <w:pPr>
        <w:spacing w:before="20" w:after="40"/>
        <w:ind w:left="425" w:hanging="312"/>
      </w:pPr>
      <w:r>
        <w:rPr>
          <w:rFonts w:ascii="Calibri" w:hAnsi="Calibri" w:cs="Calibri" w:eastAsia="宋体"/>
        </w:rPr>
        <w:t xml:space="preserve">• </w:t>
      </w:r>
      <w:r>
        <w:rPr>
          <w:rFonts w:ascii="Calibri" w:hAnsi="Calibri" w:cs="Calibri" w:eastAsia="宋体"/>
        </w:rPr>
        <w:t>半流食则可能是馄饨/面条/粥。</w:t>
      </w:r>
    </w:p>
    <w:p>
      <w:pPr>
        <w:spacing w:before="20" w:after="40"/>
        <w:ind w:left="425" w:hanging="312"/>
      </w:pPr>
      <w:r>
        <w:rPr>
          <w:rFonts w:ascii="Calibri" w:hAnsi="Calibri" w:cs="Calibri" w:eastAsia="宋体"/>
        </w:rPr>
        <w:t xml:space="preserve">• </w:t>
      </w:r>
      <w:r>
        <w:rPr>
          <w:rFonts w:ascii="Calibri" w:hAnsi="Calibri" w:cs="Calibri" w:eastAsia="宋体"/>
        </w:rPr>
        <w:t>可以自行电话点餐「小锅菜」，即院内随餐配送的客制化餐品，</w:t>
      </w:r>
      <w:r>
        <w:rPr>
          <w:rFonts w:ascii="Calibri" w:hAnsi="Calibri" w:cs="Calibri" w:eastAsia="宋体"/>
          <w:strike/>
        </w:rPr>
        <w:t>为什么不点外卖呢</w:t>
      </w:r>
      <w:r>
        <w:rPr>
          <w:rFonts w:ascii="Calibri" w:hAnsi="Calibri" w:cs="Calibri" w:eastAsia="宋体"/>
        </w:rPr>
        <w:t>。</w:t>
      </w:r>
    </w:p>
    <w:p>
      <w:pPr>
        <w:spacing w:after="100"/>
      </w:pPr>
      <w:r>
        <w:rPr>
          <w:rFonts w:ascii="Calibri" w:hAnsi="Calibri" w:cs="Calibri" w:eastAsia="宋体"/>
        </w:rPr>
        <w:t>医院饮食价格为早餐 6 元，午、晚餐各 12 元，使用医院系统计费，如需取消请告知分发餐食的阿姨，可以单独取消早、中、晚餐；午餐和晚餐为铁盘盛装，但汤仍需自备碗。吃完或没吃完后将残羹剩饭倒至走廊尽头换药室对面的垃圾桶，随后将铁盘带至电梯旁边开水间稍冲洗后留在此处。</w:t>
      </w:r>
      <w:r>
        <w:rPr>
          <w:rFonts w:ascii="Calibri" w:hAnsi="Calibri" w:cs="Calibri" w:eastAsia="宋体"/>
          <w:b/>
        </w:rPr>
        <w:t>餐车的一次性塑料碗和筷子供应不稳定，有时有，有时没有，建议自行准备。</w:t>
      </w:r>
    </w:p>
    <w:p>
      <w:pPr>
        <w:spacing w:after="100"/>
      </w:pPr>
      <w:r>
        <w:rPr>
          <w:rFonts w:ascii="Calibri" w:hAnsi="Calibri" w:cs="Calibri" w:eastAsia="宋体"/>
        </w:rPr>
        <w:t>午晚餐参考：</w:t>
      </w:r>
    </w:p>
    <w:p>
      <w:pPr>
        <w:spacing w:after="100"/>
      </w:pPr>
      <w:r>
        <w:rPr>
          <w:rFonts w:ascii="Calibri" w:hAnsi="Calibri" w:cs="Calibri" w:eastAsia="宋体"/>
        </w:rPr>
        <w:t>「小锅菜」菜单：</w:t>
      </w:r>
    </w:p>
    <w:p>
      <w:pPr>
        <w:pStyle w:val="Heading7"/>
      </w:pPr>
      <w:r>
        <w:rPr>
          <w:rFonts w:ascii="Calibri" w:hAnsi="Calibri" w:cs="Calibri" w:eastAsia="宋体"/>
        </w:rPr>
        <w:t>院内活动事宜</w:t>
      </w:r>
    </w:p>
    <w:p>
      <w:pPr>
        <w:spacing w:after="100"/>
      </w:pPr>
      <w:r>
        <w:rPr>
          <w:rFonts w:ascii="Calibri" w:hAnsi="Calibri" w:cs="Calibri" w:eastAsia="宋体"/>
          <w:b/>
        </w:rPr>
        <w:t>入院后如需外出需在护士站登记并由医生签字</w:t>
      </w:r>
      <w:r>
        <w:rPr>
          <w:rFonts w:ascii="Calibri" w:hAnsi="Calibri" w:cs="Calibri" w:eastAsia="宋体"/>
        </w:rPr>
        <w:t>，请不要偷偷溜走以给医院工作人员添加工作难度。术前的请假通常会被准许，在此期间请注意个人卫生，如有感冒等情况可能会导致你的手术计划日期被推迟甚至取消。</w:t>
      </w:r>
    </w:p>
    <w:p>
      <w:pPr>
        <w:spacing w:after="100"/>
      </w:pPr>
      <w:r>
        <w:rPr>
          <w:rFonts w:ascii="Calibri" w:hAnsi="Calibri" w:cs="Calibri" w:eastAsia="宋体"/>
          <w:b/>
        </w:rPr>
        <w:t>如果需要外出过夜，则需要赵博同意</w:t>
      </w:r>
      <w:r>
        <w:rPr>
          <w:rFonts w:ascii="Calibri" w:hAnsi="Calibri" w:cs="Calibri" w:eastAsia="宋体"/>
        </w:rPr>
        <w:t>。如果赵博不在办公室，可以微信发消息等待回复，然后给在院医生看并签字请假。</w:t>
      </w:r>
    </w:p>
    <w:p>
      <w:pPr>
        <w:spacing w:after="100"/>
      </w:pPr>
      <w:r>
        <w:rPr>
          <w:rFonts w:ascii="Calibri" w:hAnsi="Calibri" w:cs="Calibri" w:eastAsia="宋体"/>
        </w:rPr>
        <w:t>医院门卫将拦下穿病号服的病人离开，此时如需在医院对面商店购买东西，可请求保安使用你的手机上的付款码代劳。</w:t>
      </w:r>
    </w:p>
    <w:p>
      <w:pPr>
        <w:spacing w:after="100"/>
      </w:pPr>
      <w:r>
        <w:rPr>
          <w:rFonts w:ascii="Calibri" w:hAnsi="Calibri" w:cs="Calibri" w:eastAsia="宋体"/>
        </w:rPr>
        <w:t>会议室有一台冰箱，偷偷往里面塞一罐可乐或许会无事发生（记着稍后拿出来喝，不是让你投喂冰箱之神）。</w:t>
      </w:r>
    </w:p>
    <w:p>
      <w:pPr>
        <w:spacing w:after="100"/>
      </w:pPr>
      <w:r>
        <w:rPr>
          <w:rFonts w:ascii="Calibri" w:hAnsi="Calibri" w:cs="Calibri" w:eastAsia="宋体"/>
        </w:rPr>
        <w:t xml:space="preserve">病房目前有免费 Wi-Fi </w:t>
      </w:r>
      <w:r>
        <w:rPr>
          <w:rFonts w:ascii="Consolas" w:hAnsi="Consolas" w:cs="Consolas" w:eastAsia="Consolas"/>
          <w:sz w:val="19"/>
        </w:rPr>
        <w:t>BesTV-W</w:t>
      </w:r>
      <w:r>
        <w:rPr>
          <w:rFonts w:ascii="Calibri" w:hAnsi="Calibri" w:cs="Calibri" w:eastAsia="宋体"/>
        </w:rPr>
        <w:t xml:space="preserve"> 覆盖，无密码。该 Wi-Fi 信号强度和带宽可能欠佳，使用公共 Wi-Fi 请</w:t>
      </w:r>
      <w:r>
        <w:rPr>
          <w:rFonts w:ascii="Calibri" w:hAnsi="Calibri" w:cs="Calibri" w:eastAsia="宋体"/>
          <w:b/>
        </w:rPr>
        <w:t>注意信息安全</w:t>
      </w:r>
      <w:r>
        <w:rPr>
          <w:rFonts w:ascii="Calibri" w:hAnsi="Calibri" w:cs="Calibri" w:eastAsia="宋体"/>
        </w:rPr>
        <w:t>。</w:t>
      </w:r>
    </w:p>
    <w:p>
      <w:pPr>
        <w:pStyle w:val="Heading6"/>
      </w:pPr>
      <w:r>
        <w:rPr>
          <w:rFonts w:ascii="Calibri" w:hAnsi="Calibri" w:cs="Calibri" w:eastAsia="宋体"/>
        </w:rPr>
        <w:t>院内术前准备</w:t>
      </w:r>
    </w:p>
    <w:p>
      <w:pPr>
        <w:pStyle w:val="Heading7"/>
      </w:pPr>
      <w:r>
        <w:rPr>
          <w:rFonts w:ascii="Calibri" w:hAnsi="Calibri" w:cs="Calibri" w:eastAsia="宋体"/>
        </w:rPr>
        <w:t>撕纱布</w:t>
      </w:r>
    </w:p>
    <w:p>
      <w:pPr>
        <w:spacing w:after="100"/>
      </w:pPr>
      <w:r>
        <w:rPr>
          <w:rFonts w:ascii="Calibri" w:hAnsi="Calibri" w:cs="Calibri" w:eastAsia="宋体"/>
        </w:rPr>
        <w:t>需在护士站借用剪刀（请及时归还）将发放的三卷纱布剪成长宽比约为 2:1 的长方形，随后将其全部撕成线条。先多次折叠可以减少剪裁次数，沿对角线撕较为省力。该操作预计需要数小时的工作，准备适量足够有趣的番剧或足够有趣的陪你聊天的朋友或可减轻该操作的心智负担（</w:t>
      </w:r>
      <w:r>
        <w:rPr>
          <w:rFonts w:ascii="Calibri" w:hAnsi="Calibri" w:cs="Calibri" w:eastAsia="宋体"/>
          <w:strike/>
        </w:rPr>
        <w:t>真的很无聊</w:t>
      </w:r>
      <w:r>
        <w:rPr>
          <w:rFonts w:ascii="Calibri" w:hAnsi="Calibri" w:cs="Calibri" w:eastAsia="宋体"/>
        </w:rPr>
        <w:t>）。</w:t>
      </w:r>
      <w:r>
        <w:rPr>
          <w:rFonts w:ascii="Calibri" w:hAnsi="Calibri" w:cs="Calibri" w:eastAsia="宋体"/>
          <w:vertAlign w:val="superscript"/>
        </w:rPr>
        <w:t>1</w:t>
      </w:r>
      <w:r>
        <w:rPr>
          <w:rFonts w:ascii="Calibri" w:hAnsi="Calibri" w:cs="Calibri" w:eastAsia="宋体"/>
          <w:b/>
        </w:rPr>
        <w:t>入院后请尽快完成撕纱布操作并送至护士站灭菌</w:t>
      </w:r>
      <w:r>
        <w:rPr>
          <w:rFonts w:ascii="Calibri" w:hAnsi="Calibri" w:cs="Calibri" w:eastAsia="宋体"/>
        </w:rPr>
        <w:t>。该操作得到的碎纱会用于外阴止血，且填充效果和便捷性优于整块纱布。</w:t>
      </w:r>
    </w:p>
    <w:p>
      <w:pPr>
        <w:pStyle w:val="Heading7"/>
      </w:pPr>
      <w:r>
        <w:rPr>
          <w:rFonts w:ascii="Calibri" w:hAnsi="Calibri" w:cs="Calibri" w:eastAsia="宋体"/>
        </w:rPr>
        <w:t>术前检验检查</w:t>
      </w:r>
    </w:p>
    <w:p>
      <w:pPr>
        <w:spacing w:after="100"/>
      </w:pPr>
      <w:r>
        <w:rPr>
          <w:rFonts w:ascii="Calibri" w:hAnsi="Calibri" w:cs="Calibri" w:eastAsia="宋体"/>
        </w:rPr>
        <w:t>完成入院后，你需要在第二天完成术前常规检查，护士站会给你大小便标本盒和几张检查单，检查项目包括尿常规、粪常规、血型鉴定、血常规、生化、凝血功能、激素六项（系统显示为「免疫-i2000」）、传染病（系统显示为「免疫-安图」）、心电图、彩超、DR 胸片（X 射线）。如有特殊情况（</w:t>
      </w:r>
      <w:r>
        <w:rPr>
          <w:rFonts w:ascii="Calibri" w:hAnsi="Calibri" w:cs="Calibri" w:eastAsia="宋体"/>
          <w:strike/>
        </w:rPr>
        <w:t>比如拉不出屎</w:t>
      </w:r>
      <w:r>
        <w:rPr>
          <w:rFonts w:ascii="Calibri" w:hAnsi="Calibri" w:cs="Calibri" w:eastAsia="宋体"/>
        </w:rPr>
        <w:t>）可稍作延后，但</w:t>
      </w:r>
      <w:r>
        <w:rPr>
          <w:rFonts w:ascii="Calibri" w:hAnsi="Calibri" w:cs="Calibri" w:eastAsia="宋体"/>
          <w:b/>
        </w:rPr>
        <w:t>请不要拖太久导致你的术前检查报告缺项</w:t>
      </w:r>
      <w:r>
        <w:rPr>
          <w:rFonts w:ascii="Calibri" w:hAnsi="Calibri" w:cs="Calibri" w:eastAsia="宋体"/>
        </w:rPr>
        <w:t>。</w:t>
      </w:r>
    </w:p>
    <w:p>
      <w:pPr>
        <w:spacing w:after="100"/>
      </w:pPr>
      <w:r>
        <w:rPr>
          <w:rFonts w:ascii="Calibri" w:hAnsi="Calibri" w:cs="Calibri" w:eastAsia="宋体"/>
        </w:rPr>
        <w:t>血液检查项目会在入院时（若你当日没有进食饮水）或次日早 6 时由护士至床边或前往护士站抽血送检（所以说一定不要睡懒觉，推荐躺着或坐着进行否则可能低血糖晕倒），粪尿样本需在 8 时-14 时采集，后在护士站扫描并送至换药室对面垃圾桶旁边的样本盒（粪便、尿液采样手术前提交即可）。其他项目需在预约单上的时间自行前往楼下检查单上标注的地点完成检查，</w:t>
      </w:r>
      <w:r>
        <w:rPr>
          <w:rFonts w:ascii="Calibri" w:hAnsi="Calibri" w:cs="Calibri" w:eastAsia="宋体"/>
          <w:b/>
        </w:rPr>
        <w:t>完成当天全部检查前切勿进食</w:t>
      </w:r>
      <w:r>
        <w:rPr>
          <w:rFonts w:ascii="Calibri" w:hAnsi="Calibri" w:cs="Calibri" w:eastAsia="宋体"/>
        </w:rPr>
        <w:t>，可先领取餐食后放在桌子上。</w:t>
      </w:r>
    </w:p>
    <w:p>
      <w:pPr>
        <w:pStyle w:val="Heading7"/>
      </w:pPr>
      <w:r>
        <w:rPr>
          <w:rFonts w:ascii="Calibri" w:hAnsi="Calibri" w:cs="Calibri" w:eastAsia="宋体"/>
        </w:rPr>
        <w:t>术前会诊与谈话</w:t>
      </w:r>
    </w:p>
    <w:p>
      <w:pPr>
        <w:spacing w:after="100"/>
      </w:pPr>
      <w:r>
        <w:rPr>
          <w:rFonts w:ascii="Calibri" w:hAnsi="Calibri" w:cs="Calibri" w:eastAsia="宋体"/>
        </w:rPr>
        <w:t>入院后会被管床医生开具心理科会诊，请按照管床医生指示到达门诊楼精神科与精神科医生进行充分沟通，以及完成明尼苏达人格测试，焦虑抑郁自评和他评。如有其他基础疾病需在术前评估，可能会同时请相关科室会诊。</w:t>
      </w:r>
    </w:p>
    <w:p>
      <w:pPr>
        <w:spacing w:after="100"/>
      </w:pPr>
      <w:r>
        <w:rPr>
          <w:rFonts w:ascii="Calibri" w:hAnsi="Calibri" w:cs="Calibri" w:eastAsia="宋体"/>
        </w:rPr>
        <w:t>入院后不久会被主治医生叫去医生办公室，并：</w:t>
      </w:r>
    </w:p>
    <w:p>
      <w:pPr>
        <w:spacing w:before="20" w:after="40"/>
        <w:ind w:left="425" w:hanging="312"/>
      </w:pPr>
      <w:r>
        <w:rPr>
          <w:rFonts w:ascii="Calibri" w:hAnsi="Calibri" w:cs="Calibri" w:eastAsia="宋体"/>
        </w:rPr>
        <w:t xml:space="preserve">• </w:t>
      </w:r>
      <w:r>
        <w:rPr>
          <w:rFonts w:ascii="Calibri" w:hAnsi="Calibri" w:cs="Calibri" w:eastAsia="宋体"/>
        </w:rPr>
        <w:t>询问手术效果期望和侧重</w:t>
      </w:r>
    </w:p>
    <w:p>
      <w:pPr>
        <w:spacing w:before="20" w:after="40"/>
        <w:ind w:left="425" w:hanging="312"/>
      </w:pPr>
      <w:r>
        <w:rPr>
          <w:rFonts w:ascii="Calibri" w:hAnsi="Calibri" w:cs="Calibri" w:eastAsia="宋体"/>
        </w:rPr>
        <w:t xml:space="preserve">• </w:t>
      </w:r>
      <w:r>
        <w:rPr>
          <w:rFonts w:ascii="Calibri" w:hAnsi="Calibri" w:cs="Calibri" w:eastAsia="宋体"/>
        </w:rPr>
        <w:t xml:space="preserve">图文视频 </w:t>
      </w:r>
      <w:r>
        <w:rPr>
          <w:rFonts w:ascii="Calibri" w:hAnsi="Calibri" w:cs="Calibri" w:eastAsia="宋体"/>
          <w:strike/>
        </w:rPr>
        <w:t>（可能还有手绘简笔画）</w:t>
      </w:r>
      <w:r>
        <w:rPr>
          <w:rFonts w:ascii="Calibri" w:hAnsi="Calibri" w:cs="Calibri" w:eastAsia="宋体"/>
        </w:rPr>
        <w:t xml:space="preserve"> 并茂地详细讲解手术原理和方法</w:t>
      </w:r>
    </w:p>
    <w:p>
      <w:pPr>
        <w:spacing w:before="20" w:after="40"/>
        <w:ind w:left="425" w:hanging="312"/>
      </w:pPr>
      <w:r>
        <w:rPr>
          <w:rFonts w:ascii="Calibri" w:hAnsi="Calibri" w:cs="Calibri" w:eastAsia="宋体"/>
        </w:rPr>
        <w:t xml:space="preserve">• </w:t>
      </w:r>
      <w:r>
        <w:rPr>
          <w:rFonts w:ascii="Calibri" w:hAnsi="Calibri" w:cs="Calibri" w:eastAsia="宋体"/>
        </w:rPr>
        <w:t>询问是否使用可选的新技术（需权衡个人审美与客观风险，详询医生）</w:t>
      </w:r>
    </w:p>
    <w:p>
      <w:pPr>
        <w:spacing w:before="20" w:after="40"/>
        <w:ind w:left="425" w:hanging="312"/>
      </w:pPr>
      <w:r>
        <w:rPr>
          <w:rFonts w:ascii="Calibri" w:hAnsi="Calibri" w:cs="Calibri" w:eastAsia="宋体"/>
        </w:rPr>
        <w:t xml:space="preserve">• </w:t>
      </w:r>
      <w:r>
        <w:rPr>
          <w:rFonts w:ascii="Calibri" w:hAnsi="Calibri" w:cs="Calibri" w:eastAsia="宋体"/>
        </w:rPr>
        <w:t>检查手术材料。若手术材料长度和面积不足，可能需要在大腿甚至肚子取皮。过一段时间赵博也会亲自检查一次你的手术材料</w:t>
      </w:r>
    </w:p>
    <w:p>
      <w:pPr>
        <w:spacing w:before="20" w:after="40"/>
        <w:ind w:left="425" w:hanging="312"/>
      </w:pPr>
      <w:r>
        <w:rPr>
          <w:rFonts w:ascii="Calibri" w:hAnsi="Calibri" w:cs="Calibri" w:eastAsia="宋体"/>
        </w:rPr>
        <w:t xml:space="preserve">• </w:t>
      </w:r>
      <w:r>
        <w:rPr>
          <w:rFonts w:ascii="Calibri" w:hAnsi="Calibri" w:cs="Calibri" w:eastAsia="宋体"/>
        </w:rPr>
        <w:t>告知手术风险，签署各种同意书</w:t>
      </w:r>
    </w:p>
    <w:p>
      <w:pPr>
        <w:spacing w:before="20" w:after="40"/>
        <w:ind w:left="425" w:hanging="312"/>
      </w:pPr>
      <w:r>
        <w:rPr>
          <w:rFonts w:ascii="Calibri" w:hAnsi="Calibri" w:cs="Calibri" w:eastAsia="宋体"/>
        </w:rPr>
        <w:t xml:space="preserve">• </w:t>
      </w:r>
      <w:r>
        <w:rPr>
          <w:rFonts w:ascii="Calibri" w:hAnsi="Calibri" w:cs="Calibri" w:eastAsia="宋体"/>
        </w:rPr>
        <w:t>询问若术中发现素材质量不佳，的确难以完成目标深度，是否接受 0 深度术式（如你没有同意，在遇到上述情况时则会终止手术等你醒来后再次沟通确认）</w:t>
      </w:r>
    </w:p>
    <w:p>
      <w:pPr>
        <w:spacing w:before="20" w:after="40"/>
        <w:ind w:left="425" w:hanging="312"/>
      </w:pPr>
      <w:r>
        <w:rPr>
          <w:rFonts w:ascii="Calibri" w:hAnsi="Calibri" w:cs="Calibri" w:eastAsia="宋体"/>
        </w:rPr>
        <w:t xml:space="preserve">• </w:t>
      </w:r>
      <w:r>
        <w:rPr>
          <w:rFonts w:ascii="Calibri" w:hAnsi="Calibri" w:cs="Calibri" w:eastAsia="宋体"/>
        </w:rPr>
        <w:t>如你有任何药物过敏史、手术史（包皮手术也算）、服药史、基础疾病史、各类顾虑，</w:t>
      </w:r>
      <w:r>
        <w:rPr>
          <w:rFonts w:ascii="Calibri" w:hAnsi="Calibri" w:cs="Calibri" w:eastAsia="宋体"/>
          <w:b/>
        </w:rPr>
        <w:t>请务必在此时告知或咨询医生</w:t>
      </w:r>
    </w:p>
    <w:p>
      <w:pPr>
        <w:pStyle w:val="Heading5"/>
      </w:pPr>
      <w:r>
        <w:rPr>
          <w:rFonts w:ascii="Calibri" w:hAnsi="Calibri" w:cs="Calibri" w:eastAsia="宋体"/>
        </w:rPr>
        <w:t>围术期全流程攻略</w:t>
      </w:r>
    </w:p>
    <w:p>
      <w:pPr>
        <w:pStyle w:val="Heading6"/>
      </w:pPr>
      <w:r>
        <w:rPr>
          <w:rFonts w:ascii="Calibri" w:hAnsi="Calibri" w:cs="Calibri" w:eastAsia="宋体"/>
        </w:rPr>
        <w:t>Day -1</w:t>
      </w:r>
    </w:p>
    <w:p>
      <w:pPr>
        <w:spacing w:after="100"/>
      </w:pPr>
      <w:r>
        <w:rPr>
          <w:rFonts w:ascii="Calibri" w:hAnsi="Calibri" w:cs="Calibri" w:eastAsia="宋体"/>
        </w:rPr>
        <w:t>手术时间确定后会被护士站的护士和手术室的护士和麻醉医生分别详细询问既往史并详细记录，麻醉医生会要求你签字「同意全身麻醉」，可选「同意使用镇痛泵」（除非你真的很明确的知道你到底在干什么不然不要签不使用镇痛泵）。请和麻醉医生充分讨论你术前使用的可能影响麻醉的药物，镇痛泵使用时长（不够可以后面加），是否需要额外的腰麻。</w:t>
      </w:r>
    </w:p>
    <w:p>
      <w:pPr>
        <w:spacing w:after="100"/>
      </w:pPr>
      <w:r>
        <w:rPr>
          <w:rFonts w:ascii="Calibri" w:hAnsi="Calibri" w:cs="Calibri" w:eastAsia="宋体"/>
        </w:rPr>
        <w:t>手术前一天不可吃午饭和晚饭（晚饭时间后当然更不可吃任何东西），晚 21 时（手术室 / 麻醉科要求）或凌晨 2 时（护士站要求，是的，他们没有统一）后不可进水。中午若不是很饿建议不要进食。建议在禁食开始前不要食用难以消化的水果，改变到流食或半流食有利于清肠。</w:t>
      </w:r>
    </w:p>
    <w:p>
      <w:pPr>
        <w:spacing w:after="100"/>
      </w:pPr>
      <w:r>
        <w:rPr>
          <w:rFonts w:ascii="Calibri" w:hAnsi="Calibri" w:cs="Calibri" w:eastAsia="宋体"/>
        </w:rPr>
        <w:t>手术前一天需在 11 时、20 时整各服用硫酸镁钠钾口服用浓溶液共 2500 mL。每次将 1 瓶全部加入附带的量杯中并加水至刻度线 500 mL 处，并再喝 2000 mL 清水，注意药水和水总共需在 2 小时内喝下。根据部分个例经验，稍热时服下并用饮料漱口可能有助于减轻服用时的心智负担（禁止使用含气泡或酒精的饮料）。你可能会想要呕吐但是请尽量不要，避免服用速度过快、液体过热或过凉导致呕吐，以免影响效果。</w:t>
      </w:r>
    </w:p>
    <w:p>
      <w:pPr>
        <w:spacing w:after="100"/>
      </w:pPr>
      <w:r>
        <w:rPr>
          <w:rFonts w:ascii="Calibri" w:hAnsi="Calibri" w:cs="Calibri" w:eastAsia="宋体"/>
          <w:b/>
        </w:rPr>
        <w:t>肠道准备不充分可能导致极其严重的后果，包括但不限于手术时间延长，台上中止手术，甚至可能致命的严重感染。切勿心存侥幸！</w:t>
      </w:r>
    </w:p>
    <w:p>
      <w:pPr>
        <w:spacing w:after="100"/>
      </w:pPr>
      <w:r>
        <w:rPr>
          <w:rFonts w:ascii="Calibri" w:hAnsi="Calibri" w:cs="Calibri" w:eastAsia="宋体"/>
        </w:rPr>
        <w:t>下午会有护士来备皮（剃毛），晚 20 时或更早生理盐水灌肠，随后静脉注射补液。此外需自行将指甲剪短。</w:t>
      </w:r>
    </w:p>
    <w:p>
      <w:pPr>
        <w:spacing w:after="100"/>
      </w:pPr>
      <w:r>
        <w:rPr>
          <w:rFonts w:ascii="Calibri" w:hAnsi="Calibri" w:cs="Calibri" w:eastAsia="宋体"/>
        </w:rPr>
        <w:t>如遇灌肠失败（如无法进入），可以尝试将屁股垫高侧躺再试，或参考小红书灌肠攻略调整体位。</w:t>
      </w:r>
    </w:p>
    <w:p>
      <w:pPr>
        <w:spacing w:after="100"/>
      </w:pPr>
      <w:r>
        <w:rPr>
          <w:rFonts w:ascii="Calibri" w:hAnsi="Calibri" w:cs="Calibri" w:eastAsia="宋体"/>
        </w:rPr>
        <w:t>此外，护工阿姨会询问你是否需要请护工以及是否需要气垫床，如需护工将在手术当天开始计费，一共两位护工将负责整层楼所有人的护理。气垫床则需缴纳 150 ￥ 租金。倘若你能像我的某位朋友一样将本站所有相关内容甚至所有 issue 讨论帖反复诵读倒背如流以致刚从手术室回来也能有条不紊的指挥她的陪护的话，那么或许说不定也可以不用请。气垫床充气过满并不会带来太好的体验，可以要求护工阿姨放掉一半的气。</w:t>
      </w:r>
    </w:p>
    <w:p>
      <w:pPr>
        <w:pStyle w:val="Heading6"/>
      </w:pPr>
      <w:r>
        <w:rPr>
          <w:rFonts w:ascii="Calibri" w:hAnsi="Calibri" w:cs="Calibri" w:eastAsia="宋体"/>
        </w:rPr>
        <w:t>Day 0</w:t>
      </w:r>
    </w:p>
    <w:p>
      <w:pPr>
        <w:spacing w:after="100"/>
      </w:pPr>
      <w:r>
        <w:rPr>
          <w:rFonts w:ascii="Calibri" w:hAnsi="Calibri" w:cs="Calibri" w:eastAsia="宋体"/>
        </w:rPr>
        <w:t>本段时间线假设手术时间安排为早 8 时第一台，实际也可能安排至早 10 时第二台，自 2026 年 4 月赵博在新华医院</w:t>
      </w:r>
      <w:r>
        <w:rPr>
          <w:rFonts w:ascii="Calibri" w:hAnsi="Calibri" w:cs="Calibri" w:eastAsia="宋体"/>
        </w:rPr>
        <w:t>出诊</w:t>
      </w:r>
      <w:r>
        <w:rPr>
          <w:rFonts w:ascii="Calibri" w:hAnsi="Calibri" w:cs="Calibri" w:eastAsia="宋体"/>
        </w:rPr>
        <w:t>后，每周五的手术安排在下午 14 时。</w:t>
      </w:r>
    </w:p>
    <w:p>
      <w:pPr>
        <w:spacing w:after="100"/>
      </w:pPr>
      <w:r>
        <w:rPr>
          <w:rFonts w:ascii="Calibri" w:hAnsi="Calibri" w:cs="Calibri" w:eastAsia="宋体"/>
        </w:rPr>
        <w:t>医生会开具两只开塞露，遵医嘱在次日六点半或前一天晚上使用，如不会使用请联系护工获得帮助。</w:t>
      </w:r>
    </w:p>
    <w:p>
      <w:pPr>
        <w:spacing w:after="100"/>
      </w:pPr>
      <w:r>
        <w:rPr>
          <w:rFonts w:ascii="Calibri" w:hAnsi="Calibri" w:cs="Calibri" w:eastAsia="宋体"/>
        </w:rPr>
        <w:t>赵博会在早 8 时左右查房并确认你做手术的决心。随后你需要做的事情包括前往护士站量血压、血氧等，穿上之前买的弹力袜，换上新发的病号服并去除你身上除了手腕带以外的一切物品包括内衣、发圈、手表。建议在护士站称体重以免体重发生变化误导麻醉医生。</w:t>
      </w:r>
    </w:p>
    <w:p>
      <w:pPr>
        <w:spacing w:after="100"/>
      </w:pPr>
      <w:r>
        <w:rPr>
          <w:rFonts w:ascii="Calibri" w:hAnsi="Calibri" w:cs="Calibri" w:eastAsia="宋体"/>
        </w:rPr>
        <w:t>当轮到你下楼时，护士站会通知你「再上个厕所，准备走了。」抓紧时间如厕后，你将被护士领着步行乘电梯前往手术室，你的陪同人员可以一起坐电梯下楼把你送到手术室第一道门口。手术室有两道门，在第一道门处，手术室的医生会向你确认一系列事项，可能有但不限于：</w:t>
      </w:r>
    </w:p>
    <w:p>
      <w:pPr>
        <w:spacing w:before="20" w:after="40"/>
        <w:ind w:left="425" w:hanging="312"/>
      </w:pPr>
      <w:r>
        <w:rPr>
          <w:rFonts w:ascii="Calibri" w:hAnsi="Calibri" w:cs="Calibri" w:eastAsia="宋体"/>
        </w:rPr>
        <w:t xml:space="preserve">• </w:t>
      </w:r>
      <w:r>
        <w:rPr>
          <w:rFonts w:ascii="Calibri" w:hAnsi="Calibri" w:cs="Calibri" w:eastAsia="宋体"/>
        </w:rPr>
        <w:t>你叫什么名字</w:t>
      </w:r>
    </w:p>
    <w:p>
      <w:pPr>
        <w:spacing w:before="20" w:after="40"/>
        <w:ind w:left="425" w:hanging="312"/>
      </w:pPr>
      <w:r>
        <w:rPr>
          <w:rFonts w:ascii="Calibri" w:hAnsi="Calibri" w:cs="Calibri" w:eastAsia="宋体"/>
        </w:rPr>
        <w:t xml:space="preserve">• </w:t>
      </w:r>
      <w:r>
        <w:rPr>
          <w:rFonts w:ascii="Calibri" w:hAnsi="Calibri" w:cs="Calibri" w:eastAsia="宋体"/>
        </w:rPr>
        <w:t>你今天来做的是什么手术</w:t>
      </w:r>
    </w:p>
    <w:p>
      <w:pPr>
        <w:spacing w:before="20" w:after="40"/>
        <w:ind w:left="425" w:hanging="312"/>
      </w:pPr>
      <w:r>
        <w:rPr>
          <w:rFonts w:ascii="Calibri" w:hAnsi="Calibri" w:cs="Calibri" w:eastAsia="宋体"/>
        </w:rPr>
        <w:t xml:space="preserve">• </w:t>
      </w:r>
      <w:r>
        <w:rPr>
          <w:rFonts w:ascii="Calibri" w:hAnsi="Calibri" w:cs="Calibri" w:eastAsia="宋体"/>
        </w:rPr>
        <w:t>你对什么药物过敏</w:t>
      </w:r>
    </w:p>
    <w:p>
      <w:pPr>
        <w:spacing w:before="20" w:after="40"/>
        <w:ind w:left="425" w:hanging="312"/>
      </w:pPr>
      <w:r>
        <w:rPr>
          <w:rFonts w:ascii="Calibri" w:hAnsi="Calibri" w:cs="Calibri" w:eastAsia="宋体"/>
        </w:rPr>
        <w:t xml:space="preserve">• </w:t>
      </w:r>
      <w:r>
        <w:rPr>
          <w:rFonts w:ascii="Calibri" w:hAnsi="Calibri" w:cs="Calibri" w:eastAsia="宋体"/>
        </w:rPr>
        <w:t>是否做过手术</w:t>
      </w:r>
    </w:p>
    <w:p>
      <w:pPr>
        <w:spacing w:before="20" w:after="40"/>
        <w:ind w:left="425" w:hanging="312"/>
      </w:pPr>
      <w:r>
        <w:rPr>
          <w:rFonts w:ascii="Calibri" w:hAnsi="Calibri" w:cs="Calibri" w:eastAsia="宋体"/>
        </w:rPr>
        <w:t xml:space="preserve">• </w:t>
      </w:r>
      <w:r>
        <w:rPr>
          <w:rFonts w:ascii="Calibri" w:hAnsi="Calibri" w:cs="Calibri" w:eastAsia="宋体"/>
        </w:rPr>
        <w:t>是否最近服用药品，特别是影响麻醉和肠蠕动的</w:t>
      </w:r>
    </w:p>
    <w:p>
      <w:pPr>
        <w:spacing w:before="20" w:after="40"/>
        <w:ind w:left="425" w:hanging="312"/>
      </w:pPr>
      <w:r>
        <w:rPr>
          <w:rFonts w:ascii="Calibri" w:hAnsi="Calibri" w:cs="Calibri" w:eastAsia="宋体"/>
        </w:rPr>
        <w:t xml:space="preserve">• </w:t>
      </w:r>
      <w:r>
        <w:rPr>
          <w:rFonts w:ascii="Calibri" w:hAnsi="Calibri" w:cs="Calibri" w:eastAsia="宋体"/>
        </w:rPr>
        <w:t>你的体重</w:t>
      </w:r>
    </w:p>
    <w:p>
      <w:pPr>
        <w:spacing w:after="100"/>
      </w:pPr>
      <w:r>
        <w:rPr>
          <w:rFonts w:ascii="Calibri" w:hAnsi="Calibri" w:cs="Calibri" w:eastAsia="宋体"/>
        </w:rPr>
        <w:t>进入第二道门后，脱下裤子，爬到手术床上躺好（手术床又高又窄小心别摔下来），麻醉医生和护士给你接各种监护，手腕插留置针。建议要求将留置针插在手背上，以免术后不方便活动手臂。</w:t>
      </w:r>
    </w:p>
    <w:p>
      <w:pPr>
        <w:spacing w:after="100"/>
      </w:pPr>
      <w:r>
        <w:rPr>
          <w:rFonts w:ascii="Calibri" w:hAnsi="Calibri" w:cs="Calibri" w:eastAsia="宋体"/>
        </w:rPr>
        <w:t>在进行全身麻醉前，可能会进行椎管内注射麻醉，此操作可能有助于减少手术当日的疼痛。椎管内注射时你需要遵从麻醉医生的指令侧卧弓背，麻醉医生会在浅表麻醉后向脊髓内注射麻醉剂，</w:t>
      </w:r>
      <w:r>
        <w:rPr>
          <w:rFonts w:ascii="Calibri" w:hAnsi="Calibri" w:cs="Calibri" w:eastAsia="宋体"/>
          <w:b/>
        </w:rPr>
        <w:t>请注意，如有不适感请告知麻醉医生</w:t>
      </w:r>
      <w:r>
        <w:rPr>
          <w:rFonts w:ascii="Calibri" w:hAnsi="Calibri" w:cs="Calibri" w:eastAsia="宋体"/>
        </w:rPr>
        <w:t>。（此过程没有难以忍受的疼痛，也全程不可见，所以无需害怕） 。</w:t>
      </w:r>
    </w:p>
    <w:p>
      <w:pPr>
        <w:spacing w:after="100"/>
      </w:pPr>
      <w:r>
        <w:rPr>
          <w:rFonts w:ascii="Calibri" w:hAnsi="Calibri" w:cs="Calibri" w:eastAsia="宋体"/>
        </w:rPr>
        <w:t>完成椎管内麻醉后，开始进行全身麻醉，你可能会被使用七氟烷进行吸入辅助麻醉，也可能只会被使用丙泊酚注射麻醉。在前者的情况下，呼吸面罩不会和你的面部接触。麻醉医生在开始麻醉前会让你闭眼深呼吸放松，此时可以把信任交给赵博和麻醉医生……</w:t>
      </w:r>
      <w:r>
        <w:rPr>
          <w:rFonts w:ascii="Calibri" w:hAnsi="Calibri" w:cs="Calibri" w:eastAsia="宋体"/>
          <w:strike/>
        </w:rPr>
        <w:t>麻醉医生也可能会在插好留置针后一句话没说就给你面罩里通七氟烷，七氟烷略有刺激性气味，你可能会在咳嗽和麻醉医生的关切与询问中失去知觉。</w:t>
      </w:r>
    </w:p>
    <w:p>
      <w:pPr>
        <w:spacing w:after="100"/>
      </w:pPr>
      <w:r>
        <w:rPr>
          <w:rFonts w:ascii="Calibri" w:hAnsi="Calibri" w:cs="Calibri" w:eastAsia="宋体"/>
        </w:rPr>
        <w:t>接下来发生的事情你也许永远都不会知道了，但是我还是想要告诉你：</w:t>
      </w:r>
    </w:p>
    <w:p>
      <w:pPr>
        <w:spacing w:before="20" w:after="40"/>
        <w:ind w:left="425" w:hanging="312"/>
      </w:pPr>
      <w:r>
        <w:rPr>
          <w:rFonts w:ascii="Calibri" w:hAnsi="Calibri" w:cs="Calibri" w:eastAsia="宋体"/>
        </w:rPr>
        <w:t xml:space="preserve">• </w:t>
      </w:r>
      <w:r>
        <w:rPr>
          <w:rFonts w:ascii="Calibri" w:hAnsi="Calibri" w:cs="Calibri" w:eastAsia="宋体"/>
        </w:rPr>
        <w:t>8:50 麻醉完毕</w:t>
      </w:r>
    </w:p>
    <w:p>
      <w:pPr>
        <w:spacing w:before="20" w:after="40"/>
        <w:ind w:left="425" w:hanging="312"/>
      </w:pPr>
      <w:r>
        <w:rPr>
          <w:rFonts w:ascii="Calibri" w:hAnsi="Calibri" w:cs="Calibri" w:eastAsia="宋体"/>
        </w:rPr>
        <w:t xml:space="preserve">• </w:t>
      </w:r>
      <w:r>
        <w:rPr>
          <w:rFonts w:ascii="Calibri" w:hAnsi="Calibri" w:cs="Calibri" w:eastAsia="宋体"/>
        </w:rPr>
        <w:t>9:00 赵博进入手术室</w:t>
      </w:r>
    </w:p>
    <w:p>
      <w:pPr>
        <w:spacing w:after="100"/>
      </w:pPr>
      <w:r>
        <w:rPr>
          <w:rFonts w:ascii="Calibri" w:hAnsi="Calibri" w:cs="Calibri" w:eastAsia="宋体"/>
        </w:rPr>
        <w:t>此时你已经失去意识并被摆放成截石位，赵博站在你两腿之间正对着你，剩下三位主刀医生分列两侧严阵以待。</w:t>
      </w:r>
    </w:p>
    <w:p>
      <w:pPr>
        <w:spacing w:before="20" w:after="40"/>
        <w:ind w:left="425" w:hanging="312"/>
      </w:pPr>
      <w:r>
        <w:rPr>
          <w:rFonts w:ascii="Calibri" w:hAnsi="Calibri" w:cs="Calibri" w:eastAsia="宋体"/>
        </w:rPr>
        <w:t xml:space="preserve">• </w:t>
      </w:r>
      <w:r>
        <w:rPr>
          <w:rFonts w:ascii="Calibri" w:hAnsi="Calibri" w:cs="Calibri" w:eastAsia="宋体"/>
        </w:rPr>
        <w:t>划开阴囊并止血，十分钟</w:t>
      </w:r>
    </w:p>
    <w:p>
      <w:pPr>
        <w:spacing w:before="20" w:after="40"/>
        <w:ind w:left="425" w:hanging="312"/>
      </w:pPr>
      <w:r>
        <w:rPr>
          <w:rFonts w:ascii="Calibri" w:hAnsi="Calibri" w:cs="Calibri" w:eastAsia="宋体"/>
        </w:rPr>
        <w:t xml:space="preserve">• </w:t>
      </w:r>
      <w:r>
        <w:rPr>
          <w:rFonts w:ascii="Calibri" w:hAnsi="Calibri" w:cs="Calibri" w:eastAsia="宋体"/>
        </w:rPr>
        <w:t>阴道造穴，用手将组织推开并用纱布填充，半小时到四十分钟</w:t>
      </w:r>
    </w:p>
    <w:p>
      <w:pPr>
        <w:spacing w:before="20" w:after="40"/>
        <w:ind w:left="425" w:hanging="312"/>
      </w:pPr>
      <w:r>
        <w:rPr>
          <w:rFonts w:ascii="Calibri" w:hAnsi="Calibri" w:cs="Calibri" w:eastAsia="宋体"/>
        </w:rPr>
        <w:t xml:space="preserve">• </w:t>
      </w:r>
      <w:r>
        <w:rPr>
          <w:rFonts w:ascii="Calibri" w:hAnsi="Calibri" w:cs="Calibri" w:eastAsia="宋体"/>
        </w:rPr>
        <w:t>切除睾丸 分离精索血管，每侧各十分钟</w:t>
      </w:r>
    </w:p>
    <w:p>
      <w:pPr>
        <w:spacing w:before="20" w:after="40"/>
        <w:ind w:left="425" w:hanging="312"/>
      </w:pPr>
      <w:r>
        <w:rPr>
          <w:rFonts w:ascii="Calibri" w:hAnsi="Calibri" w:cs="Calibri" w:eastAsia="宋体"/>
        </w:rPr>
        <w:t xml:space="preserve">• </w:t>
      </w:r>
      <w:r>
        <w:rPr>
          <w:rFonts w:ascii="Calibri" w:hAnsi="Calibri" w:cs="Calibri" w:eastAsia="宋体"/>
        </w:rPr>
        <w:t>结扎精索，每侧各十分钟</w:t>
      </w:r>
      <w:r>
        <w:br/>
      </w:r>
      <w:r>
        <w:br/>
      </w:r>
      <w:r>
        <w:rPr>
          <w:rFonts w:ascii="Calibri" w:hAnsi="Calibri" w:cs="Calibri" w:eastAsia="宋体"/>
        </w:rPr>
        <w:t>这一步风险较大，若处理不当可能导致精索进入腹腔引发后果极其严重的腹腔感染</w:t>
      </w:r>
    </w:p>
    <w:p>
      <w:pPr>
        <w:spacing w:before="20" w:after="40"/>
        <w:ind w:left="425" w:hanging="312"/>
      </w:pPr>
      <w:r>
        <w:rPr>
          <w:rFonts w:ascii="Calibri" w:hAnsi="Calibri" w:cs="Calibri" w:eastAsia="宋体"/>
        </w:rPr>
        <w:t xml:space="preserve">• </w:t>
      </w:r>
      <w:r>
        <w:rPr>
          <w:rFonts w:ascii="Calibri" w:hAnsi="Calibri" w:cs="Calibri" w:eastAsia="宋体"/>
        </w:rPr>
        <w:t>翻开包皮，将阴茎皮肤剥离，五到十分钟</w:t>
      </w:r>
    </w:p>
    <w:p>
      <w:pPr>
        <w:spacing w:before="20" w:after="40"/>
        <w:ind w:left="425" w:hanging="312"/>
      </w:pPr>
      <w:r>
        <w:rPr>
          <w:rFonts w:ascii="Calibri" w:hAnsi="Calibri" w:cs="Calibri" w:eastAsia="宋体"/>
        </w:rPr>
        <w:t xml:space="preserve">• </w:t>
      </w:r>
      <w:r>
        <w:rPr>
          <w:rFonts w:ascii="Calibri" w:hAnsi="Calibri" w:cs="Calibri" w:eastAsia="宋体"/>
        </w:rPr>
        <w:t>设计阴蒂，分离阴蒂血管神经至阴茎根部，截断并结扎海绵体，一小时</w:t>
      </w:r>
      <w:r>
        <w:br/>
      </w:r>
      <w:r>
        <w:br/>
      </w:r>
      <w:r>
        <w:rPr>
          <w:rFonts w:ascii="Calibri" w:hAnsi="Calibri" w:cs="Calibri" w:eastAsia="宋体"/>
        </w:rPr>
        <w:t>最容易松脱，会使用 7 号缝线进行结扎</w:t>
      </w:r>
      <w:r>
        <w:br/>
      </w:r>
      <w:r>
        <w:br/>
      </w:r>
      <w:r>
        <w:rPr>
          <w:rFonts w:ascii="Calibri" w:hAnsi="Calibri" w:cs="Calibri" w:eastAsia="宋体"/>
        </w:rPr>
        <w:t>这是整个手术难度和复杂度最大的部分，攸关阴蒂的存活和敏感度保留</w:t>
      </w:r>
    </w:p>
    <w:p>
      <w:pPr>
        <w:spacing w:before="20" w:after="40"/>
        <w:ind w:left="425" w:hanging="312"/>
      </w:pPr>
      <w:r>
        <w:rPr>
          <w:rFonts w:ascii="Calibri" w:hAnsi="Calibri" w:cs="Calibri" w:eastAsia="宋体"/>
        </w:rPr>
        <w:t xml:space="preserve">• </w:t>
      </w:r>
      <w:r>
        <w:rPr>
          <w:rFonts w:ascii="Calibri" w:hAnsi="Calibri" w:cs="Calibri" w:eastAsia="宋体"/>
        </w:rPr>
        <w:t>把两侧阴茎脚分离至耻骨联合，五十分钟</w:t>
      </w:r>
    </w:p>
    <w:p>
      <w:pPr>
        <w:spacing w:before="20" w:after="40"/>
        <w:ind w:left="425" w:hanging="312"/>
      </w:pPr>
      <w:r>
        <w:rPr>
          <w:rFonts w:ascii="Calibri" w:hAnsi="Calibri" w:cs="Calibri" w:eastAsia="宋体"/>
        </w:rPr>
        <w:t xml:space="preserve">• </w:t>
      </w:r>
      <w:r>
        <w:rPr>
          <w:rFonts w:ascii="Calibri" w:hAnsi="Calibri" w:cs="Calibri" w:eastAsia="宋体"/>
        </w:rPr>
        <w:t>调整阴道深度和宽度，阴茎皮瓣和阴囊皮瓣比例，十分钟</w:t>
      </w:r>
    </w:p>
    <w:p>
      <w:pPr>
        <w:spacing w:before="20" w:after="40"/>
        <w:ind w:left="425" w:hanging="312"/>
      </w:pPr>
      <w:r>
        <w:rPr>
          <w:rFonts w:ascii="Calibri" w:hAnsi="Calibri" w:cs="Calibri" w:eastAsia="宋体"/>
        </w:rPr>
        <w:t xml:space="preserve">• </w:t>
      </w:r>
      <w:r>
        <w:rPr>
          <w:rFonts w:ascii="Calibri" w:hAnsi="Calibri" w:cs="Calibri" w:eastAsia="宋体"/>
        </w:rPr>
        <w:t>缝合阴道</w:t>
      </w:r>
    </w:p>
    <w:p>
      <w:pPr>
        <w:spacing w:before="20" w:after="40"/>
        <w:ind w:left="425" w:hanging="312"/>
      </w:pPr>
      <w:r>
        <w:rPr>
          <w:rFonts w:ascii="Calibri" w:hAnsi="Calibri" w:cs="Calibri" w:eastAsia="宋体"/>
        </w:rPr>
        <w:t xml:space="preserve">• </w:t>
      </w:r>
      <w:r>
        <w:rPr>
          <w:rFonts w:ascii="Calibri" w:hAnsi="Calibri" w:cs="Calibri" w:eastAsia="宋体"/>
        </w:rPr>
        <w:t>安装阴蒂</w:t>
      </w:r>
    </w:p>
    <w:p>
      <w:pPr>
        <w:spacing w:before="20" w:after="40"/>
        <w:ind w:left="425" w:hanging="312"/>
      </w:pPr>
      <w:r>
        <w:rPr>
          <w:rFonts w:ascii="Calibri" w:hAnsi="Calibri" w:cs="Calibri" w:eastAsia="宋体"/>
        </w:rPr>
        <w:t xml:space="preserve">• </w:t>
      </w:r>
      <w:r>
        <w:rPr>
          <w:rFonts w:ascii="Calibri" w:hAnsi="Calibri" w:cs="Calibri" w:eastAsia="宋体"/>
        </w:rPr>
        <w:t>缝合大阴唇</w:t>
      </w:r>
    </w:p>
    <w:p>
      <w:pPr>
        <w:spacing w:after="100"/>
      </w:pPr>
      <w:r>
        <w:rPr>
          <w:rFonts w:ascii="Calibri" w:hAnsi="Calibri" w:cs="Calibri" w:eastAsia="宋体"/>
        </w:rPr>
        <w:t xml:space="preserve">在约午 1 时左右，赵博胜利结束手术班师回病房，而你被推到复苏室继续呼呼大睡，直到被麻醉医生拍醒 </w:t>
      </w:r>
      <w:r>
        <w:rPr>
          <w:rFonts w:ascii="Calibri" w:hAnsi="Calibri" w:cs="Calibri" w:eastAsia="宋体"/>
          <w:strike/>
        </w:rPr>
        <w:t>或者自己从睡梦中醒来发现牛子不翼而飞，喉咙里还插着管</w:t>
      </w:r>
      <w:r>
        <w:rPr>
          <w:rFonts w:ascii="Calibri" w:hAnsi="Calibri" w:cs="Calibri" w:eastAsia="宋体"/>
        </w:rPr>
        <w:t>，当你睁眼看不到无影灯的时候就意味着手术已经结束了。此时并不会有人跟你说什么「手术很成功，你已经变成猫娘啦~」，如果需要此类仪式感请安排你的朋友在病房等你。确认你意识清醒且体征正常后你会被推回病房，请保持平静并放松平躺，切勿学某些人一定要下床自己走回来。被推着感觉头晕时，闭上眼睛也许会有帮助。</w:t>
      </w:r>
    </w:p>
    <w:p>
      <w:pPr>
        <w:spacing w:after="100"/>
      </w:pPr>
      <w:r>
        <w:rPr>
          <w:rFonts w:ascii="Calibri" w:hAnsi="Calibri" w:cs="Calibri" w:eastAsia="宋体"/>
        </w:rPr>
        <w:t>麻醉苏醒后你会开始浑身发抖。在一段时间（大约 30 min）后会感到炎热甚至出汗，这是十分正常的麻醉反应。护工阿姨在你发抖时可能会把病房的空调关掉，如果你觉得热，即使你还在发抖，也可以提出要求打开空调（冬天则是要求开窗）。</w:t>
      </w:r>
    </w:p>
    <w:p>
      <w:pPr>
        <w:spacing w:after="100"/>
      </w:pPr>
      <w:r>
        <w:rPr>
          <w:rFonts w:ascii="Calibri" w:hAnsi="Calibri" w:cs="Calibri" w:eastAsia="宋体"/>
        </w:rPr>
        <w:t>此时内含舒芬太尼、氟比洛芬和昂丹司琼的止痛泵（如果你没有作死不选的话）会开始运作，内含的药物足够不间断使用约 2 天。你的痛感可能来自于精索或海绵体或阴蒂，以及大腿根部的引流管。如果疼痛剧烈可请护工阿姨调大流量，如果痛感轻微也可降低或关闭，延长镇痛泵的使用时间。如果非常疼痛，请按压一下按钮，请勿连续按压导致大剂量给药。适当的音乐或视频甚至游戏或许可以帮助你缓解痛感。</w:t>
      </w:r>
    </w:p>
    <w:p>
      <w:pPr>
        <w:spacing w:after="100"/>
      </w:pPr>
      <w:r>
        <w:rPr>
          <w:rFonts w:ascii="Calibri" w:hAnsi="Calibri" w:cs="Calibri" w:eastAsia="宋体"/>
        </w:rPr>
        <w:t>刚从手术室回来时你会声音低沉沙哑，这是插管后暂时的症状，不日就会好转，请不要担心。</w:t>
      </w:r>
    </w:p>
    <w:p>
      <w:pPr>
        <w:spacing w:after="100"/>
      </w:pPr>
      <w:r>
        <w:rPr>
          <w:rFonts w:ascii="Calibri" w:hAnsi="Calibri" w:cs="Calibri" w:eastAsia="宋体"/>
        </w:rPr>
        <w:t>术后需要去枕平躺 6 小时。术中使用的麻醉剂和镇痛剂都可能导致呕吐。若需要呕吐请告知护工阿姨准备好塑料袋及卫生纸，将头偏向一侧吐出深绿色的胆汁。如果去枕平躺的实在太难受又没那么想吐就把枕头要回来吧。如果呕吐持续，请联系护士注射止吐药物。</w:t>
      </w:r>
    </w:p>
    <w:p>
      <w:pPr>
        <w:spacing w:after="100"/>
      </w:pPr>
      <w:r>
        <w:rPr>
          <w:rFonts w:ascii="Calibri" w:hAnsi="Calibri" w:cs="Calibri" w:eastAsia="宋体"/>
        </w:rPr>
        <w:t>在手术室插到你手腕的留置针会被你带回来，上面像搭积木一样插着镇痛泵，静脉注射的各种吊袋，静推时接上去的注射器。在此后的 7 天里，你会每天从早到晚打数十袋液体，请尽量减少手部的活动。请提醒护工阿姨夹上报警器，每瓶液体注射完后，报警器会响。此时你需要按床头呼叫器，提醒护士前来更换。部分药物静脉滴注时可能导致强烈疼痛和静脉炎，此时可调低流速，缓慢调高（或不调高也行，无非就是打得慢点）。留置针通常可用数天，长时间使用可能会出现注射液流量过低，静脉炎，回血等各种问题，此时需要换针。当然你也可能体质很好的到最后几天也什么事都没有，此时是否要换手重打请自行权衡。病房的护士一般会将留置针打在手背，如果你手背血管可用性低，也可能会打在手腕侧或手肘。</w:t>
      </w:r>
    </w:p>
    <w:p>
      <w:pPr>
        <w:spacing w:after="100"/>
      </w:pPr>
      <w:r>
        <w:rPr>
          <w:rFonts w:ascii="Calibri" w:hAnsi="Calibri" w:cs="Calibri" w:eastAsia="宋体"/>
        </w:rPr>
        <w:t>注意，手术室的输液器不是精密输液器，没有自动排气功能，所以本日输液时请时刻注意剩余液体量。</w:t>
      </w:r>
    </w:p>
    <w:p>
      <w:pPr>
        <w:keepNext/>
        <w:spacing w:before="120" w:after="40"/>
        <w:pBdr>
          <w:bottom w:val="single" w:sz="6" w:space="1" w:color="D4D8DE"/>
        </w:pBdr>
      </w:pPr>
      <w:r>
        <w:rPr>
          <w:rFonts w:ascii="Calibri" w:hAnsi="Calibri" w:cs="Calibri" w:eastAsia="微软雅黑"/>
          <w:b/>
        </w:rPr>
        <w:t>▸ 可能静脉滴注的液体</w:t>
      </w:r>
    </w:p>
    <w:p>
      <w:pPr>
        <w:spacing w:after="100"/>
      </w:pPr>
      <w:r>
        <w:rPr>
          <w:rFonts w:ascii="Calibri" w:hAnsi="Calibri" w:cs="Calibri" w:eastAsia="宋体"/>
        </w:rPr>
        <w:t>仅供参考</w:t>
      </w:r>
    </w:p>
    <w:p>
      <w:pPr>
        <w:spacing w:before="20" w:after="40"/>
        <w:ind w:left="425" w:hanging="312"/>
      </w:pPr>
      <w:r>
        <w:rPr>
          <w:rFonts w:ascii="Calibri" w:hAnsi="Calibri" w:cs="Calibri" w:eastAsia="宋体"/>
        </w:rPr>
        <w:t xml:space="preserve">• </w:t>
      </w:r>
      <w:r>
        <w:rPr>
          <w:rFonts w:ascii="Calibri" w:hAnsi="Calibri" w:cs="Calibri" w:eastAsia="宋体"/>
        </w:rPr>
        <w:t>维生素C注射液</w:t>
      </w:r>
    </w:p>
    <w:p>
      <w:pPr>
        <w:spacing w:before="20" w:after="40"/>
        <w:ind w:left="425" w:hanging="312"/>
      </w:pPr>
      <w:r>
        <w:rPr>
          <w:rFonts w:ascii="Calibri" w:hAnsi="Calibri" w:cs="Calibri" w:eastAsia="宋体"/>
        </w:rPr>
        <w:t xml:space="preserve">• </w:t>
      </w:r>
      <w:r>
        <w:rPr>
          <w:rFonts w:ascii="Calibri" w:hAnsi="Calibri" w:cs="Calibri" w:eastAsia="宋体"/>
        </w:rPr>
        <w:t>氯化钾注射液（注射时可能会导致血管疼痛，可要求护士调慢输液速度）</w:t>
      </w:r>
    </w:p>
    <w:p>
      <w:pPr>
        <w:spacing w:before="20" w:after="40"/>
        <w:ind w:left="425" w:hanging="312"/>
      </w:pPr>
      <w:r>
        <w:rPr>
          <w:rFonts w:ascii="Calibri" w:hAnsi="Calibri" w:cs="Calibri" w:eastAsia="宋体"/>
        </w:rPr>
        <w:t xml:space="preserve">• </w:t>
      </w:r>
      <w:r>
        <w:rPr>
          <w:rFonts w:ascii="Calibri" w:hAnsi="Calibri" w:cs="Calibri" w:eastAsia="宋体"/>
        </w:rPr>
        <w:t>0.9%氯化钠注射液</w:t>
      </w:r>
    </w:p>
    <w:p>
      <w:pPr>
        <w:spacing w:before="20" w:after="40"/>
        <w:ind w:left="425" w:hanging="312"/>
      </w:pPr>
      <w:r>
        <w:rPr>
          <w:rFonts w:ascii="Calibri" w:hAnsi="Calibri" w:cs="Calibri" w:eastAsia="宋体"/>
        </w:rPr>
        <w:t xml:space="preserve">• </w:t>
      </w:r>
      <w:r>
        <w:rPr>
          <w:rFonts w:ascii="Calibri" w:hAnsi="Calibri" w:cs="Calibri" w:eastAsia="宋体"/>
        </w:rPr>
        <w:t>5%葡萄糖输液</w:t>
      </w:r>
    </w:p>
    <w:p>
      <w:pPr>
        <w:spacing w:before="20" w:after="40"/>
        <w:ind w:left="425" w:hanging="312"/>
      </w:pPr>
      <w:r>
        <w:rPr>
          <w:rFonts w:ascii="Calibri" w:hAnsi="Calibri" w:cs="Calibri" w:eastAsia="宋体"/>
        </w:rPr>
        <w:t xml:space="preserve">• </w:t>
      </w:r>
      <w:r>
        <w:rPr>
          <w:rFonts w:ascii="Calibri" w:hAnsi="Calibri" w:cs="Calibri" w:eastAsia="宋体"/>
        </w:rPr>
        <w:t>5%葡萄糖氯化钠注射液</w:t>
      </w:r>
    </w:p>
    <w:p>
      <w:pPr>
        <w:spacing w:before="20" w:after="40"/>
        <w:ind w:left="425" w:hanging="312"/>
      </w:pPr>
      <w:r>
        <w:rPr>
          <w:rFonts w:ascii="Calibri" w:hAnsi="Calibri" w:cs="Calibri" w:eastAsia="宋体"/>
        </w:rPr>
        <w:t xml:space="preserve">• </w:t>
      </w:r>
      <w:r>
        <w:rPr>
          <w:rFonts w:ascii="Calibri" w:hAnsi="Calibri" w:cs="Calibri" w:eastAsia="宋体"/>
        </w:rPr>
        <w:t>盐酸雷莫司琼注射液</w:t>
      </w:r>
    </w:p>
    <w:p>
      <w:pPr>
        <w:spacing w:before="20" w:after="40"/>
        <w:ind w:left="425" w:hanging="312"/>
      </w:pPr>
      <w:r>
        <w:rPr>
          <w:rFonts w:ascii="Calibri" w:hAnsi="Calibri" w:cs="Calibri" w:eastAsia="宋体"/>
        </w:rPr>
        <w:t xml:space="preserve">• </w:t>
      </w:r>
      <w:r>
        <w:rPr>
          <w:rFonts w:ascii="Calibri" w:hAnsi="Calibri" w:cs="Calibri" w:eastAsia="宋体"/>
        </w:rPr>
        <w:t>注射用盐酸丙帕他莫（作用为镇痛，但注射时会刺激血管导致剧痛）</w:t>
      </w:r>
    </w:p>
    <w:p>
      <w:pPr>
        <w:spacing w:before="20" w:after="40"/>
        <w:ind w:left="425" w:hanging="312"/>
      </w:pPr>
      <w:r>
        <w:rPr>
          <w:rFonts w:ascii="Calibri" w:hAnsi="Calibri" w:cs="Calibri" w:eastAsia="宋体"/>
        </w:rPr>
        <w:t xml:space="preserve">• </w:t>
      </w:r>
      <w:r>
        <w:rPr>
          <w:rFonts w:ascii="Calibri" w:hAnsi="Calibri" w:cs="Calibri" w:eastAsia="宋体"/>
        </w:rPr>
        <w:t>喷他佐辛注射液</w:t>
      </w:r>
    </w:p>
    <w:p>
      <w:pPr>
        <w:spacing w:before="20" w:after="40"/>
        <w:ind w:left="425" w:hanging="312"/>
      </w:pPr>
      <w:r>
        <w:rPr>
          <w:rFonts w:ascii="Calibri" w:hAnsi="Calibri" w:cs="Calibri" w:eastAsia="宋体"/>
        </w:rPr>
        <w:t xml:space="preserve">• </w:t>
      </w:r>
      <w:r>
        <w:rPr>
          <w:rFonts w:ascii="Calibri" w:hAnsi="Calibri" w:cs="Calibri" w:eastAsia="宋体"/>
        </w:rPr>
        <w:t>注射用尖吻蝮蛇血凝酶（推针）</w:t>
      </w:r>
    </w:p>
    <w:p>
      <w:pPr>
        <w:spacing w:before="20" w:after="40"/>
        <w:ind w:left="425" w:hanging="312"/>
      </w:pPr>
      <w:r>
        <w:rPr>
          <w:rFonts w:ascii="Calibri" w:hAnsi="Calibri" w:cs="Calibri" w:eastAsia="宋体"/>
        </w:rPr>
        <w:t xml:space="preserve">• </w:t>
      </w:r>
      <w:r>
        <w:rPr>
          <w:rFonts w:ascii="Calibri" w:hAnsi="Calibri" w:cs="Calibri" w:eastAsia="宋体"/>
        </w:rPr>
        <w:t>注射用盐酸罗沙替丁醋酸酯（推针，用于抑制胃酸分泌）</w:t>
      </w:r>
    </w:p>
    <w:p>
      <w:pPr>
        <w:spacing w:before="20" w:after="40"/>
        <w:ind w:left="425" w:hanging="312"/>
      </w:pPr>
      <w:r>
        <w:rPr>
          <w:rFonts w:ascii="Calibri" w:hAnsi="Calibri" w:cs="Calibri" w:eastAsia="宋体"/>
        </w:rPr>
        <w:t xml:space="preserve">• </w:t>
      </w:r>
      <w:r>
        <w:rPr>
          <w:rFonts w:ascii="Calibri" w:hAnsi="Calibri" w:cs="Calibri" w:eastAsia="宋体"/>
        </w:rPr>
        <w:t>复方醋酸钠林格注射液</w:t>
      </w:r>
    </w:p>
    <w:p>
      <w:pPr>
        <w:spacing w:before="20" w:after="40"/>
        <w:ind w:left="425" w:hanging="312"/>
      </w:pPr>
      <w:r>
        <w:rPr>
          <w:rFonts w:ascii="Calibri" w:hAnsi="Calibri" w:cs="Calibri" w:eastAsia="宋体"/>
        </w:rPr>
        <w:t xml:space="preserve">• </w:t>
      </w:r>
      <w:r>
        <w:rPr>
          <w:rFonts w:ascii="Calibri" w:hAnsi="Calibri" w:cs="Calibri" w:eastAsia="宋体"/>
        </w:rPr>
        <w:t>注射用头孢美唑钠</w:t>
      </w:r>
    </w:p>
    <w:p>
      <w:pPr>
        <w:spacing w:before="20" w:after="40"/>
        <w:ind w:left="425" w:hanging="312"/>
      </w:pPr>
      <w:r>
        <w:rPr>
          <w:rFonts w:ascii="Calibri" w:hAnsi="Calibri" w:cs="Calibri" w:eastAsia="宋体"/>
        </w:rPr>
        <w:t xml:space="preserve">• </w:t>
      </w:r>
      <w:r>
        <w:rPr>
          <w:rFonts w:ascii="Calibri" w:hAnsi="Calibri" w:cs="Calibri" w:eastAsia="宋体"/>
        </w:rPr>
        <w:t>左氧氟沙星氯化钠注射液（仅用于有头孢 / 青霉素过敏史的患者）</w:t>
      </w:r>
    </w:p>
    <w:p>
      <w:pPr>
        <w:spacing w:after="100"/>
      </w:pPr>
      <w:r>
        <w:rPr>
          <w:rFonts w:ascii="Calibri" w:hAnsi="Calibri" w:cs="Calibri" w:eastAsia="宋体"/>
        </w:rPr>
        <w:t>此外你还会被接上位于手臂的血压计，血压计会每小时自动充气测量你的血压，一次次的把你从美梦中吵醒。夹在手指的心率或者可能是血氧计，身上连着的几个贴片。幸运的是这些在 Day +1 清晨就会移除。监护仪可能会出于各种原因发出蜂鸣，只要你还意识清醒就请不要过度慌张，大部分都是无关紧要的。如遇监护仪报警（连续发出蜂鸣声），请联系护士站检查，或许只是心电监护的贴片脱落。</w:t>
      </w:r>
    </w:p>
    <w:p>
      <w:pPr>
        <w:spacing w:after="100"/>
      </w:pPr>
      <w:r>
        <w:rPr>
          <w:rFonts w:ascii="Calibri" w:hAnsi="Calibri" w:cs="Calibri" w:eastAsia="宋体"/>
        </w:rPr>
        <w:t>你还会获得 7 天的氧气供应以增加血氧含量，促进血运。自我感觉良好不想吸了也可以随时拿下来。</w:t>
      </w:r>
    </w:p>
    <w:p>
      <w:pPr>
        <w:spacing w:after="100"/>
      </w:pPr>
      <w:r>
        <w:rPr>
          <w:rFonts w:ascii="Calibri" w:hAnsi="Calibri" w:cs="Calibri" w:eastAsia="宋体"/>
        </w:rPr>
        <w:t>与此同时，由于进行了气管插管，医生会开具布地奈德等药物雾化吸入处方以帮助气道恢复。</w:t>
      </w:r>
    </w:p>
    <w:p>
      <w:pPr>
        <w:spacing w:after="100"/>
      </w:pPr>
      <w:r>
        <w:rPr>
          <w:rFonts w:ascii="Calibri" w:hAnsi="Calibri" w:cs="Calibri" w:eastAsia="宋体"/>
        </w:rPr>
        <w:t>术后拆包前你需要一直保持平躺，禁止活动大腿及腰腹部，也就是其他部位都可以活动。</w:t>
      </w:r>
    </w:p>
    <w:p>
      <w:pPr>
        <w:spacing w:after="100"/>
      </w:pPr>
      <w:r>
        <w:rPr>
          <w:rFonts w:ascii="Calibri" w:hAnsi="Calibri" w:cs="Calibri" w:eastAsia="宋体"/>
        </w:rPr>
        <w:t>每天清晨，护工阿姨会帮助你刷牙，并用毛巾帮你擦洗身体，晚间也有一次擦洗。</w:t>
      </w:r>
    </w:p>
    <w:p>
      <w:pPr>
        <w:spacing w:after="100"/>
      </w:pPr>
      <w:r>
        <w:rPr>
          <w:rFonts w:ascii="Calibri" w:hAnsi="Calibri" w:cs="Calibri" w:eastAsia="宋体"/>
        </w:rPr>
        <w:t>通气（放屁后）你将可以进水，但是前 7 天由于每天大量的静脉输液，你可能完全不会感到渴，一直不喝水也是没有什么问题的。此外，你可能在通气时带出粪便。若出现此类情况请放心告知护工阿姨以及时清理。护工阿姨可能会拿一个小的便盆垫在你屁股下面让你一次拉完并帮你清洁，此后直至下地，大便都请呼叫护工阿姨在床上解决。</w:t>
      </w:r>
    </w:p>
    <w:p>
      <w:pPr>
        <w:spacing w:after="100"/>
      </w:pPr>
      <w:r>
        <w:rPr>
          <w:rFonts w:ascii="Calibri" w:hAnsi="Calibri" w:cs="Calibri" w:eastAsia="宋体"/>
        </w:rPr>
        <w:t>你需要每天运动下肢，促进静脉回流，防止深静脉血栓的形成：</w:t>
      </w:r>
    </w:p>
    <w:tbl>
      <w:tblPr>
        <w:tblStyle w:val="TableGrid"/>
        <w:tblW w:type="auto" w:w="0"/>
        <w:jc w:val="center"/>
        <w:tblLayout w:type="fixed"/>
        <w:tblLook w:firstColumn="1" w:firstRow="1" w:lastColumn="0" w:lastRow="0" w:noHBand="0" w:noVBand="1" w:val="04A0"/>
      </w:tblPr>
      <w:tblGrid>
        <w:gridCol w:w="1328"/>
        <w:gridCol w:w="7969"/>
      </w:tblGrid>
      <w:tr>
        <w:trPr>
          <w:tblHeader/>
        </w:trPr>
        <w:tc>
          <w:tcPr>
            <w:tcW w:type="dxa" w:w="1328"/>
            <w:shd w:val="clear" w:color="auto" w:fill="EDF1F7"/>
          </w:tcPr>
          <w:p>
            <w:pPr>
              <w:spacing w:before="40" w:after="40" w:line="276" w:lineRule="auto"/>
            </w:pPr>
            <w:r>
              <w:rPr>
                <w:b/>
                <w:sz w:val="18"/>
              </w:rPr>
            </w:r>
            <w:r>
              <w:rPr>
                <w:rFonts w:ascii="Calibri" w:hAnsi="Calibri" w:cs="Calibri" w:eastAsia="宋体"/>
                <w:b/>
                <w:sz w:val="18"/>
              </w:rPr>
              <w:t>运动方式</w:t>
            </w:r>
          </w:p>
        </w:tc>
        <w:tc>
          <w:tcPr>
            <w:tcW w:type="dxa" w:w="7969"/>
            <w:shd w:val="clear" w:color="auto" w:fill="EDF1F7"/>
          </w:tcPr>
          <w:p>
            <w:pPr>
              <w:spacing w:before="40" w:after="40" w:line="276" w:lineRule="auto"/>
            </w:pPr>
            <w:r>
              <w:rPr>
                <w:b/>
                <w:sz w:val="18"/>
              </w:rPr>
            </w:r>
            <w:r>
              <w:rPr>
                <w:rFonts w:ascii="Calibri" w:hAnsi="Calibri" w:cs="Calibri" w:eastAsia="宋体"/>
                <w:b/>
                <w:sz w:val="18"/>
              </w:rPr>
              <w:t>运动要求</w:t>
            </w:r>
          </w:p>
        </w:tc>
      </w:tr>
      <w:tr>
        <w:tc>
          <w:tcPr>
            <w:tcW w:type="dxa" w:w="1328"/>
          </w:tcPr>
          <w:p>
            <w:pPr>
              <w:spacing w:before="40" w:after="40" w:line="276" w:lineRule="auto"/>
            </w:pPr>
            <w:r>
              <w:rPr>
                <w:sz w:val="18"/>
              </w:rPr>
            </w:r>
            <w:r>
              <w:rPr>
                <w:rFonts w:ascii="Calibri" w:hAnsi="Calibri" w:cs="Calibri" w:eastAsia="宋体"/>
                <w:sz w:val="18"/>
              </w:rPr>
              <w:t>主动运动</w:t>
            </w:r>
          </w:p>
        </w:tc>
        <w:tc>
          <w:tcPr>
            <w:tcW w:type="dxa" w:w="7969"/>
          </w:tcPr>
          <w:p>
            <w:pPr>
              <w:spacing w:before="40" w:after="40" w:line="276" w:lineRule="auto"/>
            </w:pPr>
            <w:r>
              <w:rPr>
                <w:sz w:val="18"/>
              </w:rPr>
            </w:r>
            <w:r>
              <w:rPr>
                <w:rFonts w:ascii="Calibri" w:hAnsi="Calibri" w:cs="Calibri" w:eastAsia="宋体"/>
                <w:sz w:val="18"/>
              </w:rPr>
              <w:t>指导患者踝关节屈伸运动，患者躺或坐在床上，下肢伸展，大腿放松，缓缓勾起脚尖，尽力使脚尖朝向自己，至最大限度时保持 10 秒，然后脚尖缓缓下压，至最大限度时保持 10 秒，然后放松。这样一组动作完成稍休息后可再次进行下一组动作，反复的屈伸踝关节，最好每小时练习 4-10 分钟，一天 5-8 次。</w:t>
            </w:r>
          </w:p>
        </w:tc>
      </w:tr>
      <w:tr>
        <w:tc>
          <w:tcPr>
            <w:tcW w:type="dxa" w:w="1328"/>
          </w:tcPr>
          <w:p>
            <w:pPr>
              <w:spacing w:before="40" w:after="40" w:line="276" w:lineRule="auto"/>
            </w:pPr>
            <w:r>
              <w:rPr>
                <w:sz w:val="18"/>
              </w:rPr>
            </w:r>
            <w:r>
              <w:rPr>
                <w:rFonts w:ascii="Calibri" w:hAnsi="Calibri" w:cs="Calibri" w:eastAsia="宋体"/>
                <w:sz w:val="18"/>
              </w:rPr>
              <w:t>被动运动</w:t>
            </w:r>
          </w:p>
        </w:tc>
        <w:tc>
          <w:tcPr>
            <w:tcW w:type="dxa" w:w="7969"/>
          </w:tcPr>
          <w:p>
            <w:pPr>
              <w:spacing w:before="40" w:after="40" w:line="276" w:lineRule="auto"/>
            </w:pPr>
            <w:r>
              <w:rPr>
                <w:sz w:val="18"/>
              </w:rPr>
            </w:r>
            <w:r>
              <w:rPr>
                <w:rFonts w:ascii="Calibri" w:hAnsi="Calibri" w:cs="Calibri" w:eastAsia="宋体"/>
                <w:sz w:val="18"/>
              </w:rPr>
              <w:t>告知家属（或护工）由下而上按压小腿上的比目鱼肌及腓肠肌每 2 小时一次，每次不超过 15 分钟</w:t>
            </w:r>
          </w:p>
        </w:tc>
      </w:tr>
    </w:tbl>
    <w:p>
      <w:pPr>
        <w:spacing w:after="100"/>
      </w:pPr>
      <w:r>
        <w:rPr>
          <w:rFonts w:ascii="Calibri" w:hAnsi="Calibri" w:cs="Calibri" w:eastAsia="宋体"/>
        </w:rPr>
        <w:t>建议认真进行下肢运动，</w:t>
      </w:r>
      <w:r>
        <w:rPr>
          <w:rFonts w:ascii="Calibri" w:hAnsi="Calibri" w:cs="Calibri" w:eastAsia="宋体"/>
          <w:b/>
        </w:rPr>
        <w:t>否则会增加深静脉血栓形成的风险</w:t>
      </w:r>
      <w:r>
        <w:rPr>
          <w:rFonts w:ascii="Calibri" w:hAnsi="Calibri" w:cs="Calibri" w:eastAsia="宋体"/>
        </w:rPr>
        <w:t xml:space="preserve">，且可能因长期保持同一姿势导致后续数日下肢活动困难 </w:t>
      </w:r>
      <w:r>
        <w:rPr>
          <w:rFonts w:ascii="Calibri" w:hAnsi="Calibri" w:cs="Calibri" w:eastAsia="宋体"/>
          <w:strike/>
        </w:rPr>
        <w:t>（也就是脑子忘了腿怎么用）</w:t>
      </w:r>
    </w:p>
    <w:p>
      <w:pPr>
        <w:spacing w:after="100"/>
      </w:pPr>
      <w:r>
        <w:rPr>
          <w:rFonts w:ascii="Calibri" w:hAnsi="Calibri" w:cs="Calibri" w:eastAsia="宋体"/>
        </w:rPr>
        <w:t>从今天开始的三个晚上，你将可以每晚获得一针成分为吗啡或哌替啶（杜冷丁）的止痛针，晚上八点护士会询问你是否需要，并在晚上九点注射，在臀部肌肉注射后痛觉甚至身体感觉会很快消失，然后安稳地睡个好觉。</w:t>
      </w:r>
      <w:r>
        <w:rPr>
          <w:rFonts w:ascii="Calibri" w:hAnsi="Calibri" w:cs="Calibri" w:eastAsia="宋体"/>
          <w:strike/>
        </w:rPr>
        <w:t>部分体质特殊者会出现幻觉。</w:t>
      </w:r>
    </w:p>
    <w:p>
      <w:pPr>
        <w:pStyle w:val="Heading6"/>
      </w:pPr>
      <w:r>
        <w:rPr>
          <w:rFonts w:ascii="Calibri" w:hAnsi="Calibri" w:cs="Calibri" w:eastAsia="宋体"/>
        </w:rPr>
        <w:t>Day +2</w:t>
      </w:r>
    </w:p>
    <w:p>
      <w:pPr>
        <w:spacing w:after="100"/>
      </w:pPr>
      <w:r>
        <w:rPr>
          <w:rFonts w:ascii="Calibri" w:hAnsi="Calibri" w:cs="Calibri" w:eastAsia="宋体"/>
        </w:rPr>
        <w:t>如果不是零深度手术（零深度手术没有引流管），这一天会拆引流管，可能会很疼但是一下子就拔出来所以没等你叫出来就拔完了，剩下时间就是留你自己哀嚎。</w:t>
      </w:r>
    </w:p>
    <w:p>
      <w:pPr>
        <w:spacing w:after="100"/>
      </w:pPr>
      <w:r>
        <w:rPr>
          <w:rFonts w:ascii="Calibri" w:hAnsi="Calibri" w:cs="Calibri" w:eastAsia="宋体"/>
        </w:rPr>
        <w:t>拆引流管、换药、拆包等操作一般是你的主治医生操作，但也可能周末时由值班医生代为进行，或赵博遛弯过来看见你了心情好顺手给你拆了。</w:t>
      </w:r>
    </w:p>
    <w:p>
      <w:pPr>
        <w:spacing w:after="100"/>
      </w:pPr>
      <w:r>
        <w:rPr>
          <w:rFonts w:ascii="Calibri" w:hAnsi="Calibri" w:cs="Calibri" w:eastAsia="宋体"/>
        </w:rPr>
        <w:t>前面的第一个镇痛泵在这天可能输完了，若疼痛难忍可要求加一个泵。</w:t>
      </w:r>
    </w:p>
    <w:p>
      <w:pPr>
        <w:pStyle w:val="Heading6"/>
      </w:pPr>
      <w:r>
        <w:rPr>
          <w:rFonts w:ascii="Calibri" w:hAnsi="Calibri" w:cs="Calibri" w:eastAsia="宋体"/>
        </w:rPr>
        <w:t>Day +3</w:t>
      </w:r>
    </w:p>
    <w:p>
      <w:pPr>
        <w:spacing w:after="100"/>
      </w:pPr>
      <w:r>
        <w:rPr>
          <w:rFonts w:ascii="Calibri" w:hAnsi="Calibri" w:cs="Calibri" w:eastAsia="宋体"/>
        </w:rPr>
        <w:t>这一天将是第一次换药。你可能会害怕不敢看但是没事因为你努力探头也看不到你的批长什么样子。不过，在每次换药时，你或许都可以让陪护人员给你拍照，取决于医生是否允许。零深度手术可能不会经历这次换药，但会经历另外两次。</w:t>
      </w:r>
    </w:p>
    <w:p>
      <w:pPr>
        <w:spacing w:after="100"/>
      </w:pPr>
      <w:r>
        <w:rPr>
          <w:rFonts w:ascii="Calibri" w:hAnsi="Calibri" w:cs="Calibri" w:eastAsia="宋体"/>
        </w:rPr>
        <w:t>医生可能会要求家属回避，也会考虑拒绝拍照，以避免血淋淋的场面引发抢救家属。</w:t>
      </w:r>
    </w:p>
    <w:p>
      <w:pPr>
        <w:spacing w:after="100"/>
      </w:pPr>
      <w:r>
        <w:rPr>
          <w:rFonts w:ascii="Calibri" w:hAnsi="Calibri" w:cs="Calibri" w:eastAsia="宋体"/>
        </w:rPr>
        <w:t>从这一天或者稍晚开始，至几天之后，你会因为平躺时间过长腰酸背痛肩膀难受，总之除了批之外哪里都疼，更倒霉的情况下你可能连批也一起疼。甚至出现白天不疼晚上疼，没人的时候疼把赵博喊来了就不疼了的情况。这类疼痛会在几天后缓解（这是真的虽然我当时自己也不信前人写下的这句话），如果因为疼痛而晚上睡不着觉或者因为晚上睡不着觉而疼痛，请不要慌张焦虑，只需要做一些平时消磨时间的事情，如听歌、看视频、打游戏。你是刚做完手术的人，你想晚上不睡就不睡，你想什么时候睡就什么时候睡，反正白天不需要上学/上班，等你真困到不行了就不疼了能睡着了。</w:t>
      </w:r>
    </w:p>
    <w:p>
      <w:pPr>
        <w:spacing w:after="100"/>
      </w:pPr>
      <w:r>
        <w:rPr>
          <w:rFonts w:ascii="Calibri" w:hAnsi="Calibri" w:cs="Calibri" w:eastAsia="宋体"/>
        </w:rPr>
        <w:t>可以尝试使用氟比洛芬缓解肌肉酸痛；如果你有安眠药类药品的处方，也可尝试服用，但需自带。</w:t>
      </w:r>
      <w:r>
        <w:rPr>
          <w:rFonts w:ascii="Calibri" w:hAnsi="Calibri" w:cs="Calibri" w:eastAsia="宋体"/>
          <w:b/>
        </w:rPr>
        <w:t>请高度警惕苯二氮䓬类、非苯二氮䓬类安眠药与镇痛泵内舒芬太尼、肌肉注射的哌替啶等阿片类药物的相互作用，其会极大地增加呼吸抑制、深度镇静、昏迷甚至死亡的风险，如无医生同意、确切必要的使用指征和密切的监护，请避免使用</w:t>
      </w:r>
      <w:r>
        <w:rPr>
          <w:rFonts w:ascii="Calibri" w:hAnsi="Calibri" w:cs="Calibri" w:eastAsia="宋体"/>
        </w:rPr>
        <w:t>。</w:t>
      </w:r>
      <w:r>
        <w:rPr>
          <w:rFonts w:ascii="Calibri" w:hAnsi="Calibri" w:cs="Calibri" w:eastAsia="宋体"/>
        </w:rPr>
        <w:t>（术前请尽量充分地认知安眠药类药品在自己身上可能出现的效果，避免像笔者之一一样，服用喹硫平后以一个不那么利于恢复的姿势睡着。）</w:t>
      </w:r>
      <w:r>
        <w:rPr>
          <w:rFonts w:ascii="Calibri" w:hAnsi="Calibri" w:cs="Calibri" w:eastAsia="宋体"/>
        </w:rPr>
        <w:t>此外倘若你的大腿也开始疼，这是由于手术时间过长压迫血管导致的，一般无需担忧，几天后就会缓解。</w:t>
      </w:r>
    </w:p>
    <w:p>
      <w:pPr>
        <w:spacing w:after="100"/>
      </w:pPr>
      <w:r>
        <w:rPr>
          <w:rFonts w:ascii="Calibri" w:hAnsi="Calibri" w:cs="Calibri" w:eastAsia="宋体"/>
        </w:rPr>
        <w:t>如遇脚背疼痛，可适当调整袜子的位置以免产生勒痕。</w:t>
      </w:r>
    </w:p>
    <w:p>
      <w:pPr>
        <w:spacing w:after="100"/>
      </w:pPr>
      <w:r>
        <w:rPr>
          <w:rFonts w:ascii="Calibri" w:hAnsi="Calibri" w:cs="Calibri" w:eastAsia="宋体"/>
        </w:rPr>
        <w:t>护士将视情况移除留置针以免堵塞，并在次日输液时打新的留置针。</w:t>
      </w:r>
    </w:p>
    <w:p>
      <w:pPr>
        <w:pStyle w:val="Heading6"/>
      </w:pPr>
      <w:r>
        <w:rPr>
          <w:rFonts w:ascii="Calibri" w:hAnsi="Calibri" w:cs="Calibri" w:eastAsia="宋体"/>
        </w:rPr>
        <w:t>Day +6</w:t>
      </w:r>
    </w:p>
    <w:p>
      <w:pPr>
        <w:spacing w:after="100"/>
      </w:pPr>
      <w:r>
        <w:rPr>
          <w:rFonts w:ascii="Calibri" w:hAnsi="Calibri" w:cs="Calibri" w:eastAsia="宋体"/>
        </w:rPr>
        <w:t>今天将进行第二次换药，同时也该拔掉手上的留置针啦。</w:t>
      </w:r>
    </w:p>
    <w:p>
      <w:pPr>
        <w:spacing w:after="100"/>
      </w:pPr>
      <w:r>
        <w:rPr>
          <w:rFonts w:ascii="Calibri" w:hAnsi="Calibri" w:cs="Calibri" w:eastAsia="宋体"/>
        </w:rPr>
        <w:t>如果你的消化系统提前启动（极早期症状如术后一天内通气，早期症状为肚子咕咕叫，中期如胃疼、胃食管返流，后期可能演变为胃溃疡乃至胃穿孔），在和赵博说明的情况下，你或可在今天开始服用米汤等流食。在这种情况下，特别是真的老老实实躺床上一动不动的人，建议早点咨询医生并开始服用铝碳酸镁咀嚼片，以免胃酸长期处于一个位置不动、腐蚀同一处胃壁而出现的胃溃疡。</w:t>
      </w:r>
    </w:p>
    <w:p>
      <w:pPr>
        <w:pStyle w:val="Heading6"/>
      </w:pPr>
      <w:r>
        <w:rPr>
          <w:rFonts w:ascii="Calibri" w:hAnsi="Calibri" w:cs="Calibri" w:eastAsia="宋体"/>
        </w:rPr>
        <w:t>Day +7</w:t>
      </w:r>
    </w:p>
    <w:p>
      <w:pPr>
        <w:spacing w:after="100"/>
      </w:pPr>
      <w:r>
        <w:rPr>
          <w:rFonts w:ascii="Calibri" w:hAnsi="Calibri" w:cs="Calibri" w:eastAsia="宋体"/>
        </w:rPr>
        <w:t>今天开始你将从禁食改为半流质饮食。是否直接吃点刺激的比如疯狂星期四取决于你对你的肠胃功能和不规律饮食的后果或没有后果是否有清晰的认知。如果你实在很馋，请至少在今天日出时开始进食而不是零点时。</w:t>
      </w:r>
    </w:p>
    <w:p>
      <w:pPr>
        <w:spacing w:after="100"/>
      </w:pPr>
      <w:r>
        <w:rPr>
          <w:rFonts w:ascii="Calibri" w:hAnsi="Calibri" w:cs="Calibri" w:eastAsia="宋体"/>
        </w:rPr>
        <w:t>医生会开具甜梦口服液和热淋清颗粒或膀胱冲洗操作以预防尿路感染。</w:t>
      </w:r>
    </w:p>
    <w:p>
      <w:pPr>
        <w:keepNext/>
        <w:spacing w:before="120" w:after="40"/>
        <w:pBdr>
          <w:bottom w:val="single" w:sz="6" w:space="1" w:color="D4D8DE"/>
        </w:pBdr>
      </w:pPr>
      <w:r>
        <w:rPr>
          <w:rFonts w:ascii="Calibri" w:hAnsi="Calibri" w:cs="Calibri" w:eastAsia="微软雅黑"/>
          <w:b/>
        </w:rPr>
        <w:t>▸ 排遗指南</w:t>
      </w:r>
    </w:p>
    <w:p>
      <w:pPr>
        <w:spacing w:after="100"/>
      </w:pPr>
      <w:r>
        <w:rPr>
          <w:rFonts w:ascii="Calibri" w:hAnsi="Calibri" w:cs="Calibri" w:eastAsia="宋体"/>
        </w:rPr>
        <w:t>护工可能会为了减少你的疼痛而减轻擦拭的力度，请结合实际情况与护工沟通或再次清洁，若有污物残留将会增加伤口感染风险。</w:t>
      </w:r>
    </w:p>
    <w:p>
      <w:pPr>
        <w:spacing w:after="100"/>
      </w:pPr>
      <w:r>
        <w:rPr>
          <w:rFonts w:ascii="Calibri" w:hAnsi="Calibri" w:cs="Calibri" w:eastAsia="宋体"/>
        </w:rPr>
        <w:t>由于如下因素，你在术后的排遗物可能会偏离理想外观和性质，导致腹泻或便秘：</w:t>
      </w:r>
    </w:p>
    <w:p>
      <w:pPr>
        <w:spacing w:before="20" w:after="40"/>
        <w:ind w:left="425" w:hanging="312"/>
      </w:pPr>
      <w:r>
        <w:rPr>
          <w:rFonts w:ascii="Calibri" w:hAnsi="Calibri" w:cs="Calibri" w:eastAsia="宋体"/>
        </w:rPr>
        <w:t xml:space="preserve">• </w:t>
      </w:r>
      <w:r>
        <w:rPr>
          <w:rFonts w:ascii="Calibri" w:hAnsi="Calibri" w:cs="Calibri" w:eastAsia="宋体"/>
        </w:rPr>
        <w:t>止痛剂和止痛药会减缓肠道蠕动</w:t>
      </w:r>
    </w:p>
    <w:p>
      <w:pPr>
        <w:spacing w:before="20" w:after="40"/>
        <w:ind w:left="425" w:hanging="312"/>
      </w:pPr>
      <w:r>
        <w:rPr>
          <w:rFonts w:ascii="Calibri" w:hAnsi="Calibri" w:cs="Calibri" w:eastAsia="宋体"/>
        </w:rPr>
        <w:t xml:space="preserve">• </w:t>
      </w:r>
      <w:r>
        <w:rPr>
          <w:rFonts w:ascii="Calibri" w:hAnsi="Calibri" w:cs="Calibri" w:eastAsia="宋体"/>
        </w:rPr>
        <w:t xml:space="preserve">术前的全肠道灌洗和术后的抗生素使用，可能清空肠道菌群 </w:t>
      </w:r>
      <w:r>
        <w:rPr>
          <w:rFonts w:ascii="Calibri" w:hAnsi="Calibri" w:cs="Calibri" w:eastAsia="宋体"/>
          <w:strike/>
        </w:rPr>
        <w:t>（消化是一个五十亿细菌的大系统）</w:t>
      </w:r>
    </w:p>
    <w:p>
      <w:pPr>
        <w:spacing w:before="20" w:after="40"/>
        <w:ind w:left="425" w:hanging="312"/>
      </w:pPr>
      <w:r>
        <w:rPr>
          <w:rFonts w:ascii="Calibri" w:hAnsi="Calibri" w:cs="Calibri" w:eastAsia="宋体"/>
        </w:rPr>
        <w:t xml:space="preserve">• </w:t>
      </w:r>
      <w:r>
        <w:rPr>
          <w:rFonts w:ascii="Calibri" w:hAnsi="Calibri" w:cs="Calibri" w:eastAsia="宋体"/>
        </w:rPr>
        <w:t>对术区的加压包扎可能会阻碍排遗物到达直肠</w:t>
      </w:r>
    </w:p>
    <w:p>
      <w:pPr>
        <w:spacing w:before="20" w:after="40"/>
        <w:ind w:left="425" w:hanging="312"/>
      </w:pPr>
      <w:r>
        <w:rPr>
          <w:rFonts w:ascii="Calibri" w:hAnsi="Calibri" w:cs="Calibri" w:eastAsia="宋体"/>
        </w:rPr>
        <w:t xml:space="preserve">• </w:t>
      </w:r>
      <w:r>
        <w:rPr>
          <w:rFonts w:ascii="Calibri" w:hAnsi="Calibri" w:cs="Calibri" w:eastAsia="宋体"/>
        </w:rPr>
        <w:t>6 天禁食和 12 天卧床后，加上下体构造的一些改变，导致你可能忘了如何排遗 / 在正确的部位使劲</w:t>
      </w:r>
    </w:p>
    <w:p>
      <w:pPr>
        <w:spacing w:after="100"/>
      </w:pPr>
      <w:r>
        <w:rPr>
          <w:rFonts w:ascii="Calibri" w:hAnsi="Calibri" w:cs="Calibri" w:eastAsia="宋体"/>
        </w:rPr>
        <w:t>对腹泻的应对方案：</w:t>
      </w:r>
    </w:p>
    <w:p>
      <w:pPr>
        <w:spacing w:before="20" w:after="40"/>
        <w:ind w:left="425" w:hanging="312"/>
      </w:pPr>
      <w:r>
        <w:rPr>
          <w:rFonts w:ascii="Calibri" w:hAnsi="Calibri" w:cs="Calibri" w:eastAsia="宋体"/>
        </w:rPr>
        <w:t xml:space="preserve">• </w:t>
      </w:r>
      <w:r>
        <w:rPr>
          <w:rFonts w:ascii="Calibri" w:hAnsi="Calibri" w:cs="Calibri" w:eastAsia="宋体"/>
        </w:rPr>
        <w:t>在能下床前只服用肠内营养粉（注意不能是若饭™，若饭™含有纤维素，会产生粪便），注意嘱咐护工阿姨严格按照配方调制，不要多加 / 少加水</w:t>
      </w:r>
    </w:p>
    <w:p>
      <w:pPr>
        <w:spacing w:before="20" w:after="40"/>
        <w:ind w:left="425" w:hanging="312"/>
      </w:pPr>
      <w:r>
        <w:rPr>
          <w:rFonts w:ascii="Calibri" w:hAnsi="Calibri" w:cs="Calibri" w:eastAsia="宋体"/>
        </w:rPr>
        <w:t xml:space="preserve">• </w:t>
      </w:r>
      <w:r>
        <w:rPr>
          <w:rFonts w:ascii="Calibri" w:hAnsi="Calibri" w:cs="Calibri" w:eastAsia="宋体"/>
        </w:rPr>
        <w:t>使用蒙脱石散等止泻剂（可向护士台联系获取蒙脱石散）</w:t>
      </w:r>
    </w:p>
    <w:p>
      <w:pPr>
        <w:spacing w:before="20" w:after="40"/>
        <w:ind w:left="425" w:hanging="312"/>
      </w:pPr>
      <w:r>
        <w:rPr>
          <w:rFonts w:ascii="Calibri" w:hAnsi="Calibri" w:cs="Calibri" w:eastAsia="宋体"/>
        </w:rPr>
        <w:t xml:space="preserve">• </w:t>
      </w:r>
      <w:r>
        <w:rPr>
          <w:rFonts w:ascii="Calibri" w:hAnsi="Calibri" w:cs="Calibri" w:eastAsia="宋体"/>
        </w:rPr>
        <w:t>减少纤维素的摄入，转而食用瘦肉等易使排遗物结块的食物</w:t>
      </w:r>
    </w:p>
    <w:p>
      <w:pPr>
        <w:spacing w:before="20" w:after="40"/>
        <w:ind w:left="425" w:hanging="312"/>
      </w:pPr>
      <w:r>
        <w:rPr>
          <w:rFonts w:ascii="Calibri" w:hAnsi="Calibri" w:cs="Calibri" w:eastAsia="宋体"/>
        </w:rPr>
        <w:t xml:space="preserve">• </w:t>
      </w:r>
      <w:r>
        <w:rPr>
          <w:rFonts w:ascii="Calibri" w:hAnsi="Calibri" w:cs="Calibri" w:eastAsia="宋体"/>
        </w:rPr>
        <w:t>可使用“双歧杆菌三联活菌胶囊/三联活菌散/四联活菌片”、酸奶（不是含乳饮料）等调节肠道菌群</w:t>
      </w:r>
    </w:p>
    <w:p>
      <w:pPr>
        <w:spacing w:after="100"/>
      </w:pPr>
      <w:r>
        <w:rPr>
          <w:rFonts w:ascii="Calibri" w:hAnsi="Calibri" w:cs="Calibri" w:eastAsia="宋体"/>
        </w:rPr>
        <w:t>对便秘的应对方案：</w:t>
      </w:r>
    </w:p>
    <w:p>
      <w:pPr>
        <w:spacing w:before="20" w:after="40"/>
        <w:ind w:left="425" w:hanging="312"/>
      </w:pPr>
      <w:r>
        <w:rPr>
          <w:rFonts w:ascii="Calibri" w:hAnsi="Calibri" w:cs="Calibri" w:eastAsia="宋体"/>
        </w:rPr>
        <w:t xml:space="preserve">• </w:t>
      </w:r>
      <w:r>
        <w:rPr>
          <w:rFonts w:ascii="Calibri" w:hAnsi="Calibri" w:cs="Calibri" w:eastAsia="宋体"/>
        </w:rPr>
        <w:t>在错误的位置过于用力可能导致下联合轻度撕裂，一般无大碍，如厕后若有疼痛 / 额外渗血，可以考虑咨询经验丰富的护工，并在早上医生查房时要求医生们看看</w:t>
      </w:r>
    </w:p>
    <w:p>
      <w:pPr>
        <w:spacing w:before="20" w:after="40"/>
        <w:ind w:left="425" w:hanging="312"/>
      </w:pPr>
      <w:r>
        <w:rPr>
          <w:rFonts w:ascii="Calibri" w:hAnsi="Calibri" w:cs="Calibri" w:eastAsia="宋体"/>
        </w:rPr>
        <w:t xml:space="preserve">• </w:t>
      </w:r>
      <w:r>
        <w:rPr>
          <w:rFonts w:ascii="Calibri" w:hAnsi="Calibri" w:cs="Calibri" w:eastAsia="宋体"/>
        </w:rPr>
        <w:t>向护士索要开塞露，一至两枚纳肛后一般可起足够的润滑作用，并使粪便软化，以及辅助你回忆起应该用力的位置</w:t>
      </w:r>
    </w:p>
    <w:p>
      <w:pPr>
        <w:spacing w:before="20" w:after="40"/>
        <w:ind w:left="425" w:hanging="312"/>
      </w:pPr>
      <w:r>
        <w:rPr>
          <w:rFonts w:ascii="Calibri" w:hAnsi="Calibri" w:cs="Calibri" w:eastAsia="宋体"/>
        </w:rPr>
        <w:t xml:space="preserve">• </w:t>
      </w:r>
      <w:r>
        <w:rPr>
          <w:rFonts w:ascii="Calibri" w:hAnsi="Calibri" w:cs="Calibri" w:eastAsia="宋体"/>
        </w:rPr>
        <w:t>增加纤维素在食物中的占比，如多吃水果、在特定几餐只吃青菜。含乳糖较多的纯牛奶也可作为轻泻剂使用</w:t>
      </w:r>
    </w:p>
    <w:p>
      <w:pPr>
        <w:spacing w:before="20" w:after="40"/>
        <w:ind w:left="425" w:hanging="312"/>
      </w:pPr>
      <w:r>
        <w:rPr>
          <w:rFonts w:ascii="Calibri" w:hAnsi="Calibri" w:cs="Calibri" w:eastAsia="宋体"/>
        </w:rPr>
        <w:t xml:space="preserve">• </w:t>
      </w:r>
      <w:r>
        <w:rPr>
          <w:rFonts w:ascii="Calibri" w:hAnsi="Calibri" w:cs="Calibri" w:eastAsia="宋体"/>
          <w:strike/>
        </w:rPr>
        <w:t>疑似有点极端了：一些住院者手中可能有剩余的聚乙二醇电解质散（绝不鼓励剩余）</w:t>
      </w:r>
    </w:p>
    <w:p>
      <w:pPr>
        <w:pStyle w:val="Heading6"/>
      </w:pPr>
      <w:r>
        <w:rPr>
          <w:rFonts w:ascii="Calibri" w:hAnsi="Calibri" w:cs="Calibri" w:eastAsia="宋体"/>
        </w:rPr>
        <w:t>Day + 8</w:t>
      </w:r>
    </w:p>
    <w:p>
      <w:pPr>
        <w:spacing w:after="100"/>
      </w:pPr>
      <w:r>
        <w:rPr>
          <w:rFonts w:ascii="Calibri" w:hAnsi="Calibri" w:cs="Calibri" w:eastAsia="宋体"/>
        </w:rPr>
        <w:t>今日改为普食。</w:t>
      </w:r>
    </w:p>
    <w:p>
      <w:pPr>
        <w:pStyle w:val="Heading6"/>
      </w:pPr>
      <w:r>
        <w:rPr>
          <w:rFonts w:ascii="Calibri" w:hAnsi="Calibri" w:cs="Calibri" w:eastAsia="宋体"/>
        </w:rPr>
        <w:t>Day +9</w:t>
      </w:r>
    </w:p>
    <w:p>
      <w:pPr>
        <w:spacing w:after="100"/>
      </w:pPr>
      <w:r>
        <w:rPr>
          <w:rFonts w:ascii="Calibri" w:hAnsi="Calibri" w:cs="Calibri" w:eastAsia="宋体"/>
        </w:rPr>
        <w:t>今天将进行第三次换药。</w:t>
      </w:r>
    </w:p>
    <w:p>
      <w:pPr>
        <w:pStyle w:val="Heading6"/>
      </w:pPr>
      <w:r>
        <w:rPr>
          <w:rFonts w:ascii="Calibri" w:hAnsi="Calibri" w:cs="Calibri" w:eastAsia="宋体"/>
        </w:rPr>
        <w:t>Day +12</w:t>
      </w:r>
    </w:p>
    <w:p>
      <w:pPr>
        <w:spacing w:after="100"/>
      </w:pPr>
      <w:r>
        <w:rPr>
          <w:rFonts w:ascii="Calibri" w:hAnsi="Calibri" w:cs="Calibri" w:eastAsia="宋体"/>
        </w:rPr>
        <w:t>今天拆包，可以自行用镜子或手机欣赏。此时由于长时间包裹挤压皮肤可能发皱，以及被碘伏泡到黝黑，请不要落差过大。此外，今天可能不会拆除阴蒂及阴道内部的纱布。你还需要请护工阿姨或护士用胶带固定尿管防止滑动。</w:t>
      </w:r>
    </w:p>
    <w:p>
      <w:pPr>
        <w:spacing w:after="100"/>
      </w:pPr>
      <w:r>
        <w:rPr>
          <w:rFonts w:ascii="Calibri" w:hAnsi="Calibri" w:cs="Calibri" w:eastAsia="宋体"/>
        </w:rPr>
        <w:t>如遇拆包后从阴道内掉落纱布，请联系护士联系医生检查纱布情况，并视情况消毒，填充新的棉球。</w:t>
      </w:r>
    </w:p>
    <w:p>
      <w:pPr>
        <w:spacing w:after="100"/>
      </w:pPr>
      <w:r>
        <w:rPr>
          <w:rFonts w:ascii="Calibri" w:hAnsi="Calibri" w:cs="Calibri" w:eastAsia="宋体"/>
        </w:rPr>
        <w:t>今天开始你要进行憋尿训练，将尿管夹住，直至两小时后或你憋不住了再放开。</w:t>
      </w:r>
    </w:p>
    <w:p>
      <w:pPr>
        <w:pStyle w:val="Heading6"/>
      </w:pPr>
      <w:r>
        <w:rPr>
          <w:rFonts w:ascii="Calibri" w:hAnsi="Calibri" w:cs="Calibri" w:eastAsia="宋体"/>
        </w:rPr>
        <w:t>Day +13</w:t>
      </w:r>
    </w:p>
    <w:p>
      <w:pPr>
        <w:spacing w:after="100"/>
      </w:pPr>
      <w:r>
        <w:rPr>
          <w:rFonts w:ascii="Calibri" w:hAnsi="Calibri" w:cs="Calibri" w:eastAsia="宋体"/>
        </w:rPr>
        <w:t>今天你将练习下床。练习顺序为：摇高床头，坐床上不晕 → 坐床边不晕 → 下地不晕。</w:t>
      </w:r>
    </w:p>
    <w:p>
      <w:pPr>
        <w:spacing w:after="100"/>
      </w:pPr>
      <w:r>
        <w:rPr>
          <w:rFonts w:ascii="Calibri" w:hAnsi="Calibri" w:cs="Calibri" w:eastAsia="宋体"/>
        </w:rPr>
        <w:t>请量力而行，循序渐进，下地后不长时间就头晕甚至失去视力都是正常的，谨防摔倒。下地可能需要一到两天的练习，当然如果你能直接跳下床整层楼乱窜我们都为你竖大拇指。在能较长时间站立行走后可多去其他病房串门，排解其他姐妹孤苦的同时锻炼行走能力。若出现流感等疾病的院内感染，请尽量待在自己的病房以减缓传播。</w:t>
      </w:r>
    </w:p>
    <w:p>
      <w:pPr>
        <w:spacing w:after="100"/>
      </w:pPr>
      <w:r>
        <w:rPr>
          <w:rFonts w:ascii="Calibri" w:hAnsi="Calibri" w:cs="Calibri" w:eastAsia="宋体"/>
        </w:rPr>
        <w:t>此时你就可以告别弹力袜了。如果你要穿内裤请记着加垫卫生巾。</w:t>
      </w:r>
    </w:p>
    <w:p>
      <w:pPr>
        <w:pStyle w:val="Heading6"/>
      </w:pPr>
      <w:r>
        <w:rPr>
          <w:rFonts w:ascii="Calibri" w:hAnsi="Calibri" w:cs="Calibri" w:eastAsia="宋体"/>
        </w:rPr>
        <w:t>Day +14</w:t>
      </w:r>
    </w:p>
    <w:p>
      <w:pPr>
        <w:spacing w:after="100"/>
      </w:pPr>
      <w:r>
        <w:rPr>
          <w:rFonts w:ascii="Calibri" w:hAnsi="Calibri" w:cs="Calibri" w:eastAsia="宋体"/>
        </w:rPr>
        <w:t>阴道内部的纱布可能会在今天拆除。此时你可能会随机收获诸如「怎么这么深啊」的感叹。</w:t>
      </w:r>
    </w:p>
    <w:p>
      <w:pPr>
        <w:spacing w:after="100"/>
      </w:pPr>
      <w:r>
        <w:rPr>
          <w:rFonts w:ascii="Calibri" w:hAnsi="Calibri" w:cs="Calibri" w:eastAsia="宋体"/>
        </w:rPr>
        <w:t>同时今天会进行拆线，可以提前数小时联系医生征得同意后，涂抹封膜利多卡因乳膏以减轻疼痛。</w:t>
      </w:r>
    </w:p>
    <w:p>
      <w:pPr>
        <w:pStyle w:val="Heading5"/>
      </w:pPr>
      <w:r>
        <w:rPr>
          <w:rFonts w:ascii="Calibri" w:hAnsi="Calibri" w:cs="Calibri" w:eastAsia="宋体"/>
        </w:rPr>
        <w:t>拆线与通模具</w:t>
      </w:r>
    </w:p>
    <w:p>
      <w:pPr>
        <w:spacing w:after="100"/>
      </w:pPr>
      <w:r>
        <w:rPr>
          <w:rFonts w:ascii="Calibri" w:hAnsi="Calibri" w:cs="Calibri" w:eastAsia="宋体"/>
        </w:rPr>
        <w:t>在你能独自走到换药室之后，请告知你的主治医生，以便他安排拆线。你会在换药室拆掉阴唇部明显的缝线，留下部分可吸收线用一两个月的时间慢慢消失。拆线痛感不至于无法忍受但过程漫长，可考虑戴耳机听歌转移注意力。</w:t>
      </w:r>
    </w:p>
    <w:p>
      <w:pPr>
        <w:spacing w:after="100"/>
      </w:pPr>
      <w:r>
        <w:rPr>
          <w:rFonts w:ascii="Calibri" w:hAnsi="Calibri" w:cs="Calibri" w:eastAsia="宋体"/>
        </w:rPr>
        <w:t>同时会在换药室进行拔尿管操作，拔尿管一般来说很疼但是也很快所以你大概也是拔完才开始哀嚎。拔掉尿管后你将需要自行上厕所，小便时请放松肌肉，如小便困难可尝试与大便一起进行。如一直无法排尿可能会被插回尿管受罪翻倍。便后请用餐巾纸和湿巾将阴部清洁干净，切记擦屁股要从前往后擦。</w:t>
      </w:r>
    </w:p>
    <w:p>
      <w:pPr>
        <w:spacing w:after="100"/>
      </w:pPr>
      <w:r>
        <w:rPr>
          <w:rFonts w:ascii="Calibri" w:hAnsi="Calibri" w:cs="Calibri" w:eastAsia="宋体"/>
        </w:rPr>
        <w:t>如果此前收获了「怎么这么深啊」的感叹，医生可能会担心有纱布遗留在阴道内（存在已知的案例），因此会在换药室的无影灯下使用扩阴器进行检查。这时你可能会痛出杀猪叫，属引凄异，哀转久绝。</w:t>
      </w:r>
    </w:p>
    <w:p>
      <w:pPr>
        <w:spacing w:after="100"/>
      </w:pPr>
      <w:r>
        <w:rPr>
          <w:rFonts w:ascii="Calibri" w:hAnsi="Calibri" w:cs="Calibri" w:eastAsia="宋体"/>
        </w:rPr>
        <w:t>拆线后某天（或者当天</w:t>
      </w:r>
      <w:r>
        <w:rPr>
          <w:rFonts w:ascii="Calibri" w:hAnsi="Calibri" w:cs="Calibri" w:eastAsia="宋体"/>
          <w:strike/>
        </w:rPr>
        <w:t>甚至刚拆完线后</w:t>
      </w:r>
      <w:r>
        <w:rPr>
          <w:rFonts w:ascii="Calibri" w:hAnsi="Calibri" w:cs="Calibri" w:eastAsia="宋体"/>
        </w:rPr>
        <w:t>），赵博会亲自来教你通模。通模需要避孕套和直径 25 mm 的硅胶软质模具。前期通模需使用普朗特凝胶润滑，在用完两瓶凝胶后可使用普通润滑。通模频率以一日两次为宜。</w:t>
      </w:r>
    </w:p>
    <w:p>
      <w:pPr>
        <w:pStyle w:val="Heading5"/>
      </w:pPr>
      <w:r>
        <w:rPr>
          <w:rFonts w:ascii="Calibri" w:hAnsi="Calibri" w:cs="Calibri" w:eastAsia="宋体"/>
        </w:rPr>
        <w:t>出院</w:t>
      </w:r>
    </w:p>
    <w:p>
      <w:pPr>
        <w:spacing w:after="100"/>
      </w:pPr>
      <w:r>
        <w:rPr>
          <w:rFonts w:ascii="Calibri" w:hAnsi="Calibri" w:cs="Calibri" w:eastAsia="宋体"/>
        </w:rPr>
        <w:t>床位紧张时，一般在术后 15~20 天，你能下地行走的几天后，你会被要求出院。若床位不紧张，你将有机会自己和医生商量出院日期。</w:t>
      </w:r>
    </w:p>
    <w:p>
      <w:pPr>
        <w:spacing w:after="100"/>
      </w:pPr>
      <w:r>
        <w:rPr>
          <w:rFonts w:ascii="Calibri" w:hAnsi="Calibri" w:cs="Calibri" w:eastAsia="宋体"/>
        </w:rPr>
        <w:t>请在出院前持身份证、户口本找你的主治医生核对身份信息，尤其是姓名和住址与户口本上保持一致。如需「不宜体育运动」等字样也请此时向你的主治医生提出。请仔细核对出院小结、诊断证明，确保性别鉴定写的是「性别为女」而不是「性别为男」，以及你做的手术的内容，特别不是阴茎再造手术或女跨男手术，将上述材料分别找末尾署名的医生签字盖章。赵博办公室及护士台张贴有公证员的联系方式，请拍照留存。前往护士站领取《三甲医院证明》。</w:t>
      </w:r>
    </w:p>
    <w:p>
      <w:pPr>
        <w:spacing w:after="100"/>
      </w:pPr>
      <w:r>
        <w:rPr>
          <w:rFonts w:ascii="Calibri" w:hAnsi="Calibri" w:cs="Calibri" w:eastAsia="宋体"/>
        </w:rPr>
        <w:t>出院当天，请持「押金单」、上段所述全部材料，前往住院部一楼结账，并在所有材料上盖章。出院办理窗口在工作日全天开放，周末上午开放。向护工阿姨付清费用。护工阿姨可以代为完成本段内容。</w:t>
      </w:r>
    </w:p>
    <w:p>
      <w:pPr>
        <w:pStyle w:val="Heading5"/>
      </w:pPr>
      <w:r>
        <w:rPr>
          <w:rFonts w:ascii="Calibri" w:hAnsi="Calibri" w:cs="Calibri" w:eastAsia="宋体"/>
        </w:rPr>
        <w:t>公证</w:t>
      </w:r>
    </w:p>
    <w:p>
      <w:pPr>
        <w:spacing w:after="100"/>
      </w:pPr>
      <w:r>
        <w:rPr>
          <w:rFonts w:ascii="Calibri" w:hAnsi="Calibri" w:cs="Calibri" w:eastAsia="宋体"/>
        </w:rPr>
        <w:t>上海东方公证处位于凤阳路598号。从医院打车约20分钟，可以和同时出院的病友一起拼车。公证后约7个工作日可以领取（寄出）。</w:t>
      </w:r>
    </w:p>
    <w:p>
      <w:pPr>
        <w:pStyle w:val="Heading6"/>
      </w:pPr>
      <w:r>
        <w:rPr>
          <w:rFonts w:ascii="Calibri" w:hAnsi="Calibri" w:cs="Calibri" w:eastAsia="宋体"/>
        </w:rPr>
        <w:t>公证员联系方式</w:t>
      </w:r>
    </w:p>
    <w:p>
      <w:pPr>
        <w:spacing w:after="100"/>
      </w:pPr>
      <w:r>
        <w:rPr>
          <w:rFonts w:ascii="Calibri" w:hAnsi="Calibri" w:cs="Calibri" w:eastAsia="宋体"/>
        </w:rPr>
        <w:t>请在上班时间拨打。</w:t>
      </w:r>
    </w:p>
    <w:p>
      <w:pPr>
        <w:spacing w:before="20" w:after="40"/>
        <w:ind w:left="425" w:hanging="312"/>
      </w:pPr>
      <w:r>
        <w:rPr>
          <w:rFonts w:ascii="Calibri" w:hAnsi="Calibri" w:cs="Calibri" w:eastAsia="宋体"/>
        </w:rPr>
        <w:t xml:space="preserve">• </w:t>
      </w:r>
      <w:r>
        <w:rPr>
          <w:rFonts w:ascii="Calibri" w:hAnsi="Calibri" w:cs="Calibri" w:eastAsia="宋体"/>
        </w:rPr>
        <w:t>龙炎鸣：13818477976</w:t>
      </w:r>
    </w:p>
    <w:p>
      <w:pPr>
        <w:spacing w:before="20" w:after="40"/>
        <w:ind w:left="425" w:hanging="312"/>
      </w:pPr>
      <w:r>
        <w:rPr>
          <w:rFonts w:ascii="Calibri" w:hAnsi="Calibri" w:cs="Calibri" w:eastAsia="宋体"/>
        </w:rPr>
        <w:t xml:space="preserve">• </w:t>
      </w:r>
      <w:r>
        <w:rPr>
          <w:rFonts w:ascii="Calibri" w:hAnsi="Calibri" w:cs="Calibri" w:eastAsia="宋体"/>
        </w:rPr>
        <w:t>吕臻卿：18017325320</w:t>
      </w:r>
    </w:p>
    <w:p>
      <w:pPr>
        <w:pStyle w:val="Heading6"/>
      </w:pPr>
      <w:r>
        <w:rPr>
          <w:rFonts w:ascii="Calibri" w:hAnsi="Calibri" w:cs="Calibri" w:eastAsia="宋体"/>
        </w:rPr>
        <w:t>公证费用</w:t>
      </w:r>
    </w:p>
    <w:p>
      <w:pPr>
        <w:spacing w:before="20" w:after="40"/>
        <w:ind w:left="425" w:hanging="312"/>
      </w:pPr>
      <w:r>
        <w:rPr>
          <w:rFonts w:ascii="Calibri" w:hAnsi="Calibri" w:cs="Calibri" w:eastAsia="宋体"/>
        </w:rPr>
        <w:t xml:space="preserve">• </w:t>
      </w:r>
      <w:r>
        <w:rPr>
          <w:rFonts w:ascii="Calibri" w:hAnsi="Calibri" w:cs="Calibri" w:eastAsia="宋体"/>
        </w:rPr>
        <w:t>副本费：10元人民币（每本</w:t>
      </w:r>
      <w:r>
        <w:rPr>
          <w:rFonts w:ascii="Calibri" w:hAnsi="Calibri" w:cs="Calibri" w:eastAsia="宋体"/>
          <w:b/>
        </w:rPr>
        <w:t>副本</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上门取证费：30元人民币</w:t>
      </w:r>
    </w:p>
    <w:p>
      <w:pPr>
        <w:spacing w:before="20" w:after="40"/>
        <w:ind w:left="425" w:hanging="312"/>
      </w:pPr>
      <w:r>
        <w:rPr>
          <w:rFonts w:ascii="Calibri" w:hAnsi="Calibri" w:cs="Calibri" w:eastAsia="宋体"/>
        </w:rPr>
        <w:t xml:space="preserve">• </w:t>
      </w:r>
      <w:r>
        <w:rPr>
          <w:rFonts w:ascii="Calibri" w:hAnsi="Calibri" w:cs="Calibri" w:eastAsia="宋体"/>
        </w:rPr>
        <w:t>公证费：100元人民币</w:t>
      </w:r>
    </w:p>
    <w:p>
      <w:pPr>
        <w:spacing w:before="20" w:after="40"/>
        <w:ind w:left="425" w:hanging="312"/>
      </w:pPr>
      <w:r>
        <w:rPr>
          <w:rFonts w:ascii="Calibri" w:hAnsi="Calibri" w:cs="Calibri" w:eastAsia="宋体"/>
        </w:rPr>
        <w:t xml:space="preserve">• </w:t>
      </w:r>
      <w:r>
        <w:rPr>
          <w:rFonts w:ascii="Calibri" w:hAnsi="Calibri" w:cs="Calibri" w:eastAsia="宋体"/>
        </w:rPr>
        <w:t>调查核实费：200元人民币</w:t>
      </w:r>
    </w:p>
    <w:p>
      <w:pPr>
        <w:spacing w:before="20" w:after="40"/>
        <w:ind w:left="425" w:hanging="312"/>
      </w:pPr>
      <w:r>
        <w:rPr>
          <w:rFonts w:ascii="Calibri" w:hAnsi="Calibri" w:cs="Calibri" w:eastAsia="宋体"/>
        </w:rPr>
        <w:t xml:space="preserve">• </w:t>
      </w:r>
      <w:r>
        <w:rPr>
          <w:rFonts w:ascii="Calibri" w:hAnsi="Calibri" w:cs="Calibri" w:eastAsia="宋体"/>
        </w:rPr>
        <w:t>快递费：顺丰到付</w:t>
      </w:r>
    </w:p>
    <w:p>
      <w:pPr>
        <w:pStyle w:val="Heading6"/>
      </w:pPr>
      <w:r>
        <w:rPr>
          <w:rFonts w:ascii="Calibri" w:hAnsi="Calibri" w:cs="Calibri" w:eastAsia="宋体"/>
        </w:rPr>
        <w:t>公证过程</w:t>
      </w:r>
    </w:p>
    <w:p>
      <w:pPr>
        <w:spacing w:after="100"/>
      </w:pPr>
      <w:r>
        <w:rPr>
          <w:rFonts w:ascii="Calibri" w:hAnsi="Calibri" w:cs="Calibri" w:eastAsia="宋体"/>
        </w:rPr>
        <w:t>将你在医院获得的全部材料和身份证，户口本（可用户籍证明代替）交给公证员即可，另需签署未婚声明、笔录、公证说明、快递声明、签署回证等材料。</w:t>
      </w:r>
    </w:p>
    <w:p>
      <w:pPr>
        <w:spacing w:after="100"/>
      </w:pPr>
      <w:r>
        <w:rPr>
          <w:rFonts w:ascii="Calibri" w:hAnsi="Calibri" w:cs="Calibri" w:eastAsia="宋体"/>
        </w:rPr>
        <w:t>全程约30分钟。座椅为硬质材料，请考虑使用甜甜圈坐垫。</w:t>
      </w:r>
    </w:p>
    <w:p>
      <w:pPr>
        <w:pStyle w:val="Heading5"/>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疑似用途见赵烨德作为通讯作者的论文 </w:t>
      </w:r>
      <w:r>
        <w:rPr>
          <w:rFonts w:ascii="Calibri" w:hAnsi="Calibri" w:cs="Calibri" w:eastAsia="宋体"/>
        </w:rPr>
        <w:t>《应用尿道海绵体黏膜组织瓣构建会阴前庭的临床研究》</w:t>
      </w:r>
      <w:r>
        <w:rPr>
          <w:rFonts w:ascii="Calibri" w:hAnsi="Calibri" w:cs="Calibri" w:eastAsia="宋体"/>
        </w:rPr>
        <w:t xml:space="preserve"> </w:t>
      </w:r>
    </w:p>
    <w:p>
      <w:pPr>
        <w:pStyle w:val="Heading4"/>
      </w:pPr>
      <w:r>
        <w:rPr>
          <w:rFonts w:ascii="Calibri" w:hAnsi="Calibri" w:cs="Calibri" w:eastAsia="微软雅黑"/>
        </w:rPr>
        <w:t>4.7.3.5  【术后】术后护理与常见并发症</w:t>
      </w:r>
    </w:p>
    <w:p>
      <w:pPr>
        <w:spacing w:after="160"/>
      </w:pPr>
      <w:r>
        <w:rPr>
          <w:rFonts w:ascii="Calibri" w:hAnsi="Calibri" w:cs="Calibri" w:eastAsia="宋体"/>
          <w:color w:val="6B7280"/>
          <w:sz w:val="16"/>
        </w:rPr>
        <w:t>原文：https://mtf.wiki/zh-cn/docs/srs/china/sh411/postoperative-care · 最近更新：2026年5月8日</w:t>
      </w:r>
    </w:p>
    <w:p>
      <w:pPr>
        <w:pStyle w:val="Heading5"/>
      </w:pPr>
      <w:r>
        <w:rPr>
          <w:rFonts w:ascii="Calibri" w:hAnsi="Calibri" w:cs="Calibri" w:eastAsia="宋体"/>
        </w:rPr>
        <w:t>术后护理</w:t>
      </w:r>
    </w:p>
    <w:p>
      <w:pPr>
        <w:spacing w:after="100"/>
      </w:pPr>
      <w:r>
        <w:rPr>
          <w:rFonts w:ascii="Calibri" w:hAnsi="Calibri" w:cs="Calibri" w:eastAsia="宋体"/>
        </w:rPr>
        <w:t xml:space="preserve">术后护理的一般性内容，请参阅 </w:t>
      </w:r>
      <w:r>
        <w:rPr>
          <w:rFonts w:ascii="Calibri" w:hAnsi="Calibri" w:cs="Calibri" w:eastAsia="宋体"/>
        </w:rPr>
        <w:t>术后护理</w:t>
      </w:r>
      <w:r>
        <w:rPr>
          <w:rFonts w:ascii="Calibri" w:hAnsi="Calibri" w:cs="Calibri" w:eastAsia="宋体"/>
        </w:rPr>
        <w:t>。</w:t>
      </w:r>
    </w:p>
    <w:p>
      <w:pPr>
        <w:spacing w:after="100"/>
      </w:pPr>
      <w:r>
        <w:rPr>
          <w:rFonts w:ascii="Calibri" w:hAnsi="Calibri" w:cs="Calibri" w:eastAsia="宋体"/>
        </w:rPr>
        <w:t>以下情况偶见报告，但是并不常见：</w:t>
      </w:r>
    </w:p>
    <w:p>
      <w:pPr>
        <w:spacing w:before="20" w:after="40"/>
        <w:ind w:left="425" w:hanging="312"/>
      </w:pPr>
      <w:r>
        <w:rPr>
          <w:rFonts w:ascii="Calibri" w:hAnsi="Calibri" w:cs="Calibri" w:eastAsia="宋体"/>
        </w:rPr>
        <w:t xml:space="preserve">• </w:t>
      </w:r>
      <w:r>
        <w:rPr>
          <w:rFonts w:ascii="Calibri" w:hAnsi="Calibri" w:cs="Calibri" w:eastAsia="宋体"/>
        </w:rPr>
        <w:t>阴道内可能有毛发生长，且无解决办法。手术时会尽量选用毛发稀少的皮肤，但并不能完全保证，若体毛过多请考虑术前脱毛。阴道口外部生长的毛发可于后续寻求医疗手段脱除。</w:t>
      </w:r>
    </w:p>
    <w:p>
      <w:pPr>
        <w:spacing w:after="100"/>
      </w:pPr>
      <w:r>
        <w:rPr>
          <w:rFonts w:ascii="Calibri" w:hAnsi="Calibri" w:cs="Calibri" w:eastAsia="宋体"/>
        </w:rPr>
        <w:t>若出院后发现缝合处有黑色缝线，一般为不可吸收皮内减张线，无需拆除。可剪除外露部分，切勿生拉硬拽。白色缝线为可吸收线，会在出院后数月内自行吸收脱落，</w:t>
      </w:r>
      <w:r>
        <w:rPr>
          <w:rFonts w:ascii="Calibri" w:hAnsi="Calibri" w:cs="Calibri" w:eastAsia="宋体"/>
          <w:b/>
        </w:rPr>
        <w:t>切勿拉扯</w:t>
      </w:r>
      <w:r>
        <w:rPr>
          <w:rFonts w:ascii="Calibri" w:hAnsi="Calibri" w:cs="Calibri" w:eastAsia="宋体"/>
        </w:rPr>
        <w:t>。</w:t>
      </w:r>
    </w:p>
    <w:p>
      <w:pPr>
        <w:spacing w:after="100"/>
      </w:pPr>
      <w:r>
        <w:rPr>
          <w:rFonts w:ascii="Calibri" w:hAnsi="Calibri" w:cs="Calibri" w:eastAsia="宋体"/>
        </w:rPr>
        <w:t>输液用的那根静脉的疼痛（包括压痛与非压痛）可能会一直持续。如果疼痛一直未减退，并且你发现这根静脉出现了远深于其它静脉的青紫，请前往医院门诊检查。</w:t>
      </w:r>
    </w:p>
    <w:p>
      <w:pPr>
        <w:pStyle w:val="Heading4"/>
      </w:pPr>
      <w:r>
        <w:rPr>
          <w:rFonts w:ascii="Calibri" w:hAnsi="Calibri" w:cs="Calibri" w:eastAsia="微软雅黑"/>
        </w:rPr>
        <w:t>4.7.3.6  【NSFW】术后评价</w:t>
      </w:r>
    </w:p>
    <w:p>
      <w:pPr>
        <w:spacing w:after="160"/>
      </w:pPr>
      <w:r>
        <w:rPr>
          <w:rFonts w:ascii="Calibri" w:hAnsi="Calibri" w:cs="Calibri" w:eastAsia="宋体"/>
          <w:color w:val="6B7280"/>
          <w:sz w:val="16"/>
        </w:rPr>
        <w:t>原文：https://mtf.wiki/zh-cn/docs/srs/china/sh411/postoperative-evaluation · 最近更新：2026年8月14日</w:t>
      </w:r>
    </w:p>
    <w:p>
      <w:pPr>
        <w:pStyle w:val="Heading5"/>
      </w:pPr>
      <w:r>
        <w:rPr>
          <w:rFonts w:ascii="Calibri" w:hAnsi="Calibri" w:cs="Calibri" w:eastAsia="宋体"/>
        </w:rPr>
        <w:t>术后评价</w:t>
      </w:r>
    </w:p>
    <w:p>
      <w:pPr>
        <w:keepNext/>
        <w:spacing w:before="120" w:after="40"/>
        <w:pBdr>
          <w:bottom w:val="single" w:sz="6" w:space="1" w:color="D4D8DE"/>
        </w:pBdr>
      </w:pPr>
      <w:r>
        <w:rPr>
          <w:rFonts w:ascii="Calibri" w:hAnsi="Calibri" w:cs="Calibri" w:eastAsia="微软雅黑"/>
          <w:b/>
        </w:rPr>
        <w:t>▸ 点击展开</w:t>
      </w:r>
    </w:p>
    <w:p>
      <w:pPr>
        <w:pStyle w:val="Heading6"/>
      </w:pPr>
      <w:r>
        <w:rPr>
          <w:rFonts w:ascii="Calibri" w:hAnsi="Calibri" w:cs="Calibri" w:eastAsia="宋体"/>
        </w:rPr>
        <w:t>2026 年 7 月手术</w:t>
      </w:r>
    </w:p>
    <w:p>
      <w:pPr>
        <w:spacing w:before="20" w:after="40"/>
        <w:ind w:left="425" w:hanging="312"/>
      </w:pPr>
      <w:r>
        <w:rPr>
          <w:rFonts w:ascii="Calibri" w:hAnsi="Calibri" w:cs="Calibri" w:eastAsia="宋体"/>
        </w:rPr>
        <w:t xml:space="preserve">• </w:t>
      </w:r>
      <w:r>
        <w:rPr>
          <w:rFonts w:ascii="Calibri" w:hAnsi="Calibri" w:cs="Calibri" w:eastAsia="宋体"/>
        </w:rPr>
        <w:t>术后 30 天拍摄</w:t>
      </w:r>
    </w:p>
    <w:p>
      <w:pPr>
        <w:pStyle w:val="Heading6"/>
      </w:pPr>
      <w:r>
        <w:rPr>
          <w:rFonts w:ascii="Calibri" w:hAnsi="Calibri" w:cs="Calibri" w:eastAsia="宋体"/>
        </w:rPr>
        <w:t>2026 年 3 月手术</w:t>
      </w:r>
    </w:p>
    <w:p>
      <w:pPr>
        <w:spacing w:before="20" w:after="40"/>
        <w:ind w:left="425" w:hanging="312"/>
      </w:pPr>
      <w:r>
        <w:rPr>
          <w:rFonts w:ascii="Calibri" w:hAnsi="Calibri" w:cs="Calibri" w:eastAsia="宋体"/>
        </w:rPr>
        <w:t xml:space="preserve">• </w:t>
      </w:r>
      <w:r>
        <w:rPr>
          <w:rFonts w:ascii="Calibri" w:hAnsi="Calibri" w:cs="Calibri" w:eastAsia="宋体"/>
        </w:rPr>
        <w:t>术后 150 天拍摄</w:t>
      </w:r>
    </w:p>
    <w:p>
      <w:pPr>
        <w:pStyle w:val="Heading6"/>
      </w:pPr>
      <w:r>
        <w:rPr>
          <w:rFonts w:ascii="Calibri" w:hAnsi="Calibri" w:cs="Calibri" w:eastAsia="宋体"/>
        </w:rPr>
        <w:t>2024 年 11 月手术</w:t>
      </w:r>
    </w:p>
    <w:p>
      <w:pPr>
        <w:spacing w:before="20" w:after="40"/>
        <w:ind w:left="425" w:hanging="312"/>
      </w:pPr>
      <w:r>
        <w:rPr>
          <w:rFonts w:ascii="Calibri" w:hAnsi="Calibri" w:cs="Calibri" w:eastAsia="宋体"/>
        </w:rPr>
        <w:t xml:space="preserve">• </w:t>
      </w:r>
      <w:r>
        <w:rPr>
          <w:rFonts w:ascii="Calibri" w:hAnsi="Calibri" w:cs="Calibri" w:eastAsia="宋体"/>
        </w:rPr>
        <w:t>术后 30 天拍摄</w:t>
      </w:r>
    </w:p>
    <w:p>
      <w:pPr>
        <w:spacing w:before="20" w:after="40"/>
        <w:ind w:left="425" w:hanging="312"/>
      </w:pPr>
      <w:r>
        <w:rPr>
          <w:rFonts w:ascii="Calibri" w:hAnsi="Calibri" w:cs="Calibri" w:eastAsia="宋体"/>
        </w:rPr>
        <w:t xml:space="preserve">• </w:t>
      </w:r>
      <w:r>
        <w:rPr>
          <w:rFonts w:ascii="Calibri" w:hAnsi="Calibri" w:cs="Calibri" w:eastAsia="宋体"/>
        </w:rPr>
        <w:t>术后一年拍摄</w:t>
      </w:r>
    </w:p>
    <w:p>
      <w:pPr>
        <w:pStyle w:val="Heading6"/>
      </w:pPr>
      <w:r>
        <w:rPr>
          <w:rFonts w:ascii="Calibri" w:hAnsi="Calibri" w:cs="Calibri" w:eastAsia="宋体"/>
        </w:rPr>
        <w:t>2023 年 9 月手术，术后 200 日拍摄</w:t>
      </w:r>
    </w:p>
    <w:p>
      <w:pPr>
        <w:pStyle w:val="Heading6"/>
      </w:pPr>
      <w:r>
        <w:rPr>
          <w:rFonts w:ascii="Calibri" w:hAnsi="Calibri" w:cs="Calibri" w:eastAsia="宋体"/>
        </w:rPr>
        <w:t>2023 年 7 月手术</w:t>
      </w:r>
    </w:p>
    <w:p>
      <w:pPr>
        <w:spacing w:before="20" w:after="40"/>
        <w:ind w:left="425" w:hanging="312"/>
      </w:pPr>
      <w:r>
        <w:rPr>
          <w:rFonts w:ascii="Calibri" w:hAnsi="Calibri" w:cs="Calibri" w:eastAsia="宋体"/>
        </w:rPr>
        <w:t xml:space="preserve">• </w:t>
      </w:r>
      <w:r>
        <w:rPr>
          <w:rFonts w:ascii="Calibri" w:hAnsi="Calibri" w:cs="Calibri" w:eastAsia="宋体"/>
        </w:rPr>
        <w:t>术后 12 天拍摄</w:t>
      </w:r>
    </w:p>
    <w:p>
      <w:pPr>
        <w:spacing w:before="20" w:after="40"/>
        <w:ind w:left="425" w:hanging="312"/>
      </w:pPr>
      <w:r>
        <w:rPr>
          <w:rFonts w:ascii="Calibri" w:hAnsi="Calibri" w:cs="Calibri" w:eastAsia="宋体"/>
        </w:rPr>
        <w:t xml:space="preserve">• </w:t>
      </w:r>
      <w:r>
        <w:rPr>
          <w:rFonts w:ascii="Calibri" w:hAnsi="Calibri" w:cs="Calibri" w:eastAsia="宋体"/>
        </w:rPr>
        <w:t>术后 30 天拍摄</w:t>
      </w:r>
    </w:p>
    <w:p>
      <w:pPr>
        <w:pStyle w:val="Heading6"/>
      </w:pPr>
      <w:r>
        <w:rPr>
          <w:rFonts w:ascii="Calibri" w:hAnsi="Calibri" w:cs="Calibri" w:eastAsia="宋体"/>
        </w:rPr>
        <w:t>2023 年 6 月手术</w:t>
      </w:r>
    </w:p>
    <w:p>
      <w:pPr>
        <w:spacing w:before="20" w:after="40"/>
        <w:ind w:left="425" w:hanging="312"/>
      </w:pPr>
      <w:r>
        <w:rPr>
          <w:rFonts w:ascii="Calibri" w:hAnsi="Calibri" w:cs="Calibri" w:eastAsia="宋体"/>
        </w:rPr>
        <w:t xml:space="preserve">• </w:t>
      </w:r>
      <w:r>
        <w:rPr>
          <w:rFonts w:ascii="Calibri" w:hAnsi="Calibri" w:cs="Calibri" w:eastAsia="宋体"/>
        </w:rPr>
        <w:t>术后两月余拍摄</w:t>
      </w:r>
    </w:p>
    <w:p>
      <w:pPr>
        <w:spacing w:before="20" w:after="40"/>
        <w:ind w:left="425" w:hanging="312"/>
      </w:pPr>
      <w:r>
        <w:rPr>
          <w:rFonts w:ascii="Calibri" w:hAnsi="Calibri" w:cs="Calibri" w:eastAsia="宋体"/>
        </w:rPr>
        <w:t xml:space="preserve">• </w:t>
      </w:r>
      <w:r>
        <w:rPr>
          <w:rFonts w:ascii="Calibri" w:hAnsi="Calibri" w:cs="Calibri" w:eastAsia="宋体"/>
        </w:rPr>
        <w:t>术后一年拍摄</w:t>
      </w:r>
    </w:p>
    <w:p>
      <w:pPr>
        <w:pStyle w:val="Heading6"/>
      </w:pPr>
      <w:r>
        <w:rPr>
          <w:rFonts w:ascii="Calibri" w:hAnsi="Calibri" w:cs="Calibri" w:eastAsia="宋体"/>
        </w:rPr>
        <w:t>2023 年 4 月手术，术后一年拍摄</w:t>
      </w:r>
    </w:p>
    <w:p>
      <w:pPr>
        <w:spacing w:after="100"/>
      </w:pPr>
      <w:r>
        <w:rPr>
          <w:rFonts w:ascii="Calibri" w:hAnsi="Calibri" w:cs="Calibri" w:eastAsia="宋体"/>
        </w:rPr>
        <w:t>妇科检查者的评价：</w:t>
      </w:r>
    </w:p>
    <w:p>
      <w:pPr>
        <w:shd w:val="clear" w:color="auto" w:fill="F7F8FA"/>
        <w:pBdr>
          <w:left w:val="single" w:sz="18" w:space="6" w:color="C9CDD4"/>
        </w:pBdr>
        <w:spacing w:after="40"/>
      </w:pPr>
      <w:r>
        <w:rPr>
          <w:rFonts w:ascii="Calibri" w:hAnsi="Calibri" w:cs="Calibri" w:eastAsia="宋体"/>
        </w:rPr>
        <w:t>妇科检查者在使用鸭嘴钳撑开阴道口后，声称「为什么这个阴道口是分开的但深度只有两三厘米」（因为即使连我本人手指进一步深入都需要拐弯），同时把稍微靠上一点的小黑洞（尿道口？）识别成了另一个无法插入的阴道（因为它确实有液体分泌），并且还在已经触及阴蒂的情况下声称找不到阴蒂，最终得出了这是发育畸形的结论。</w:t>
      </w:r>
    </w:p>
    <w:p>
      <w:pPr>
        <w:shd w:val="clear" w:color="auto" w:fill="F7F8FA"/>
        <w:pBdr>
          <w:left w:val="single" w:sz="18" w:space="6" w:color="C9CDD4"/>
        </w:pBdr>
        <w:spacing w:after="40"/>
      </w:pPr>
      <w:r>
        <w:rPr>
          <w:rFonts w:ascii="Calibri" w:hAnsi="Calibri" w:cs="Calibri" w:eastAsia="宋体"/>
        </w:rPr>
        <w:t>另一方面图中可以看到明显的V形疤痕（因为过于对称而被其识别为幼年的金属烫伤疤痕）和引流管的两个点状疤痕。</w:t>
      </w:r>
    </w:p>
    <w:p>
      <w:pPr>
        <w:pStyle w:val="Heading6"/>
      </w:pPr>
      <w:r>
        <w:rPr>
          <w:rFonts w:ascii="Calibri" w:hAnsi="Calibri" w:cs="Calibri" w:eastAsia="宋体"/>
        </w:rPr>
        <w:t>2022 年 11 月手术，术后半年拍摄</w:t>
      </w:r>
    </w:p>
    <w:p>
      <w:pPr>
        <w:pStyle w:val="Heading6"/>
      </w:pPr>
      <w:r>
        <w:rPr>
          <w:rFonts w:ascii="Calibri" w:hAnsi="Calibri" w:cs="Calibri" w:eastAsia="宋体"/>
        </w:rPr>
        <w:t>2021 年 6 月手术，术后 7 个月拍摄</w:t>
      </w:r>
    </w:p>
    <w:p>
      <w:pPr>
        <w:pStyle w:val="Heading5"/>
      </w:pPr>
      <w:r>
        <w:rPr>
          <w:rFonts w:ascii="Calibri" w:hAnsi="Calibri" w:cs="Calibri" w:eastAsia="宋体"/>
        </w:rPr>
        <w:t>交流投稿</w:t>
      </w:r>
    </w:p>
    <w:p>
      <w:pPr>
        <w:spacing w:after="100"/>
      </w:pPr>
      <w:r>
        <w:rPr>
          <w:rFonts w:ascii="Calibri" w:hAnsi="Calibri" w:cs="Calibri" w:eastAsia="宋体"/>
        </w:rPr>
        <w:t>已预约手术或已完成手术可通过向</w:t>
      </w:r>
      <w:r>
        <w:rPr>
          <w:rFonts w:ascii="Calibri" w:hAnsi="Calibri" w:cs="Calibri" w:eastAsia="宋体"/>
        </w:rPr>
        <w:t>srs-411@mtf.wiki</w:t>
      </w:r>
      <w:r>
        <w:rPr>
          <w:rFonts w:ascii="Calibri" w:hAnsi="Calibri" w:cs="Calibri" w:eastAsia="宋体"/>
        </w:rPr>
        <w:t>发送邮件申请加入相关交流群组。</w:t>
      </w:r>
    </w:p>
    <w:p>
      <w:pPr>
        <w:spacing w:after="100"/>
      </w:pPr>
      <w:r>
        <w:rPr>
          <w:rFonts w:ascii="Calibri" w:hAnsi="Calibri" w:cs="Calibri" w:eastAsia="宋体"/>
        </w:rPr>
        <w:t>如希望编辑此页面或提交术后评价，可在我们的</w:t>
      </w:r>
      <w:r>
        <w:rPr>
          <w:rFonts w:ascii="Calibri" w:hAnsi="Calibri" w:cs="Calibri" w:eastAsia="宋体"/>
        </w:rPr>
        <w:t>Github仓库</w:t>
      </w:r>
      <w:r>
        <w:rPr>
          <w:rFonts w:ascii="Calibri" w:hAnsi="Calibri" w:cs="Calibri" w:eastAsia="宋体"/>
        </w:rPr>
        <w:t>进行相关讨论，或发送邮件至</w:t>
      </w:r>
      <w:r>
        <w:rPr>
          <w:rFonts w:ascii="Calibri" w:hAnsi="Calibri" w:cs="Calibri" w:eastAsia="宋体"/>
        </w:rPr>
        <w:t>srs-411@mtf.wiki</w:t>
      </w:r>
    </w:p>
    <w:p>
      <w:pPr>
        <w:pStyle w:val="Heading4"/>
      </w:pPr>
      <w:r>
        <w:rPr>
          <w:rFonts w:ascii="Calibri" w:hAnsi="Calibri" w:cs="Calibri" w:eastAsia="微软雅黑"/>
        </w:rPr>
        <w:t>4.7.3.7  上海四一一医院｜性腺切除手术</w:t>
      </w:r>
    </w:p>
    <w:p>
      <w:pPr>
        <w:spacing w:after="160"/>
      </w:pPr>
      <w:r>
        <w:rPr>
          <w:rFonts w:ascii="Calibri" w:hAnsi="Calibri" w:cs="Calibri" w:eastAsia="宋体"/>
          <w:color w:val="6B7280"/>
          <w:sz w:val="16"/>
        </w:rPr>
        <w:t>原文：https://mtf.wiki/zh-cn/docs/srs/china/sh411/gonadectomy · 最近更新：2025年12月8日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本页面所述为在上海四一一医院进行性腺切除的经历。挂号、住院等一般性内容请同时参考阅读</w:t>
      </w:r>
      <w:r>
        <w:rPr>
          <w:rFonts w:ascii="Calibri" w:hAnsi="Calibri" w:cs="Calibri" w:eastAsia="宋体"/>
        </w:rPr>
        <w:t>上级页面</w:t>
      </w:r>
      <w:r>
        <w:rPr>
          <w:rFonts w:ascii="Calibri" w:hAnsi="Calibri" w:cs="Calibri" w:eastAsia="宋体"/>
        </w:rPr>
        <w:t>。</w:t>
      </w:r>
    </w:p>
    <w:p>
      <w:pPr>
        <w:pStyle w:val="Heading5"/>
      </w:pPr>
      <w:r>
        <w:rPr>
          <w:rFonts w:ascii="Calibri" w:hAnsi="Calibri" w:cs="Calibri" w:eastAsia="宋体"/>
        </w:rPr>
        <w:t>时间线</w:t>
      </w:r>
    </w:p>
    <w:p>
      <w:pPr>
        <w:spacing w:before="20" w:after="40"/>
        <w:ind w:left="425" w:hanging="312"/>
      </w:pPr>
      <w:r>
        <w:rPr>
          <w:rFonts w:ascii="Calibri" w:hAnsi="Calibri" w:cs="Calibri" w:eastAsia="宋体"/>
        </w:rPr>
        <w:t xml:space="preserve">• </w:t>
      </w:r>
      <w:r>
        <w:rPr>
          <w:rFonts w:ascii="Calibri" w:hAnsi="Calibri" w:cs="Calibri" w:eastAsia="宋体"/>
        </w:rPr>
        <w:t>预约当日</w:t>
      </w:r>
    </w:p>
    <w:p>
      <w:pPr>
        <w:spacing w:after="100"/>
      </w:pPr>
      <w:r>
        <w:rPr>
          <w:rFonts w:ascii="Calibri" w:hAnsi="Calibri" w:cs="Calibri" w:eastAsia="宋体"/>
        </w:rPr>
        <w:t>（约两周后）</w:t>
      </w:r>
    </w:p>
    <w:p>
      <w:pPr>
        <w:spacing w:before="20" w:after="40"/>
        <w:ind w:left="425" w:hanging="312"/>
      </w:pPr>
      <w:r>
        <w:rPr>
          <w:rFonts w:ascii="Calibri" w:hAnsi="Calibri" w:cs="Calibri" w:eastAsia="宋体"/>
        </w:rPr>
        <w:t xml:space="preserve">• </w:t>
      </w:r>
      <w:r>
        <w:rPr>
          <w:rFonts w:ascii="Calibri" w:hAnsi="Calibri" w:cs="Calibri" w:eastAsia="宋体"/>
        </w:rPr>
        <w:t>入院当日</w:t>
      </w:r>
    </w:p>
    <w:p>
      <w:pPr>
        <w:spacing w:before="20" w:after="40"/>
        <w:ind w:left="425" w:hanging="312"/>
      </w:pPr>
      <w:r>
        <w:rPr>
          <w:rFonts w:ascii="Calibri" w:hAnsi="Calibri" w:cs="Calibri" w:eastAsia="宋体"/>
        </w:rPr>
        <w:t xml:space="preserve">• </w:t>
      </w:r>
      <w:r>
        <w:rPr>
          <w:rFonts w:ascii="Calibri" w:hAnsi="Calibri" w:cs="Calibri" w:eastAsia="宋体"/>
        </w:rPr>
        <w:t>检查一日</w:t>
      </w:r>
    </w:p>
    <w:p>
      <w:pPr>
        <w:spacing w:before="20" w:after="40"/>
        <w:ind w:left="425" w:hanging="312"/>
      </w:pPr>
      <w:r>
        <w:rPr>
          <w:rFonts w:ascii="Calibri" w:hAnsi="Calibri" w:cs="Calibri" w:eastAsia="宋体"/>
        </w:rPr>
        <w:t xml:space="preserve">• </w:t>
      </w:r>
      <w:r>
        <w:rPr>
          <w:rFonts w:ascii="Calibri" w:hAnsi="Calibri" w:cs="Calibri" w:eastAsia="宋体"/>
        </w:rPr>
        <w:t>手术当日</w:t>
      </w:r>
    </w:p>
    <w:p>
      <w:pPr>
        <w:spacing w:before="20" w:after="40"/>
        <w:ind w:left="425" w:hanging="312"/>
      </w:pPr>
      <w:r>
        <w:rPr>
          <w:rFonts w:ascii="Calibri" w:hAnsi="Calibri" w:cs="Calibri" w:eastAsia="宋体"/>
        </w:rPr>
        <w:t xml:space="preserve">• </w:t>
      </w:r>
      <w:r>
        <w:rPr>
          <w:rFonts w:ascii="Calibri" w:hAnsi="Calibri" w:cs="Calibri" w:eastAsia="宋体"/>
        </w:rPr>
        <w:t>卧床恢复第一日</w:t>
      </w:r>
    </w:p>
    <w:p>
      <w:pPr>
        <w:spacing w:before="20" w:after="40"/>
        <w:ind w:left="425" w:hanging="312"/>
      </w:pPr>
      <w:r>
        <w:rPr>
          <w:rFonts w:ascii="Calibri" w:hAnsi="Calibri" w:cs="Calibri" w:eastAsia="宋体"/>
        </w:rPr>
        <w:t xml:space="preserve">• </w:t>
      </w:r>
      <w:r>
        <w:rPr>
          <w:rFonts w:ascii="Calibri" w:hAnsi="Calibri" w:cs="Calibri" w:eastAsia="宋体"/>
        </w:rPr>
        <w:t>卧床恢复第二日</w:t>
      </w:r>
    </w:p>
    <w:p>
      <w:pPr>
        <w:spacing w:before="20" w:after="40"/>
        <w:ind w:left="425" w:hanging="312"/>
      </w:pPr>
      <w:r>
        <w:rPr>
          <w:rFonts w:ascii="Calibri" w:hAnsi="Calibri" w:cs="Calibri" w:eastAsia="宋体"/>
        </w:rPr>
        <w:t xml:space="preserve">• </w:t>
      </w:r>
      <w:r>
        <w:rPr>
          <w:rFonts w:ascii="Calibri" w:hAnsi="Calibri" w:cs="Calibri" w:eastAsia="宋体"/>
        </w:rPr>
        <w:t>下床恢复一日</w:t>
      </w:r>
    </w:p>
    <w:p>
      <w:pPr>
        <w:spacing w:before="20" w:after="40"/>
        <w:ind w:left="425" w:hanging="312"/>
      </w:pPr>
      <w:r>
        <w:rPr>
          <w:rFonts w:ascii="Calibri" w:hAnsi="Calibri" w:cs="Calibri" w:eastAsia="宋体"/>
        </w:rPr>
        <w:t xml:space="preserve">• </w:t>
      </w:r>
      <w:r>
        <w:rPr>
          <w:rFonts w:ascii="Calibri" w:hAnsi="Calibri" w:cs="Calibri" w:eastAsia="宋体"/>
        </w:rPr>
        <w:t>出院当日</w:t>
      </w:r>
    </w:p>
    <w:p>
      <w:pPr>
        <w:spacing w:after="100"/>
      </w:pPr>
      <w:r>
        <w:rPr>
          <w:rFonts w:ascii="Calibri" w:hAnsi="Calibri" w:cs="Calibri" w:eastAsia="宋体"/>
        </w:rPr>
        <w:t>前后共占用 8 天时间。</w:t>
      </w:r>
    </w:p>
    <w:p>
      <w:pPr>
        <w:pStyle w:val="Heading5"/>
      </w:pPr>
      <w:r>
        <w:rPr>
          <w:rFonts w:ascii="Calibri" w:hAnsi="Calibri" w:cs="Calibri" w:eastAsia="宋体"/>
        </w:rPr>
        <w:t>预约</w:t>
      </w:r>
    </w:p>
    <w:p>
      <w:pPr>
        <w:shd w:val="clear" w:color="auto" w:fill="F7F8FA"/>
        <w:pBdr>
          <w:left w:val="single" w:sz="18" w:space="6" w:color="C9CDD4"/>
        </w:pBdr>
        <w:spacing w:after="40"/>
      </w:pPr>
      <w:r>
        <w:rPr>
          <w:rFonts w:ascii="Calibri" w:hAnsi="Calibri" w:cs="Calibri" w:eastAsia="宋体"/>
        </w:rPr>
        <w:t>需准备：父母知情同意书，易性症诊断证明，本人身份证</w:t>
      </w:r>
    </w:p>
    <w:p>
      <w:pPr>
        <w:spacing w:after="100"/>
      </w:pPr>
      <w:r>
        <w:rPr>
          <w:rFonts w:ascii="Calibri" w:hAnsi="Calibri" w:cs="Calibri" w:eastAsia="宋体"/>
        </w:rPr>
        <w:t>去 4 楼赵博处就诊。直接告诉赵博自己要切除睾丸。赵博会询问：需要手术的原因，家庭所在城市，确立跨性别认同的时间，HRT 时间（编者可以记得的就是这些）。接着，赵博会要求出示易性症的诊断证明。如果证明在离住址较远的地点开具，赵博可能会问为什么去外地开证。然后家长会被询问知情时间、是否知情同意的问题。无需使用户口本之类，用来证明“你妈是你妈”的材料；也不需要父母的身份证。最后，赵博的助手会在一个小本子上登记你的信息。排期大约两周。</w:t>
      </w:r>
    </w:p>
    <w:p>
      <w:pPr>
        <w:pStyle w:val="Heading5"/>
      </w:pPr>
      <w:r>
        <w:rPr>
          <w:rFonts w:ascii="Calibri" w:hAnsi="Calibri" w:cs="Calibri" w:eastAsia="宋体"/>
        </w:rPr>
        <w:t>入院</w:t>
      </w:r>
    </w:p>
    <w:p>
      <w:pPr>
        <w:spacing w:after="100"/>
      </w:pPr>
      <w:r>
        <w:rPr>
          <w:rFonts w:ascii="Calibri" w:hAnsi="Calibri" w:cs="Calibri" w:eastAsia="宋体"/>
        </w:rPr>
        <w:t>需准备：</w:t>
      </w:r>
    </w:p>
    <w:p>
      <w:pPr>
        <w:spacing w:before="20" w:after="40"/>
        <w:ind w:left="425" w:hanging="312"/>
      </w:pPr>
      <w:r>
        <w:rPr>
          <w:rFonts w:ascii="Calibri" w:hAnsi="Calibri" w:cs="Calibri" w:eastAsia="宋体"/>
        </w:rPr>
        <w:t xml:space="preserve">• </w:t>
      </w:r>
      <w:r>
        <w:rPr>
          <w:rFonts w:ascii="Calibri" w:hAnsi="Calibri" w:cs="Calibri" w:eastAsia="宋体"/>
        </w:rPr>
        <w:t>1 套外衣裤（出院时穿着）</w:t>
      </w:r>
    </w:p>
    <w:p>
      <w:pPr>
        <w:spacing w:before="20" w:after="40"/>
        <w:ind w:left="425" w:hanging="312"/>
      </w:pPr>
      <w:r>
        <w:rPr>
          <w:rFonts w:ascii="Calibri" w:hAnsi="Calibri" w:cs="Calibri" w:eastAsia="宋体"/>
        </w:rPr>
        <w:t xml:space="preserve">• </w:t>
      </w:r>
      <w:r>
        <w:rPr>
          <w:rFonts w:ascii="Calibri" w:hAnsi="Calibri" w:cs="Calibri" w:eastAsia="宋体"/>
        </w:rPr>
        <w:t>4 套内衣裤（更换）</w:t>
      </w:r>
    </w:p>
    <w:p>
      <w:pPr>
        <w:spacing w:before="20" w:after="40"/>
        <w:ind w:left="425" w:hanging="312"/>
      </w:pPr>
      <w:r>
        <w:rPr>
          <w:rFonts w:ascii="Calibri" w:hAnsi="Calibri" w:cs="Calibri" w:eastAsia="宋体"/>
        </w:rPr>
        <w:t xml:space="preserve">• </w:t>
      </w:r>
      <w:r>
        <w:rPr>
          <w:rFonts w:ascii="Calibri" w:hAnsi="Calibri" w:cs="Calibri" w:eastAsia="宋体"/>
        </w:rPr>
        <w:t>脱毛膏（然而不一定要使用）</w:t>
      </w:r>
    </w:p>
    <w:p>
      <w:pPr>
        <w:spacing w:before="20" w:after="40"/>
        <w:ind w:left="425" w:hanging="312"/>
      </w:pPr>
      <w:r>
        <w:rPr>
          <w:rFonts w:ascii="Calibri" w:hAnsi="Calibri" w:cs="Calibri" w:eastAsia="宋体"/>
        </w:rPr>
        <w:t xml:space="preserve">• </w:t>
      </w:r>
      <w:r>
        <w:rPr>
          <w:rFonts w:ascii="Calibri" w:hAnsi="Calibri" w:cs="Calibri" w:eastAsia="宋体"/>
        </w:rPr>
        <w:t>垃圾袋，纸杯，吸管，叉子或筷子，纸巾，湿巾，拖鞋，矿泉水，插线板（医院的插头十分难用，且术后首日需要插监护仪），充电器</w:t>
      </w:r>
    </w:p>
    <w:p>
      <w:pPr>
        <w:spacing w:before="20" w:after="40"/>
        <w:ind w:left="425" w:hanging="312"/>
      </w:pPr>
      <w:r>
        <w:rPr>
          <w:rFonts w:ascii="Calibri" w:hAnsi="Calibri" w:cs="Calibri" w:eastAsia="宋体"/>
        </w:rPr>
        <w:t xml:space="preserve">• </w:t>
      </w:r>
      <w:r>
        <w:rPr>
          <w:rFonts w:ascii="Calibri" w:hAnsi="Calibri" w:cs="Calibri" w:eastAsia="宋体"/>
        </w:rPr>
        <w:t>长期服用药物</w:t>
      </w:r>
    </w:p>
    <w:p>
      <w:pPr>
        <w:spacing w:before="20" w:after="40"/>
        <w:ind w:left="425" w:hanging="312"/>
      </w:pPr>
      <w:r>
        <w:rPr>
          <w:rFonts w:ascii="Calibri" w:hAnsi="Calibri" w:cs="Calibri" w:eastAsia="宋体"/>
        </w:rPr>
        <w:t xml:space="preserve">• </w:t>
      </w:r>
      <w:r>
        <w:rPr>
          <w:rFonts w:ascii="Calibri" w:hAnsi="Calibri" w:cs="Calibri" w:eastAsia="宋体"/>
        </w:rPr>
        <w:t>较薄的海绵垫（术后卧床时使用）</w:t>
      </w:r>
    </w:p>
    <w:p>
      <w:pPr>
        <w:spacing w:before="20" w:after="40"/>
        <w:ind w:left="425" w:hanging="312"/>
      </w:pPr>
      <w:r>
        <w:rPr>
          <w:rFonts w:ascii="Calibri" w:hAnsi="Calibri" w:cs="Calibri" w:eastAsia="宋体"/>
        </w:rPr>
        <w:t xml:space="preserve">• </w:t>
      </w:r>
      <w:r>
        <w:rPr>
          <w:rFonts w:ascii="Calibri" w:hAnsi="Calibri" w:cs="Calibri" w:eastAsia="宋体"/>
        </w:rPr>
        <w:t>一些娱乐工具（如，电脑，书籍，平板，手机等）</w:t>
      </w:r>
    </w:p>
    <w:p>
      <w:pPr>
        <w:spacing w:before="20" w:after="40"/>
        <w:ind w:left="425" w:hanging="312"/>
      </w:pPr>
      <w:r>
        <w:rPr>
          <w:rFonts w:ascii="Calibri" w:hAnsi="Calibri" w:cs="Calibri" w:eastAsia="宋体"/>
        </w:rPr>
        <w:t xml:space="preserve">• </w:t>
      </w:r>
      <w:r>
        <w:rPr>
          <w:rFonts w:ascii="Calibri" w:hAnsi="Calibri" w:cs="Calibri" w:eastAsia="宋体"/>
        </w:rPr>
        <w:t>父母知情同意书</w:t>
      </w:r>
    </w:p>
    <w:p>
      <w:pPr>
        <w:spacing w:before="20" w:after="40"/>
        <w:ind w:left="425" w:hanging="312"/>
      </w:pPr>
      <w:r>
        <w:rPr>
          <w:rFonts w:ascii="Calibri" w:hAnsi="Calibri" w:cs="Calibri" w:eastAsia="宋体"/>
        </w:rPr>
        <w:t xml:space="preserve">• </w:t>
      </w:r>
      <w:r>
        <w:rPr>
          <w:rFonts w:ascii="Calibri" w:hAnsi="Calibri" w:cs="Calibri" w:eastAsia="宋体"/>
        </w:rPr>
        <w:t>易性症诊断证明</w:t>
      </w:r>
    </w:p>
    <w:p>
      <w:pPr>
        <w:spacing w:before="20" w:after="40"/>
        <w:ind w:left="425" w:hanging="312"/>
      </w:pPr>
      <w:r>
        <w:rPr>
          <w:rFonts w:ascii="Calibri" w:hAnsi="Calibri" w:cs="Calibri" w:eastAsia="宋体"/>
        </w:rPr>
        <w:t xml:space="preserve">• </w:t>
      </w:r>
      <w:r>
        <w:rPr>
          <w:rFonts w:ascii="Calibri" w:hAnsi="Calibri" w:cs="Calibri" w:eastAsia="宋体"/>
        </w:rPr>
        <w:t>身份证</w:t>
      </w:r>
    </w:p>
    <w:p>
      <w:pPr>
        <w:spacing w:before="20" w:after="40"/>
        <w:ind w:left="425" w:hanging="312"/>
      </w:pPr>
      <w:r>
        <w:rPr>
          <w:rFonts w:ascii="Calibri" w:hAnsi="Calibri" w:cs="Calibri" w:eastAsia="宋体"/>
        </w:rPr>
        <w:t xml:space="preserve">• </w:t>
      </w:r>
      <w:r>
        <w:rPr>
          <w:rFonts w:ascii="Calibri" w:hAnsi="Calibri" w:cs="Calibri" w:eastAsia="宋体"/>
        </w:rPr>
        <w:t>蒙脱石散，黄连素（防止术后腹泻）</w:t>
      </w:r>
    </w:p>
    <w:p>
      <w:pPr>
        <w:spacing w:after="100"/>
      </w:pPr>
      <w:r>
        <w:rPr>
          <w:rFonts w:ascii="Calibri" w:hAnsi="Calibri" w:cs="Calibri" w:eastAsia="宋体"/>
        </w:rPr>
        <w:t>按照预约的日期去 411 就诊。如果父母未来陪同，也可以携带家长的知情同意书。首先去门诊挂号，说明要找赵博，是预约好的，门诊医生就会让你去住院楼 21 楼主任办公室。见到赵博后，告诉他是预约好的，再次出示诊断证明和父母写的知情同意书，</w:t>
      </w:r>
      <w:r>
        <w:rPr>
          <w:rFonts w:ascii="Calibri" w:hAnsi="Calibri" w:cs="Calibri" w:eastAsia="宋体"/>
          <w:b/>
        </w:rPr>
        <w:t>可能会收走诊断证明原件</w:t>
      </w:r>
      <w:r>
        <w:rPr>
          <w:rFonts w:ascii="Calibri" w:hAnsi="Calibri" w:cs="Calibri" w:eastAsia="宋体"/>
        </w:rPr>
        <w:t>，然后赵博会打电话给父母确认，进行询问（是否知情同意）。然后，下午两点，就可以凭上午挂的号去门诊部开住院治疗。</w:t>
      </w:r>
    </w:p>
    <w:p>
      <w:pPr>
        <w:spacing w:after="100"/>
      </w:pPr>
      <w:r>
        <w:rPr>
          <w:rFonts w:ascii="Calibri" w:hAnsi="Calibri" w:cs="Calibri" w:eastAsia="宋体"/>
        </w:rPr>
        <w:t>下午两点后，首先去门诊，开住院单。陈医生应该在门诊，如果他不在，是护士帮操作的，护士可能不知道病例模板选什么，告诉她选“反方向”即可。然后会打出一张单子。将单子拿到住院楼一楼，预缴费 10,000 元，支持刷卡和现金。接下来护士会给你另一些单子，和你的手腕带。</w:t>
      </w:r>
    </w:p>
    <w:p>
      <w:pPr>
        <w:spacing w:after="100"/>
      </w:pPr>
      <w:r>
        <w:rPr>
          <w:rFonts w:ascii="Calibri" w:hAnsi="Calibri" w:cs="Calibri" w:eastAsia="宋体"/>
        </w:rPr>
        <w:t>此时建议去医院门口的便利店买一些生活用品，如：垃圾袋、纸巾、湿巾、纸杯、吸管、矿泉水，等等，因为入院以后再出去将需要请假，而点外卖又需要下去拿。</w:t>
      </w:r>
    </w:p>
    <w:p>
      <w:pPr>
        <w:spacing w:after="100"/>
      </w:pPr>
      <w:r>
        <w:rPr>
          <w:rFonts w:ascii="Calibri" w:hAnsi="Calibri" w:cs="Calibri" w:eastAsia="宋体"/>
        </w:rPr>
        <w:t>然后去住院楼21楼护士站，把东西给她们，完成入院。此时会询问过敏史、手术史、正在服用药物，并被要求签很多字，测量体温、血压、心率、体重。然后她们会给你分配床位，发病号服。这时就建议换上病号服和拖鞋，否则以后仍然会被护士催。到病房后，去把物品放在床头柜下面和门口柜子里，行李箱可以放在帘子后面。少量常用物品可摆放在床头柜上。每间病房有三个床位。病房不分性别。</w:t>
      </w:r>
    </w:p>
    <w:p>
      <w:pPr>
        <w:pStyle w:val="Heading5"/>
      </w:pPr>
      <w:r>
        <w:rPr>
          <w:rFonts w:ascii="Calibri" w:hAnsi="Calibri" w:cs="Calibri" w:eastAsia="宋体"/>
        </w:rPr>
        <w:t>检查</w:t>
      </w:r>
    </w:p>
    <w:p>
      <w:pPr>
        <w:shd w:val="clear" w:color="auto" w:fill="F7F8FA"/>
        <w:pBdr>
          <w:left w:val="single" w:sz="18" w:space="6" w:color="C9CDD4"/>
        </w:pBdr>
        <w:spacing w:after="40"/>
      </w:pPr>
      <w:r>
        <w:rPr>
          <w:rFonts w:ascii="Calibri" w:hAnsi="Calibri" w:cs="Calibri" w:eastAsia="宋体"/>
        </w:rPr>
        <w:t>需准备：前一天晚上 8 点后禁食，10 点后禁水</w:t>
      </w:r>
    </w:p>
    <w:p>
      <w:pPr>
        <w:spacing w:after="100"/>
      </w:pPr>
      <w:r>
        <w:rPr>
          <w:rFonts w:ascii="Calibri" w:hAnsi="Calibri" w:cs="Calibri" w:eastAsia="宋体"/>
        </w:rPr>
        <w:t>入院当天下午，护士会将心电图和胸片的单子，以及粪便、尿液样本采集管给你。晚上 8 点后禁食，10 点后禁水。第二天早上，护士会来床边抽血（要抽好几管，共 6 管）。</w:t>
      </w:r>
    </w:p>
    <w:p>
      <w:pPr>
        <w:spacing w:after="100"/>
      </w:pPr>
      <w:r>
        <w:rPr>
          <w:rFonts w:ascii="Calibri" w:hAnsi="Calibri" w:cs="Calibri" w:eastAsia="宋体"/>
        </w:rPr>
        <w:t>检查中含有性激素六项，而根据个人经验，即使凝胶是涂抹在肩膀等其他部位上，也有可能在日常活动或睡眠时沾染手臂（编者曾因此检出过 500 pg/ml 以上的血清雌二醇水平），因此，若使用雌二醇凝胶，建议采血前先去卫生间用肥皂和清水清洗手背，并让护士从手背采血。</w:t>
      </w:r>
    </w:p>
    <w:p>
      <w:pPr>
        <w:spacing w:after="100"/>
      </w:pPr>
      <w:r>
        <w:rPr>
          <w:rFonts w:ascii="Calibri" w:hAnsi="Calibri" w:cs="Calibri" w:eastAsia="宋体"/>
        </w:rPr>
        <w:t>然后，去卫生间留取大小便样本。小便需留取中段尿，即，先排出一部分尿液，冲洗尿道，然后收集样本，收集后应仍有部分尿液可排出。至于大便样本，由于马桶中有水，且没有蹲坑，需直接用采集匙在肛门附近，在粪便排出时采集。随后，在护士台处扫描采集管，并放置于存放处。</w:t>
      </w:r>
    </w:p>
    <w:p>
      <w:pPr>
        <w:spacing w:after="100"/>
      </w:pPr>
      <w:r>
        <w:rPr>
          <w:rFonts w:ascii="Calibri" w:hAnsi="Calibri" w:cs="Calibri" w:eastAsia="宋体"/>
        </w:rPr>
        <w:t>采集完血液和大小便样本后尚不明确是否可以进食，尽管可以喝水，原因如下文所述。白天 8:00 后可去 1 楼和 3 楼检查 DR 和心电图。编者手术时，以上检查完成后，本以为所有检查已全部结束，并吃了早饭与午饭，但是中午时突然又收到一张 B 超单，说是之前未与 B 超室约好，并被要求下午四点后去 3 楼检查，且检查时要说一整天未进食。而所有检查均无需打印报告。</w:t>
      </w:r>
    </w:p>
    <w:p>
      <w:pPr>
        <w:pStyle w:val="Heading5"/>
      </w:pPr>
      <w:r>
        <w:rPr>
          <w:rFonts w:ascii="Calibri" w:hAnsi="Calibri" w:cs="Calibri" w:eastAsia="宋体"/>
        </w:rPr>
        <w:t>术前准备</w:t>
      </w:r>
    </w:p>
    <w:p>
      <w:pPr>
        <w:spacing w:after="100"/>
      </w:pPr>
      <w:r>
        <w:rPr>
          <w:rFonts w:ascii="Calibri" w:hAnsi="Calibri" w:cs="Calibri" w:eastAsia="宋体"/>
        </w:rPr>
        <w:t>术前一天下午，可以到医生办公室（不是主任办公室）去看检查结果，同时选择麻醉方案。麻醉方案包括腰麻（椎管内麻醉，即阻断脊髓中的神经传导，从而使仅下半身完全失去感觉和运动能力）和全麻（用药物使人失去意识）两种，差价约为两三千元。笔者选择的是腰麻。</w:t>
      </w:r>
    </w:p>
    <w:p>
      <w:pPr>
        <w:spacing w:after="100"/>
      </w:pPr>
      <w:r>
        <w:rPr>
          <w:rFonts w:ascii="Calibri" w:hAnsi="Calibri" w:cs="Calibri" w:eastAsia="宋体"/>
        </w:rPr>
        <w:t>此外，下午护士会给你备皮刀，用于会阴部备皮（刮体毛），并要求购买脱毛膏，用于肛门附近脱毛；然而，事实上，脱毛膏似乎可以不用，会阴部和肛门处的体毛均可使用备皮刀去除。</w:t>
      </w:r>
    </w:p>
    <w:p>
      <w:pPr>
        <w:spacing w:after="100"/>
      </w:pPr>
      <w:r>
        <w:rPr>
          <w:rFonts w:ascii="Calibri" w:hAnsi="Calibri" w:cs="Calibri" w:eastAsia="宋体"/>
        </w:rPr>
        <w:t>晚上九点后禁食。麻醉医生会来要求你再次测量体重，再次确认没有青霉素和麻醉药过敏史，并让你签很多字。护士会给你两支开塞露，纳肛使用，用于手术当天导泻。手术前一天晚上需要灌肠。</w:t>
      </w:r>
    </w:p>
    <w:p>
      <w:pPr>
        <w:spacing w:after="100"/>
      </w:pPr>
      <w:r>
        <w:rPr>
          <w:rFonts w:ascii="Calibri" w:hAnsi="Calibri" w:cs="Calibri" w:eastAsia="宋体"/>
        </w:rPr>
        <w:t>医院有护工阿姨，服务费用为每日 100 元。家人并不会专业的护理操作，因此，即使有家人陪护，也建议使用护工服务。手术前一天告诉阿姨需要请她护理即可。夜间应确保良好的睡眠，不要紧张，以免导致血压升高。</w:t>
      </w:r>
    </w:p>
    <w:p>
      <w:pPr>
        <w:spacing w:after="100"/>
      </w:pPr>
      <w:r>
        <w:rPr>
          <w:rFonts w:ascii="Calibri" w:hAnsi="Calibri" w:cs="Calibri" w:eastAsia="宋体"/>
        </w:rPr>
        <w:t>手术当天起床后，阿姨会帮你使用开塞露导泻。使用后憋一小段时间，然后就可以去卫生间排便、洗澡了。这次排便最好尽量完全，因为术后需一个多星期才可洗澡，而中间若须大便，便后只能用纸巾擦拭，而不能清洗；然而，如果你不介意则无所谓。</w:t>
      </w:r>
    </w:p>
    <w:p>
      <w:pPr>
        <w:spacing w:after="100"/>
      </w:pPr>
      <w:r>
        <w:rPr>
          <w:rFonts w:ascii="Calibri" w:hAnsi="Calibri" w:cs="Calibri" w:eastAsia="宋体"/>
        </w:rPr>
        <w:t>洗澡后，不要穿任何内衣裤，直接穿病号服。这时可以去护士站要一套干净的病号服。接着，收拾好床头柜上面放置的物品。一段时间后，护士们会来更换床头的牌子（改为一级护理和禁食），并在床头柜上摆放好监护仪，准备好氧气管。</w:t>
      </w:r>
    </w:p>
    <w:p>
      <w:pPr>
        <w:pStyle w:val="Heading5"/>
      </w:pPr>
      <w:r>
        <w:rPr>
          <w:rFonts w:ascii="Calibri" w:hAnsi="Calibri" w:cs="Calibri" w:eastAsia="宋体"/>
        </w:rPr>
        <w:t>手术！</w:t>
      </w:r>
    </w:p>
    <w:p>
      <w:pPr>
        <w:spacing w:after="100"/>
      </w:pPr>
      <w:r>
        <w:rPr>
          <w:rFonts w:ascii="Calibri" w:hAnsi="Calibri" w:cs="Calibri" w:eastAsia="宋体"/>
        </w:rPr>
        <w:t>最令人激动的环节来了！！！</w:t>
      </w:r>
    </w:p>
    <w:p>
      <w:pPr>
        <w:spacing w:after="100"/>
      </w:pPr>
      <w:r>
        <w:rPr>
          <w:rFonts w:ascii="Calibri" w:hAnsi="Calibri" w:cs="Calibri" w:eastAsia="宋体"/>
        </w:rPr>
        <w:t>然而，此部分所述经历只适用于腰麻患者；全麻患者经历如何未知</w:t>
      </w:r>
    </w:p>
    <w:p>
      <w:pPr>
        <w:spacing w:after="100"/>
      </w:pPr>
      <w:r>
        <w:rPr>
          <w:rFonts w:ascii="Calibri" w:hAnsi="Calibri" w:cs="Calibri" w:eastAsia="宋体"/>
        </w:rPr>
        <w:t>手术当天下午，会有一名护士来带你去手术室。跟着护士到 6 楼手术室外，戴上帽子（此时应尽量把头发塞进帽子里，但是不要把帽子戴得太低，防止手术时滑下来挡道眼睛）。接着，跟着医生进入手术室内吧！（p.s. 手术室的门铃音乐是民谣《桑塔露琪娅》）</w:t>
      </w:r>
    </w:p>
    <w:p>
      <w:pPr>
        <w:spacing w:after="100"/>
      </w:pPr>
      <w:r>
        <w:rPr>
          <w:rFonts w:ascii="Calibri" w:hAnsi="Calibri" w:cs="Calibri" w:eastAsia="宋体"/>
        </w:rPr>
        <w:t>躺到手术台上后，脱光衣服后，首先做的，是留置针的穿刺。和普通钢针不同，留置针的针头是软的，且头部没有尖，因此需借助一根钢针套在软针内穿刺；而穿刺过程较复杂，用的针又特别粗，且一次不一定成功（编者被扎了两针），因此疼痛感较大。留置针是软的，因此打好后穿刺部位可以正常活动，不用担心鼓掉；然而在某些特定的姿态时药液滴速可能会减慢。接着，医生会帮你插上监护仪。</w:t>
      </w:r>
    </w:p>
    <w:p>
      <w:pPr>
        <w:spacing w:after="100"/>
      </w:pPr>
      <w:r>
        <w:rPr>
          <w:rFonts w:ascii="Calibri" w:hAnsi="Calibri" w:cs="Calibri" w:eastAsia="宋体"/>
        </w:rPr>
        <w:t>随后是腰麻穿刺。此时会被要求侧躺过来，大腿向腹部收拢，腰部向后凸，保持不动。医生给腰部消毒，选定部位后，会给穿刺的部位处打少量的局部麻醉剂（好像是利多卡因），然后就开始打大针。尽管已经打了局麻，大针刺入时仍会有一定的疼痛，且刺入更深的部位时，腰部会感到极度的酸痛（是的，极度、极度的酸）。此时一定要忍住，不能有任何活动。编者因反射式地动了一下而差点被重打。麻醉很快就会起效。腰麻后不可抬头，否则脑脊液会从穿刺处流出，导致脑脊液压力下降，引发严重头痛。赵博在麻醉期间进入手术室。</w:t>
      </w:r>
    </w:p>
    <w:p>
      <w:pPr>
        <w:spacing w:after="100"/>
      </w:pPr>
      <w:r>
        <w:rPr>
          <w:rFonts w:ascii="Calibri" w:hAnsi="Calibri" w:cs="Calibri" w:eastAsia="宋体"/>
        </w:rPr>
        <w:t>麻醉后医生会将手术台的下半部分分开、架高，将腿部架好并固定。这时腿部仍会有最后的一点方位觉，导致麻醉完全生效后，即使已到了病床上，仍可能觉得腿部被摆成手术台上的姿势。接下来会被插上尿管。此时麻醉尚未完全生效，导致仍存在轻微的疼痛。然后，医生会用一块绿色的布盖住你的头顶。手术正式开始时，麻醉已完全生效。此时可以听到盘子与手术刀、手术钳碰撞发出的响声，并感觉到会阴部受到挤压；当然，完全感觉不到疼痛和触碰。手术结束后，头顶盖的布会被揭掉。</w:t>
      </w:r>
    </w:p>
    <w:p>
      <w:pPr>
        <w:spacing w:after="100"/>
      </w:pPr>
      <w:r>
        <w:rPr>
          <w:rFonts w:ascii="Calibri" w:hAnsi="Calibri" w:cs="Calibri" w:eastAsia="宋体"/>
        </w:rPr>
        <w:t>手术结束后，你会被从手术台上抬到推车上，推回 21 楼。</w:t>
      </w:r>
    </w:p>
    <w:p>
      <w:pPr>
        <w:pStyle w:val="Heading5"/>
      </w:pPr>
      <w:r>
        <w:rPr>
          <w:rFonts w:ascii="Calibri" w:hAnsi="Calibri" w:cs="Calibri" w:eastAsia="宋体"/>
        </w:rPr>
        <w:t>术后当天 &amp; 卧床恢复两日</w:t>
      </w:r>
    </w:p>
    <w:p>
      <w:pPr>
        <w:spacing w:after="100"/>
      </w:pPr>
      <w:r>
        <w:rPr>
          <w:rFonts w:ascii="Calibri" w:hAnsi="Calibri" w:cs="Calibri" w:eastAsia="宋体"/>
        </w:rPr>
        <w:t>回病房后，麻醉就会开始慢慢失效。最先恢复的是腰部和大腿，大约四个小时后，小腿到脚的麻醉也会基本恢复，但是发冷、发麻的感觉需要到第二天才能完全恢复。由于腰麻的原因，直到术后六个小时，才可以抬头和使用枕头。</w:t>
      </w:r>
    </w:p>
    <w:p>
      <w:pPr>
        <w:spacing w:after="100"/>
      </w:pPr>
      <w:r>
        <w:rPr>
          <w:rFonts w:ascii="Calibri" w:hAnsi="Calibri" w:cs="Calibri" w:eastAsia="宋体"/>
        </w:rPr>
        <w:t>术后当日吸氧，上心电监护，卧床三体。</w:t>
      </w:r>
    </w:p>
    <w:p>
      <w:pPr>
        <w:spacing w:after="100"/>
      </w:pPr>
      <w:r>
        <w:rPr>
          <w:rFonts w:ascii="Calibri" w:hAnsi="Calibri" w:cs="Calibri" w:eastAsia="宋体"/>
        </w:rPr>
        <w:t>这两天半里，基本没有什么事，在床上躺着就行。当天不能变换姿势，只能平躺，这时尾椎的腰部会十分疼痛，因此建议准备软垫。护工阿姨会在第二天将床头摇起一点，且第二天开始就可以短时间侧躺了，疼痛会缓解。此外，由于插着尿管，尿道口处偶尔会产生一定的疼痛，且会因受刺激而流出一些淡黄色的分泌物。不同于 SRS，术后伤口不会疼痛，不需要使用镇痛剂 / 镇痛泵，不会产生嗜睡的现象，因此术后可以使用手机 / 平板之类的设备，不一定需要准备音乐，但是带一副耳机总是好的，因为长时间举着手机会很累。但是，直到第三天前，都无法使用电脑。第三日起，就可以完全侧躺着睡了，也可以在短时间里将身体撑起来使用电脑了。</w:t>
      </w:r>
    </w:p>
    <w:p>
      <w:pPr>
        <w:spacing w:after="100"/>
      </w:pPr>
      <w:r>
        <w:rPr>
          <w:rFonts w:ascii="Calibri" w:hAnsi="Calibri" w:cs="Calibri" w:eastAsia="宋体"/>
        </w:rPr>
        <w:t>白天会一直输液。每一瓶药水输完后，输液管上夹的报警器就会报警，这时按一下床头的铃，护士就会来换水。输液的药中有丙帕他莫（对乙酰氨基酚的前药），会刺激血管，如果痛的话自己把滴速调得慢一点就会好些；另外，根据编者的个人经验，似乎揉输液那只手的虎口也可以缓解疼痛。在第三天输完液后，护士会拔掉留置针。</w:t>
      </w:r>
    </w:p>
    <w:p>
      <w:pPr>
        <w:spacing w:after="100"/>
      </w:pPr>
      <w:r>
        <w:rPr>
          <w:rFonts w:ascii="Calibri" w:hAnsi="Calibri" w:cs="Calibri" w:eastAsia="宋体"/>
        </w:rPr>
        <w:t>最初不能喝水，要到通气（即放屁）后才可以，但是一直会输补液和补充电解质的药水（醋酸钠林格）；根据护工阿姨，一般在第二天下午会通气。不建议喝过多的冷水，否则可能会腹泻。第二天晚上开始可以吃饭，但是不推荐吃太多的蔬菜等容易产生残渣的食物，因为这几天里大便的体验真的不好；此外，直到第三天前，不可以吃 / 喝牛奶等胀气的食物。</w:t>
      </w:r>
    </w:p>
    <w:p>
      <w:pPr>
        <w:spacing w:after="100"/>
      </w:pPr>
      <w:r>
        <w:rPr>
          <w:rFonts w:ascii="Calibri" w:hAnsi="Calibri" w:cs="Calibri" w:eastAsia="宋体"/>
        </w:rPr>
        <w:t>第二天下午，医生会来换药，伤口长度大约有 1.5 cm，用可吸收缝线缝合，没有疼痛。</w:t>
      </w:r>
    </w:p>
    <w:p>
      <w:pPr>
        <w:spacing w:after="100"/>
      </w:pPr>
      <w:r>
        <w:rPr>
          <w:rFonts w:ascii="Calibri" w:hAnsi="Calibri" w:cs="Calibri" w:eastAsia="宋体"/>
        </w:rPr>
        <w:t>根据编者个人经验，部分缝线会在出院后半周左右清理创口时脱落。</w:t>
      </w:r>
    </w:p>
    <w:p>
      <w:pPr>
        <w:pStyle w:val="Heading5"/>
      </w:pPr>
      <w:r>
        <w:rPr>
          <w:rFonts w:ascii="Calibri" w:hAnsi="Calibri" w:cs="Calibri" w:eastAsia="宋体"/>
        </w:rPr>
        <w:t>下床恢复一日 &amp; 出院当日</w:t>
      </w:r>
    </w:p>
    <w:p>
      <w:pPr>
        <w:spacing w:after="100"/>
      </w:pPr>
      <w:r>
        <w:rPr>
          <w:rFonts w:ascii="Calibri" w:hAnsi="Calibri" w:cs="Calibri" w:eastAsia="宋体"/>
        </w:rPr>
        <w:t>经过两天的卧床恢复后，就可以下床了。最初只可以在床边坐着。即使这样，仍可能感到头晕。一段时间后，头晕就会好转，这时可以开始尝试站立、行走。护工阿姨会用别针把尿袋固定在你的衣服上。最初护士不会让你走到离床太远的地方，为了防止晕倒。大约两到三个小时后，头晕的感觉就会消失。</w:t>
      </w:r>
    </w:p>
    <w:p>
      <w:pPr>
        <w:spacing w:after="100"/>
      </w:pPr>
      <w:r>
        <w:rPr>
          <w:rFonts w:ascii="Calibri" w:hAnsi="Calibri" w:cs="Calibri" w:eastAsia="宋体"/>
        </w:rPr>
        <w:t>从早上开始，护工阿姨就把尿管上的夹子夹住，直到憋不住时再打开，以训练膀胱功能。下午，医生会叫你去换药室，去拔尿管。拔尿管时会感到十分不适，且拔掉后首次小便时也会感到酸痛。几次小便后，尿道被冲刷干净，不适感便会消失。</w:t>
      </w:r>
    </w:p>
    <w:p>
      <w:pPr>
        <w:spacing w:after="100"/>
      </w:pPr>
      <w:r>
        <w:rPr>
          <w:rFonts w:ascii="Calibri" w:hAnsi="Calibri" w:cs="Calibri" w:eastAsia="宋体"/>
        </w:rPr>
        <w:t>下床后第二天就可以出院。400 元的护工费可以直接付给护工阿姨。早上赵博带人来查房时和他说好，收拾好个人物品，换下病号服，去医院出院结算窗口结清费用，完成出院手续即可。出院后，伤口处包裹的纱布叠片可以去除，但是最好保留；应避免过度运动，避免流汗，且一周内不可洗澡。</w:t>
      </w:r>
    </w:p>
    <w:p>
      <w:pPr>
        <w:pStyle w:val="Heading5"/>
      </w:pPr>
      <w:r>
        <w:rPr>
          <w:rFonts w:ascii="Calibri" w:hAnsi="Calibri" w:cs="Calibri" w:eastAsia="宋体"/>
        </w:rPr>
        <w:t>拆线（可选）</w:t>
      </w:r>
    </w:p>
    <w:p>
      <w:pPr>
        <w:spacing w:after="100"/>
      </w:pPr>
      <w:r>
        <w:rPr>
          <w:rFonts w:ascii="Calibri" w:hAnsi="Calibri" w:cs="Calibri" w:eastAsia="宋体"/>
        </w:rPr>
        <w:t>剩余的缝线（共 5 道），根据赵博，可以选择两周后拆除，也可等其被吸收（需约两个月）。由于保留缝线会造成一定的牵拉感，建议选择拆线。拆线时不可以去太过正规的医院，否则可能会被拒绝（已知南京鼓楼医院和江苏省人民医院都不拆，还会叫你去社区医院）。去过小的医院，如社区医院，则会不知道这种线怎么拆。编者是在江苏省中西医结合医院的普外科拆的线。拆线时会有一定程度的疼痛，但是基本可以忍受。拆线后两天内不可以洗澡。</w:t>
      </w:r>
    </w:p>
    <w:p>
      <w:pPr>
        <w:pStyle w:val="Heading5"/>
      </w:pPr>
      <w:r>
        <w:rPr>
          <w:rFonts w:ascii="Calibri" w:hAnsi="Calibri" w:cs="Calibri" w:eastAsia="宋体"/>
        </w:rPr>
        <w:t>术后评价</w:t>
      </w:r>
    </w:p>
    <w:p>
      <w:pPr>
        <w:keepNext/>
        <w:spacing w:before="120" w:after="40"/>
        <w:pBdr>
          <w:bottom w:val="single" w:sz="6" w:space="1" w:color="D4D8DE"/>
        </w:pBdr>
      </w:pPr>
      <w:r>
        <w:rPr>
          <w:rFonts w:ascii="Calibri" w:hAnsi="Calibri" w:cs="Calibri" w:eastAsia="微软雅黑"/>
          <w:b/>
        </w:rPr>
        <w:t>▸ 点击展开</w:t>
      </w:r>
    </w:p>
    <w:p>
      <w:pPr>
        <w:pStyle w:val="Heading6"/>
      </w:pPr>
      <w:r>
        <w:rPr>
          <w:rFonts w:ascii="Calibri" w:hAnsi="Calibri" w:cs="Calibri" w:eastAsia="宋体"/>
        </w:rPr>
        <w:t>术后第二天下午换药时拍摄</w:t>
      </w:r>
    </w:p>
    <w:p>
      <w:pPr>
        <w:pStyle w:val="Heading6"/>
      </w:pPr>
      <w:r>
        <w:rPr>
          <w:rFonts w:ascii="Calibri" w:hAnsi="Calibri" w:cs="Calibri" w:eastAsia="宋体"/>
        </w:rPr>
        <w:t>术后一个月拍摄</w:t>
      </w:r>
    </w:p>
    <w:p>
      <w:pPr>
        <w:pStyle w:val="Heading3"/>
      </w:pPr>
      <w:r>
        <w:rPr>
          <w:rFonts w:ascii="Calibri" w:hAnsi="Calibri" w:cs="Calibri" w:eastAsia="微软雅黑"/>
        </w:rPr>
        <w:t>4.7.4  中国医学科学院整形外科医院（八大处）</w:t>
      </w:r>
    </w:p>
    <w:p>
      <w:pPr>
        <w:spacing w:after="160"/>
      </w:pPr>
      <w:r>
        <w:rPr>
          <w:rFonts w:ascii="Calibri" w:hAnsi="Calibri" w:cs="Calibri" w:eastAsia="宋体"/>
          <w:color w:val="6B7280"/>
          <w:sz w:val="16"/>
        </w:rPr>
        <w:t>原文：https://mtf.wiki/zh-cn/docs/srs/china/psh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为便于编写与理解，本章节中“前来接受SRS的跨性别者”将被称为“患者”。</w:t>
      </w:r>
    </w:p>
    <w:p>
      <w:pPr>
        <w:pStyle w:val="Heading4"/>
      </w:pPr>
      <w:r>
        <w:rPr>
          <w:rFonts w:ascii="Calibri" w:hAnsi="Calibri" w:cs="Calibri" w:eastAsia="宋体"/>
        </w:rPr>
        <w:t>概况</w:t>
      </w:r>
    </w:p>
    <w:p>
      <w:pPr>
        <w:spacing w:after="100"/>
      </w:pPr>
      <w:r>
        <w:rPr>
          <w:rFonts w:ascii="Calibri" w:hAnsi="Calibri" w:cs="Calibri" w:eastAsia="宋体"/>
        </w:rPr>
        <w:t>中国医学科学院整形外科医院</w:t>
      </w:r>
      <w:r>
        <w:rPr>
          <w:rFonts w:ascii="Calibri" w:hAnsi="Calibri" w:cs="Calibri" w:eastAsia="宋体"/>
        </w:rPr>
        <w:t>（Plastic Surgery Hospital, Chinese Academy of Medical Sciences, PSH）即北京八大处整形美容外科医院，是中国唯一一家集整形美容整容为一体的专科医院。</w:t>
      </w:r>
    </w:p>
    <w:p>
      <w:pPr>
        <w:spacing w:after="100"/>
      </w:pPr>
      <w:r>
        <w:rPr>
          <w:rFonts w:ascii="Calibri" w:hAnsi="Calibri" w:cs="Calibri" w:eastAsia="宋体"/>
        </w:rPr>
        <w:t>医院位于</w:t>
      </w:r>
      <w:r>
        <w:rPr>
          <w:rFonts w:ascii="Calibri" w:hAnsi="Calibri" w:cs="Calibri" w:eastAsia="宋体"/>
        </w:rPr>
        <w:t>北京市石景山区八大处路 33 号</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据</w:t>
      </w:r>
      <w:r>
        <w:rPr>
          <w:rFonts w:ascii="Calibri" w:hAnsi="Calibri" w:cs="Calibri" w:eastAsia="宋体"/>
        </w:rPr>
        <w:t>可靠线索推测</w:t>
      </w:r>
      <w:r>
        <w:rPr>
          <w:rFonts w:ascii="Calibri" w:hAnsi="Calibri" w:cs="Calibri" w:eastAsia="宋体"/>
        </w:rPr>
        <w:t>，本院极有可能为著名舞蹈家</w:t>
      </w:r>
      <w:r>
        <w:rPr>
          <w:rFonts w:ascii="Calibri" w:hAnsi="Calibri" w:cs="Calibri" w:eastAsia="宋体"/>
        </w:rPr>
        <w:t>金星</w:t>
      </w:r>
      <w:r>
        <w:rPr>
          <w:rFonts w:ascii="Calibri" w:hAnsi="Calibri" w:cs="Calibri" w:eastAsia="宋体"/>
        </w:rPr>
        <w:t>进行SRS的医院。</w:t>
      </w:r>
    </w:p>
    <w:p>
      <w:pPr>
        <w:pStyle w:val="Heading4"/>
      </w:pPr>
      <w:r>
        <w:rPr>
          <w:rFonts w:ascii="Calibri" w:hAnsi="Calibri" w:cs="Calibri" w:eastAsia="宋体"/>
        </w:rPr>
        <w:t>性别重置手术</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欢迎补充更多细节，以及实践验证。</w:t>
      </w:r>
    </w:p>
    <w:p>
      <w:pPr>
        <w:pStyle w:val="Heading5"/>
      </w:pPr>
      <w:r>
        <w:rPr>
          <w:rFonts w:ascii="Calibri" w:hAnsi="Calibri" w:cs="Calibri" w:eastAsia="宋体"/>
        </w:rPr>
        <w:t>价格</w:t>
      </w:r>
    </w:p>
    <w:p>
      <w:pPr>
        <w:spacing w:after="100"/>
      </w:pPr>
      <w:r>
        <w:rPr>
          <w:rFonts w:ascii="Calibri" w:hAnsi="Calibri" w:cs="Calibri" w:eastAsia="宋体"/>
        </w:rPr>
        <w:t>性别重置手术价格随医生与术式变化，价格差别较大。</w:t>
      </w:r>
      <w:r>
        <w:br/>
      </w:r>
      <w:r>
        <w:br/>
      </w:r>
      <w:r>
        <w:rPr>
          <w:rFonts w:ascii="Calibri" w:hAnsi="Calibri" w:cs="Calibri" w:eastAsia="宋体"/>
        </w:rPr>
        <w:t>但整体价格偏高。</w:t>
      </w:r>
    </w:p>
    <w:p>
      <w:pPr>
        <w:pStyle w:val="Heading5"/>
      </w:pPr>
      <w:r>
        <w:rPr>
          <w:rFonts w:ascii="Calibri" w:hAnsi="Calibri" w:cs="Calibri" w:eastAsia="宋体"/>
        </w:rPr>
        <w:t>申请材料</w:t>
      </w:r>
    </w:p>
    <w:p>
      <w:pPr>
        <w:spacing w:before="20" w:after="40"/>
        <w:ind w:left="425" w:hanging="312"/>
      </w:pPr>
      <w:r>
        <w:rPr>
          <w:rFonts w:ascii="Calibri" w:hAnsi="Calibri" w:cs="Calibri" w:eastAsia="宋体"/>
        </w:rPr>
        <w:t xml:space="preserve">1. </w:t>
      </w:r>
      <w:r>
        <w:rPr>
          <w:rFonts w:ascii="Calibri" w:hAnsi="Calibri" w:cs="Calibri" w:eastAsia="宋体"/>
        </w:rPr>
        <w:t>本人申请书</w:t>
      </w:r>
    </w:p>
    <w:p>
      <w:pPr>
        <w:spacing w:before="20" w:after="40"/>
        <w:ind w:left="425" w:hanging="312"/>
      </w:pPr>
      <w:r>
        <w:rPr>
          <w:rFonts w:ascii="Calibri" w:hAnsi="Calibri" w:cs="Calibri" w:eastAsia="宋体"/>
        </w:rPr>
        <w:t xml:space="preserve">2. </w:t>
      </w:r>
      <w:r>
        <w:rPr>
          <w:rFonts w:ascii="Calibri" w:hAnsi="Calibri" w:cs="Calibri" w:eastAsia="宋体"/>
        </w:rPr>
        <w:t>父母知情同意书（需要公证）</w:t>
      </w:r>
    </w:p>
    <w:p>
      <w:pPr>
        <w:spacing w:before="20" w:after="40"/>
        <w:ind w:left="425" w:hanging="312"/>
      </w:pPr>
      <w:r>
        <w:rPr>
          <w:rFonts w:ascii="Calibri" w:hAnsi="Calibri" w:cs="Calibri" w:eastAsia="宋体"/>
        </w:rPr>
        <w:t xml:space="preserve">3. </w:t>
      </w:r>
      <w:r>
        <w:rPr>
          <w:rFonts w:ascii="Calibri" w:hAnsi="Calibri" w:cs="Calibri" w:eastAsia="宋体"/>
        </w:rPr>
        <w:t>无犯罪记录证明</w:t>
      </w:r>
    </w:p>
    <w:p>
      <w:pPr>
        <w:spacing w:before="20" w:after="40"/>
        <w:ind w:left="425" w:hanging="312"/>
      </w:pPr>
      <w:r>
        <w:rPr>
          <w:rFonts w:ascii="Calibri" w:hAnsi="Calibri" w:cs="Calibri" w:eastAsia="宋体"/>
        </w:rPr>
        <w:t xml:space="preserve">4. </w:t>
      </w:r>
      <w:r>
        <w:rPr>
          <w:rFonts w:ascii="Calibri" w:hAnsi="Calibri" w:cs="Calibri" w:eastAsia="宋体"/>
        </w:rPr>
        <w:t>指定医院开具的易性症/性别不一致诊断证明</w:t>
      </w:r>
    </w:p>
    <w:p>
      <w:pPr>
        <w:spacing w:before="20" w:after="40"/>
        <w:ind w:left="425" w:hanging="312"/>
      </w:pPr>
      <w:r>
        <w:rPr>
          <w:rFonts w:ascii="Calibri" w:hAnsi="Calibri" w:cs="Calibri" w:eastAsia="宋体"/>
        </w:rPr>
        <w:t xml:space="preserve">5. </w:t>
      </w:r>
      <w:r>
        <w:rPr>
          <w:rFonts w:ascii="Calibri" w:hAnsi="Calibri" w:cs="Calibri" w:eastAsia="宋体"/>
        </w:rPr>
        <w:t>未在婚姻状态的相关证明（如未到法定结婚年龄，不需要任何关于婚姻状态的证明）</w:t>
      </w:r>
    </w:p>
    <w:p>
      <w:pPr>
        <w:spacing w:before="20" w:after="40"/>
        <w:ind w:left="425" w:hanging="312"/>
      </w:pPr>
      <w:r>
        <w:rPr>
          <w:rFonts w:ascii="Calibri" w:hAnsi="Calibri" w:cs="Calibri" w:eastAsia="宋体"/>
        </w:rPr>
        <w:t xml:space="preserve">6. </w:t>
      </w:r>
      <w:r>
        <w:rPr>
          <w:rFonts w:ascii="Calibri" w:hAnsi="Calibri" w:cs="Calibri" w:eastAsia="宋体"/>
        </w:rPr>
        <w:t>指定医院至少一年的有关于易性症等的有效问诊记录（心理咨询，精神科就诊病历等），面诊时会对此进行询问（不严格）</w:t>
      </w:r>
    </w:p>
    <w:p>
      <w:pPr>
        <w:spacing w:before="20" w:after="40"/>
        <w:ind w:left="425" w:hanging="312"/>
      </w:pPr>
      <w:r>
        <w:rPr>
          <w:rFonts w:ascii="Calibri" w:hAnsi="Calibri" w:cs="Calibri" w:eastAsia="宋体"/>
        </w:rPr>
        <w:t xml:space="preserve">7. </w:t>
      </w:r>
      <w:r>
        <w:rPr>
          <w:rFonts w:ascii="Calibri" w:hAnsi="Calibri" w:cs="Calibri" w:eastAsia="宋体"/>
        </w:rPr>
        <w:t>通过伦理委员会审查</w:t>
      </w:r>
    </w:p>
    <w:p>
      <w:pPr>
        <w:pStyle w:val="Heading5"/>
      </w:pPr>
      <w:r>
        <w:rPr>
          <w:rFonts w:ascii="Calibri" w:hAnsi="Calibri" w:cs="Calibri" w:eastAsia="宋体"/>
        </w:rPr>
        <w:t>精神/心理科医院限制</w:t>
      </w:r>
    </w:p>
    <w:p>
      <w:pPr>
        <w:spacing w:after="100"/>
      </w:pPr>
      <w:r>
        <w:rPr>
          <w:rFonts w:ascii="Calibri" w:hAnsi="Calibri" w:cs="Calibri" w:eastAsia="宋体"/>
        </w:rPr>
        <w:t>需要在指定医院取得“易性症”诊断证明、随诊一年并提供其回诊记录，医院目录如下。请注意，该名单</w:t>
      </w:r>
      <w:r>
        <w:rPr>
          <w:rFonts w:ascii="Calibri" w:hAnsi="Calibri" w:cs="Calibri" w:eastAsia="宋体"/>
          <w:b/>
        </w:rPr>
        <w:t>仅为八大处认可的精神/心理科</w:t>
      </w:r>
      <w:r>
        <w:rPr>
          <w:rFonts w:ascii="Calibri" w:hAnsi="Calibri" w:cs="Calibri" w:eastAsia="宋体"/>
        </w:rPr>
        <w:t>，可能存在本名单内的医生已退休或不接诊跨性别患者、不开具“易性症”诊断证明的情况。</w:t>
      </w:r>
    </w:p>
    <w:p>
      <w:pPr>
        <w:keepNext/>
        <w:spacing w:before="120" w:after="40"/>
        <w:pBdr>
          <w:bottom w:val="single" w:sz="6" w:space="1" w:color="D4D8DE"/>
        </w:pBdr>
      </w:pPr>
      <w:r>
        <w:rPr>
          <w:rFonts w:ascii="Calibri" w:hAnsi="Calibri" w:cs="Calibri" w:eastAsia="微软雅黑"/>
          <w:b/>
        </w:rPr>
        <w:t>▸ 可选择的医院、科室与医师</w:t>
      </w:r>
    </w:p>
    <w:tbl>
      <w:tblPr>
        <w:tblStyle w:val="TableGrid"/>
        <w:tblW w:type="auto" w:w="0"/>
        <w:jc w:val="center"/>
        <w:tblLayout w:type="fixed"/>
        <w:tblLook w:firstColumn="1" w:firstRow="1" w:lastColumn="0" w:lastRow="0" w:noHBand="0" w:noVBand="1" w:val="04A0"/>
      </w:tblPr>
      <w:tblGrid>
        <w:gridCol w:w="1066"/>
        <w:gridCol w:w="6537"/>
        <w:gridCol w:w="1695"/>
      </w:tblGrid>
      <w:tr>
        <w:trPr>
          <w:tblHeader/>
        </w:trPr>
        <w:tc>
          <w:tcPr>
            <w:tcW w:type="dxa" w:w="1066"/>
            <w:shd w:val="clear" w:color="auto" w:fill="EDF1F7"/>
          </w:tcPr>
          <w:p>
            <w:pPr>
              <w:spacing w:before="40" w:after="40" w:line="276" w:lineRule="auto"/>
            </w:pPr>
            <w:r>
              <w:rPr>
                <w:b/>
                <w:sz w:val="18"/>
              </w:rPr>
            </w:r>
            <w:r>
              <w:rPr>
                <w:rFonts w:ascii="Calibri" w:hAnsi="Calibri" w:cs="Calibri" w:eastAsia="宋体"/>
                <w:b/>
                <w:sz w:val="18"/>
              </w:rPr>
              <w:t>城市</w:t>
            </w:r>
          </w:p>
        </w:tc>
        <w:tc>
          <w:tcPr>
            <w:tcW w:type="dxa" w:w="6537"/>
            <w:shd w:val="clear" w:color="auto" w:fill="EDF1F7"/>
          </w:tcPr>
          <w:p>
            <w:pPr>
              <w:spacing w:before="40" w:after="40" w:line="276" w:lineRule="auto"/>
            </w:pPr>
            <w:r>
              <w:rPr>
                <w:b/>
                <w:sz w:val="18"/>
              </w:rPr>
            </w:r>
            <w:r>
              <w:rPr>
                <w:rFonts w:ascii="Calibri" w:hAnsi="Calibri" w:cs="Calibri" w:eastAsia="宋体"/>
                <w:b/>
                <w:sz w:val="18"/>
              </w:rPr>
              <w:t>医疗机构</w:t>
            </w:r>
          </w:p>
        </w:tc>
        <w:tc>
          <w:tcPr>
            <w:tcW w:type="dxa" w:w="1695"/>
            <w:shd w:val="clear" w:color="auto" w:fill="EDF1F7"/>
          </w:tcPr>
          <w:p>
            <w:pPr>
              <w:spacing w:before="40" w:after="40" w:line="276" w:lineRule="auto"/>
            </w:pPr>
            <w:r>
              <w:rPr>
                <w:b/>
                <w:sz w:val="18"/>
              </w:rPr>
            </w:r>
            <w:r>
              <w:rPr>
                <w:rFonts w:ascii="Calibri" w:hAnsi="Calibri" w:cs="Calibri" w:eastAsia="宋体"/>
                <w:b/>
                <w:sz w:val="18"/>
              </w:rPr>
              <w:t>医师</w:t>
            </w:r>
          </w:p>
        </w:tc>
      </w:tr>
      <w:tr>
        <w:tc>
          <w:tcPr>
            <w:tcW w:type="dxa" w:w="1066"/>
          </w:tcPr>
          <w:p>
            <w:pPr>
              <w:spacing w:before="40" w:after="40" w:line="276" w:lineRule="auto"/>
            </w:pPr>
            <w:r>
              <w:rPr>
                <w:sz w:val="18"/>
              </w:rPr>
            </w:r>
            <w:r>
              <w:rPr>
                <w:rFonts w:ascii="Calibri" w:hAnsi="Calibri" w:cs="Calibri" w:eastAsia="宋体"/>
                <w:sz w:val="18"/>
              </w:rPr>
              <w:t>北京</w:t>
            </w:r>
          </w:p>
        </w:tc>
        <w:tc>
          <w:tcPr>
            <w:tcW w:type="dxa" w:w="6537"/>
          </w:tcPr>
          <w:p>
            <w:pPr>
              <w:spacing w:before="40" w:after="40" w:line="276" w:lineRule="auto"/>
            </w:pPr>
            <w:r>
              <w:rPr>
                <w:sz w:val="18"/>
              </w:rPr>
            </w:r>
            <w:r>
              <w:rPr>
                <w:rFonts w:ascii="Calibri" w:hAnsi="Calibri" w:cs="Calibri" w:eastAsia="宋体"/>
                <w:sz w:val="18"/>
              </w:rPr>
              <w:t>北京回龙观医院 精神科</w:t>
            </w:r>
          </w:p>
        </w:tc>
        <w:tc>
          <w:tcPr>
            <w:tcW w:type="dxa" w:w="1695"/>
          </w:tcPr>
          <w:p>
            <w:pPr>
              <w:spacing w:before="40" w:after="40" w:line="276" w:lineRule="auto"/>
            </w:pPr>
            <w:r>
              <w:rPr>
                <w:sz w:val="18"/>
              </w:rPr>
            </w:r>
            <w:r>
              <w:rPr>
                <w:rFonts w:ascii="Calibri" w:hAnsi="Calibri" w:cs="Calibri" w:eastAsia="宋体"/>
                <w:sz w:val="18"/>
              </w:rPr>
              <w:t>邸晓兰、过斌、牛雅娟 等</w:t>
            </w:r>
          </w:p>
        </w:tc>
      </w:tr>
      <w:tr>
        <w:tc>
          <w:tcPr>
            <w:tcW w:type="dxa" w:w="1066"/>
          </w:tcPr>
          <w:p>
            <w:pPr>
              <w:spacing w:before="40" w:after="40" w:line="276" w:lineRule="auto"/>
            </w:pPr>
            <w:r>
              <w:rPr>
                <w:sz w:val="18"/>
              </w:rPr>
            </w:r>
          </w:p>
        </w:tc>
        <w:tc>
          <w:tcPr>
            <w:tcW w:type="dxa" w:w="6537"/>
          </w:tcPr>
          <w:p>
            <w:pPr>
              <w:spacing w:before="40" w:after="40" w:line="276" w:lineRule="auto"/>
            </w:pPr>
            <w:r>
              <w:rPr>
                <w:sz w:val="18"/>
              </w:rPr>
            </w:r>
            <w:r>
              <w:rPr>
                <w:rFonts w:ascii="Calibri" w:hAnsi="Calibri" w:cs="Calibri" w:eastAsia="宋体"/>
                <w:sz w:val="18"/>
              </w:rPr>
              <w:t>北京大学第六医院 精神科</w:t>
            </w:r>
          </w:p>
        </w:tc>
        <w:tc>
          <w:tcPr>
            <w:tcW w:type="dxa" w:w="1695"/>
          </w:tcPr>
          <w:p>
            <w:pPr>
              <w:spacing w:before="40" w:after="40" w:line="276" w:lineRule="auto"/>
            </w:pPr>
            <w:r>
              <w:rPr>
                <w:sz w:val="18"/>
              </w:rPr>
            </w:r>
            <w:r>
              <w:rPr>
                <w:rFonts w:ascii="Calibri" w:hAnsi="Calibri" w:cs="Calibri" w:eastAsia="宋体"/>
                <w:sz w:val="18"/>
              </w:rPr>
              <w:t>丛中、唐宏宇 等</w:t>
            </w:r>
          </w:p>
        </w:tc>
      </w:tr>
      <w:tr>
        <w:tc>
          <w:tcPr>
            <w:tcW w:type="dxa" w:w="1066"/>
          </w:tcPr>
          <w:p>
            <w:pPr>
              <w:spacing w:before="40" w:after="40" w:line="276" w:lineRule="auto"/>
            </w:pPr>
            <w:r>
              <w:rPr>
                <w:sz w:val="18"/>
              </w:rPr>
            </w:r>
          </w:p>
        </w:tc>
        <w:tc>
          <w:tcPr>
            <w:tcW w:type="dxa" w:w="6537"/>
          </w:tcPr>
          <w:p>
            <w:pPr>
              <w:spacing w:before="40" w:after="40" w:line="276" w:lineRule="auto"/>
            </w:pPr>
            <w:r>
              <w:rPr>
                <w:sz w:val="18"/>
              </w:rPr>
            </w:r>
            <w:r>
              <w:rPr>
                <w:rFonts w:ascii="Calibri" w:hAnsi="Calibri" w:cs="Calibri" w:eastAsia="宋体"/>
                <w:sz w:val="18"/>
              </w:rPr>
              <w:t>北京大学第三医院 心理咨询科</w:t>
            </w:r>
          </w:p>
        </w:tc>
        <w:tc>
          <w:tcPr>
            <w:tcW w:type="dxa" w:w="1695"/>
          </w:tcPr>
          <w:p>
            <w:pPr>
              <w:spacing w:before="40" w:after="40" w:line="276" w:lineRule="auto"/>
            </w:pPr>
            <w:r>
              <w:rPr>
                <w:sz w:val="18"/>
              </w:rPr>
            </w:r>
            <w:r>
              <w:rPr>
                <w:rFonts w:ascii="Calibri" w:hAnsi="Calibri" w:cs="Calibri" w:eastAsia="宋体"/>
                <w:sz w:val="18"/>
              </w:rPr>
              <w:t>胡佩诚</w:t>
            </w:r>
          </w:p>
        </w:tc>
      </w:tr>
      <w:tr>
        <w:tc>
          <w:tcPr>
            <w:tcW w:type="dxa" w:w="1066"/>
          </w:tcPr>
          <w:p>
            <w:pPr>
              <w:spacing w:before="40" w:after="40" w:line="276" w:lineRule="auto"/>
            </w:pPr>
            <w:r>
              <w:rPr>
                <w:sz w:val="18"/>
              </w:rPr>
            </w:r>
            <w:r>
              <w:rPr>
                <w:rFonts w:ascii="Calibri" w:hAnsi="Calibri" w:cs="Calibri" w:eastAsia="宋体"/>
                <w:sz w:val="18"/>
              </w:rPr>
              <w:t>上海</w:t>
            </w:r>
          </w:p>
        </w:tc>
        <w:tc>
          <w:tcPr>
            <w:tcW w:type="dxa" w:w="6537"/>
          </w:tcPr>
          <w:p>
            <w:pPr>
              <w:spacing w:before="40" w:after="40" w:line="276" w:lineRule="auto"/>
            </w:pPr>
            <w:r>
              <w:rPr>
                <w:sz w:val="18"/>
              </w:rPr>
            </w:r>
            <w:r>
              <w:rPr>
                <w:rFonts w:ascii="Calibri" w:hAnsi="Calibri" w:cs="Calibri" w:eastAsia="宋体"/>
                <w:sz w:val="18"/>
              </w:rPr>
              <w:t>上海市精神卫生中心 精神科</w:t>
            </w:r>
          </w:p>
        </w:tc>
        <w:tc>
          <w:tcPr>
            <w:tcW w:type="dxa" w:w="1695"/>
          </w:tcPr>
          <w:p>
            <w:pPr>
              <w:spacing w:before="40" w:after="40" w:line="276" w:lineRule="auto"/>
            </w:pPr>
            <w:r>
              <w:rPr>
                <w:sz w:val="18"/>
              </w:rPr>
            </w:r>
            <w:r>
              <w:rPr>
                <w:rFonts w:ascii="Calibri" w:hAnsi="Calibri" w:cs="Calibri" w:eastAsia="宋体"/>
                <w:sz w:val="18"/>
              </w:rPr>
              <w:t>陆峥 等</w:t>
            </w:r>
          </w:p>
        </w:tc>
      </w:tr>
      <w:tr>
        <w:tc>
          <w:tcPr>
            <w:tcW w:type="dxa" w:w="1066"/>
          </w:tcPr>
          <w:p>
            <w:pPr>
              <w:spacing w:before="40" w:after="40" w:line="276" w:lineRule="auto"/>
            </w:pPr>
            <w:r>
              <w:rPr>
                <w:sz w:val="18"/>
              </w:rPr>
            </w:r>
          </w:p>
        </w:tc>
        <w:tc>
          <w:tcPr>
            <w:tcW w:type="dxa" w:w="6537"/>
          </w:tcPr>
          <w:p>
            <w:pPr>
              <w:spacing w:before="40" w:after="40" w:line="276" w:lineRule="auto"/>
            </w:pPr>
            <w:r>
              <w:rPr>
                <w:sz w:val="18"/>
              </w:rPr>
            </w:r>
            <w:r>
              <w:rPr>
                <w:rFonts w:ascii="Calibri" w:hAnsi="Calibri" w:cs="Calibri" w:eastAsia="宋体"/>
                <w:sz w:val="18"/>
              </w:rPr>
              <w:t>上海市忻奥临床心理诊所</w:t>
            </w:r>
          </w:p>
        </w:tc>
        <w:tc>
          <w:tcPr>
            <w:tcW w:type="dxa" w:w="1695"/>
          </w:tcPr>
          <w:p>
            <w:pPr>
              <w:spacing w:before="40" w:after="40" w:line="276" w:lineRule="auto"/>
            </w:pPr>
            <w:r>
              <w:rPr>
                <w:sz w:val="18"/>
              </w:rPr>
            </w:r>
            <w:r>
              <w:rPr>
                <w:rFonts w:ascii="Calibri" w:hAnsi="Calibri" w:cs="Calibri" w:eastAsia="宋体"/>
                <w:sz w:val="18"/>
              </w:rPr>
              <w:t>褚索宇 等</w:t>
            </w:r>
          </w:p>
        </w:tc>
      </w:tr>
      <w:tr>
        <w:tc>
          <w:tcPr>
            <w:tcW w:type="dxa" w:w="1066"/>
          </w:tcPr>
          <w:p>
            <w:pPr>
              <w:spacing w:before="40" w:after="40" w:line="276" w:lineRule="auto"/>
            </w:pPr>
            <w:r>
              <w:rPr>
                <w:sz w:val="18"/>
              </w:rPr>
            </w:r>
            <w:r>
              <w:rPr>
                <w:rFonts w:ascii="Calibri" w:hAnsi="Calibri" w:cs="Calibri" w:eastAsia="宋体"/>
                <w:sz w:val="18"/>
              </w:rPr>
              <w:t>广州</w:t>
            </w:r>
          </w:p>
        </w:tc>
        <w:tc>
          <w:tcPr>
            <w:tcW w:type="dxa" w:w="6537"/>
          </w:tcPr>
          <w:p>
            <w:pPr>
              <w:spacing w:before="40" w:after="40" w:line="276" w:lineRule="auto"/>
            </w:pPr>
            <w:r>
              <w:rPr>
                <w:sz w:val="18"/>
              </w:rPr>
            </w:r>
            <w:r>
              <w:rPr>
                <w:rFonts w:ascii="Calibri" w:hAnsi="Calibri" w:cs="Calibri" w:eastAsia="宋体"/>
                <w:sz w:val="18"/>
              </w:rPr>
              <w:t>暨南大学广州华侨医院 精神科</w:t>
            </w:r>
          </w:p>
        </w:tc>
        <w:tc>
          <w:tcPr>
            <w:tcW w:type="dxa" w:w="1695"/>
          </w:tcPr>
          <w:p>
            <w:pPr>
              <w:spacing w:before="40" w:after="40" w:line="276" w:lineRule="auto"/>
            </w:pPr>
            <w:r>
              <w:rPr>
                <w:sz w:val="18"/>
              </w:rPr>
            </w:r>
            <w:r>
              <w:rPr>
                <w:rFonts w:ascii="Calibri" w:hAnsi="Calibri" w:cs="Calibri" w:eastAsia="宋体"/>
                <w:sz w:val="18"/>
              </w:rPr>
              <w:t>贾艳滨</w:t>
            </w:r>
          </w:p>
        </w:tc>
      </w:tr>
      <w:tr>
        <w:tc>
          <w:tcPr>
            <w:tcW w:type="dxa" w:w="1066"/>
          </w:tcPr>
          <w:p>
            <w:pPr>
              <w:spacing w:before="40" w:after="40" w:line="276" w:lineRule="auto"/>
            </w:pPr>
            <w:r>
              <w:rPr>
                <w:sz w:val="18"/>
              </w:rPr>
            </w:r>
            <w:r>
              <w:rPr>
                <w:rFonts w:ascii="Calibri" w:hAnsi="Calibri" w:cs="Calibri" w:eastAsia="宋体"/>
                <w:sz w:val="18"/>
              </w:rPr>
              <w:t>深圳</w:t>
            </w:r>
          </w:p>
        </w:tc>
        <w:tc>
          <w:tcPr>
            <w:tcW w:type="dxa" w:w="6537"/>
          </w:tcPr>
          <w:p>
            <w:pPr>
              <w:spacing w:before="40" w:after="40" w:line="276" w:lineRule="auto"/>
            </w:pPr>
            <w:r>
              <w:rPr>
                <w:sz w:val="18"/>
              </w:rPr>
            </w:r>
            <w:r>
              <w:rPr>
                <w:rFonts w:ascii="Calibri" w:hAnsi="Calibri" w:cs="Calibri" w:eastAsia="宋体"/>
                <w:sz w:val="18"/>
              </w:rPr>
              <w:t>深圳康宁医院 心理健康门诊</w:t>
            </w:r>
          </w:p>
        </w:tc>
        <w:tc>
          <w:tcPr>
            <w:tcW w:type="dxa" w:w="1695"/>
          </w:tcPr>
          <w:p>
            <w:pPr>
              <w:spacing w:before="40" w:after="40" w:line="276" w:lineRule="auto"/>
            </w:pPr>
            <w:r>
              <w:rPr>
                <w:sz w:val="18"/>
              </w:rPr>
            </w:r>
            <w:r>
              <w:rPr>
                <w:rFonts w:ascii="Calibri" w:hAnsi="Calibri" w:cs="Calibri" w:eastAsia="宋体"/>
                <w:sz w:val="18"/>
              </w:rPr>
              <w:t>位照国、刘文英</w:t>
            </w:r>
          </w:p>
        </w:tc>
      </w:tr>
      <w:tr>
        <w:tc>
          <w:tcPr>
            <w:tcW w:type="dxa" w:w="1066"/>
          </w:tcPr>
          <w:p>
            <w:pPr>
              <w:spacing w:before="40" w:after="40" w:line="276" w:lineRule="auto"/>
            </w:pPr>
            <w:r>
              <w:rPr>
                <w:sz w:val="18"/>
              </w:rPr>
            </w:r>
            <w:r>
              <w:rPr>
                <w:rFonts w:ascii="Calibri" w:hAnsi="Calibri" w:cs="Calibri" w:eastAsia="宋体"/>
                <w:sz w:val="18"/>
              </w:rPr>
              <w:t>西安</w:t>
            </w:r>
          </w:p>
        </w:tc>
        <w:tc>
          <w:tcPr>
            <w:tcW w:type="dxa" w:w="6537"/>
          </w:tcPr>
          <w:p>
            <w:pPr>
              <w:spacing w:before="40" w:after="40" w:line="276" w:lineRule="auto"/>
            </w:pPr>
            <w:r>
              <w:rPr>
                <w:sz w:val="18"/>
              </w:rPr>
            </w:r>
            <w:r>
              <w:rPr>
                <w:rFonts w:ascii="Calibri" w:hAnsi="Calibri" w:cs="Calibri" w:eastAsia="宋体"/>
                <w:sz w:val="18"/>
              </w:rPr>
              <w:t>西安交大第一附院 精神心理卫生门诊</w:t>
            </w:r>
          </w:p>
        </w:tc>
        <w:tc>
          <w:tcPr>
            <w:tcW w:type="dxa" w:w="1695"/>
          </w:tcPr>
          <w:p>
            <w:pPr>
              <w:spacing w:before="40" w:after="40" w:line="276" w:lineRule="auto"/>
            </w:pPr>
            <w:r>
              <w:rPr>
                <w:sz w:val="18"/>
              </w:rPr>
            </w:r>
            <w:r>
              <w:rPr>
                <w:rFonts w:ascii="Calibri" w:hAnsi="Calibri" w:cs="Calibri" w:eastAsia="宋体"/>
                <w:sz w:val="18"/>
              </w:rPr>
              <w:t>高成阁</w:t>
            </w:r>
          </w:p>
        </w:tc>
      </w:tr>
      <w:tr>
        <w:tc>
          <w:tcPr>
            <w:tcW w:type="dxa" w:w="1066"/>
          </w:tcPr>
          <w:p>
            <w:pPr>
              <w:spacing w:before="40" w:after="40" w:line="276" w:lineRule="auto"/>
            </w:pPr>
            <w:r>
              <w:rPr>
                <w:sz w:val="18"/>
              </w:rPr>
            </w:r>
            <w:r>
              <w:rPr>
                <w:rFonts w:ascii="Calibri" w:hAnsi="Calibri" w:cs="Calibri" w:eastAsia="宋体"/>
                <w:sz w:val="18"/>
              </w:rPr>
              <w:t>成都</w:t>
            </w:r>
          </w:p>
        </w:tc>
        <w:tc>
          <w:tcPr>
            <w:tcW w:type="dxa" w:w="6537"/>
          </w:tcPr>
          <w:p>
            <w:pPr>
              <w:spacing w:before="40" w:after="40" w:line="276" w:lineRule="auto"/>
            </w:pPr>
            <w:r>
              <w:rPr>
                <w:sz w:val="18"/>
              </w:rPr>
            </w:r>
            <w:r>
              <w:rPr>
                <w:rFonts w:ascii="Calibri" w:hAnsi="Calibri" w:cs="Calibri" w:eastAsia="宋体"/>
                <w:sz w:val="18"/>
              </w:rPr>
              <w:t>四川省人民医院 精医心身医学门诊</w:t>
            </w:r>
          </w:p>
        </w:tc>
        <w:tc>
          <w:tcPr>
            <w:tcW w:type="dxa" w:w="1695"/>
          </w:tcPr>
          <w:p>
            <w:pPr>
              <w:spacing w:before="40" w:after="40" w:line="276" w:lineRule="auto"/>
            </w:pPr>
            <w:r>
              <w:rPr>
                <w:sz w:val="18"/>
              </w:rPr>
            </w:r>
            <w:r>
              <w:rPr>
                <w:rFonts w:ascii="Calibri" w:hAnsi="Calibri" w:cs="Calibri" w:eastAsia="宋体"/>
                <w:sz w:val="18"/>
              </w:rPr>
              <w:t>李慧</w:t>
            </w:r>
          </w:p>
        </w:tc>
      </w:tr>
      <w:tr>
        <w:tc>
          <w:tcPr>
            <w:tcW w:type="dxa" w:w="1066"/>
          </w:tcPr>
          <w:p>
            <w:pPr>
              <w:spacing w:before="40" w:after="40" w:line="276" w:lineRule="auto"/>
            </w:pPr>
            <w:r>
              <w:rPr>
                <w:sz w:val="18"/>
              </w:rPr>
            </w:r>
            <w:r>
              <w:rPr>
                <w:rFonts w:ascii="Calibri" w:hAnsi="Calibri" w:cs="Calibri" w:eastAsia="宋体"/>
                <w:sz w:val="18"/>
              </w:rPr>
              <w:t>重庆</w:t>
            </w:r>
          </w:p>
        </w:tc>
        <w:tc>
          <w:tcPr>
            <w:tcW w:type="dxa" w:w="6537"/>
          </w:tcPr>
          <w:p>
            <w:pPr>
              <w:spacing w:before="40" w:after="40" w:line="276" w:lineRule="auto"/>
            </w:pPr>
            <w:r>
              <w:rPr>
                <w:sz w:val="18"/>
              </w:rPr>
            </w:r>
            <w:r>
              <w:rPr>
                <w:rFonts w:ascii="Calibri" w:hAnsi="Calibri" w:cs="Calibri" w:eastAsia="宋体"/>
                <w:sz w:val="18"/>
              </w:rPr>
              <w:t>重庆医科大学附属第三医院临床心理科门诊</w:t>
            </w:r>
          </w:p>
        </w:tc>
        <w:tc>
          <w:tcPr>
            <w:tcW w:type="dxa" w:w="1695"/>
          </w:tcPr>
          <w:p>
            <w:pPr>
              <w:spacing w:before="40" w:after="40" w:line="276" w:lineRule="auto"/>
            </w:pPr>
            <w:r>
              <w:rPr>
                <w:sz w:val="18"/>
              </w:rPr>
            </w:r>
            <w:r>
              <w:rPr>
                <w:rFonts w:ascii="Calibri" w:hAnsi="Calibri" w:cs="Calibri" w:eastAsia="宋体"/>
                <w:sz w:val="18"/>
              </w:rPr>
              <w:t>宁洁</w:t>
            </w:r>
          </w:p>
        </w:tc>
      </w:tr>
      <w:tr>
        <w:tc>
          <w:tcPr>
            <w:tcW w:type="dxa" w:w="1066"/>
          </w:tcPr>
          <w:p>
            <w:pPr>
              <w:spacing w:before="40" w:after="40" w:line="276" w:lineRule="auto"/>
            </w:pPr>
            <w:r>
              <w:rPr>
                <w:sz w:val="18"/>
              </w:rPr>
            </w:r>
            <w:r>
              <w:rPr>
                <w:rFonts w:ascii="Calibri" w:hAnsi="Calibri" w:cs="Calibri" w:eastAsia="宋体"/>
                <w:sz w:val="18"/>
              </w:rPr>
              <w:t>哈尔滨</w:t>
            </w:r>
          </w:p>
        </w:tc>
        <w:tc>
          <w:tcPr>
            <w:tcW w:type="dxa" w:w="6537"/>
          </w:tcPr>
          <w:p>
            <w:pPr>
              <w:spacing w:before="40" w:after="40" w:line="276" w:lineRule="auto"/>
            </w:pPr>
            <w:r>
              <w:rPr>
                <w:sz w:val="18"/>
              </w:rPr>
            </w:r>
            <w:r>
              <w:rPr>
                <w:rFonts w:ascii="Calibri" w:hAnsi="Calibri" w:cs="Calibri" w:eastAsia="宋体"/>
                <w:sz w:val="18"/>
              </w:rPr>
              <w:t>哈尔滨医科大学附属第四医院 精神心理科</w:t>
            </w:r>
          </w:p>
        </w:tc>
        <w:tc>
          <w:tcPr>
            <w:tcW w:type="dxa" w:w="1695"/>
          </w:tcPr>
          <w:p>
            <w:pPr>
              <w:spacing w:before="40" w:after="40" w:line="276" w:lineRule="auto"/>
            </w:pPr>
            <w:r>
              <w:rPr>
                <w:sz w:val="18"/>
              </w:rPr>
            </w:r>
            <w:r>
              <w:rPr>
                <w:rFonts w:ascii="Calibri" w:hAnsi="Calibri" w:cs="Calibri" w:eastAsia="宋体"/>
                <w:sz w:val="18"/>
              </w:rPr>
              <w:t>张磊晶</w:t>
            </w:r>
          </w:p>
        </w:tc>
      </w:tr>
      <w:tr>
        <w:tc>
          <w:tcPr>
            <w:tcW w:type="dxa" w:w="1066"/>
          </w:tcPr>
          <w:p>
            <w:pPr>
              <w:spacing w:before="40" w:after="40" w:line="276" w:lineRule="auto"/>
            </w:pPr>
            <w:r>
              <w:rPr>
                <w:sz w:val="18"/>
              </w:rPr>
            </w:r>
            <w:r>
              <w:rPr>
                <w:rFonts w:ascii="Calibri" w:hAnsi="Calibri" w:cs="Calibri" w:eastAsia="宋体"/>
                <w:sz w:val="18"/>
              </w:rPr>
              <w:t>沈阳</w:t>
            </w:r>
          </w:p>
        </w:tc>
        <w:tc>
          <w:tcPr>
            <w:tcW w:type="dxa" w:w="6537"/>
          </w:tcPr>
          <w:p>
            <w:pPr>
              <w:spacing w:before="40" w:after="40" w:line="276" w:lineRule="auto"/>
            </w:pPr>
            <w:r>
              <w:rPr>
                <w:sz w:val="18"/>
              </w:rPr>
            </w:r>
            <w:r>
              <w:rPr>
                <w:rFonts w:ascii="Calibri" w:hAnsi="Calibri" w:cs="Calibri" w:eastAsia="宋体"/>
                <w:sz w:val="18"/>
              </w:rPr>
              <w:t>沈阳市精神卫生中心</w:t>
            </w:r>
          </w:p>
        </w:tc>
        <w:tc>
          <w:tcPr>
            <w:tcW w:type="dxa" w:w="1695"/>
          </w:tcPr>
          <w:p>
            <w:pPr>
              <w:spacing w:before="40" w:after="40" w:line="276" w:lineRule="auto"/>
            </w:pPr>
            <w:r>
              <w:rPr>
                <w:sz w:val="18"/>
              </w:rPr>
            </w:r>
            <w:r>
              <w:rPr>
                <w:rFonts w:ascii="Calibri" w:hAnsi="Calibri" w:cs="Calibri" w:eastAsia="宋体"/>
                <w:sz w:val="18"/>
              </w:rPr>
              <w:t>郭影</w:t>
            </w:r>
          </w:p>
        </w:tc>
      </w:tr>
      <w:tr>
        <w:tc>
          <w:tcPr>
            <w:tcW w:type="dxa" w:w="1066"/>
          </w:tcPr>
          <w:p>
            <w:pPr>
              <w:spacing w:before="40" w:after="40" w:line="276" w:lineRule="auto"/>
            </w:pPr>
            <w:r>
              <w:rPr>
                <w:sz w:val="18"/>
              </w:rPr>
            </w:r>
            <w:r>
              <w:rPr>
                <w:rFonts w:ascii="Calibri" w:hAnsi="Calibri" w:cs="Calibri" w:eastAsia="宋体"/>
                <w:sz w:val="18"/>
              </w:rPr>
              <w:t>大连</w:t>
            </w:r>
          </w:p>
        </w:tc>
        <w:tc>
          <w:tcPr>
            <w:tcW w:type="dxa" w:w="6537"/>
          </w:tcPr>
          <w:p>
            <w:pPr>
              <w:spacing w:before="40" w:after="40" w:line="276" w:lineRule="auto"/>
            </w:pPr>
            <w:r>
              <w:rPr>
                <w:sz w:val="18"/>
              </w:rPr>
            </w:r>
            <w:r>
              <w:rPr>
                <w:rFonts w:ascii="Calibri" w:hAnsi="Calibri" w:cs="Calibri" w:eastAsia="宋体"/>
                <w:sz w:val="18"/>
              </w:rPr>
              <w:t>大连市第七人民医院 精神科</w:t>
            </w:r>
          </w:p>
        </w:tc>
        <w:tc>
          <w:tcPr>
            <w:tcW w:type="dxa" w:w="1695"/>
          </w:tcPr>
          <w:p>
            <w:pPr>
              <w:spacing w:before="40" w:after="40" w:line="276" w:lineRule="auto"/>
            </w:pPr>
            <w:r>
              <w:rPr>
                <w:sz w:val="18"/>
              </w:rPr>
            </w:r>
            <w:r>
              <w:rPr>
                <w:rFonts w:ascii="Calibri" w:hAnsi="Calibri" w:cs="Calibri" w:eastAsia="宋体"/>
                <w:sz w:val="18"/>
              </w:rPr>
              <w:t>刘宏</w:t>
            </w:r>
          </w:p>
        </w:tc>
      </w:tr>
      <w:tr>
        <w:tc>
          <w:tcPr>
            <w:tcW w:type="dxa" w:w="1066"/>
          </w:tcPr>
          <w:p>
            <w:pPr>
              <w:spacing w:before="40" w:after="40" w:line="276" w:lineRule="auto"/>
            </w:pPr>
            <w:r>
              <w:rPr>
                <w:sz w:val="18"/>
              </w:rPr>
            </w:r>
            <w:r>
              <w:rPr>
                <w:rFonts w:ascii="Calibri" w:hAnsi="Calibri" w:cs="Calibri" w:eastAsia="宋体"/>
                <w:sz w:val="18"/>
              </w:rPr>
              <w:t>济南</w:t>
            </w:r>
          </w:p>
        </w:tc>
        <w:tc>
          <w:tcPr>
            <w:tcW w:type="dxa" w:w="6537"/>
          </w:tcPr>
          <w:p>
            <w:pPr>
              <w:spacing w:before="40" w:after="40" w:line="276" w:lineRule="auto"/>
            </w:pPr>
            <w:r>
              <w:rPr>
                <w:sz w:val="18"/>
              </w:rPr>
            </w:r>
            <w:r>
              <w:rPr>
                <w:rFonts w:ascii="Calibri" w:hAnsi="Calibri" w:cs="Calibri" w:eastAsia="宋体"/>
                <w:sz w:val="18"/>
              </w:rPr>
              <w:t>山东省精神卫生中心</w:t>
            </w:r>
          </w:p>
        </w:tc>
        <w:tc>
          <w:tcPr>
            <w:tcW w:type="dxa" w:w="1695"/>
          </w:tcPr>
          <w:p>
            <w:pPr>
              <w:spacing w:before="40" w:after="40" w:line="276" w:lineRule="auto"/>
            </w:pPr>
            <w:r>
              <w:rPr>
                <w:sz w:val="18"/>
              </w:rPr>
            </w:r>
            <w:r>
              <w:rPr>
                <w:rFonts w:ascii="Calibri" w:hAnsi="Calibri" w:cs="Calibri" w:eastAsia="宋体"/>
                <w:sz w:val="18"/>
              </w:rPr>
              <w:t>刘金同、寻广磊、于晓东 等</w:t>
            </w:r>
          </w:p>
        </w:tc>
      </w:tr>
      <w:tr>
        <w:tc>
          <w:tcPr>
            <w:tcW w:type="dxa" w:w="1066"/>
          </w:tcPr>
          <w:p>
            <w:pPr>
              <w:spacing w:before="40" w:after="40" w:line="276" w:lineRule="auto"/>
            </w:pPr>
            <w:r>
              <w:rPr>
                <w:sz w:val="18"/>
              </w:rPr>
            </w:r>
            <w:r>
              <w:rPr>
                <w:rFonts w:ascii="Calibri" w:hAnsi="Calibri" w:cs="Calibri" w:eastAsia="宋体"/>
                <w:sz w:val="18"/>
              </w:rPr>
              <w:t>南京</w:t>
            </w:r>
          </w:p>
        </w:tc>
        <w:tc>
          <w:tcPr>
            <w:tcW w:type="dxa" w:w="6537"/>
          </w:tcPr>
          <w:p>
            <w:pPr>
              <w:spacing w:before="40" w:after="40" w:line="276" w:lineRule="auto"/>
            </w:pPr>
            <w:r>
              <w:rPr>
                <w:sz w:val="18"/>
              </w:rPr>
            </w:r>
            <w:r>
              <w:rPr>
                <w:rFonts w:ascii="Calibri" w:hAnsi="Calibri" w:cs="Calibri" w:eastAsia="宋体"/>
                <w:sz w:val="18"/>
              </w:rPr>
              <w:t>南京鼓楼医院 医学心理科</w:t>
            </w:r>
          </w:p>
        </w:tc>
        <w:tc>
          <w:tcPr>
            <w:tcW w:type="dxa" w:w="1695"/>
          </w:tcPr>
          <w:p>
            <w:pPr>
              <w:spacing w:before="40" w:after="40" w:line="276" w:lineRule="auto"/>
            </w:pPr>
            <w:r>
              <w:rPr>
                <w:sz w:val="18"/>
              </w:rPr>
            </w:r>
            <w:r>
              <w:rPr>
                <w:rFonts w:ascii="Calibri" w:hAnsi="Calibri" w:cs="Calibri" w:eastAsia="宋体"/>
                <w:sz w:val="18"/>
              </w:rPr>
              <w:t>曹秋云</w:t>
            </w:r>
          </w:p>
        </w:tc>
      </w:tr>
      <w:tr>
        <w:tc>
          <w:tcPr>
            <w:tcW w:type="dxa" w:w="1066"/>
          </w:tcPr>
          <w:p>
            <w:pPr>
              <w:spacing w:before="40" w:after="40" w:line="276" w:lineRule="auto"/>
            </w:pPr>
            <w:r>
              <w:rPr>
                <w:sz w:val="18"/>
              </w:rPr>
            </w:r>
          </w:p>
        </w:tc>
        <w:tc>
          <w:tcPr>
            <w:tcW w:type="dxa" w:w="6537"/>
          </w:tcPr>
          <w:p>
            <w:pPr>
              <w:spacing w:before="40" w:after="40" w:line="276" w:lineRule="auto"/>
            </w:pPr>
            <w:r>
              <w:rPr>
                <w:sz w:val="18"/>
              </w:rPr>
            </w:r>
            <w:r>
              <w:rPr>
                <w:rFonts w:ascii="Calibri" w:hAnsi="Calibri" w:cs="Calibri" w:eastAsia="宋体"/>
                <w:sz w:val="18"/>
              </w:rPr>
              <w:t>南京脑科医院</w:t>
            </w:r>
          </w:p>
        </w:tc>
        <w:tc>
          <w:tcPr>
            <w:tcW w:type="dxa" w:w="1695"/>
          </w:tcPr>
          <w:p>
            <w:pPr>
              <w:spacing w:before="40" w:after="40" w:line="276" w:lineRule="auto"/>
            </w:pPr>
            <w:r>
              <w:rPr>
                <w:sz w:val="18"/>
              </w:rPr>
            </w:r>
            <w:r>
              <w:rPr>
                <w:rFonts w:ascii="Calibri" w:hAnsi="Calibri" w:cs="Calibri" w:eastAsia="宋体"/>
                <w:sz w:val="18"/>
              </w:rPr>
              <w:t>陈建国</w:t>
            </w:r>
          </w:p>
        </w:tc>
      </w:tr>
      <w:tr>
        <w:tc>
          <w:tcPr>
            <w:tcW w:type="dxa" w:w="1066"/>
          </w:tcPr>
          <w:p>
            <w:pPr>
              <w:spacing w:before="40" w:after="40" w:line="276" w:lineRule="auto"/>
            </w:pPr>
            <w:r>
              <w:rPr>
                <w:sz w:val="18"/>
              </w:rPr>
            </w:r>
            <w:r>
              <w:rPr>
                <w:rFonts w:ascii="Calibri" w:hAnsi="Calibri" w:cs="Calibri" w:eastAsia="宋体"/>
                <w:sz w:val="18"/>
              </w:rPr>
              <w:t>徐州</w:t>
            </w:r>
          </w:p>
        </w:tc>
        <w:tc>
          <w:tcPr>
            <w:tcW w:type="dxa" w:w="6537"/>
          </w:tcPr>
          <w:p>
            <w:pPr>
              <w:spacing w:before="40" w:after="40" w:line="276" w:lineRule="auto"/>
            </w:pPr>
            <w:r>
              <w:rPr>
                <w:sz w:val="18"/>
              </w:rPr>
            </w:r>
            <w:r>
              <w:rPr>
                <w:rFonts w:ascii="Calibri" w:hAnsi="Calibri" w:cs="Calibri" w:eastAsia="宋体"/>
                <w:sz w:val="18"/>
              </w:rPr>
              <w:t>徐州市东方人民医院 精神科</w:t>
            </w:r>
          </w:p>
        </w:tc>
        <w:tc>
          <w:tcPr>
            <w:tcW w:type="dxa" w:w="1695"/>
          </w:tcPr>
          <w:p>
            <w:pPr>
              <w:spacing w:before="40" w:after="40" w:line="276" w:lineRule="auto"/>
            </w:pPr>
            <w:r>
              <w:rPr>
                <w:sz w:val="18"/>
              </w:rPr>
            </w:r>
            <w:r>
              <w:rPr>
                <w:rFonts w:ascii="Calibri" w:hAnsi="Calibri" w:cs="Calibri" w:eastAsia="宋体"/>
                <w:sz w:val="18"/>
              </w:rPr>
              <w:t>靳自斌</w:t>
            </w:r>
          </w:p>
        </w:tc>
      </w:tr>
      <w:tr>
        <w:tc>
          <w:tcPr>
            <w:tcW w:type="dxa" w:w="1066"/>
          </w:tcPr>
          <w:p>
            <w:pPr>
              <w:spacing w:before="40" w:after="40" w:line="276" w:lineRule="auto"/>
            </w:pPr>
            <w:r>
              <w:rPr>
                <w:sz w:val="18"/>
              </w:rPr>
            </w:r>
            <w:r>
              <w:rPr>
                <w:rFonts w:ascii="Calibri" w:hAnsi="Calibri" w:cs="Calibri" w:eastAsia="宋体"/>
                <w:sz w:val="18"/>
              </w:rPr>
              <w:t>杭州</w:t>
            </w:r>
          </w:p>
        </w:tc>
        <w:tc>
          <w:tcPr>
            <w:tcW w:type="dxa" w:w="6537"/>
          </w:tcPr>
          <w:p>
            <w:pPr>
              <w:spacing w:before="40" w:after="40" w:line="276" w:lineRule="auto"/>
            </w:pPr>
            <w:r>
              <w:rPr>
                <w:sz w:val="18"/>
              </w:rPr>
            </w:r>
            <w:r>
              <w:rPr>
                <w:rFonts w:ascii="Calibri" w:hAnsi="Calibri" w:cs="Calibri" w:eastAsia="宋体"/>
                <w:sz w:val="18"/>
              </w:rPr>
              <w:t>浙大一附院 精神卫生科</w:t>
            </w:r>
          </w:p>
        </w:tc>
        <w:tc>
          <w:tcPr>
            <w:tcW w:type="dxa" w:w="1695"/>
          </w:tcPr>
          <w:p>
            <w:pPr>
              <w:spacing w:before="40" w:after="40" w:line="276" w:lineRule="auto"/>
            </w:pPr>
            <w:r>
              <w:rPr>
                <w:sz w:val="18"/>
              </w:rPr>
            </w:r>
            <w:r>
              <w:rPr>
                <w:rFonts w:ascii="Calibri" w:hAnsi="Calibri" w:cs="Calibri" w:eastAsia="宋体"/>
                <w:sz w:val="18"/>
              </w:rPr>
              <w:t>胡少华</w:t>
            </w:r>
          </w:p>
        </w:tc>
      </w:tr>
      <w:tr>
        <w:tc>
          <w:tcPr>
            <w:tcW w:type="dxa" w:w="1066"/>
          </w:tcPr>
          <w:p>
            <w:pPr>
              <w:spacing w:before="40" w:after="40" w:line="276" w:lineRule="auto"/>
            </w:pPr>
            <w:r>
              <w:rPr>
                <w:sz w:val="18"/>
              </w:rPr>
            </w:r>
            <w:r>
              <w:rPr>
                <w:rFonts w:ascii="Calibri" w:hAnsi="Calibri" w:cs="Calibri" w:eastAsia="宋体"/>
                <w:sz w:val="18"/>
              </w:rPr>
              <w:t>泉州</w:t>
            </w:r>
          </w:p>
        </w:tc>
        <w:tc>
          <w:tcPr>
            <w:tcW w:type="dxa" w:w="6537"/>
          </w:tcPr>
          <w:p>
            <w:pPr>
              <w:spacing w:before="40" w:after="40" w:line="276" w:lineRule="auto"/>
            </w:pPr>
            <w:r>
              <w:rPr>
                <w:sz w:val="18"/>
              </w:rPr>
            </w:r>
            <w:r>
              <w:rPr>
                <w:rFonts w:ascii="Calibri" w:hAnsi="Calibri" w:cs="Calibri" w:eastAsia="宋体"/>
                <w:sz w:val="18"/>
              </w:rPr>
              <w:t>福建省泉州市第一医院 心理科</w:t>
            </w:r>
          </w:p>
        </w:tc>
        <w:tc>
          <w:tcPr>
            <w:tcW w:type="dxa" w:w="1695"/>
          </w:tcPr>
          <w:p>
            <w:pPr>
              <w:spacing w:before="40" w:after="40" w:line="276" w:lineRule="auto"/>
            </w:pPr>
            <w:r>
              <w:rPr>
                <w:sz w:val="18"/>
              </w:rPr>
            </w:r>
            <w:r>
              <w:rPr>
                <w:rFonts w:ascii="Calibri" w:hAnsi="Calibri" w:cs="Calibri" w:eastAsia="宋体"/>
                <w:sz w:val="18"/>
              </w:rPr>
              <w:t>孔东燕</w:t>
            </w:r>
          </w:p>
        </w:tc>
      </w:tr>
    </w:tbl>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表格中有少许信息与医院的纸质表格存在出入，此版为修正后的版本。</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该名单限制条件存在过时可能性。</w:t>
      </w:r>
    </w:p>
    <w:p>
      <w:pPr>
        <w:pStyle w:val="Heading5"/>
      </w:pPr>
      <w:r>
        <w:rPr>
          <w:rFonts w:ascii="Calibri" w:hAnsi="Calibri" w:cs="Calibri" w:eastAsia="宋体"/>
        </w:rPr>
        <w:t>预约流程</w:t>
      </w:r>
    </w:p>
    <w:p>
      <w:pPr>
        <w:pStyle w:val="Heading6"/>
      </w:pPr>
      <w:r>
        <w:rPr>
          <w:rFonts w:ascii="Calibri" w:hAnsi="Calibri" w:cs="Calibri" w:eastAsia="宋体"/>
        </w:rPr>
        <w:t>1.面诊</w:t>
      </w:r>
    </w:p>
    <w:p>
      <w:pPr>
        <w:spacing w:after="100"/>
      </w:pPr>
      <w:r>
        <w:rPr>
          <w:rFonts w:ascii="Calibri" w:hAnsi="Calibri" w:cs="Calibri" w:eastAsia="宋体"/>
        </w:rPr>
        <w:t>在现场或“八大处整形医院官方咨询平台”微信小程序预约挂号。</w:t>
      </w:r>
      <w:r>
        <w:br/>
      </w:r>
      <w:r>
        <w:br/>
      </w:r>
      <w:r>
        <w:rPr>
          <w:rFonts w:ascii="Calibri" w:hAnsi="Calibri" w:cs="Calibri" w:eastAsia="宋体"/>
        </w:rPr>
        <w:t>挂“会阴整形与性别重塑科”中</w:t>
      </w:r>
      <w:r>
        <w:rPr>
          <w:rFonts w:ascii="Calibri" w:hAnsi="Calibri" w:cs="Calibri" w:eastAsia="宋体"/>
          <w:b/>
        </w:rPr>
        <w:t>你希望主刀</w:t>
      </w:r>
      <w:r>
        <w:rPr>
          <w:rFonts w:ascii="Calibri" w:hAnsi="Calibri" w:cs="Calibri" w:eastAsia="宋体"/>
        </w:rPr>
        <w:t>的医生的号。</w:t>
      </w:r>
    </w:p>
    <w:p>
      <w:pPr>
        <w:spacing w:after="100"/>
      </w:pPr>
      <w:r>
        <w:rPr>
          <w:rFonts w:ascii="Calibri" w:hAnsi="Calibri" w:cs="Calibri" w:eastAsia="宋体"/>
        </w:rPr>
        <w:t>小程序提前7天放号，放号时间为15:00。</w:t>
      </w:r>
    </w:p>
    <w:p>
      <w:pPr>
        <w:spacing w:after="100"/>
      </w:pPr>
      <w:r>
        <w:rPr>
          <w:rFonts w:ascii="Calibri" w:hAnsi="Calibri" w:cs="Calibri" w:eastAsia="宋体"/>
        </w:rPr>
        <w:t>面诊时可获得医生助理微信号。</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面诊时无需备齐全部申请材料，但建议至少准备精神/心理科易性症病历。</w:t>
      </w:r>
    </w:p>
    <w:p>
      <w:pPr>
        <w:pStyle w:val="Heading6"/>
      </w:pPr>
      <w:r>
        <w:rPr>
          <w:rFonts w:ascii="Calibri" w:hAnsi="Calibri" w:cs="Calibri" w:eastAsia="宋体"/>
        </w:rPr>
        <w:t>2.提交材料</w:t>
      </w:r>
    </w:p>
    <w:p>
      <w:pPr>
        <w:spacing w:after="100"/>
      </w:pPr>
      <w:r>
        <w:rPr>
          <w:rFonts w:ascii="Calibri" w:hAnsi="Calibri" w:cs="Calibri" w:eastAsia="宋体"/>
        </w:rPr>
        <w:t>通过医生助理微信，提交申请材料图片。</w:t>
      </w:r>
    </w:p>
    <w:p>
      <w:pPr>
        <w:spacing w:before="20" w:after="40"/>
        <w:ind w:left="425" w:hanging="312"/>
      </w:pPr>
      <w:r>
        <w:rPr>
          <w:rFonts w:ascii="Calibri" w:hAnsi="Calibri" w:cs="Calibri" w:eastAsia="宋体"/>
        </w:rPr>
        <w:t xml:space="preserve">1. </w:t>
      </w:r>
      <w:r>
        <w:rPr>
          <w:rFonts w:ascii="Calibri" w:hAnsi="Calibri" w:cs="Calibri" w:eastAsia="宋体"/>
        </w:rPr>
        <w:t>本人申请书（不强制要求公证）</w:t>
      </w:r>
    </w:p>
    <w:p>
      <w:pPr>
        <w:spacing w:before="20" w:after="40"/>
        <w:ind w:left="425" w:hanging="312"/>
      </w:pPr>
      <w:r>
        <w:rPr>
          <w:rFonts w:ascii="Calibri" w:hAnsi="Calibri" w:cs="Calibri" w:eastAsia="宋体"/>
        </w:rPr>
        <w:t xml:space="preserve">2. </w:t>
      </w:r>
      <w:r>
        <w:rPr>
          <w:rFonts w:ascii="Calibri" w:hAnsi="Calibri" w:cs="Calibri" w:eastAsia="宋体"/>
        </w:rPr>
        <w:t>父母知情同意书（需要公证）</w:t>
      </w:r>
    </w:p>
    <w:p>
      <w:pPr>
        <w:spacing w:before="20" w:after="40"/>
        <w:ind w:left="425" w:hanging="312"/>
      </w:pPr>
      <w:r>
        <w:rPr>
          <w:rFonts w:ascii="Calibri" w:hAnsi="Calibri" w:cs="Calibri" w:eastAsia="宋体"/>
        </w:rPr>
        <w:t xml:space="preserve">3. </w:t>
      </w:r>
      <w:r>
        <w:rPr>
          <w:rFonts w:ascii="Calibri" w:hAnsi="Calibri" w:cs="Calibri" w:eastAsia="宋体"/>
        </w:rPr>
        <w:t>无犯罪记录证明（由户籍地派出所开具）</w:t>
      </w:r>
    </w:p>
    <w:p>
      <w:pPr>
        <w:spacing w:before="20" w:after="40"/>
        <w:ind w:left="425" w:hanging="312"/>
      </w:pPr>
      <w:r>
        <w:rPr>
          <w:rFonts w:ascii="Calibri" w:hAnsi="Calibri" w:cs="Calibri" w:eastAsia="宋体"/>
        </w:rPr>
        <w:t xml:space="preserve">4. </w:t>
      </w:r>
      <w:r>
        <w:rPr>
          <w:rFonts w:ascii="Calibri" w:hAnsi="Calibri" w:cs="Calibri" w:eastAsia="宋体"/>
        </w:rPr>
        <w:t>指定医院开具的易性症/性别不一致诊断证明</w:t>
      </w:r>
    </w:p>
    <w:p>
      <w:pPr>
        <w:spacing w:before="20" w:after="40"/>
        <w:ind w:left="425" w:hanging="312"/>
      </w:pPr>
      <w:r>
        <w:rPr>
          <w:rFonts w:ascii="Calibri" w:hAnsi="Calibri" w:cs="Calibri" w:eastAsia="宋体"/>
        </w:rPr>
        <w:t xml:space="preserve">5. </w:t>
      </w:r>
      <w:r>
        <w:rPr>
          <w:rFonts w:ascii="Calibri" w:hAnsi="Calibri" w:cs="Calibri" w:eastAsia="宋体"/>
        </w:rPr>
        <w:t>未在婚姻状态的相关证明（户口本即可）</w:t>
      </w:r>
    </w:p>
    <w:p>
      <w:pPr>
        <w:keepNext/>
        <w:spacing w:before="120" w:after="40"/>
        <w:pBdr>
          <w:bottom w:val="single" w:sz="6" w:space="1" w:color="D4D8DE"/>
        </w:pBdr>
      </w:pPr>
      <w:r>
        <w:rPr>
          <w:rFonts w:ascii="Calibri" w:hAnsi="Calibri" w:cs="Calibri" w:eastAsia="微软雅黑"/>
          <w:b/>
        </w:rPr>
        <w:t>▸ 个人申请书模板</w:t>
      </w:r>
    </w:p>
    <w:p>
      <w:pPr>
        <w:spacing w:before="80" w:after="0"/>
        <w:shd w:val="clear" w:color="auto" w:fill="F3F4F6"/>
      </w:pPr>
      <w:r>
        <w:rPr>
          <w:rFonts w:ascii="Consolas" w:hAnsi="Consolas" w:cs="Consolas" w:eastAsia="Consolas"/>
          <w:sz w:val="18"/>
        </w:rPr>
        <w:t># 性别重置手术申请书</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中国医学科学院整形外科医院：</w:t>
      </w:r>
    </w:p>
    <w:p>
      <w:pPr>
        <w:spacing w:before="0" w:after="0"/>
        <w:shd w:val="clear" w:color="auto" w:fill="F3F4F6"/>
      </w:pPr>
      <w:r>
        <w:rPr>
          <w:rFonts w:ascii="Consolas" w:hAnsi="Consolas" w:cs="Consolas" w:eastAsia="Consolas"/>
          <w:sz w:val="18"/>
        </w:rPr>
        <w:t>我是XXX（身份证号：XXXXX），出生性别为男性。</w:t>
      </w:r>
    </w:p>
    <w:p>
      <w:pPr>
        <w:spacing w:before="0" w:after="0"/>
        <w:shd w:val="clear" w:color="auto" w:fill="F3F4F6"/>
      </w:pPr>
      <w:r>
        <w:rPr>
          <w:rFonts w:ascii="Consolas" w:hAnsi="Consolas" w:cs="Consolas" w:eastAsia="Consolas"/>
          <w:sz w:val="18"/>
        </w:rPr>
        <w:t>自进入青春期开始，我发现自己对于第一、二性征存在明显厌恶，希望自己性别为女性，并因此抑郁发作。</w:t>
      </w:r>
    </w:p>
    <w:p>
      <w:pPr>
        <w:spacing w:before="0" w:after="0"/>
        <w:shd w:val="clear" w:color="auto" w:fill="F3F4F6"/>
      </w:pPr>
      <w:r>
        <w:rPr>
          <w:rFonts w:ascii="Consolas" w:hAnsi="Consolas" w:cs="Consolas" w:eastAsia="Consolas"/>
          <w:sz w:val="18"/>
        </w:rPr>
        <w:t>在诊断为“易性症，男转女”后，我已进行了长时间的目标性别生活体验与激素替代治疗，发现上述手段不足以完全缓解性别焦虑，性别重置手术是进一步缓解性别焦虑的必要手段。</w:t>
      </w:r>
    </w:p>
    <w:p>
      <w:pPr>
        <w:spacing w:before="0" w:after="0"/>
        <w:shd w:val="clear" w:color="auto" w:fill="F3F4F6"/>
      </w:pPr>
      <w:r>
        <w:rPr>
          <w:rFonts w:ascii="Consolas" w:hAnsi="Consolas" w:cs="Consolas" w:eastAsia="Consolas"/>
          <w:sz w:val="18"/>
        </w:rPr>
        <w:t>我已知晓性别重置手术的相关风险，术后引起的生活不便均由我个人承担。</w:t>
      </w:r>
    </w:p>
    <w:p>
      <w:pPr>
        <w:spacing w:before="0" w:after="0"/>
        <w:shd w:val="clear" w:color="auto" w:fill="F3F4F6"/>
      </w:pPr>
      <w:r>
        <w:rPr>
          <w:rFonts w:ascii="Consolas" w:hAnsi="Consolas" w:cs="Consolas" w:eastAsia="Consolas"/>
          <w:sz w:val="18"/>
        </w:rPr>
        <w:t>现特向贵院提出性别重置手术申请。</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 xml:space="preserve">    申请人：XXX</w:t>
      </w:r>
    </w:p>
    <w:p>
      <w:pPr>
        <w:spacing w:before="0" w:after="80"/>
        <w:shd w:val="clear" w:color="auto" w:fill="F3F4F6"/>
      </w:pPr>
      <w:r>
        <w:rPr>
          <w:rFonts w:ascii="Consolas" w:hAnsi="Consolas" w:cs="Consolas" w:eastAsia="Consolas"/>
          <w:sz w:val="18"/>
        </w:rPr>
        <w:t xml:space="preserve">        XX 年 X 月 X 日</w:t>
      </w:r>
    </w:p>
    <w:p>
      <w:pPr>
        <w:keepNext/>
        <w:spacing w:before="120" w:after="40"/>
        <w:pBdr>
          <w:bottom w:val="single" w:sz="6" w:space="1" w:color="D4D8DE"/>
        </w:pBdr>
      </w:pPr>
      <w:r>
        <w:rPr>
          <w:rFonts w:ascii="Calibri" w:hAnsi="Calibri" w:cs="Calibri" w:eastAsia="微软雅黑"/>
          <w:b/>
        </w:rPr>
        <w:t>▸ 父母知情同意书模板</w:t>
      </w:r>
    </w:p>
    <w:p>
      <w:pPr>
        <w:spacing w:before="80" w:after="0"/>
        <w:shd w:val="clear" w:color="auto" w:fill="F3F4F6"/>
      </w:pPr>
      <w:r>
        <w:rPr>
          <w:rFonts w:ascii="Consolas" w:hAnsi="Consolas" w:cs="Consolas" w:eastAsia="Consolas"/>
          <w:sz w:val="18"/>
        </w:rPr>
        <w:t># 声 明 书</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声明人：AAA，男，XX年X月X日出生，公民身份证号码：XXXXX，住址：XXXXX。</w:t>
      </w:r>
    </w:p>
    <w:p>
      <w:pPr>
        <w:spacing w:before="0" w:after="0"/>
        <w:shd w:val="clear" w:color="auto" w:fill="F3F4F6"/>
      </w:pPr>
      <w:r>
        <w:rPr>
          <w:rFonts w:ascii="Consolas" w:hAnsi="Consolas" w:cs="Consolas" w:eastAsia="Consolas"/>
          <w:sz w:val="18"/>
        </w:rPr>
        <w:t>声明人：BBB，女，XX年X月X日出生，公民身份证号码：XXXXX，住址：XXXXX。</w:t>
      </w:r>
    </w:p>
    <w:p>
      <w:pPr>
        <w:spacing w:before="0" w:after="0"/>
        <w:shd w:val="clear" w:color="auto" w:fill="F3F4F6"/>
      </w:pPr>
      <w:r>
        <w:rPr>
          <w:rFonts w:ascii="Consolas" w:hAnsi="Consolas" w:cs="Consolas" w:eastAsia="Consolas"/>
          <w:sz w:val="18"/>
        </w:rPr>
        <w:t>我们（AAA、BBB）分别是XXX（曾用名：XX，公民身份证号码：XXXXX）的父亲、母亲。</w:t>
      </w:r>
    </w:p>
    <w:p>
      <w:pPr>
        <w:spacing w:before="0" w:after="0"/>
        <w:shd w:val="clear" w:color="auto" w:fill="F3F4F6"/>
      </w:pPr>
      <w:r>
        <w:rPr>
          <w:rFonts w:ascii="Consolas" w:hAnsi="Consolas" w:cs="Consolas" w:eastAsia="Consolas"/>
          <w:sz w:val="18"/>
        </w:rPr>
        <w:t>我们已知晓XXX长期存在性别认同相关困扰，了解其对于自身生理性别产生的焦虑和痛苦。据XXX本人告知及我们了解，其在过去一段时间内已就上述困扰进行心理疏导、目标性别生活体验及激素治疗等尝试，但未能明显缓解其性别认同相关困扰。在此情况下，其经慎重考虑后提出希望通过性别重置手术及相关医疗措施进一步改善上述状况。</w:t>
      </w:r>
    </w:p>
    <w:p>
      <w:pPr>
        <w:spacing w:before="0" w:after="0"/>
        <w:shd w:val="clear" w:color="auto" w:fill="F3F4F6"/>
      </w:pPr>
      <w:r>
        <w:rPr>
          <w:rFonts w:ascii="Consolas" w:hAnsi="Consolas" w:cs="Consolas" w:eastAsia="Consolas"/>
          <w:sz w:val="18"/>
        </w:rPr>
        <w:t>我们已了解性别重置手术及相关治疗可能产生的效果及风险，在充分知情的情况下，同意XXX根据医疗机构的专业评估和建议接受性别重置手术及相关医疗治疗。</w:t>
      </w:r>
    </w:p>
    <w:p>
      <w:pPr>
        <w:spacing w:before="0" w:after="0"/>
        <w:shd w:val="clear" w:color="auto" w:fill="F3F4F6"/>
      </w:pPr>
      <w:r>
        <w:rPr>
          <w:rFonts w:ascii="Consolas" w:hAnsi="Consolas" w:cs="Consolas" w:eastAsia="Consolas"/>
          <w:sz w:val="18"/>
        </w:rPr>
        <w:t>本声明系我们在充分理解上述内容的情况下真实、自愿作出。</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 xml:space="preserve">    声明人：AAA BBB</w:t>
      </w:r>
    </w:p>
    <w:p>
      <w:pPr>
        <w:spacing w:before="0" w:after="80"/>
        <w:shd w:val="clear" w:color="auto" w:fill="F3F4F6"/>
      </w:pPr>
      <w:r>
        <w:rPr>
          <w:rFonts w:ascii="Consolas" w:hAnsi="Consolas" w:cs="Consolas" w:eastAsia="Consolas"/>
          <w:sz w:val="18"/>
        </w:rPr>
        <w:t xml:space="preserve">        XX 年 X 月 X 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如父母难以同时到场，此声明书可以父、母分别公证。</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以上模板并非由医院方面提供，而是笔者实际提交的材料内容。</w:t>
      </w:r>
    </w:p>
    <w:p>
      <w:pPr>
        <w:spacing w:after="100"/>
      </w:pPr>
      <w:r>
        <w:rPr>
          <w:rFonts w:ascii="Calibri" w:hAnsi="Calibri" w:cs="Calibri" w:eastAsia="宋体"/>
        </w:rPr>
        <w:t>全部申请材料提交完毕后，将会被排入下期伦理会议。</w:t>
      </w:r>
    </w:p>
    <w:p>
      <w:pPr>
        <w:pStyle w:val="Heading6"/>
      </w:pPr>
      <w:r>
        <w:rPr>
          <w:rFonts w:ascii="Calibri" w:hAnsi="Calibri" w:cs="Calibri" w:eastAsia="宋体"/>
        </w:rPr>
        <w:t>3.伦理会议</w:t>
      </w:r>
    </w:p>
    <w:p>
      <w:pPr>
        <w:spacing w:after="100"/>
      </w:pPr>
      <w:r>
        <w:rPr>
          <w:rFonts w:ascii="Calibri" w:hAnsi="Calibri" w:cs="Calibri" w:eastAsia="宋体"/>
        </w:rPr>
        <w:t>八大处的伦理会议大约每3个月召开一次，会先讨论全院的科研项目伦理，然后进行本期SRS伦理审查。</w:t>
      </w:r>
    </w:p>
    <w:p>
      <w:pPr>
        <w:spacing w:after="100"/>
      </w:pPr>
      <w:r>
        <w:rPr>
          <w:rFonts w:ascii="Calibri" w:hAnsi="Calibri" w:cs="Calibri" w:eastAsia="宋体"/>
        </w:rPr>
        <w:t>伦理会议通常下午进行，上午将有科室医生对SRS患者与家属进行现场宣讲，讲解SRS术式与预后。</w:t>
      </w:r>
    </w:p>
    <w:p>
      <w:pPr>
        <w:spacing w:after="100"/>
      </w:pPr>
      <w:r>
        <w:rPr>
          <w:rFonts w:ascii="Calibri" w:hAnsi="Calibri" w:cs="Calibri" w:eastAsia="宋体"/>
        </w:rPr>
        <w:t>伦理会议需患者本人到场。父母可以选择性到场，或进行电话确认。</w:t>
      </w:r>
    </w:p>
    <w:p>
      <w:pPr>
        <w:spacing w:after="100"/>
      </w:pPr>
      <w:r>
        <w:rPr>
          <w:rFonts w:ascii="Calibri" w:hAnsi="Calibri" w:cs="Calibri" w:eastAsia="宋体"/>
        </w:rPr>
        <w:t>伦理会议在基础的伦理性问题之外，会</w:t>
      </w:r>
      <w:r>
        <w:rPr>
          <w:rFonts w:ascii="Calibri" w:hAnsi="Calibri" w:cs="Calibri" w:eastAsia="宋体"/>
          <w:b/>
        </w:rPr>
        <w:t>严格考察</w:t>
      </w:r>
      <w:r>
        <w:rPr>
          <w:rFonts w:ascii="Calibri" w:hAnsi="Calibri" w:cs="Calibri" w:eastAsia="宋体"/>
        </w:rPr>
        <w:t>父母的意愿是否明确。</w:t>
      </w:r>
    </w:p>
    <w:p>
      <w:pPr>
        <w:spacing w:after="100"/>
      </w:pPr>
      <w:r>
        <w:rPr>
          <w:rFonts w:ascii="Calibri" w:hAnsi="Calibri" w:cs="Calibri" w:eastAsia="宋体"/>
        </w:rPr>
        <w:t>伦理审查结果通常于伦理会议</w:t>
      </w:r>
      <w:r>
        <w:rPr>
          <w:rFonts w:ascii="Calibri" w:hAnsi="Calibri" w:cs="Calibri" w:eastAsia="宋体"/>
          <w:b/>
        </w:rPr>
        <w:t>次日</w:t>
      </w:r>
      <w:r>
        <w:rPr>
          <w:rFonts w:ascii="Calibri" w:hAnsi="Calibri" w:cs="Calibri" w:eastAsia="宋体"/>
        </w:rPr>
        <w:t>告知。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特别提醒</w:t>
      </w:r>
    </w:p>
    <w:p>
      <w:pPr>
        <w:shd w:val="clear" w:color="auto" w:fill="FFFBEB"/>
        <w:pBdr>
          <w:left w:val="single" w:sz="18" w:space="6" w:color="F59E0B"/>
        </w:pBdr>
        <w:spacing w:after="40"/>
      </w:pPr>
      <w:r>
        <w:rPr>
          <w:rFonts w:ascii="Calibri" w:hAnsi="Calibri" w:cs="Calibri" w:eastAsia="宋体"/>
        </w:rPr>
        <w:t>伦理会议中会有伦理委员询问较为冒昧的问题。如“既然你是对于原本生殖器有厌恶，那么为什么不直接切平了，还要造一个女性的生殖器出来？”（来自笔者亲身经历）</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伦理会议通过后将不再有“必须由父母参与”的环节。</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伦理会议后会归还患者手中的纸质申请材料。</w:t>
      </w:r>
    </w:p>
    <w:p>
      <w:pPr>
        <w:pStyle w:val="Heading6"/>
      </w:pPr>
      <w:r>
        <w:rPr>
          <w:rFonts w:ascii="Calibri" w:hAnsi="Calibri" w:cs="Calibri" w:eastAsia="宋体"/>
        </w:rPr>
        <w:t>4.预约排期</w:t>
      </w:r>
    </w:p>
    <w:p>
      <w:pPr>
        <w:spacing w:after="100"/>
      </w:pPr>
      <w:r>
        <w:rPr>
          <w:rFonts w:ascii="Calibri" w:hAnsi="Calibri" w:cs="Calibri" w:eastAsia="宋体"/>
        </w:rPr>
        <w:t>伦理会议通过后，</w:t>
      </w:r>
      <w:r>
        <w:rPr>
          <w:rFonts w:ascii="Calibri" w:hAnsi="Calibri" w:cs="Calibri" w:eastAsia="宋体"/>
          <w:b/>
        </w:rPr>
        <w:t>每月月初</w:t>
      </w:r>
      <w:r>
        <w:rPr>
          <w:rFonts w:ascii="Calibri" w:hAnsi="Calibri" w:cs="Calibri" w:eastAsia="宋体"/>
        </w:rPr>
        <w:t>向医生助理微信询问</w:t>
      </w:r>
      <w:r>
        <w:rPr>
          <w:rFonts w:ascii="Calibri" w:hAnsi="Calibri" w:cs="Calibri" w:eastAsia="宋体"/>
          <w:b/>
        </w:rPr>
        <w:t>次月</w:t>
      </w:r>
      <w:r>
        <w:rPr>
          <w:rFonts w:ascii="Calibri" w:hAnsi="Calibri" w:cs="Calibri" w:eastAsia="宋体"/>
        </w:rPr>
        <w:t>的医生档期。</w:t>
      </w:r>
      <w:r>
        <w:br/>
      </w:r>
      <w:r>
        <w:br/>
      </w:r>
      <w:r>
        <w:rPr>
          <w:rFonts w:ascii="Calibri" w:hAnsi="Calibri" w:cs="Calibri" w:eastAsia="宋体"/>
        </w:rPr>
        <w:t>预约后即可开始准备手术事宜。</w:t>
      </w:r>
    </w:p>
    <w:p>
      <w:pPr>
        <w:pStyle w:val="Heading5"/>
      </w:pPr>
      <w:r>
        <w:rPr>
          <w:rFonts w:ascii="Calibri" w:hAnsi="Calibri" w:cs="Calibri" w:eastAsia="宋体"/>
        </w:rPr>
        <w:t>手术医生</w:t>
      </w:r>
    </w:p>
    <w:p>
      <w:pPr>
        <w:spacing w:before="20" w:after="40"/>
        <w:ind w:left="425" w:hanging="312"/>
      </w:pPr>
      <w:r>
        <w:rPr>
          <w:rFonts w:ascii="Calibri" w:hAnsi="Calibri" w:cs="Calibri" w:eastAsia="宋体"/>
        </w:rPr>
        <w:t xml:space="preserve">• </w:t>
      </w:r>
      <w:r>
        <w:rPr>
          <w:rFonts w:ascii="Calibri" w:hAnsi="Calibri" w:cs="Calibri" w:eastAsia="宋体"/>
          <w:b/>
        </w:rPr>
        <w:t>李峰永</w:t>
      </w:r>
      <w:r>
        <w:rPr>
          <w:rFonts w:ascii="Calibri" w:hAnsi="Calibri" w:cs="Calibri" w:eastAsia="宋体"/>
        </w:rPr>
        <w:t>（口腔黏膜术式）</w:t>
      </w:r>
    </w:p>
    <w:p>
      <w:pPr>
        <w:spacing w:before="20" w:after="40"/>
        <w:ind w:left="425" w:hanging="312"/>
      </w:pPr>
      <w:r>
        <w:rPr>
          <w:rFonts w:ascii="Calibri" w:hAnsi="Calibri" w:cs="Calibri" w:eastAsia="宋体"/>
        </w:rPr>
        <w:t xml:space="preserve">• </w:t>
      </w:r>
      <w:r>
        <w:rPr>
          <w:rFonts w:ascii="Calibri" w:hAnsi="Calibri" w:cs="Calibri" w:eastAsia="宋体"/>
          <w:b/>
        </w:rPr>
        <w:t>刘立强等多名专家团队</w:t>
      </w:r>
      <w:r>
        <w:rPr>
          <w:rFonts w:ascii="Calibri" w:hAnsi="Calibri" w:cs="Calibri" w:eastAsia="宋体"/>
        </w:rPr>
        <w:t>（其它术式，待补充信息）</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特别提示</w:t>
      </w:r>
    </w:p>
    <w:p>
      <w:pPr>
        <w:shd w:val="clear" w:color="auto" w:fill="FFFBEB"/>
        <w:pBdr>
          <w:left w:val="single" w:sz="18" w:space="6" w:color="F59E0B"/>
        </w:pBdr>
        <w:spacing w:after="40"/>
      </w:pPr>
      <w:r>
        <w:rPr>
          <w:rFonts w:ascii="Calibri" w:hAnsi="Calibri" w:cs="Calibri" w:eastAsia="宋体"/>
        </w:rPr>
        <w:t>因特殊原因，两个独立团队之间毫无交集。</w:t>
      </w:r>
    </w:p>
    <w:p>
      <w:pPr>
        <w:pStyle w:val="Heading4"/>
      </w:pPr>
      <w:r>
        <w:rPr>
          <w:rFonts w:ascii="Calibri" w:hAnsi="Calibri" w:cs="Calibri" w:eastAsia="微软雅黑"/>
        </w:rPr>
        <w:t>4.7.4.1  李峰永</w:t>
      </w:r>
    </w:p>
    <w:p>
      <w:pPr>
        <w:spacing w:after="160"/>
      </w:pPr>
      <w:r>
        <w:rPr>
          <w:rFonts w:ascii="Calibri" w:hAnsi="Calibri" w:cs="Calibri" w:eastAsia="宋体"/>
          <w:color w:val="6B7280"/>
          <w:sz w:val="16"/>
        </w:rPr>
        <w:t>原文：https://mtf.wiki/zh-cn/docs/srs/china/psh/Lee · 最近更新：2026年10月14日</w:t>
      </w:r>
    </w:p>
    <w:p>
      <w:pPr>
        <w:spacing w:after="100"/>
      </w:pPr>
      <w:r>
        <w:rPr>
          <w:rFonts w:ascii="Calibri" w:hAnsi="Calibri" w:cs="Calibri" w:eastAsia="宋体"/>
          <w:b/>
        </w:rPr>
        <w:t>李峰永</w:t>
      </w:r>
      <w:r>
        <w:rPr>
          <w:rFonts w:ascii="Calibri" w:hAnsi="Calibri" w:cs="Calibri" w:eastAsia="宋体"/>
        </w:rPr>
        <w:t>，主任医师，中国医学科学院整形外科医院会阴整形与性别重塑科副主任。</w:t>
      </w:r>
      <w:r>
        <w:rPr>
          <w:rFonts w:ascii="Calibri" w:hAnsi="Calibri" w:cs="Calibri" w:eastAsia="宋体"/>
          <w:vertAlign w:val="superscript"/>
        </w:rPr>
        <w:t>1</w:t>
      </w:r>
    </w:p>
    <w:p>
      <w:pPr>
        <w:spacing w:after="100"/>
      </w:pPr>
      <w:r>
        <w:rPr>
          <w:rFonts w:ascii="Calibri" w:hAnsi="Calibri" w:cs="Calibri" w:eastAsia="宋体"/>
        </w:rPr>
        <w:t>擅长女性会阴部的整形与修复重建，以及男转女性别重塑手术。</w:t>
      </w:r>
    </w:p>
    <w:p>
      <w:pPr>
        <w:spacing w:after="100"/>
      </w:pPr>
      <w:r>
        <w:rPr>
          <w:rFonts w:ascii="Calibri" w:hAnsi="Calibri" w:cs="Calibri" w:eastAsia="宋体"/>
          <w:b/>
        </w:rPr>
        <w:t>社交媒体：</w:t>
      </w:r>
    </w:p>
    <w:p>
      <w:pPr>
        <w:spacing w:before="20" w:after="40"/>
        <w:ind w:left="425" w:hanging="312"/>
      </w:pPr>
      <w:r>
        <w:rPr>
          <w:rFonts w:ascii="Calibri" w:hAnsi="Calibri" w:cs="Calibri" w:eastAsia="宋体"/>
        </w:rPr>
        <w:t xml:space="preserve">• </w:t>
      </w:r>
      <w:r>
        <w:rPr>
          <w:rFonts w:ascii="Calibri" w:hAnsi="Calibri" w:cs="Calibri" w:eastAsia="宋体"/>
          <w:b/>
        </w:rPr>
        <w:t>小红书：</w:t>
      </w:r>
      <w:r>
        <w:rPr>
          <w:rFonts w:ascii="Calibri" w:hAnsi="Calibri" w:cs="Calibri" w:eastAsia="宋体"/>
        </w:rPr>
        <w:t>八大处李峰永</w:t>
      </w:r>
    </w:p>
    <w:p>
      <w:pPr>
        <w:pStyle w:val="Heading5"/>
      </w:pPr>
      <w:r>
        <w:rPr>
          <w:rFonts w:ascii="Calibri" w:hAnsi="Calibri" w:cs="Calibri" w:eastAsia="宋体"/>
        </w:rPr>
        <w:t>口腔黏膜术式</w:t>
      </w:r>
    </w:p>
    <w:p>
      <w:pPr>
        <w:spacing w:before="20" w:after="40"/>
        <w:ind w:left="425" w:hanging="312"/>
      </w:pPr>
      <w:r>
        <w:rPr>
          <w:rFonts w:ascii="Calibri" w:hAnsi="Calibri" w:cs="Calibri" w:eastAsia="宋体"/>
        </w:rPr>
        <w:t xml:space="preserve">• </w:t>
      </w:r>
      <w:r>
        <w:rPr>
          <w:rFonts w:ascii="Calibri" w:hAnsi="Calibri" w:cs="Calibri" w:eastAsia="宋体"/>
        </w:rPr>
        <w:t>价格：10-12万元不等</w:t>
      </w:r>
    </w:p>
    <w:p>
      <w:pPr>
        <w:spacing w:before="20" w:after="40"/>
        <w:ind w:left="425" w:hanging="312"/>
      </w:pPr>
      <w:r>
        <w:rPr>
          <w:rFonts w:ascii="Calibri" w:hAnsi="Calibri" w:cs="Calibri" w:eastAsia="宋体"/>
        </w:rPr>
        <w:t xml:space="preserve">• </w:t>
      </w:r>
      <w:r>
        <w:rPr>
          <w:rFonts w:ascii="Calibri" w:hAnsi="Calibri" w:cs="Calibri" w:eastAsia="宋体"/>
        </w:rPr>
        <w:t>手术时间：约7-10小时</w:t>
      </w:r>
    </w:p>
    <w:p>
      <w:pPr>
        <w:spacing w:before="20" w:after="40"/>
        <w:ind w:left="425" w:hanging="312"/>
      </w:pPr>
      <w:r>
        <w:rPr>
          <w:rFonts w:ascii="Calibri" w:hAnsi="Calibri" w:cs="Calibri" w:eastAsia="宋体"/>
        </w:rPr>
        <w:t xml:space="preserve">• </w:t>
      </w:r>
      <w:r>
        <w:rPr>
          <w:rFonts w:ascii="Calibri" w:hAnsi="Calibri" w:cs="Calibri" w:eastAsia="宋体"/>
        </w:rPr>
        <w:t>输血量：无</w:t>
      </w:r>
    </w:p>
    <w:p>
      <w:pPr>
        <w:spacing w:before="20" w:after="40"/>
        <w:ind w:left="425" w:hanging="312"/>
      </w:pPr>
      <w:r>
        <w:rPr>
          <w:rFonts w:ascii="Calibri" w:hAnsi="Calibri" w:cs="Calibri" w:eastAsia="宋体"/>
        </w:rPr>
        <w:t xml:space="preserve">• </w:t>
      </w:r>
      <w:r>
        <w:rPr>
          <w:rFonts w:ascii="Calibri" w:hAnsi="Calibri" w:cs="Calibri" w:eastAsia="宋体"/>
        </w:rPr>
        <w:t>住院时长：18天左右，视情况</w:t>
      </w:r>
    </w:p>
    <w:p>
      <w:pPr>
        <w:spacing w:before="20" w:after="40"/>
        <w:ind w:left="425" w:hanging="312"/>
      </w:pPr>
      <w:r>
        <w:rPr>
          <w:rFonts w:ascii="Calibri" w:hAnsi="Calibri" w:cs="Calibri" w:eastAsia="宋体"/>
        </w:rPr>
        <w:t xml:space="preserve">• </w:t>
      </w:r>
      <w:r>
        <w:rPr>
          <w:rFonts w:ascii="Calibri" w:hAnsi="Calibri" w:cs="Calibri" w:eastAsia="宋体"/>
        </w:rPr>
        <w:t>恢复期漫长，具有相当的痛苦性</w:t>
      </w:r>
    </w:p>
    <w:p>
      <w:pPr>
        <w:spacing w:after="100"/>
      </w:pPr>
      <w:r>
        <w:rPr>
          <w:rFonts w:ascii="Calibri" w:hAnsi="Calibri" w:cs="Calibri" w:eastAsia="宋体"/>
        </w:rPr>
        <w:t>该手术由以下几部分组成：</w:t>
      </w:r>
    </w:p>
    <w:p>
      <w:pPr>
        <w:spacing w:before="20" w:after="40"/>
        <w:ind w:left="425" w:hanging="312"/>
      </w:pPr>
      <w:r>
        <w:rPr>
          <w:rFonts w:ascii="Calibri" w:hAnsi="Calibri" w:cs="Calibri" w:eastAsia="宋体"/>
        </w:rPr>
        <w:t xml:space="preserve">1. </w:t>
      </w:r>
      <w:r>
        <w:rPr>
          <w:rFonts w:ascii="Calibri" w:hAnsi="Calibri" w:cs="Calibri" w:eastAsia="宋体"/>
          <w:b/>
        </w:rPr>
        <w:t>睾丸切除术</w:t>
      </w:r>
      <w:r>
        <w:rPr>
          <w:rFonts w:ascii="Calibri" w:hAnsi="Calibri" w:cs="Calibri" w:eastAsia="宋体"/>
        </w:rPr>
        <w:t>：结扎并切除双侧睾丸</w:t>
      </w:r>
    </w:p>
    <w:p>
      <w:pPr>
        <w:spacing w:before="20" w:after="40"/>
        <w:ind w:left="425" w:hanging="312"/>
      </w:pPr>
      <w:r>
        <w:rPr>
          <w:rFonts w:ascii="Calibri" w:hAnsi="Calibri" w:cs="Calibri" w:eastAsia="宋体"/>
        </w:rPr>
        <w:t xml:space="preserve">2. </w:t>
      </w:r>
      <w:r>
        <w:rPr>
          <w:rFonts w:ascii="Calibri" w:hAnsi="Calibri" w:cs="Calibri" w:eastAsia="宋体"/>
          <w:b/>
        </w:rPr>
        <w:t>阴茎全切术</w:t>
      </w:r>
      <w:r>
        <w:rPr>
          <w:rFonts w:ascii="Calibri" w:hAnsi="Calibri" w:cs="Calibri" w:eastAsia="宋体"/>
        </w:rPr>
        <w:t>：切除阴茎海绵体</w:t>
      </w:r>
    </w:p>
    <w:p>
      <w:pPr>
        <w:spacing w:before="20" w:after="40"/>
        <w:ind w:left="425" w:hanging="312"/>
      </w:pPr>
      <w:r>
        <w:rPr>
          <w:rFonts w:ascii="Calibri" w:hAnsi="Calibri" w:cs="Calibri" w:eastAsia="宋体"/>
        </w:rPr>
        <w:t xml:space="preserve">3. </w:t>
      </w:r>
      <w:r>
        <w:rPr>
          <w:rFonts w:ascii="Calibri" w:hAnsi="Calibri" w:cs="Calibri" w:eastAsia="宋体"/>
          <w:b/>
        </w:rPr>
        <w:t>阴蒂成形术</w:t>
      </w:r>
      <w:r>
        <w:rPr>
          <w:rFonts w:ascii="Calibri" w:hAnsi="Calibri" w:cs="Calibri" w:eastAsia="宋体"/>
        </w:rPr>
        <w:t>：将龟头组织重塑为阴蒂，并妥善固定</w:t>
      </w:r>
    </w:p>
    <w:p>
      <w:pPr>
        <w:spacing w:before="20" w:after="40"/>
        <w:ind w:left="425" w:hanging="312"/>
      </w:pPr>
      <w:r>
        <w:rPr>
          <w:rFonts w:ascii="Calibri" w:hAnsi="Calibri" w:cs="Calibri" w:eastAsia="宋体"/>
        </w:rPr>
        <w:t xml:space="preserve">4. </w:t>
      </w:r>
      <w:r>
        <w:rPr>
          <w:rFonts w:ascii="Calibri" w:hAnsi="Calibri" w:cs="Calibri" w:eastAsia="宋体"/>
          <w:b/>
        </w:rPr>
        <w:t>尿道移位成形术</w:t>
      </w:r>
      <w:r>
        <w:rPr>
          <w:rFonts w:ascii="Calibri" w:hAnsi="Calibri" w:cs="Calibri" w:eastAsia="宋体"/>
        </w:rPr>
        <w:t>：切除多余尿道，重建女性尿道口</w:t>
      </w:r>
    </w:p>
    <w:p>
      <w:pPr>
        <w:spacing w:before="20" w:after="40"/>
        <w:ind w:left="425" w:hanging="312"/>
      </w:pPr>
      <w:r>
        <w:rPr>
          <w:rFonts w:ascii="Calibri" w:hAnsi="Calibri" w:cs="Calibri" w:eastAsia="宋体"/>
        </w:rPr>
        <w:t xml:space="preserve">5. </w:t>
      </w:r>
      <w:r>
        <w:rPr>
          <w:rFonts w:ascii="Calibri" w:hAnsi="Calibri" w:cs="Calibri" w:eastAsia="宋体"/>
          <w:b/>
        </w:rPr>
        <w:t>阴道再造术</w:t>
      </w:r>
      <w:r>
        <w:rPr>
          <w:rFonts w:ascii="Calibri" w:hAnsi="Calibri" w:cs="Calibri" w:eastAsia="宋体"/>
        </w:rPr>
        <w:t>：使用口腔黏膜与阴囊浅筋膜重建女性阴道</w:t>
      </w:r>
    </w:p>
    <w:p>
      <w:pPr>
        <w:spacing w:before="20" w:after="40"/>
        <w:ind w:left="425" w:hanging="312"/>
      </w:pPr>
      <w:r>
        <w:rPr>
          <w:rFonts w:ascii="Calibri" w:hAnsi="Calibri" w:cs="Calibri" w:eastAsia="宋体"/>
        </w:rPr>
        <w:t xml:space="preserve">6. </w:t>
      </w:r>
      <w:r>
        <w:rPr>
          <w:rFonts w:ascii="Calibri" w:hAnsi="Calibri" w:cs="Calibri" w:eastAsia="宋体"/>
          <w:b/>
        </w:rPr>
        <w:t>会阴体重建术</w:t>
      </w:r>
      <w:r>
        <w:rPr>
          <w:rFonts w:ascii="Calibri" w:hAnsi="Calibri" w:cs="Calibri" w:eastAsia="宋体"/>
        </w:rPr>
        <w:t>：重建球海绵体肌、会阴中心腱、尿道阴道括约肌、耻骨直肠肌等一系列肌肉群为女性形态</w:t>
      </w:r>
    </w:p>
    <w:p>
      <w:pPr>
        <w:spacing w:before="20" w:after="40"/>
        <w:ind w:left="425" w:hanging="312"/>
      </w:pPr>
      <w:r>
        <w:rPr>
          <w:rFonts w:ascii="Calibri" w:hAnsi="Calibri" w:cs="Calibri" w:eastAsia="宋体"/>
        </w:rPr>
        <w:t xml:space="preserve">7. </w:t>
      </w:r>
      <w:r>
        <w:rPr>
          <w:rFonts w:ascii="Calibri" w:hAnsi="Calibri" w:cs="Calibri" w:eastAsia="宋体"/>
          <w:b/>
        </w:rPr>
        <w:t>阴唇成形术</w:t>
      </w:r>
      <w:r>
        <w:rPr>
          <w:rFonts w:ascii="Calibri" w:hAnsi="Calibri" w:cs="Calibri" w:eastAsia="宋体"/>
        </w:rPr>
        <w:t>：利用皮瓣组织重塑为大、小阴唇</w:t>
      </w:r>
    </w:p>
    <w:p>
      <w:pPr>
        <w:pStyle w:val="Heading6"/>
      </w:pPr>
      <w:r>
        <w:rPr>
          <w:rFonts w:ascii="Calibri" w:hAnsi="Calibri" w:cs="Calibri" w:eastAsia="宋体"/>
        </w:rPr>
        <w:t>外观部分</w:t>
      </w:r>
    </w:p>
    <w:p>
      <w:pPr>
        <w:pStyle w:val="Heading7"/>
      </w:pPr>
      <w:r>
        <w:rPr>
          <w:rFonts w:ascii="Calibri" w:hAnsi="Calibri" w:cs="Calibri" w:eastAsia="宋体"/>
        </w:rPr>
        <w:t>外观整形技术</w:t>
      </w:r>
    </w:p>
    <w:p>
      <w:pPr>
        <w:spacing w:after="100"/>
      </w:pPr>
      <w:r>
        <w:rPr>
          <w:rFonts w:ascii="Calibri" w:hAnsi="Calibri" w:cs="Calibri" w:eastAsia="宋体"/>
        </w:rPr>
        <w:t>该术式中，绝大部分皮瓣材料均用于外观成形。</w:t>
      </w:r>
    </w:p>
    <w:p>
      <w:pPr>
        <w:spacing w:after="100"/>
      </w:pPr>
      <w:r>
        <w:rPr>
          <w:rFonts w:ascii="Calibri" w:hAnsi="Calibri" w:cs="Calibri" w:eastAsia="宋体"/>
        </w:rPr>
        <w:t xml:space="preserve">以下图为例演示（图源：《性别确认手术——原则与方法》）： </w:t>
      </w:r>
    </w:p>
    <w:p>
      <w:pPr>
        <w:spacing w:before="20" w:after="40"/>
        <w:ind w:left="425" w:hanging="312"/>
      </w:pPr>
      <w:r>
        <w:rPr>
          <w:rFonts w:ascii="Calibri" w:hAnsi="Calibri" w:cs="Calibri" w:eastAsia="宋体"/>
        </w:rPr>
        <w:t xml:space="preserve">1. </w:t>
      </w:r>
      <w:r>
        <w:rPr>
          <w:rFonts w:ascii="Calibri" w:hAnsi="Calibri" w:cs="Calibri" w:eastAsia="宋体"/>
        </w:rPr>
        <w:t>蓝色区域（生殖股神经生殖支）：水平向后翻折形成大阴唇</w:t>
      </w:r>
    </w:p>
    <w:p>
      <w:pPr>
        <w:spacing w:before="20" w:after="40"/>
        <w:ind w:left="425" w:hanging="312"/>
      </w:pPr>
      <w:r>
        <w:rPr>
          <w:rFonts w:ascii="Calibri" w:hAnsi="Calibri" w:cs="Calibri" w:eastAsia="宋体"/>
        </w:rPr>
        <w:t xml:space="preserve">2. </w:t>
      </w:r>
      <w:r>
        <w:rPr>
          <w:rFonts w:ascii="Calibri" w:hAnsi="Calibri" w:cs="Calibri" w:eastAsia="宋体"/>
        </w:rPr>
        <w:t>黄色区域（髂腹股沟神经）：下拉形成双侧小阴唇与阴道前庭</w:t>
      </w:r>
    </w:p>
    <w:p>
      <w:pPr>
        <w:spacing w:before="20" w:after="40"/>
        <w:ind w:left="425" w:hanging="312"/>
      </w:pPr>
      <w:r>
        <w:rPr>
          <w:rFonts w:ascii="Calibri" w:hAnsi="Calibri" w:cs="Calibri" w:eastAsia="宋体"/>
        </w:rPr>
        <w:t xml:space="preserve">3. </w:t>
      </w:r>
      <w:r>
        <w:rPr>
          <w:rFonts w:ascii="Calibri" w:hAnsi="Calibri" w:cs="Calibri" w:eastAsia="宋体"/>
        </w:rPr>
        <w:t>紫色区域（阴部神经）：垂直后折加固阴道后壁（详见</w:t>
      </w:r>
      <w:r>
        <w:rPr>
          <w:rFonts w:ascii="Calibri" w:hAnsi="Calibri" w:cs="Calibri" w:eastAsia="宋体"/>
        </w:rPr>
        <w:t>阴道部分</w:t>
      </w:r>
      <w:r>
        <w:rPr>
          <w:rFonts w:ascii="Calibri" w:hAnsi="Calibri" w:cs="Calibri" w:eastAsia="宋体"/>
        </w:rPr>
        <w:t>章节）</w:t>
      </w:r>
    </w:p>
    <w:p>
      <w:pPr>
        <w:spacing w:after="100"/>
      </w:pPr>
      <w:r>
        <w:rPr>
          <w:rFonts w:ascii="Calibri" w:hAnsi="Calibri" w:cs="Calibri" w:eastAsia="宋体"/>
        </w:rPr>
        <w:t>如材料充足，则外观与顺女无异。</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本术式对于脱毛要求较低，但强烈建议在力所能及的情况下脱除阴囊中缝附近毛发。</w:t>
      </w:r>
    </w:p>
    <w:p>
      <w:pPr>
        <w:pStyle w:val="Heading7"/>
      </w:pPr>
      <w:r>
        <w:rPr>
          <w:rFonts w:ascii="Calibri" w:hAnsi="Calibri" w:cs="Calibri" w:eastAsia="宋体"/>
        </w:rPr>
        <w:t>外观效果</w:t>
      </w:r>
    </w:p>
    <w:p>
      <w:pPr>
        <w:spacing w:after="100"/>
      </w:pPr>
      <w:r>
        <w:rPr>
          <w:rFonts w:ascii="Calibri" w:hAnsi="Calibri" w:cs="Calibri" w:eastAsia="宋体"/>
        </w:rPr>
        <w:t>术后外观偏纤细，近似天然女性。</w:t>
      </w:r>
      <w:r>
        <w:br/>
      </w:r>
      <w:r>
        <w:br/>
      </w:r>
      <w:r>
        <w:rPr>
          <w:rFonts w:ascii="Calibri" w:hAnsi="Calibri" w:cs="Calibri" w:eastAsia="宋体"/>
        </w:rPr>
        <w:t>如发生材料不足等情况（常见于阴茎包皮过短），小阴唇难以完全包裹阴道口，后联合处小阴唇会做平滑过渡处理，使得外观不与天然女性过多偏离。</w:t>
      </w:r>
    </w:p>
    <w:p>
      <w:pPr>
        <w:spacing w:after="100"/>
      </w:pPr>
      <w:r>
        <w:rPr>
          <w:rFonts w:ascii="Calibri" w:hAnsi="Calibri" w:cs="Calibri" w:eastAsia="宋体"/>
        </w:rPr>
        <w:t>术后外表面无疤痕，无引流口。</w:t>
      </w:r>
      <w:r>
        <w:br/>
      </w:r>
      <w:r>
        <w:br/>
      </w:r>
      <w:r>
        <w:rPr>
          <w:rFonts w:ascii="Calibri" w:hAnsi="Calibri" w:cs="Calibri" w:eastAsia="宋体"/>
        </w:rPr>
        <w:t>双侧大阴唇下侧1/3处，靠近内侧会有一道隐蔽缝合口。</w:t>
      </w:r>
      <w:r>
        <w:br/>
      </w:r>
      <w:r>
        <w:br/>
      </w:r>
      <w:r>
        <w:rPr>
          <w:rFonts w:ascii="Calibri" w:hAnsi="Calibri" w:cs="Calibri" w:eastAsia="宋体"/>
        </w:rPr>
        <w:t>其余位置无缝合痕迹。</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提示</w:t>
      </w:r>
    </w:p>
    <w:p>
      <w:pPr>
        <w:shd w:val="clear" w:color="auto" w:fill="FFFBEB"/>
        <w:pBdr>
          <w:left w:val="single" w:sz="18" w:space="6" w:color="F59E0B"/>
        </w:pBdr>
        <w:spacing w:after="40"/>
      </w:pPr>
      <w:r>
        <w:rPr>
          <w:rFonts w:ascii="Calibri" w:hAnsi="Calibri" w:cs="Calibri" w:eastAsia="宋体"/>
        </w:rPr>
        <w:t>八大处患者隐私保护意识极强，案例不予线上公开。可以在线下面诊时获得。</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除了在手术台上之外，不会有任何人拍你的批照。身上的手术材料也不会被拍。</w:t>
      </w:r>
    </w:p>
    <w:p>
      <w:pPr>
        <w:pStyle w:val="Heading6"/>
      </w:pPr>
      <w:r>
        <w:rPr>
          <w:rFonts w:ascii="Calibri" w:hAnsi="Calibri" w:cs="Calibri" w:eastAsia="宋体"/>
        </w:rPr>
        <w:t>阴道部分</w:t>
      </w:r>
    </w:p>
    <w:p>
      <w:pPr>
        <w:pStyle w:val="Heading7"/>
      </w:pPr>
      <w:r>
        <w:rPr>
          <w:rFonts w:ascii="Calibri" w:hAnsi="Calibri" w:cs="Calibri" w:eastAsia="宋体"/>
        </w:rPr>
        <w:t>口腔黏膜采取</w:t>
      </w:r>
    </w:p>
    <w:p>
      <w:pPr>
        <w:spacing w:after="100"/>
      </w:pPr>
      <w:r>
        <w:rPr>
          <w:rFonts w:ascii="Calibri" w:hAnsi="Calibri" w:cs="Calibri" w:eastAsia="宋体"/>
        </w:rPr>
        <w:t>口腔黏膜于术中即时采取。</w:t>
      </w:r>
      <w:r>
        <w:br/>
      </w:r>
      <w:r>
        <w:br/>
      </w:r>
      <w:r>
        <w:rPr>
          <w:rFonts w:ascii="Calibri" w:hAnsi="Calibri" w:cs="Calibri" w:eastAsia="宋体"/>
        </w:rPr>
        <w:t>采取方式为在两颊位置，间隔采取成块的黏膜，剪碎后备用。</w:t>
      </w:r>
    </w:p>
    <w:p>
      <w:pPr>
        <w:spacing w:after="100"/>
      </w:pPr>
      <w:r>
        <w:rPr>
          <w:rFonts w:ascii="Calibri" w:hAnsi="Calibri" w:cs="Calibri" w:eastAsia="宋体"/>
        </w:rPr>
        <w:t>口腔黏膜采取位置在7天到20天左右会完全上皮化。</w:t>
      </w:r>
      <w:r>
        <w:br/>
      </w:r>
      <w:r>
        <w:br/>
      </w:r>
      <w:r>
        <w:rPr>
          <w:rFonts w:ascii="Calibri" w:hAnsi="Calibri" w:cs="Calibri" w:eastAsia="宋体"/>
        </w:rPr>
        <w:t>痕迹需要更久的时间才会完全生长平滑消失。（笔者实测数据）</w:t>
      </w:r>
    </w:p>
    <w:p>
      <w:pPr>
        <w:pStyle w:val="Heading7"/>
      </w:pPr>
      <w:r>
        <w:rPr>
          <w:rFonts w:ascii="Calibri" w:hAnsi="Calibri" w:cs="Calibri" w:eastAsia="宋体"/>
        </w:rPr>
        <w:t>阴道壁建立</w:t>
      </w:r>
    </w:p>
    <w:p>
      <w:pPr>
        <w:spacing w:after="100"/>
      </w:pPr>
      <w:r>
        <w:rPr>
          <w:rFonts w:ascii="Calibri" w:hAnsi="Calibri" w:cs="Calibri" w:eastAsia="宋体"/>
        </w:rPr>
        <w:t>将剪碎的口腔黏膜颗粒，分散的均匀移植到建立好的阴道腔隙内壁。</w:t>
      </w:r>
      <w:r>
        <w:br/>
      </w:r>
      <w:r>
        <w:br/>
      </w:r>
      <w:r>
        <w:rPr>
          <w:rFonts w:ascii="Calibri" w:hAnsi="Calibri" w:cs="Calibri" w:eastAsia="宋体"/>
        </w:rPr>
        <w:t>以硬质或半硬质材料，包裹于纱布外，填塞进阴道内，以便黏膜分布生长为整体。</w:t>
      </w:r>
    </w:p>
    <w:p>
      <w:pPr>
        <w:spacing w:after="100"/>
      </w:pPr>
      <w:r>
        <w:rPr>
          <w:rFonts w:ascii="Calibri" w:hAnsi="Calibri" w:cs="Calibri" w:eastAsia="宋体"/>
        </w:rPr>
        <w:t>阴道后壁使用部分阴囊皮瓣翻折加固。</w:t>
      </w:r>
      <w:r>
        <w:br/>
      </w:r>
      <w:r>
        <w:br/>
      </w:r>
      <w:r>
        <w:rPr>
          <w:rFonts w:ascii="Calibri" w:hAnsi="Calibri" w:cs="Calibri" w:eastAsia="宋体"/>
        </w:rPr>
        <w:t>加固在后壁的阴囊表皮不久后会脱落，保留其下的阴囊浅筋膜（肉膜，Dartos筋膜）等组织。</w:t>
      </w:r>
      <w:r>
        <w:br/>
      </w:r>
      <w:r>
        <w:br/>
      </w:r>
      <w:r>
        <w:rPr>
          <w:rFonts w:ascii="Calibri" w:hAnsi="Calibri" w:cs="Calibri" w:eastAsia="宋体"/>
        </w:rPr>
        <w:t>此举是为了预防直肠阴道瘘。传统口腔黏膜再造阴道术后，发生此并发症的风险高于其它术式。</w:t>
      </w:r>
    </w:p>
    <w:p>
      <w:pPr>
        <w:pStyle w:val="Heading7"/>
      </w:pPr>
      <w:r>
        <w:rPr>
          <w:rFonts w:ascii="Calibri" w:hAnsi="Calibri" w:cs="Calibri" w:eastAsia="宋体"/>
        </w:rPr>
        <w:t>术后预期</w:t>
      </w:r>
    </w:p>
    <w:p>
      <w:pPr>
        <w:spacing w:before="20" w:after="40"/>
        <w:ind w:left="425" w:hanging="312"/>
      </w:pPr>
      <w:r>
        <w:rPr>
          <w:rFonts w:ascii="Calibri" w:hAnsi="Calibri" w:cs="Calibri" w:eastAsia="宋体"/>
        </w:rPr>
        <w:t xml:space="preserve">• </w:t>
      </w:r>
      <w:r>
        <w:rPr>
          <w:rFonts w:ascii="Calibri" w:hAnsi="Calibri" w:cs="Calibri" w:eastAsia="宋体"/>
        </w:rPr>
        <w:t>口腔黏膜与先天的阴道壁同为非角化复层鳞状上皮组织，具有一定的润滑作用。</w:t>
      </w:r>
    </w:p>
    <w:p>
      <w:pPr>
        <w:spacing w:before="20" w:after="40"/>
        <w:ind w:left="425" w:hanging="312"/>
      </w:pPr>
      <w:r>
        <w:rPr>
          <w:rFonts w:ascii="Calibri" w:hAnsi="Calibri" w:cs="Calibri" w:eastAsia="宋体"/>
        </w:rPr>
        <w:t xml:space="preserve">• </w:t>
      </w:r>
      <w:r>
        <w:rPr>
          <w:rFonts w:ascii="Calibri" w:hAnsi="Calibri" w:cs="Calibri" w:eastAsia="宋体"/>
        </w:rPr>
        <w:t>阴囊浅筋膜中具有平滑肌，有一定收缩功能。</w:t>
      </w:r>
    </w:p>
    <w:p>
      <w:pPr>
        <w:spacing w:before="20" w:after="40"/>
        <w:ind w:left="425" w:hanging="312"/>
      </w:pPr>
      <w:r>
        <w:rPr>
          <w:rFonts w:ascii="Calibri" w:hAnsi="Calibri" w:cs="Calibri" w:eastAsia="宋体"/>
        </w:rPr>
        <w:t xml:space="preserve">• </w:t>
      </w:r>
      <w:r>
        <w:rPr>
          <w:rFonts w:ascii="Calibri" w:hAnsi="Calibri" w:cs="Calibri" w:eastAsia="宋体"/>
        </w:rPr>
        <w:t>阴道深度统一为10-11厘米左右，直径3.0-3.5厘米左右。</w:t>
      </w:r>
    </w:p>
    <w:p>
      <w:pPr>
        <w:pStyle w:val="Heading7"/>
      </w:pPr>
      <w:r>
        <w:rPr>
          <w:rFonts w:ascii="Calibri" w:hAnsi="Calibri" w:cs="Calibri" w:eastAsia="宋体"/>
        </w:rPr>
        <w:t>通模要求</w:t>
      </w:r>
    </w:p>
    <w:p>
      <w:pPr>
        <w:spacing w:before="20" w:after="40"/>
        <w:ind w:left="425" w:hanging="312"/>
      </w:pPr>
      <w:r>
        <w:rPr>
          <w:rFonts w:ascii="Calibri" w:hAnsi="Calibri" w:cs="Calibri" w:eastAsia="宋体"/>
        </w:rPr>
        <w:t xml:space="preserve">• </w:t>
      </w:r>
      <w:r>
        <w:rPr>
          <w:rFonts w:ascii="Calibri" w:hAnsi="Calibri" w:cs="Calibri" w:eastAsia="宋体"/>
        </w:rPr>
        <w:t>模具为术后拆包时可以放入的最大号模具。</w:t>
      </w:r>
    </w:p>
    <w:p>
      <w:pPr>
        <w:spacing w:before="20" w:after="40"/>
        <w:ind w:left="425" w:hanging="312"/>
      </w:pPr>
      <w:r>
        <w:rPr>
          <w:rFonts w:ascii="Calibri" w:hAnsi="Calibri" w:cs="Calibri" w:eastAsia="宋体"/>
        </w:rPr>
        <w:t xml:space="preserve">• </w:t>
      </w:r>
      <w:r>
        <w:rPr>
          <w:rFonts w:ascii="Calibri" w:hAnsi="Calibri" w:cs="Calibri" w:eastAsia="宋体"/>
        </w:rPr>
        <w:t>术后六个月内，24小时佩戴模具。洗澡、如厕时可短暂取出，不得超过15分钟。</w:t>
      </w:r>
    </w:p>
    <w:p>
      <w:pPr>
        <w:spacing w:before="20" w:after="40"/>
        <w:ind w:left="425" w:hanging="312"/>
      </w:pPr>
      <w:r>
        <w:rPr>
          <w:rFonts w:ascii="Calibri" w:hAnsi="Calibri" w:cs="Calibri" w:eastAsia="宋体"/>
        </w:rPr>
        <w:t xml:space="preserve">• </w:t>
      </w:r>
      <w:r>
        <w:rPr>
          <w:rFonts w:ascii="Calibri" w:hAnsi="Calibri" w:cs="Calibri" w:eastAsia="宋体"/>
        </w:rPr>
        <w:t>每天大便后取出清洁模具并冲洗阴道，不得超过15分钟。</w:t>
      </w:r>
    </w:p>
    <w:p>
      <w:pPr>
        <w:spacing w:before="20" w:after="40"/>
        <w:ind w:left="425" w:hanging="312"/>
      </w:pPr>
      <w:r>
        <w:rPr>
          <w:rFonts w:ascii="Calibri" w:hAnsi="Calibri" w:cs="Calibri" w:eastAsia="宋体"/>
        </w:rPr>
        <w:t xml:space="preserve">• </w:t>
      </w:r>
      <w:r>
        <w:rPr>
          <w:rFonts w:ascii="Calibri" w:hAnsi="Calibri" w:cs="Calibri" w:eastAsia="宋体"/>
        </w:rPr>
        <w:t>六个月后按流程逐步脱离模具。</w:t>
      </w:r>
    </w:p>
    <w:p>
      <w:pPr>
        <w:pStyle w:val="Heading5"/>
      </w:pPr>
      <w:r>
        <w:rPr>
          <w:rFonts w:ascii="Calibri" w:hAnsi="Calibri" w:cs="Calibri" w:eastAsia="宋体"/>
        </w:rPr>
        <w:t>零深度术式</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缺乏详细资料，待补充。</w:t>
      </w:r>
    </w:p>
    <w:p>
      <w:pPr>
        <w:pStyle w:val="Heading5"/>
      </w:pPr>
      <w:r>
        <w:rPr>
          <w:rFonts w:ascii="Calibri" w:hAnsi="Calibri" w:cs="Calibri" w:eastAsia="宋体"/>
        </w:rPr>
        <w:t>SRS术后缺陷的修复</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缺乏详细资料，待补充。</w:t>
      </w:r>
    </w:p>
    <w:p>
      <w:pPr>
        <w:pStyle w:val="Heading5"/>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不叫“李主任”，叫“峰主任”。 </w:t>
      </w:r>
    </w:p>
    <w:p>
      <w:pPr>
        <w:pStyle w:val="Heading5"/>
      </w:pPr>
      <w:r>
        <w:rPr>
          <w:rFonts w:ascii="Calibri" w:hAnsi="Calibri" w:cs="Calibri" w:eastAsia="微软雅黑"/>
        </w:rPr>
        <w:t>4.7.4.1.1  【院前】入院前准备</w:t>
      </w:r>
    </w:p>
    <w:p>
      <w:pPr>
        <w:spacing w:after="160"/>
      </w:pPr>
      <w:r>
        <w:rPr>
          <w:rFonts w:ascii="Calibri" w:hAnsi="Calibri" w:cs="Calibri" w:eastAsia="宋体"/>
          <w:color w:val="6B7280"/>
          <w:sz w:val="16"/>
        </w:rPr>
        <w:t>原文：https://mtf.wiki/zh-cn/docs/srs/china/psh/Lee/pre-inpatient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数据来自于单名接受手术者，会随实际情况而变动。</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更多信息</w:t>
      </w:r>
    </w:p>
    <w:p>
      <w:pPr>
        <w:shd w:val="clear" w:color="auto" w:fill="EFF6FF"/>
        <w:pBdr>
          <w:left w:val="single" w:sz="18" w:space="6" w:color="3B82F6"/>
        </w:pBdr>
        <w:spacing w:after="40"/>
      </w:pPr>
      <w:r>
        <w:rPr>
          <w:rFonts w:ascii="Calibri" w:hAnsi="Calibri" w:cs="Calibri" w:eastAsia="宋体"/>
        </w:rPr>
        <w:t xml:space="preserve">更多信息请参阅 </w:t>
      </w:r>
      <w:r>
        <w:rPr>
          <w:rFonts w:ascii="Calibri" w:hAnsi="Calibri" w:cs="Calibri" w:eastAsia="宋体"/>
          <w:b/>
        </w:rPr>
        <w:t>医院给的宣教文件</w:t>
      </w:r>
      <w:r>
        <w:rPr>
          <w:rFonts w:ascii="Calibri" w:hAnsi="Calibri" w:cs="Calibri" w:eastAsia="宋体"/>
        </w:rPr>
        <w:t>。</w:t>
      </w:r>
    </w:p>
    <w:p>
      <w:pPr>
        <w:pStyle w:val="Heading6"/>
      </w:pPr>
      <w:r>
        <w:rPr>
          <w:rFonts w:ascii="Calibri" w:hAnsi="Calibri" w:cs="Calibri" w:eastAsia="宋体"/>
        </w:rPr>
        <w:t>物料准备</w:t>
      </w:r>
    </w:p>
    <w:p>
      <w:pPr>
        <w:pStyle w:val="Heading7"/>
      </w:pPr>
      <w:r>
        <w:rPr>
          <w:rFonts w:ascii="Calibri" w:hAnsi="Calibri" w:cs="Calibri" w:eastAsia="宋体"/>
        </w:rPr>
        <w:t>1.阴道模具</w:t>
      </w:r>
    </w:p>
    <w:p>
      <w:pPr>
        <w:spacing w:after="100"/>
      </w:pPr>
      <w:r>
        <w:rPr>
          <w:rFonts w:ascii="Calibri" w:hAnsi="Calibri" w:cs="Calibri" w:eastAsia="宋体"/>
          <w:strike/>
        </w:rPr>
        <w:t>（假牛子）</w:t>
      </w:r>
    </w:p>
    <w:p>
      <w:pPr>
        <w:spacing w:after="100"/>
      </w:pPr>
      <w:r>
        <w:rPr>
          <w:rFonts w:ascii="Calibri" w:hAnsi="Calibri" w:cs="Calibri" w:eastAsia="宋体"/>
        </w:rPr>
        <w:t>医院提供的模具购买</w:t>
      </w:r>
      <w:r>
        <w:rPr>
          <w:rFonts w:ascii="Calibri" w:hAnsi="Calibri" w:cs="Calibri" w:eastAsia="宋体"/>
        </w:rPr>
        <w:t>链接</w:t>
      </w:r>
      <w:r>
        <w:rPr>
          <w:rFonts w:ascii="Calibri" w:hAnsi="Calibri" w:cs="Calibri" w:eastAsia="宋体"/>
        </w:rPr>
        <w:t>。</w:t>
      </w:r>
    </w:p>
    <w:p>
      <w:pPr>
        <w:spacing w:after="100"/>
      </w:pPr>
      <w:r>
        <w:rPr>
          <w:rFonts w:ascii="Calibri" w:hAnsi="Calibri" w:cs="Calibri" w:eastAsia="宋体"/>
        </w:rPr>
        <w:t>买3.0厘米和3.5厘米，各买2-3个。术后会测试哪个直径更合适，出院后再多买一些。</w:t>
      </w:r>
    </w:p>
    <w:p>
      <w:pPr>
        <w:spacing w:after="100"/>
      </w:pPr>
      <w:r>
        <w:rPr>
          <w:rFonts w:ascii="Calibri" w:hAnsi="Calibri" w:cs="Calibri" w:eastAsia="宋体"/>
          <w:strike/>
        </w:rPr>
        <w:t>（术后可以躺在床上快活）</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如果不方便随身携带乘坐交通工具，可以将模具寄到医院丰巢快递柜。</w:t>
      </w:r>
    </w:p>
    <w:p>
      <w:pPr>
        <w:pStyle w:val="Heading7"/>
      </w:pPr>
      <w:r>
        <w:rPr>
          <w:rFonts w:ascii="Calibri" w:hAnsi="Calibri" w:cs="Calibri" w:eastAsia="宋体"/>
        </w:rPr>
        <w:t>2.避孕套</w:t>
      </w:r>
    </w:p>
    <w:p>
      <w:pPr>
        <w:spacing w:after="100"/>
      </w:pPr>
      <w:r>
        <w:rPr>
          <w:rFonts w:ascii="Calibri" w:hAnsi="Calibri" w:cs="Calibri" w:eastAsia="宋体"/>
        </w:rPr>
        <w:t>套在模具上通模用，多买一些，最好是无色无味的。</w:t>
      </w:r>
    </w:p>
    <w:p>
      <w:pPr>
        <w:pStyle w:val="Heading7"/>
      </w:pPr>
      <w:r>
        <w:rPr>
          <w:rFonts w:ascii="Calibri" w:hAnsi="Calibri" w:cs="Calibri" w:eastAsia="宋体"/>
        </w:rPr>
        <w:t>3.白毛巾</w:t>
      </w:r>
    </w:p>
    <w:p>
      <w:pPr>
        <w:spacing w:after="100"/>
      </w:pPr>
      <w:r>
        <w:rPr>
          <w:rFonts w:ascii="Calibri" w:hAnsi="Calibri" w:cs="Calibri" w:eastAsia="宋体"/>
        </w:rPr>
        <w:t>医生让提前准备一些比较厚实的小白毛巾，20x20厘米。用于术后垫在模具外面，吸收血液，组织液</w:t>
      </w:r>
      <w:r>
        <w:rPr>
          <w:rFonts w:ascii="Calibri" w:hAnsi="Calibri" w:cs="Calibri" w:eastAsia="宋体"/>
          <w:strike/>
        </w:rPr>
        <w:t>以及尿液</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换药室里的20x30纱布敷料比白毛巾好用得多。</w:t>
      </w:r>
    </w:p>
    <w:p>
      <w:pPr>
        <w:pStyle w:val="Heading7"/>
      </w:pPr>
      <w:r>
        <w:rPr>
          <w:rFonts w:ascii="Calibri" w:hAnsi="Calibri" w:cs="Calibri" w:eastAsia="宋体"/>
        </w:rPr>
        <w:t>4.塑身衣</w:t>
      </w:r>
    </w:p>
    <w:p>
      <w:pPr>
        <w:spacing w:after="100"/>
      </w:pPr>
      <w:r>
        <w:rPr>
          <w:rFonts w:ascii="Calibri" w:hAnsi="Calibri" w:cs="Calibri" w:eastAsia="宋体"/>
        </w:rPr>
        <w:t>用来术后兜住模具，把模具按在阴道里。</w:t>
      </w:r>
    </w:p>
    <w:p>
      <w:pPr>
        <w:spacing w:after="100"/>
      </w:pPr>
      <w:r>
        <w:rPr>
          <w:rFonts w:ascii="Calibri" w:hAnsi="Calibri" w:cs="Calibri" w:eastAsia="宋体"/>
        </w:rPr>
        <w:t>医生并没有给出链接。</w:t>
      </w:r>
    </w:p>
    <w:p>
      <w:pPr>
        <w:spacing w:after="100"/>
      </w:pPr>
      <w:r>
        <w:rPr>
          <w:rFonts w:ascii="Calibri" w:hAnsi="Calibri" w:cs="Calibri" w:eastAsia="宋体"/>
        </w:rPr>
        <w:t>准备两套，要试穿下看裆部是否有足够的力量支撑。</w:t>
      </w:r>
    </w:p>
    <w:p>
      <w:pPr>
        <w:spacing w:after="100"/>
      </w:pPr>
      <w:r>
        <w:rPr>
          <w:rFonts w:ascii="Calibri" w:hAnsi="Calibri" w:cs="Calibri" w:eastAsia="宋体"/>
        </w:rPr>
        <w:t>（笔者的塑身衣不合格，被峰主任要求重买了。并在一天内造成了微弱的阴道萎缩。）</w:t>
      </w:r>
    </w:p>
    <w:p>
      <w:pPr>
        <w:shd w:val="clear" w:color="auto" w:fill="F7F8FA"/>
        <w:pBdr>
          <w:left w:val="single" w:sz="18" w:space="6" w:color="C9CDD4"/>
        </w:pBdr>
        <w:spacing w:after="40"/>
      </w:pPr>
      <w:r>
        <w:rPr>
          <w:rFonts w:ascii="Calibri" w:hAnsi="Calibri" w:cs="Calibri" w:eastAsia="宋体"/>
        </w:rPr>
        <w:t>抄作业链接：</w:t>
      </w:r>
      <w:r>
        <w:br/>
      </w:r>
      <w:r>
        <w:br/>
      </w:r>
      <w:r>
        <w:rPr>
          <w:rFonts w:ascii="Calibri" w:hAnsi="Calibri" w:cs="Calibri" w:eastAsia="宋体"/>
        </w:rPr>
        <w:t>猫人夏天超薄款连体塑身内衣女士美体朔身收腹束腰塑形衣冰丝透气</w:t>
      </w:r>
    </w:p>
    <w:p>
      <w:pPr>
        <w:shd w:val="clear" w:color="auto" w:fill="F7F8FA"/>
        <w:pBdr>
          <w:left w:val="single" w:sz="18" w:space="6" w:color="C9CDD4"/>
        </w:pBdr>
        <w:spacing w:after="40"/>
      </w:pPr>
      <w:r>
        <w:rPr>
          <w:rFonts w:ascii="Calibri" w:hAnsi="Calibri" w:cs="Calibri" w:eastAsia="宋体"/>
        </w:rPr>
        <w:t>特别鸣谢：芙拉</w:t>
      </w:r>
    </w:p>
    <w:p>
      <w:pPr>
        <w:pStyle w:val="Heading6"/>
      </w:pPr>
      <w:r>
        <w:rPr>
          <w:rFonts w:ascii="Calibri" w:hAnsi="Calibri" w:cs="Calibri" w:eastAsia="宋体"/>
        </w:rPr>
        <w:t>个人准备</w:t>
      </w:r>
    </w:p>
    <w:p>
      <w:pPr>
        <w:spacing w:before="20" w:after="40"/>
        <w:ind w:left="425" w:hanging="312"/>
      </w:pPr>
      <w:r>
        <w:rPr>
          <w:rFonts w:ascii="Calibri" w:hAnsi="Calibri" w:cs="Calibri" w:eastAsia="宋体"/>
        </w:rPr>
        <w:t xml:space="preserve">1. </w:t>
      </w:r>
      <w:r>
        <w:rPr>
          <w:rFonts w:ascii="Calibri" w:hAnsi="Calibri" w:cs="Calibri" w:eastAsia="宋体"/>
        </w:rPr>
        <w:t>术前停激素一个月。</w:t>
      </w:r>
    </w:p>
    <w:p>
      <w:pPr>
        <w:spacing w:before="20" w:after="40"/>
        <w:ind w:left="425" w:hanging="312"/>
      </w:pPr>
      <w:r>
        <w:rPr>
          <w:rFonts w:ascii="Calibri" w:hAnsi="Calibri" w:cs="Calibri" w:eastAsia="宋体"/>
        </w:rPr>
        <w:t xml:space="preserve">2. </w:t>
      </w:r>
      <w:r>
        <w:rPr>
          <w:rFonts w:ascii="Calibri" w:hAnsi="Calibri" w:cs="Calibri" w:eastAsia="宋体"/>
        </w:rPr>
        <w:t>精神科咨询围术期精神药品使用方案。</w:t>
      </w:r>
    </w:p>
    <w:p>
      <w:pPr>
        <w:spacing w:before="20" w:after="40"/>
        <w:ind w:left="425" w:hanging="312"/>
      </w:pPr>
      <w:r>
        <w:rPr>
          <w:rFonts w:ascii="Calibri" w:hAnsi="Calibri" w:cs="Calibri" w:eastAsia="宋体"/>
        </w:rPr>
        <w:t xml:space="preserve">3. </w:t>
      </w:r>
      <w:r>
        <w:rPr>
          <w:rFonts w:ascii="Calibri" w:hAnsi="Calibri" w:cs="Calibri" w:eastAsia="宋体"/>
        </w:rPr>
        <w:t>避免感冒。</w:t>
      </w:r>
    </w:p>
    <w:p>
      <w:pPr>
        <w:pStyle w:val="Heading5"/>
      </w:pPr>
      <w:r>
        <w:rPr>
          <w:rFonts w:ascii="Calibri" w:hAnsi="Calibri" w:cs="Calibri" w:eastAsia="微软雅黑"/>
        </w:rPr>
        <w:t>4.7.4.1.2  【院中】住院手术时间线</w:t>
      </w:r>
    </w:p>
    <w:p>
      <w:pPr>
        <w:spacing w:after="160"/>
      </w:pPr>
      <w:r>
        <w:rPr>
          <w:rFonts w:ascii="Calibri" w:hAnsi="Calibri" w:cs="Calibri" w:eastAsia="宋体"/>
          <w:color w:val="6B7280"/>
          <w:sz w:val="16"/>
        </w:rPr>
        <w:t>原文：https://mtf.wiki/zh-cn/docs/srs/china/psh/Lee/inpatient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内容视角来自于单名接受手术者，会随实际情况而变动。</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GD警告</w:t>
      </w:r>
    </w:p>
    <w:p>
      <w:pPr>
        <w:shd w:val="clear" w:color="auto" w:fill="FFFBEB"/>
        <w:pBdr>
          <w:left w:val="single" w:sz="18" w:space="6" w:color="F59E0B"/>
        </w:pBdr>
        <w:spacing w:after="40"/>
      </w:pPr>
      <w:r>
        <w:rPr>
          <w:rFonts w:ascii="Calibri" w:hAnsi="Calibri" w:cs="Calibri" w:eastAsia="宋体"/>
        </w:rPr>
        <w:t>本章节存在较多人物间互动经历描写，可能会触发焦虑。</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血图警告</w:t>
      </w:r>
    </w:p>
    <w:p>
      <w:pPr>
        <w:shd w:val="clear" w:color="auto" w:fill="FFFBEB"/>
        <w:pBdr>
          <w:left w:val="single" w:sz="18" w:space="6" w:color="F59E0B"/>
        </w:pBdr>
        <w:spacing w:after="40"/>
      </w:pPr>
      <w:r>
        <w:rPr>
          <w:rFonts w:ascii="Calibri" w:hAnsi="Calibri" w:cs="Calibri" w:eastAsia="宋体"/>
        </w:rPr>
        <w:t>本章节中图片存在血液等元素。目前所有图片都默认处于折叠状态，带血图片会有文字标注。</w:t>
      </w:r>
    </w:p>
    <w:p>
      <w:pPr>
        <w:pStyle w:val="Heading6"/>
      </w:pPr>
      <w:r>
        <w:rPr>
          <w:rFonts w:ascii="Calibri" w:hAnsi="Calibri" w:cs="Calibri" w:eastAsia="宋体"/>
        </w:rPr>
        <w:t>前言</w:t>
      </w:r>
    </w:p>
    <w:p>
      <w:pPr>
        <w:spacing w:after="100"/>
      </w:pPr>
      <w:r>
        <w:rPr>
          <w:rFonts w:ascii="Calibri" w:hAnsi="Calibri" w:cs="Calibri" w:eastAsia="宋体"/>
          <w:b/>
        </w:rPr>
        <w:t>八大处住院过程整体上较为清闲，几乎没有非治疗性的事务需要患者配合。病房设施整体较新，住院环境较为安静。治疗性的程序也较为轻松，时间安排普遍宽松灵活。每天的活动没有固定的时间表，自便即可。</w:t>
      </w:r>
    </w:p>
    <w:p>
      <w:pPr>
        <w:spacing w:after="100"/>
      </w:pPr>
      <w:r>
        <w:rPr>
          <w:rFonts w:ascii="Calibri" w:hAnsi="Calibri" w:cs="Calibri" w:eastAsia="宋体"/>
          <w:b/>
          <w:strike/>
        </w:rPr>
        <w:t>所有的优渥待遇都是你花钱买来的。</w:t>
      </w:r>
    </w:p>
    <w:p>
      <w:pPr>
        <w:spacing w:after="100"/>
      </w:pPr>
      <w:r>
        <w:rPr>
          <w:rFonts w:ascii="Calibri" w:hAnsi="Calibri" w:cs="Calibri" w:eastAsia="宋体"/>
        </w:rPr>
        <w:t>整个住院手术过程内容繁杂，事无巨细。遂以时间线的形式记载。</w:t>
      </w:r>
      <w:r>
        <w:br/>
      </w:r>
      <w:r>
        <w:br/>
      </w:r>
      <w:r>
        <w:rPr>
          <w:rFonts w:ascii="Calibri" w:hAnsi="Calibri" w:cs="Calibri" w:eastAsia="宋体"/>
        </w:rPr>
        <w:t>为补充第一视角细节</w:t>
      </w:r>
      <w:r>
        <w:rPr>
          <w:rFonts w:ascii="Calibri" w:hAnsi="Calibri" w:cs="Calibri" w:eastAsia="宋体"/>
          <w:strike/>
        </w:rPr>
        <w:t>以及活跃气氛</w:t>
      </w:r>
      <w:r>
        <w:rPr>
          <w:rFonts w:ascii="Calibri" w:hAnsi="Calibri" w:cs="Calibri" w:eastAsia="宋体"/>
        </w:rPr>
        <w:t>，时间线中将会存在以</w:t>
      </w:r>
      <w:r>
        <w:rPr>
          <w:rFonts w:ascii="Calibri" w:hAnsi="Calibri" w:cs="Calibri" w:eastAsia="宋体"/>
        </w:rPr>
        <w:t>星眠子</w:t>
      </w:r>
      <w:r>
        <w:rPr>
          <w:rFonts w:ascii="Calibri" w:hAnsi="Calibri" w:cs="Calibri" w:eastAsia="宋体"/>
        </w:rPr>
        <w:t>（twitter: @hoshinemu123）视角添加的小批注，对此部分的疑问可与其本人联系，形式如下：</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虽然住院时间长而枯燥，但病友说话都好听。</w:t>
      </w:r>
      <w:r>
        <w:br/>
      </w:r>
      <w:r>
        <w:br/>
      </w:r>
      <w:r>
        <w:rPr>
          <w:rFonts w:ascii="Calibri" w:hAnsi="Calibri" w:cs="Calibri" w:eastAsia="宋体"/>
        </w:rPr>
        <w:t>住院住得比家里舒服。</w:t>
      </w:r>
      <w:r>
        <w:br/>
      </w:r>
      <w:r>
        <w:br/>
      </w:r>
      <w:r>
        <w:rPr>
          <w:rFonts w:ascii="Calibri" w:hAnsi="Calibri" w:cs="Calibri" w:eastAsia="宋体"/>
        </w:rPr>
        <w:t>还有护士叫我“宝宝”耶( •̀ ω •́ )y</w:t>
      </w:r>
      <w:r>
        <w:br/>
      </w:r>
      <w:r>
        <w:br/>
      </w:r>
      <w:r>
        <w:rPr>
          <w:rFonts w:ascii="Calibri" w:hAnsi="Calibri" w:cs="Calibri" w:eastAsia="宋体"/>
        </w:rPr>
        <w:t>诶呀我怎么还是喜欢碎碎念……</w:t>
      </w:r>
      <w:r>
        <w:br/>
      </w:r>
      <w:r>
        <w:br/>
      </w:r>
      <w:r>
        <w:rPr>
          <w:rFonts w:ascii="Calibri" w:hAnsi="Calibri" w:cs="Calibri" w:eastAsia="宋体"/>
        </w:rPr>
        <w:t>赞美峰主任！</w:t>
      </w:r>
    </w:p>
    <w:p>
      <w:pPr>
        <w:pStyle w:val="Heading6"/>
      </w:pPr>
      <w:r>
        <w:rPr>
          <w:rFonts w:ascii="Calibri" w:hAnsi="Calibri" w:cs="Calibri" w:eastAsia="宋体"/>
        </w:rPr>
        <w:t>Day-3 鸡飞狗跳的入院</w:t>
      </w:r>
    </w:p>
    <w:p>
      <w:pPr>
        <w:spacing w:before="20" w:after="40"/>
        <w:ind w:left="425" w:hanging="312"/>
      </w:pPr>
      <w:r>
        <w:rPr>
          <w:rFonts w:ascii="Calibri" w:hAnsi="Calibri" w:cs="Calibri" w:eastAsia="宋体"/>
        </w:rPr>
        <w:t xml:space="preserve">• </w:t>
      </w:r>
      <w:r>
        <w:rPr>
          <w:rFonts w:ascii="Calibri" w:hAnsi="Calibri" w:cs="Calibri" w:eastAsia="宋体"/>
        </w:rPr>
        <w:t>早晨8:30</w:t>
      </w:r>
      <w:r>
        <w:rPr>
          <w:rFonts w:ascii="Calibri" w:hAnsi="Calibri" w:cs="Calibri" w:eastAsia="宋体"/>
          <w:b/>
        </w:rPr>
        <w:t>空腹</w:t>
      </w:r>
      <w:r>
        <w:rPr>
          <w:rFonts w:ascii="Calibri" w:hAnsi="Calibri" w:cs="Calibri" w:eastAsia="宋体"/>
        </w:rPr>
        <w:t>到达住院楼</w:t>
      </w:r>
      <w:r>
        <w:rPr>
          <w:rFonts w:ascii="Calibri" w:hAnsi="Calibri" w:cs="Calibri" w:eastAsia="宋体"/>
          <w:b/>
        </w:rPr>
        <w:t>北楼四楼西侧鼻整形与泌尿生殖病区</w:t>
      </w:r>
      <w:r>
        <w:rPr>
          <w:rFonts w:ascii="Calibri" w:hAnsi="Calibri" w:cs="Calibri" w:eastAsia="宋体"/>
        </w:rPr>
        <w:t>，微信联系科室秘书（简称“科秘”），领取峰主任实体加号条。行李可以暂时放在病区里面门口（丢失自负）。</w:t>
      </w:r>
    </w:p>
    <w:p>
      <w:pPr>
        <w:spacing w:before="20" w:after="40"/>
        <w:ind w:left="425" w:hanging="312"/>
      </w:pPr>
      <w:r>
        <w:rPr>
          <w:rFonts w:ascii="Calibri" w:hAnsi="Calibri" w:cs="Calibri" w:eastAsia="宋体"/>
        </w:rPr>
        <w:t xml:space="preserve">• </w:t>
      </w:r>
      <w:r>
        <w:rPr>
          <w:rFonts w:ascii="Calibri" w:hAnsi="Calibri" w:cs="Calibri" w:eastAsia="宋体"/>
        </w:rPr>
        <w:t>持加号条，前往</w:t>
      </w:r>
      <w:r>
        <w:rPr>
          <w:rFonts w:ascii="Calibri" w:hAnsi="Calibri" w:cs="Calibri" w:eastAsia="宋体"/>
          <w:b/>
        </w:rPr>
        <w:t>门诊一楼大厅扶梯前右侧</w:t>
      </w:r>
      <w:r>
        <w:rPr>
          <w:rFonts w:ascii="Calibri" w:hAnsi="Calibri" w:cs="Calibri" w:eastAsia="宋体"/>
        </w:rPr>
        <w:t>，门诊挂号缴费窗口挂李峰永的号。当日峰主任并不出诊，所以你将是当日第一号。挂号费80元。</w:t>
      </w:r>
    </w:p>
    <w:p>
      <w:pPr>
        <w:spacing w:before="20" w:after="40"/>
        <w:ind w:left="425" w:hanging="312"/>
      </w:pPr>
      <w:r>
        <w:rPr>
          <w:rFonts w:ascii="Calibri" w:hAnsi="Calibri" w:cs="Calibri" w:eastAsia="宋体"/>
        </w:rPr>
        <w:t xml:space="preserve">• </w:t>
      </w:r>
      <w:r>
        <w:rPr>
          <w:rFonts w:ascii="Calibri" w:hAnsi="Calibri" w:cs="Calibri" w:eastAsia="宋体"/>
        </w:rPr>
        <w:t>挂号后微信通知科秘，等待其开具入院检查以及申请住院。</w:t>
      </w:r>
    </w:p>
    <w:p>
      <w:pPr>
        <w:spacing w:before="20" w:after="40"/>
        <w:ind w:left="425" w:hanging="312"/>
      </w:pPr>
      <w:r>
        <w:rPr>
          <w:rFonts w:ascii="Calibri" w:hAnsi="Calibri" w:cs="Calibri" w:eastAsia="宋体"/>
        </w:rPr>
        <w:t xml:space="preserve">• </w:t>
      </w:r>
      <w:r>
        <w:rPr>
          <w:rFonts w:ascii="Calibri" w:hAnsi="Calibri" w:cs="Calibri" w:eastAsia="宋体"/>
        </w:rPr>
        <w:t>在</w:t>
      </w:r>
      <w:r>
        <w:rPr>
          <w:rFonts w:ascii="Calibri" w:hAnsi="Calibri" w:cs="Calibri" w:eastAsia="宋体"/>
          <w:b/>
        </w:rPr>
        <w:t>门诊挂号缴费窗口交检查费</w:t>
      </w:r>
      <w:r>
        <w:rPr>
          <w:rFonts w:ascii="Calibri" w:hAnsi="Calibri" w:cs="Calibri" w:eastAsia="宋体"/>
        </w:rPr>
        <w:t>，共2419.9元。获得超长缴费条x1。</w:t>
      </w:r>
    </w:p>
    <w:p>
      <w:pPr>
        <w:keepNext/>
        <w:spacing w:before="120" w:after="40"/>
        <w:pBdr>
          <w:bottom w:val="single" w:sz="6" w:space="1" w:color="D4D8DE"/>
        </w:pBdr>
      </w:pPr>
      <w:r>
        <w:rPr>
          <w:rFonts w:ascii="Calibri" w:hAnsi="Calibri" w:cs="Calibri" w:eastAsia="微软雅黑"/>
          <w:b/>
        </w:rPr>
        <w:t>▸ 展示图片：超长缴费条</w:t>
      </w:r>
    </w:p>
    <w:p>
      <w:pPr>
        <w:spacing w:before="20" w:after="40"/>
        <w:ind w:left="425" w:hanging="312"/>
      </w:pPr>
      <w:r>
        <w:rPr>
          <w:rFonts w:ascii="Calibri" w:hAnsi="Calibri" w:cs="Calibri" w:eastAsia="宋体"/>
        </w:rPr>
        <w:t xml:space="preserve">• </w:t>
      </w:r>
      <w:r>
        <w:rPr>
          <w:rFonts w:ascii="Calibri" w:hAnsi="Calibri" w:cs="Calibri" w:eastAsia="宋体"/>
        </w:rPr>
        <w:t>门诊窗口往里走，在尽头取号机上取号，等待住院服务叫号。</w:t>
      </w:r>
    </w:p>
    <w:p>
      <w:pPr>
        <w:spacing w:before="20" w:after="40"/>
        <w:ind w:left="425" w:hanging="312"/>
      </w:pPr>
      <w:r>
        <w:rPr>
          <w:rFonts w:ascii="Calibri" w:hAnsi="Calibri" w:cs="Calibri" w:eastAsia="宋体"/>
        </w:rPr>
        <w:t xml:space="preserve">• </w:t>
      </w:r>
      <w:r>
        <w:rPr>
          <w:rFonts w:ascii="Calibri" w:hAnsi="Calibri" w:cs="Calibri" w:eastAsia="宋体"/>
        </w:rPr>
        <w:t>在</w:t>
      </w:r>
      <w:r>
        <w:rPr>
          <w:rFonts w:ascii="Calibri" w:hAnsi="Calibri" w:cs="Calibri" w:eastAsia="宋体"/>
          <w:b/>
        </w:rPr>
        <w:t>住院窗口办理住院</w:t>
      </w:r>
      <w:r>
        <w:rPr>
          <w:rFonts w:ascii="Calibri" w:hAnsi="Calibri" w:cs="Calibri" w:eastAsia="宋体"/>
        </w:rPr>
        <w:t>，缴纳住院押金12万元整。住院押金可以分笔缴纳，支持信用卡。获得住院单与腕带。以及住院押金收据（</w:t>
      </w:r>
      <w:r>
        <w:rPr>
          <w:rFonts w:ascii="Calibri" w:hAnsi="Calibri" w:cs="Calibri" w:eastAsia="宋体"/>
          <w:b/>
        </w:rPr>
        <w:t>务必妥善保管</w:t>
      </w:r>
      <w:r>
        <w:rPr>
          <w:rFonts w:ascii="Calibri" w:hAnsi="Calibri" w:cs="Calibri" w:eastAsia="宋体"/>
        </w:rPr>
        <w:t>）。需要带身份证。</w:t>
      </w:r>
    </w:p>
    <w:p>
      <w:pPr>
        <w:keepNext/>
        <w:spacing w:before="120" w:after="40"/>
        <w:pBdr>
          <w:bottom w:val="single" w:sz="6" w:space="1" w:color="D4D8DE"/>
        </w:pBdr>
      </w:pPr>
      <w:r>
        <w:rPr>
          <w:rFonts w:ascii="Calibri" w:hAnsi="Calibri" w:cs="Calibri" w:eastAsia="微软雅黑"/>
          <w:b/>
        </w:rPr>
        <w:t>▸ 展示图片：住院证与腕带</w:t>
      </w:r>
    </w:p>
    <w:p>
      <w:pPr>
        <w:spacing w:before="20" w:after="40"/>
        <w:ind w:left="425" w:hanging="312"/>
      </w:pPr>
      <w:r>
        <w:rPr>
          <w:rFonts w:ascii="Calibri" w:hAnsi="Calibri" w:cs="Calibri" w:eastAsia="宋体"/>
        </w:rPr>
        <w:t xml:space="preserve">• </w:t>
      </w:r>
      <w:r>
        <w:rPr>
          <w:rFonts w:ascii="Calibri" w:hAnsi="Calibri" w:cs="Calibri" w:eastAsia="宋体"/>
          <w:b/>
        </w:rPr>
        <w:t>门诊一楼大厅往前走</w:t>
      </w:r>
      <w:r>
        <w:rPr>
          <w:rFonts w:ascii="Calibri" w:hAnsi="Calibri" w:cs="Calibri" w:eastAsia="宋体"/>
        </w:rPr>
        <w:t>，左手边厕所门口尿管机取验尿试管，旁边桌子上取尿杯（无限量供应）。验尿后标本也放在这个桌子上试管架里。</w:t>
      </w:r>
    </w:p>
    <w:p>
      <w:pPr>
        <w:spacing w:before="20" w:after="40"/>
        <w:ind w:left="425" w:hanging="312"/>
      </w:pPr>
      <w:r>
        <w:rPr>
          <w:rFonts w:ascii="Calibri" w:hAnsi="Calibri" w:cs="Calibri" w:eastAsia="宋体"/>
        </w:rPr>
        <w:t xml:space="preserve">• </w:t>
      </w:r>
      <w:r>
        <w:rPr>
          <w:rFonts w:ascii="Calibri" w:hAnsi="Calibri" w:cs="Calibri" w:eastAsia="宋体"/>
          <w:b/>
        </w:rPr>
        <w:t>门诊一楼大厅往前走</w:t>
      </w:r>
      <w:r>
        <w:rPr>
          <w:rFonts w:ascii="Calibri" w:hAnsi="Calibri" w:cs="Calibri" w:eastAsia="宋体"/>
        </w:rPr>
        <w:t>，越过取尿管的位置，再往前左手边检验科采血室，验血。五管血，蓝紫黄黄黄管。</w:t>
      </w:r>
    </w:p>
    <w:p>
      <w:pPr>
        <w:spacing w:before="20" w:after="40"/>
        <w:ind w:left="425" w:hanging="312"/>
      </w:pPr>
      <w:r>
        <w:rPr>
          <w:rFonts w:ascii="Calibri" w:hAnsi="Calibri" w:cs="Calibri" w:eastAsia="宋体"/>
        </w:rPr>
        <w:t xml:space="preserve">• </w:t>
      </w:r>
      <w:r>
        <w:rPr>
          <w:rFonts w:ascii="Calibri" w:hAnsi="Calibri" w:cs="Calibri" w:eastAsia="宋体"/>
          <w:b/>
        </w:rPr>
        <w:t>门诊大厅扶梯下去负一楼</w:t>
      </w:r>
      <w:r>
        <w:rPr>
          <w:rFonts w:ascii="Calibri" w:hAnsi="Calibri" w:cs="Calibri" w:eastAsia="宋体"/>
        </w:rPr>
        <w:t>，左手边做心电图、下肢血管彩超和胸部CT。心电图不用登记，直接进诊室做。CT和彩超要先登记，等待时间很短。</w:t>
      </w:r>
    </w:p>
    <w:p>
      <w:pPr>
        <w:spacing w:before="20" w:after="40"/>
        <w:ind w:left="425" w:hanging="312"/>
      </w:pPr>
      <w:r>
        <w:rPr>
          <w:rFonts w:ascii="Calibri" w:hAnsi="Calibri" w:cs="Calibri" w:eastAsia="宋体"/>
        </w:rPr>
        <w:t xml:space="preserve">• </w:t>
      </w:r>
      <w:r>
        <w:rPr>
          <w:rFonts w:ascii="Calibri" w:hAnsi="Calibri" w:cs="Calibri" w:eastAsia="宋体"/>
        </w:rPr>
        <w:t>先偷偷出去吃个午饭，然后尽快去病区报到。报到后就不可以擅自离开病区了。</w:t>
      </w:r>
    </w:p>
    <w:p>
      <w:pPr>
        <w:spacing w:before="20" w:after="40"/>
        <w:ind w:left="425" w:hanging="312"/>
      </w:pPr>
      <w:r>
        <w:rPr>
          <w:rFonts w:ascii="Calibri" w:hAnsi="Calibri" w:cs="Calibri" w:eastAsia="宋体"/>
        </w:rPr>
        <w:t xml:space="preserve">• </w:t>
      </w:r>
      <w:r>
        <w:rPr>
          <w:rFonts w:ascii="Calibri" w:hAnsi="Calibri" w:cs="Calibri" w:eastAsia="宋体"/>
        </w:rPr>
        <w:t>到达病区后，登记基本信息，安装腕带，量体重血压，分配床位。（病房分为1-4人间。三人间70元/天，其余床位价格待考〔有消息称单人间300元/天〕。住院诊查费100元/天。SRS是这个科室最大的手术，会尽量给你单独安排一个空病房。）最后会给你一些小甜水小咸水。</w:t>
      </w:r>
    </w:p>
    <w:p>
      <w:pPr>
        <w:spacing w:before="20" w:after="40"/>
        <w:ind w:left="425" w:hanging="312"/>
      </w:pPr>
      <w:r>
        <w:rPr>
          <w:rFonts w:ascii="Calibri" w:hAnsi="Calibri" w:cs="Calibri" w:eastAsia="宋体"/>
        </w:rPr>
        <w:t xml:space="preserve">• </w:t>
      </w:r>
      <w:r>
        <w:rPr>
          <w:rFonts w:ascii="Calibri" w:hAnsi="Calibri" w:cs="Calibri" w:eastAsia="宋体"/>
        </w:rPr>
        <w:t>报到时会给你一套病号服，材质略硬。平时</w:t>
      </w:r>
      <w:r>
        <w:rPr>
          <w:rFonts w:ascii="Calibri" w:hAnsi="Calibri" w:cs="Calibri" w:eastAsia="宋体"/>
          <w:b/>
        </w:rPr>
        <w:t>不要求</w:t>
      </w:r>
      <w:r>
        <w:rPr>
          <w:rFonts w:ascii="Calibri" w:hAnsi="Calibri" w:cs="Calibri" w:eastAsia="宋体"/>
        </w:rPr>
        <w:t>穿着此病号服，仅在</w:t>
      </w:r>
      <w:r>
        <w:rPr>
          <w:rFonts w:ascii="Calibri" w:hAnsi="Calibri" w:cs="Calibri" w:eastAsia="宋体"/>
          <w:b/>
        </w:rPr>
        <w:t>手术当日早晨必须光着身子穿病号服</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趁早去购买女式便盆、护理垫和丁字带（带入手术室，加压包扎）。</w:t>
      </w:r>
    </w:p>
    <w:p>
      <w:pPr>
        <w:spacing w:before="20" w:after="40"/>
        <w:ind w:left="425" w:hanging="312"/>
      </w:pPr>
      <w:r>
        <w:rPr>
          <w:rFonts w:ascii="Calibri" w:hAnsi="Calibri" w:cs="Calibri" w:eastAsia="宋体"/>
        </w:rPr>
        <w:t xml:space="preserve">• </w:t>
      </w:r>
      <w:r>
        <w:rPr>
          <w:rFonts w:ascii="Calibri" w:hAnsi="Calibri" w:cs="Calibri" w:eastAsia="宋体"/>
        </w:rPr>
        <w:t>丁字带先去医院</w:t>
      </w:r>
      <w:r>
        <w:rPr>
          <w:rFonts w:ascii="Calibri" w:hAnsi="Calibri" w:cs="Calibri" w:eastAsia="宋体"/>
          <w:b/>
        </w:rPr>
        <w:t>东大门左边那一排平房</w:t>
      </w:r>
      <w:r>
        <w:rPr>
          <w:rFonts w:ascii="Calibri" w:hAnsi="Calibri" w:cs="Calibri" w:eastAsia="宋体"/>
        </w:rPr>
        <w:t>，往里走敷料室，量体后开票。</w:t>
      </w:r>
    </w:p>
    <w:p>
      <w:pPr>
        <w:spacing w:before="20" w:after="40"/>
        <w:ind w:left="425" w:hanging="312"/>
      </w:pPr>
      <w:r>
        <w:rPr>
          <w:rFonts w:ascii="Calibri" w:hAnsi="Calibri" w:cs="Calibri" w:eastAsia="宋体"/>
        </w:rPr>
        <w:t xml:space="preserve">• </w:t>
      </w:r>
      <w:r>
        <w:rPr>
          <w:rFonts w:ascii="Calibri" w:hAnsi="Calibri" w:cs="Calibri" w:eastAsia="宋体"/>
        </w:rPr>
        <w:t>拿着丁字带的票，去</w:t>
      </w:r>
      <w:r>
        <w:rPr>
          <w:rFonts w:ascii="Calibri" w:hAnsi="Calibri" w:cs="Calibri" w:eastAsia="宋体"/>
          <w:b/>
        </w:rPr>
        <w:t>门诊地下一楼</w:t>
      </w:r>
      <w:r>
        <w:rPr>
          <w:rFonts w:ascii="Calibri" w:hAnsi="Calibri" w:cs="Calibri" w:eastAsia="宋体"/>
        </w:rPr>
        <w:t>，下扶梯右手边交费，360元。同时在此处购买便盆和护理垫（可以提前自己多买些），共120元。</w:t>
      </w:r>
    </w:p>
    <w:p>
      <w:pPr>
        <w:spacing w:before="20" w:after="40"/>
        <w:ind w:left="425" w:hanging="312"/>
      </w:pPr>
      <w:r>
        <w:rPr>
          <w:rFonts w:ascii="Calibri" w:hAnsi="Calibri" w:cs="Calibri" w:eastAsia="宋体"/>
        </w:rPr>
        <w:t xml:space="preserve">• </w:t>
      </w:r>
      <w:r>
        <w:rPr>
          <w:rFonts w:ascii="Calibri" w:hAnsi="Calibri" w:cs="Calibri" w:eastAsia="宋体"/>
        </w:rPr>
        <w:t>拿着缴费收据，去刚才的敷料室领取丁字带。丁字带</w:t>
      </w:r>
      <w:r>
        <w:rPr>
          <w:rFonts w:ascii="Calibri" w:hAnsi="Calibri" w:cs="Calibri" w:eastAsia="宋体"/>
          <w:b/>
        </w:rPr>
        <w:t>一定不要拆封</w:t>
      </w:r>
      <w:r>
        <w:rPr>
          <w:rFonts w:ascii="Calibri" w:hAnsi="Calibri" w:cs="Calibri" w:eastAsia="宋体"/>
        </w:rPr>
        <w:t>，直接带进手术室。</w:t>
      </w:r>
    </w:p>
    <w:p>
      <w:pPr>
        <w:spacing w:before="20" w:after="40"/>
        <w:ind w:left="425" w:hanging="312"/>
      </w:pPr>
      <w:r>
        <w:rPr>
          <w:rFonts w:ascii="Calibri" w:hAnsi="Calibri" w:cs="Calibri" w:eastAsia="宋体"/>
        </w:rPr>
        <w:t xml:space="preserve">• </w:t>
      </w:r>
      <w:r>
        <w:rPr>
          <w:rFonts w:ascii="Calibri" w:hAnsi="Calibri" w:cs="Calibri" w:eastAsia="宋体"/>
        </w:rPr>
        <w:t>返回病区，病区护士站有订餐二维码。医院订餐效果评价：“能吃”。</w:t>
      </w:r>
    </w:p>
    <w:p>
      <w:pPr>
        <w:spacing w:before="20" w:after="40"/>
        <w:ind w:left="425" w:hanging="312"/>
      </w:pPr>
      <w:r>
        <w:rPr>
          <w:rFonts w:ascii="Calibri" w:hAnsi="Calibri" w:cs="Calibri" w:eastAsia="宋体"/>
        </w:rPr>
        <w:t xml:space="preserve">• </w:t>
      </w:r>
      <w:r>
        <w:rPr>
          <w:rFonts w:ascii="Calibri" w:hAnsi="Calibri" w:cs="Calibri" w:eastAsia="宋体"/>
        </w:rPr>
        <w:t>护士站有租陪护床电话、微信，30元一天。租被子（1.5x2米）+枕头，25元/夜。租一套（床、被子和枕头）55元/夜。押金200元。退床退押金。若需被枕提前说明，陪护床仅限在病房内使用。下午5:30–7点到住院楼B1层走廊中间职工餐厅对面取床并交费。</w:t>
      </w:r>
      <w:r>
        <w:rPr>
          <w:rFonts w:ascii="Calibri" w:hAnsi="Calibri" w:cs="Calibri" w:eastAsia="宋体"/>
          <w:strike/>
        </w:rPr>
        <w:t>家属完全可以偷着住空病床，护士睁一只眼闭一只眼。</w:t>
      </w:r>
    </w:p>
    <w:p>
      <w:pPr>
        <w:spacing w:before="20" w:after="40"/>
        <w:ind w:left="425" w:hanging="312"/>
      </w:pPr>
      <w:r>
        <w:rPr>
          <w:rFonts w:ascii="Calibri" w:hAnsi="Calibri" w:cs="Calibri" w:eastAsia="宋体"/>
        </w:rPr>
        <w:t xml:space="preserve">• </w:t>
      </w:r>
      <w:r>
        <w:rPr>
          <w:rFonts w:ascii="Calibri" w:hAnsi="Calibri" w:cs="Calibri" w:eastAsia="宋体"/>
        </w:rPr>
        <w:t>病区有驻场的陪护老大姐，可以雇。爱八卦，略有点市井气息。单人独享服务240/天，双人共享220/天，三人共享200/天。</w:t>
      </w:r>
    </w:p>
    <w:p>
      <w:pPr>
        <w:spacing w:before="20" w:after="40"/>
        <w:ind w:left="425" w:hanging="312"/>
      </w:pPr>
      <w:r>
        <w:rPr>
          <w:rFonts w:ascii="Calibri" w:hAnsi="Calibri" w:cs="Calibri" w:eastAsia="宋体"/>
        </w:rPr>
        <w:t xml:space="preserve">• </w:t>
      </w:r>
      <w:r>
        <w:rPr>
          <w:rFonts w:ascii="Calibri" w:hAnsi="Calibri" w:cs="Calibri" w:eastAsia="宋体"/>
        </w:rPr>
        <w:t>护士带你去换药室备皮（刮毛）。</w:t>
      </w:r>
    </w:p>
    <w:p>
      <w:pPr>
        <w:spacing w:before="20" w:after="40"/>
        <w:ind w:left="425" w:hanging="312"/>
      </w:pPr>
      <w:r>
        <w:rPr>
          <w:rFonts w:ascii="Calibri" w:hAnsi="Calibri" w:cs="Calibri" w:eastAsia="宋体"/>
        </w:rPr>
        <w:t xml:space="preserve">• </w:t>
      </w:r>
      <w:r>
        <w:rPr>
          <w:rFonts w:ascii="Calibri" w:hAnsi="Calibri" w:cs="Calibri" w:eastAsia="宋体"/>
        </w:rPr>
        <w:t>麻醉医生前来访视，和麻醉医生沟通你的用药，以及其它情况。问你是否需要止痛泵时，请量力而行，止痛泵不贵。</w:t>
      </w:r>
      <w:r>
        <w:rPr>
          <w:rFonts w:ascii="Calibri" w:hAnsi="Calibri" w:cs="Calibri" w:eastAsia="宋体"/>
          <w:strike/>
        </w:rPr>
        <w:t>（为什么 麻醉医生大多是小个子年轻温柔女生啊）</w:t>
      </w:r>
    </w:p>
    <w:p>
      <w:pPr>
        <w:spacing w:before="20" w:after="40"/>
        <w:ind w:left="425" w:hanging="312"/>
      </w:pPr>
      <w:r>
        <w:rPr>
          <w:rFonts w:ascii="Calibri" w:hAnsi="Calibri" w:cs="Calibri" w:eastAsia="宋体"/>
        </w:rPr>
        <w:t xml:space="preserve">• </w:t>
      </w:r>
      <w:r>
        <w:rPr>
          <w:rFonts w:ascii="Calibri" w:hAnsi="Calibri" w:cs="Calibri" w:eastAsia="宋体"/>
        </w:rPr>
        <w:t>如果有其它内科基础病（如甲减），需要到内科会诊。</w:t>
      </w:r>
    </w:p>
    <w:p>
      <w:pPr>
        <w:spacing w:before="20" w:after="40"/>
        <w:ind w:left="425" w:hanging="312"/>
      </w:pPr>
      <w:r>
        <w:rPr>
          <w:rFonts w:ascii="Calibri" w:hAnsi="Calibri" w:cs="Calibri" w:eastAsia="宋体"/>
        </w:rPr>
        <w:t xml:space="preserve">• </w:t>
      </w:r>
      <w:r>
        <w:rPr>
          <w:rFonts w:ascii="Calibri" w:hAnsi="Calibri" w:cs="Calibri" w:eastAsia="宋体"/>
        </w:rPr>
        <w:t>内科在内科楼，是一整个小科室。二楼医生办公室找内科主任会诊，内科主任友跨，将会称赞你的勇气。</w:t>
      </w:r>
    </w:p>
    <w:p>
      <w:pPr>
        <w:spacing w:before="20" w:after="40"/>
        <w:ind w:left="425" w:hanging="312"/>
      </w:pPr>
      <w:r>
        <w:rPr>
          <w:rFonts w:ascii="Calibri" w:hAnsi="Calibri" w:cs="Calibri" w:eastAsia="宋体"/>
        </w:rPr>
        <w:t xml:space="preserve">• </w:t>
      </w:r>
      <w:r>
        <w:rPr>
          <w:rFonts w:ascii="Calibri" w:hAnsi="Calibri" w:cs="Calibri" w:eastAsia="宋体"/>
        </w:rPr>
        <w:t>回到病房补充上内科会诊需要的检查，验血护士会到床边抽。</w:t>
      </w:r>
    </w:p>
    <w:p>
      <w:pPr>
        <w:spacing w:before="20" w:after="40"/>
        <w:ind w:left="425" w:hanging="312"/>
      </w:pPr>
      <w:r>
        <w:rPr>
          <w:rFonts w:ascii="Calibri" w:hAnsi="Calibri" w:cs="Calibri" w:eastAsia="宋体"/>
        </w:rPr>
        <w:t xml:space="preserve">• </w:t>
      </w:r>
      <w:r>
        <w:rPr>
          <w:rFonts w:ascii="Calibri" w:hAnsi="Calibri" w:cs="Calibri" w:eastAsia="宋体"/>
        </w:rPr>
        <w:t>墙上插座在</w:t>
      </w:r>
      <w:r>
        <w:rPr>
          <w:rFonts w:ascii="Calibri" w:hAnsi="Calibri" w:cs="Calibri" w:eastAsia="宋体"/>
          <w:b/>
        </w:rPr>
        <w:t>床头柜后面</w:t>
      </w:r>
      <w:r>
        <w:rPr>
          <w:rFonts w:ascii="Calibri" w:hAnsi="Calibri" w:cs="Calibri" w:eastAsia="宋体"/>
        </w:rPr>
        <w:t>。氧气管路上的插座</w:t>
      </w:r>
      <w:r>
        <w:rPr>
          <w:rFonts w:ascii="Calibri" w:hAnsi="Calibri" w:cs="Calibri" w:eastAsia="宋体"/>
          <w:b/>
        </w:rPr>
        <w:t>不能插</w:t>
      </w:r>
      <w:r>
        <w:rPr>
          <w:rFonts w:ascii="Calibri" w:hAnsi="Calibri" w:cs="Calibri" w:eastAsia="宋体"/>
        </w:rPr>
        <w:t>。（插满之后，护士尖叫：你是来炸医院的吗！！！）</w:t>
      </w:r>
    </w:p>
    <w:p>
      <w:pPr>
        <w:spacing w:before="20" w:after="40"/>
        <w:ind w:left="425" w:hanging="312"/>
      </w:pPr>
      <w:r>
        <w:rPr>
          <w:rFonts w:ascii="Calibri" w:hAnsi="Calibri" w:cs="Calibri" w:eastAsia="宋体"/>
        </w:rPr>
        <w:t xml:space="preserve">• </w:t>
      </w:r>
      <w:r>
        <w:rPr>
          <w:rFonts w:ascii="Calibri" w:hAnsi="Calibri" w:cs="Calibri" w:eastAsia="宋体"/>
        </w:rPr>
        <w:t>新的床上没配套的桌子，旧的床上的桌子也可能找不到了。（这很正常，不光是桌子，病区护士们曾经挨个屋找一张床。）没桌子的话可以买一张小床桌，但前几天你用不上的。（后几天你也会觉得</w:t>
      </w:r>
      <w:r>
        <w:rPr>
          <w:rFonts w:ascii="Calibri" w:hAnsi="Calibri" w:cs="Calibri" w:eastAsia="宋体"/>
          <w:b/>
        </w:rPr>
        <w:t>站着吃更舒服</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医院隐私保护意识极强！不会允许家属随便串病房，也不允许打听其他患者的情况。（但病友之间友好交流一下也不是什么问题的对吧！？）</w:t>
      </w:r>
    </w:p>
    <w:p>
      <w:pPr>
        <w:spacing w:before="20" w:after="40"/>
        <w:ind w:left="425" w:hanging="312"/>
      </w:pPr>
      <w:r>
        <w:rPr>
          <w:rFonts w:ascii="Calibri" w:hAnsi="Calibri" w:cs="Calibri" w:eastAsia="宋体"/>
        </w:rPr>
        <w:t xml:space="preserve">• </w:t>
      </w:r>
      <w:r>
        <w:rPr>
          <w:rFonts w:ascii="Calibri" w:hAnsi="Calibri" w:cs="Calibri" w:eastAsia="宋体"/>
        </w:rPr>
        <w:t>病房分男女。鼻整形患者会安排在靠病区大门的病房，会阴整形的病房在病区里面。会阴整形患者中，SRS患者仅占少数（约1-2位）。SRS患者会按照目标性别而非证件性别分配病房。（</w:t>
      </w:r>
      <w:r>
        <w:rPr>
          <w:rFonts w:ascii="Calibri" w:hAnsi="Calibri" w:cs="Calibri" w:eastAsia="宋体"/>
          <w:strike/>
        </w:rPr>
        <w:t>女性病房里可以看到一排的人躺在床上晾批</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病区门口有外卖架，地址就是</w:t>
      </w:r>
      <w:r>
        <w:rPr>
          <w:rFonts w:ascii="Calibri" w:hAnsi="Calibri" w:cs="Calibri" w:eastAsia="宋体"/>
          <w:b/>
        </w:rPr>
        <w:t>中国医学科学院整形外科医院住院楼北楼四楼西侧泌尿生殖病区</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病房卫生间有淋浴器，花洒是固定在墙上的。热水全天供应。</w:t>
      </w:r>
    </w:p>
    <w:p>
      <w:pPr>
        <w:spacing w:before="20" w:after="40"/>
        <w:ind w:left="425" w:hanging="312"/>
      </w:pPr>
      <w:r>
        <w:rPr>
          <w:rFonts w:ascii="Calibri" w:hAnsi="Calibri" w:cs="Calibri" w:eastAsia="宋体"/>
        </w:rPr>
        <w:t xml:space="preserve">• </w:t>
      </w:r>
      <w:r>
        <w:rPr>
          <w:rFonts w:ascii="Calibri" w:hAnsi="Calibri" w:cs="Calibri" w:eastAsia="宋体"/>
        </w:rPr>
        <w:t>病房网络信号略差，但能用。</w:t>
      </w:r>
    </w:p>
    <w:p>
      <w:pPr>
        <w:spacing w:before="20" w:after="40"/>
        <w:ind w:left="425" w:hanging="312"/>
      </w:pPr>
      <w:r>
        <w:rPr>
          <w:rFonts w:ascii="Calibri" w:hAnsi="Calibri" w:cs="Calibri" w:eastAsia="宋体"/>
        </w:rPr>
        <w:t xml:space="preserve">• </w:t>
      </w:r>
      <w:r>
        <w:rPr>
          <w:rFonts w:ascii="Calibri" w:hAnsi="Calibri" w:cs="Calibri" w:eastAsia="宋体"/>
        </w:rPr>
        <w:t>护士站有医用胶布，针线盒，尿管夹，回形针等耗材，</w:t>
      </w:r>
      <w:r>
        <w:rPr>
          <w:rFonts w:ascii="Calibri" w:hAnsi="Calibri" w:cs="Calibri" w:eastAsia="宋体"/>
          <w:b/>
        </w:rPr>
        <w:t>可自行取用</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三级护理和二级护理的时候，护士不会半夜来扒拉你。护理费：三级护理24元/天，二级护理31元/天。入院当天为三级护理，手术当天调整至二级护理。</w:t>
      </w:r>
    </w:p>
    <w:p>
      <w:pPr>
        <w:spacing w:before="20" w:after="40"/>
        <w:ind w:left="425" w:hanging="312"/>
      </w:pPr>
      <w:r>
        <w:rPr>
          <w:rFonts w:ascii="Calibri" w:hAnsi="Calibri" w:cs="Calibri" w:eastAsia="宋体"/>
        </w:rPr>
        <w:t xml:space="preserve">• </w:t>
      </w:r>
      <w:r>
        <w:rPr>
          <w:rFonts w:ascii="Calibri" w:hAnsi="Calibri" w:cs="Calibri" w:eastAsia="宋体"/>
        </w:rPr>
        <w:t>第一天就这样结束了，展示下病房环境：</w:t>
      </w:r>
    </w:p>
    <w:p>
      <w:pPr>
        <w:keepNext/>
        <w:spacing w:before="120" w:after="40"/>
        <w:pBdr>
          <w:bottom w:val="single" w:sz="6" w:space="1" w:color="D4D8DE"/>
        </w:pBdr>
      </w:pPr>
      <w:r>
        <w:rPr>
          <w:rFonts w:ascii="Calibri" w:hAnsi="Calibri" w:cs="Calibri" w:eastAsia="微软雅黑"/>
          <w:b/>
        </w:rPr>
        <w:t>▸ 展示图片：病房环境</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友跨医院！友跨医院！</w:t>
      </w:r>
      <w:r>
        <w:br/>
      </w:r>
      <w:r>
        <w:br/>
      </w:r>
      <w:r>
        <w:rPr>
          <w:rFonts w:ascii="Calibri" w:hAnsi="Calibri" w:cs="Calibri" w:eastAsia="宋体"/>
        </w:rPr>
        <w:t>医护人员态度超温柔。</w:t>
      </w:r>
    </w:p>
    <w:p>
      <w:pPr>
        <w:shd w:val="clear" w:color="auto" w:fill="F7F8FA"/>
        <w:pBdr>
          <w:left w:val="single" w:sz="18" w:space="6" w:color="C9CDD4"/>
        </w:pBdr>
        <w:spacing w:after="40"/>
      </w:pPr>
      <w:r>
        <w:rPr>
          <w:rFonts w:ascii="Calibri" w:hAnsi="Calibri" w:cs="Calibri" w:eastAsia="宋体"/>
        </w:rPr>
        <w:t>病区里不会用文字标识性别，看着比较舒服。</w:t>
      </w:r>
    </w:p>
    <w:p>
      <w:pPr>
        <w:shd w:val="clear" w:color="auto" w:fill="F7F8FA"/>
        <w:pBdr>
          <w:left w:val="single" w:sz="18" w:space="6" w:color="C9CDD4"/>
        </w:pBdr>
        <w:spacing w:after="40"/>
      </w:pPr>
      <w:r>
        <w:rPr>
          <w:rFonts w:ascii="Calibri" w:hAnsi="Calibri" w:cs="Calibri" w:eastAsia="宋体"/>
        </w:rPr>
        <w:t>另：病房管理没太多杂事，不会对病人和家属进行“军训”。</w:t>
      </w:r>
    </w:p>
    <w:p>
      <w:pPr>
        <w:pStyle w:val="Heading6"/>
      </w:pPr>
      <w:r>
        <w:rPr>
          <w:rFonts w:ascii="Calibri" w:hAnsi="Calibri" w:cs="Calibri" w:eastAsia="宋体"/>
        </w:rPr>
        <w:t>Day-2 喝蟑螂汁儿</w:t>
      </w:r>
    </w:p>
    <w:p>
      <w:pPr>
        <w:spacing w:before="20" w:after="40"/>
        <w:ind w:left="425" w:hanging="312"/>
      </w:pPr>
      <w:r>
        <w:rPr>
          <w:rFonts w:ascii="Calibri" w:hAnsi="Calibri" w:cs="Calibri" w:eastAsia="宋体"/>
        </w:rPr>
        <w:t xml:space="preserve">• </w:t>
      </w:r>
      <w:r>
        <w:rPr>
          <w:rFonts w:ascii="Calibri" w:hAnsi="Calibri" w:cs="Calibri" w:eastAsia="宋体"/>
        </w:rPr>
        <w:t>今日吃</w:t>
      </w:r>
      <w:r>
        <w:rPr>
          <w:rFonts w:ascii="Calibri" w:hAnsi="Calibri" w:cs="Calibri" w:eastAsia="宋体"/>
          <w:b/>
        </w:rPr>
        <w:t>半流食</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每隔一段时间用康复新液漱口，至少五次。</w:t>
      </w:r>
    </w:p>
    <w:p>
      <w:pPr>
        <w:keepNext/>
        <w:spacing w:before="120" w:after="40"/>
        <w:pBdr>
          <w:bottom w:val="single" w:sz="6" w:space="1" w:color="D4D8DE"/>
        </w:pBdr>
      </w:pPr>
      <w:r>
        <w:rPr>
          <w:rFonts w:ascii="Calibri" w:hAnsi="Calibri" w:cs="Calibri" w:eastAsia="微软雅黑"/>
          <w:b/>
        </w:rPr>
        <w:t>▸ 展示图片：蟑螂汁儿</w:t>
      </w:r>
    </w:p>
    <w:p>
      <w:pPr>
        <w:spacing w:before="20" w:after="40"/>
        <w:ind w:left="425" w:hanging="312"/>
      </w:pPr>
      <w:r>
        <w:rPr>
          <w:rFonts w:ascii="Calibri" w:hAnsi="Calibri" w:cs="Calibri" w:eastAsia="宋体"/>
        </w:rPr>
        <w:t xml:space="preserve">• </w:t>
      </w:r>
      <w:r>
        <w:rPr>
          <w:rFonts w:ascii="Calibri" w:hAnsi="Calibri" w:cs="Calibri" w:eastAsia="宋体"/>
        </w:rPr>
        <w:t>峰主任前来病房谈话，讲一讲手术方式、风险。会问你要不要深度。</w:t>
      </w:r>
    </w:p>
    <w:p>
      <w:pPr>
        <w:spacing w:before="20" w:after="40"/>
        <w:ind w:left="425" w:hanging="312"/>
      </w:pPr>
      <w:r>
        <w:rPr>
          <w:rFonts w:ascii="Calibri" w:hAnsi="Calibri" w:cs="Calibri" w:eastAsia="宋体"/>
        </w:rPr>
        <w:t xml:space="preserve">• </w:t>
      </w:r>
      <w:r>
        <w:rPr>
          <w:rFonts w:ascii="Calibri" w:hAnsi="Calibri" w:cs="Calibri" w:eastAsia="宋体"/>
        </w:rPr>
        <w:t>峰主任在面诊时会检查你身上的手术材料情况，住院后至手术前</w:t>
      </w:r>
      <w:r>
        <w:rPr>
          <w:rFonts w:ascii="Calibri" w:hAnsi="Calibri" w:cs="Calibri" w:eastAsia="宋体"/>
          <w:b/>
        </w:rPr>
        <w:t>可能不会再次查看</w:t>
      </w:r>
      <w:r>
        <w:rPr>
          <w:rFonts w:ascii="Calibri" w:hAnsi="Calibri" w:cs="Calibri" w:eastAsia="宋体"/>
        </w:rPr>
        <w:t>。如有异常请及时告知峰主任。</w:t>
      </w:r>
    </w:p>
    <w:p>
      <w:pPr>
        <w:spacing w:before="20" w:after="40"/>
        <w:ind w:left="425" w:hanging="312"/>
      </w:pPr>
      <w:r>
        <w:rPr>
          <w:rFonts w:ascii="Calibri" w:hAnsi="Calibri" w:cs="Calibri" w:eastAsia="宋体"/>
        </w:rPr>
        <w:t xml:space="preserve">• </w:t>
      </w:r>
      <w:r>
        <w:rPr>
          <w:rFonts w:ascii="Calibri" w:hAnsi="Calibri" w:cs="Calibri" w:eastAsia="宋体"/>
        </w:rPr>
        <w:t>剪短手指甲，并卸掉</w:t>
      </w:r>
      <w:r>
        <w:rPr>
          <w:rFonts w:ascii="Calibri" w:hAnsi="Calibri" w:cs="Calibri" w:eastAsia="宋体"/>
          <w:b/>
        </w:rPr>
        <w:t>至少左手食指与中指</w:t>
      </w:r>
      <w:r>
        <w:rPr>
          <w:rFonts w:ascii="Calibri" w:hAnsi="Calibri" w:cs="Calibri" w:eastAsia="宋体"/>
        </w:rPr>
        <w:t>的美甲。术中会在手指处监测血氧。</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有点儿甜，但味儿真的很怪。</w:t>
      </w:r>
    </w:p>
    <w:p>
      <w:pPr>
        <w:shd w:val="clear" w:color="auto" w:fill="F7F8FA"/>
        <w:pBdr>
          <w:left w:val="single" w:sz="18" w:space="6" w:color="C9CDD4"/>
        </w:pBdr>
        <w:spacing w:after="40"/>
      </w:pPr>
      <w:r>
        <w:rPr>
          <w:rFonts w:ascii="Calibri" w:hAnsi="Calibri" w:cs="Calibri" w:eastAsia="宋体"/>
        </w:rPr>
        <w:t>另：当天满脑子都是“有‘福’了。”</w:t>
      </w:r>
    </w:p>
    <w:p>
      <w:pPr>
        <w:pStyle w:val="Heading6"/>
      </w:pPr>
      <w:r>
        <w:rPr>
          <w:rFonts w:ascii="Calibri" w:hAnsi="Calibri" w:cs="Calibri" w:eastAsia="宋体"/>
        </w:rPr>
        <w:t>Day-1 我真的喝不下了</w:t>
      </w:r>
    </w:p>
    <w:p>
      <w:pPr>
        <w:spacing w:before="20" w:after="40"/>
        <w:ind w:left="425" w:hanging="312"/>
      </w:pPr>
      <w:r>
        <w:rPr>
          <w:rFonts w:ascii="Calibri" w:hAnsi="Calibri" w:cs="Calibri" w:eastAsia="宋体"/>
        </w:rPr>
        <w:t xml:space="preserve">• </w:t>
      </w:r>
      <w:r>
        <w:rPr>
          <w:rFonts w:ascii="Calibri" w:hAnsi="Calibri" w:cs="Calibri" w:eastAsia="宋体"/>
        </w:rPr>
        <w:t>当天喝</w:t>
      </w:r>
      <w:r>
        <w:rPr>
          <w:rFonts w:ascii="Calibri" w:hAnsi="Calibri" w:cs="Calibri" w:eastAsia="宋体"/>
          <w:b/>
        </w:rPr>
        <w:t>流食</w:t>
      </w:r>
      <w:r>
        <w:rPr>
          <w:rFonts w:ascii="Calibri" w:hAnsi="Calibri" w:cs="Calibri" w:eastAsia="宋体"/>
        </w:rPr>
        <w:t>，午餐是</w:t>
      </w:r>
      <w:r>
        <w:rPr>
          <w:rFonts w:ascii="Calibri" w:hAnsi="Calibri" w:cs="Calibri" w:eastAsia="宋体"/>
          <w:b/>
        </w:rPr>
        <w:t>最后一顿</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当天交替用康复新液与浓替硝唑含漱液反复漱口。</w:t>
      </w:r>
      <w:r>
        <w:rPr>
          <w:rFonts w:ascii="Calibri" w:hAnsi="Calibri" w:cs="Calibri" w:eastAsia="宋体"/>
          <w:b/>
        </w:rPr>
        <w:t>替硝唑别忘了稀释。</w:t>
      </w:r>
    </w:p>
    <w:p>
      <w:pPr>
        <w:keepNext/>
        <w:spacing w:before="120" w:after="40"/>
        <w:pBdr>
          <w:bottom w:val="single" w:sz="6" w:space="1" w:color="D4D8DE"/>
        </w:pBdr>
      </w:pPr>
      <w:r>
        <w:rPr>
          <w:rFonts w:ascii="Calibri" w:hAnsi="Calibri" w:cs="Calibri" w:eastAsia="微软雅黑"/>
          <w:b/>
        </w:rPr>
        <w:t>▸ 展示图片：浓替硝唑漱口水儿</w:t>
      </w:r>
    </w:p>
    <w:p>
      <w:pPr>
        <w:spacing w:before="20" w:after="40"/>
        <w:ind w:left="425" w:hanging="312"/>
      </w:pPr>
      <w:r>
        <w:rPr>
          <w:rFonts w:ascii="Calibri" w:hAnsi="Calibri" w:cs="Calibri" w:eastAsia="宋体"/>
        </w:rPr>
        <w:t xml:space="preserve">• </w:t>
      </w:r>
      <w:r>
        <w:rPr>
          <w:rFonts w:ascii="Calibri" w:hAnsi="Calibri" w:cs="Calibri" w:eastAsia="宋体"/>
        </w:rPr>
        <w:t>14:00后，将每小袋复方聚乙二醇电解质散兑入1升温水中，</w:t>
      </w:r>
      <w:r>
        <w:rPr>
          <w:rFonts w:ascii="Calibri" w:hAnsi="Calibri" w:cs="Calibri" w:eastAsia="宋体"/>
          <w:b/>
        </w:rPr>
        <w:t>两小时内喝完两升</w:t>
      </w:r>
      <w:r>
        <w:rPr>
          <w:rFonts w:ascii="Calibri" w:hAnsi="Calibri" w:cs="Calibri" w:eastAsia="宋体"/>
        </w:rPr>
        <w:t>。这将会是整个住院过程中前三大的折磨。满嘴线切割冷却液味。拉出来容易，喝进去难。</w:t>
      </w:r>
      <w:r>
        <w:rPr>
          <w:rFonts w:ascii="Calibri" w:hAnsi="Calibri" w:cs="Calibri" w:eastAsia="宋体"/>
          <w:b/>
        </w:rPr>
        <w:t>不能兑饮料。</w:t>
      </w:r>
    </w:p>
    <w:p>
      <w:pPr>
        <w:keepNext/>
        <w:spacing w:before="120" w:after="40"/>
        <w:pBdr>
          <w:bottom w:val="single" w:sz="6" w:space="1" w:color="D4D8DE"/>
        </w:pBdr>
      </w:pPr>
      <w:r>
        <w:rPr>
          <w:rFonts w:ascii="Calibri" w:hAnsi="Calibri" w:cs="Calibri" w:eastAsia="微软雅黑"/>
          <w:b/>
        </w:rPr>
        <w:t>▸ 展示图片：难喝的泻药</w:t>
      </w:r>
    </w:p>
    <w:p>
      <w:pPr>
        <w:spacing w:before="20" w:after="40"/>
        <w:ind w:left="425" w:hanging="312"/>
      </w:pPr>
      <w:r>
        <w:rPr>
          <w:rFonts w:ascii="Calibri" w:hAnsi="Calibri" w:cs="Calibri" w:eastAsia="宋体"/>
        </w:rPr>
        <w:t xml:space="preserve">• </w:t>
      </w:r>
      <w:r>
        <w:rPr>
          <w:rFonts w:ascii="Calibri" w:hAnsi="Calibri" w:cs="Calibri" w:eastAsia="宋体"/>
        </w:rPr>
        <w:t>管床医生带你去谈话室，进行术前谈话与签字。前往换药室测量手术材料尺寸。管床医生很可能是前来进修的医生，并不清楚手术具体内容。手术内容以峰主任为准。</w:t>
      </w:r>
    </w:p>
    <w:p>
      <w:pPr>
        <w:spacing w:before="20" w:after="40"/>
        <w:ind w:left="425" w:hanging="312"/>
      </w:pPr>
      <w:r>
        <w:rPr>
          <w:rFonts w:ascii="Calibri" w:hAnsi="Calibri" w:cs="Calibri" w:eastAsia="宋体"/>
        </w:rPr>
        <w:t xml:space="preserve">• </w:t>
      </w:r>
      <w:r>
        <w:rPr>
          <w:rFonts w:ascii="Calibri" w:hAnsi="Calibri" w:cs="Calibri" w:eastAsia="宋体"/>
        </w:rPr>
        <w:t>护士叫你到护士站量体重时候，</w:t>
      </w:r>
      <w:r>
        <w:rPr>
          <w:rFonts w:ascii="Calibri" w:hAnsi="Calibri" w:cs="Calibri" w:eastAsia="宋体"/>
          <w:strike/>
        </w:rPr>
        <w:t>别忘了减去你喝下去的重量</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睡觉前会有护士来灌肠，确认拉出来的必须是</w:t>
      </w:r>
      <w:r>
        <w:rPr>
          <w:rFonts w:ascii="Calibri" w:hAnsi="Calibri" w:cs="Calibri" w:eastAsia="宋体"/>
          <w:b/>
        </w:rPr>
        <w:t>略带黄色的清水</w:t>
      </w:r>
      <w:r>
        <w:rPr>
          <w:rFonts w:ascii="Calibri" w:hAnsi="Calibri" w:cs="Calibri" w:eastAsia="宋体"/>
        </w:rPr>
        <w:t>。</w:t>
      </w:r>
      <w:r>
        <w:rPr>
          <w:rFonts w:ascii="Calibri" w:hAnsi="Calibri" w:cs="Calibri" w:eastAsia="宋体"/>
          <w:b/>
        </w:rPr>
        <w:t>否则就继续喝吧！！！</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怎么这几天喝的东西一个比一个味儿怪啊。╮(╯▽╰)╭</w:t>
      </w:r>
    </w:p>
    <w:p>
      <w:pPr>
        <w:shd w:val="clear" w:color="auto" w:fill="F7F8FA"/>
        <w:pBdr>
          <w:left w:val="single" w:sz="18" w:space="6" w:color="C9CDD4"/>
        </w:pBdr>
        <w:spacing w:after="40"/>
      </w:pPr>
      <w:r>
        <w:rPr>
          <w:rFonts w:ascii="Calibri" w:hAnsi="Calibri" w:cs="Calibri" w:eastAsia="宋体"/>
        </w:rPr>
        <w:t>那个聚乙二醇真的是，喝的泪流满面，呕——</w:t>
      </w:r>
      <w:r>
        <w:br/>
      </w:r>
      <w:r>
        <w:br/>
      </w:r>
      <w:r>
        <w:rPr>
          <w:rFonts w:ascii="Calibri" w:hAnsi="Calibri" w:cs="Calibri" w:eastAsia="宋体"/>
        </w:rPr>
        <w:t>我胃容量小，一边喝一边等胃清空，两小时根本喝不完，最后医生也无奈了。</w:t>
      </w:r>
      <w:r>
        <w:br/>
      </w:r>
      <w:r>
        <w:br/>
      </w:r>
      <w:r>
        <w:rPr>
          <w:rFonts w:ascii="Calibri" w:hAnsi="Calibri" w:cs="Calibri" w:eastAsia="宋体"/>
        </w:rPr>
        <w:t>最后喝进去两升半，呕出来半升，均匀涂布在病房地面上。</w:t>
      </w:r>
    </w:p>
    <w:p>
      <w:pPr>
        <w:shd w:val="clear" w:color="auto" w:fill="F7F8FA"/>
        <w:pBdr>
          <w:left w:val="single" w:sz="18" w:space="6" w:color="C9CDD4"/>
        </w:pBdr>
        <w:spacing w:after="40"/>
      </w:pPr>
      <w:r>
        <w:rPr>
          <w:rFonts w:ascii="Calibri" w:hAnsi="Calibri" w:cs="Calibri" w:eastAsia="宋体"/>
        </w:rPr>
        <w:t>看说明书上的“不良反应：呕吐”，真是气笑了。</w:t>
      </w:r>
    </w:p>
    <w:p>
      <w:pPr>
        <w:shd w:val="clear" w:color="auto" w:fill="F7F8FA"/>
        <w:pBdr>
          <w:left w:val="single" w:sz="18" w:space="6" w:color="C9CDD4"/>
        </w:pBdr>
        <w:spacing w:after="40"/>
      </w:pPr>
      <w:r>
        <w:rPr>
          <w:rFonts w:ascii="Calibri" w:hAnsi="Calibri" w:cs="Calibri" w:eastAsia="宋体"/>
        </w:rPr>
        <w:t>小提示：喝一口聚乙二醇，立刻拿饮料漱漱口吐出来，再喝下一口。会对这个过程有所帮助。</w:t>
      </w:r>
    </w:p>
    <w:p>
      <w:pPr>
        <w:shd w:val="clear" w:color="auto" w:fill="F7F8FA"/>
        <w:pBdr>
          <w:left w:val="single" w:sz="18" w:space="6" w:color="C9CDD4"/>
        </w:pBdr>
        <w:spacing w:after="40"/>
      </w:pPr>
      <w:r>
        <w:rPr>
          <w:rFonts w:ascii="Calibri" w:hAnsi="Calibri" w:cs="Calibri" w:eastAsia="宋体"/>
        </w:rPr>
        <w:t>另外，测材料尺寸，“你以前就这么小吗？”是什么意思啊喂！</w:t>
      </w:r>
    </w:p>
    <w:p>
      <w:pPr>
        <w:pStyle w:val="Heading6"/>
      </w:pPr>
      <w:r>
        <w:rPr>
          <w:rFonts w:ascii="Calibri" w:hAnsi="Calibri" w:cs="Calibri" w:eastAsia="宋体"/>
        </w:rPr>
        <w:t>Day+0 睡一天</w:t>
      </w:r>
    </w:p>
    <w:p>
      <w:pPr>
        <w:spacing w:before="20" w:after="40"/>
        <w:ind w:left="425" w:hanging="312"/>
      </w:pPr>
      <w:r>
        <w:rPr>
          <w:rFonts w:ascii="Calibri" w:hAnsi="Calibri" w:cs="Calibri" w:eastAsia="宋体"/>
        </w:rPr>
        <w:t xml:space="preserve">• </w:t>
      </w:r>
      <w:r>
        <w:rPr>
          <w:rFonts w:ascii="Calibri" w:hAnsi="Calibri" w:cs="Calibri" w:eastAsia="宋体"/>
        </w:rPr>
        <w:t>0点开始，</w:t>
      </w:r>
      <w:r>
        <w:rPr>
          <w:rFonts w:ascii="Calibri" w:hAnsi="Calibri" w:cs="Calibri" w:eastAsia="宋体"/>
          <w:b/>
        </w:rPr>
        <w:t>任何东西都不能进嘴</w:t>
      </w:r>
      <w:r>
        <w:rPr>
          <w:rFonts w:ascii="Calibri" w:hAnsi="Calibri" w:cs="Calibri" w:eastAsia="宋体"/>
        </w:rPr>
        <w:t>（从鼻孔也不行）。必须服用的药物，可以用</w:t>
      </w:r>
      <w:r>
        <w:rPr>
          <w:rFonts w:ascii="Calibri" w:hAnsi="Calibri" w:cs="Calibri" w:eastAsia="宋体"/>
          <w:b/>
        </w:rPr>
        <w:t>极少的水</w:t>
      </w:r>
      <w:r>
        <w:rPr>
          <w:rFonts w:ascii="Calibri" w:hAnsi="Calibri" w:cs="Calibri" w:eastAsia="宋体"/>
        </w:rPr>
        <w:t>送服。</w:t>
      </w:r>
    </w:p>
    <w:p>
      <w:pPr>
        <w:spacing w:before="20" w:after="40"/>
        <w:ind w:left="425" w:hanging="312"/>
      </w:pPr>
      <w:r>
        <w:rPr>
          <w:rFonts w:ascii="Calibri" w:hAnsi="Calibri" w:cs="Calibri" w:eastAsia="宋体"/>
        </w:rPr>
        <w:t xml:space="preserve">• </w:t>
      </w:r>
      <w:r>
        <w:rPr>
          <w:rFonts w:ascii="Calibri" w:hAnsi="Calibri" w:cs="Calibri" w:eastAsia="宋体"/>
        </w:rPr>
        <w:t>早晨起来去把肚里剩的水拉干净。</w:t>
      </w:r>
    </w:p>
    <w:p>
      <w:pPr>
        <w:spacing w:before="20" w:after="40"/>
        <w:ind w:left="425" w:hanging="312"/>
      </w:pPr>
      <w:r>
        <w:rPr>
          <w:rFonts w:ascii="Calibri" w:hAnsi="Calibri" w:cs="Calibri" w:eastAsia="宋体"/>
        </w:rPr>
        <w:t xml:space="preserve">• </w:t>
      </w:r>
      <w:r>
        <w:rPr>
          <w:rFonts w:ascii="Calibri" w:hAnsi="Calibri" w:cs="Calibri" w:eastAsia="宋体"/>
        </w:rPr>
        <w:t>换衣服，身上</w:t>
      </w:r>
      <w:r>
        <w:rPr>
          <w:rFonts w:ascii="Calibri" w:hAnsi="Calibri" w:cs="Calibri" w:eastAsia="宋体"/>
          <w:b/>
        </w:rPr>
        <w:t>什么也不穿</w:t>
      </w:r>
      <w:r>
        <w:rPr>
          <w:rFonts w:ascii="Calibri" w:hAnsi="Calibri" w:cs="Calibri" w:eastAsia="宋体"/>
        </w:rPr>
        <w:t>，只穿病号服。</w:t>
      </w:r>
    </w:p>
    <w:p>
      <w:pPr>
        <w:spacing w:before="20" w:after="40"/>
        <w:ind w:left="425" w:hanging="312"/>
      </w:pPr>
      <w:r>
        <w:rPr>
          <w:rFonts w:ascii="Calibri" w:hAnsi="Calibri" w:cs="Calibri" w:eastAsia="宋体"/>
        </w:rPr>
        <w:t xml:space="preserve">• </w:t>
      </w:r>
      <w:r>
        <w:rPr>
          <w:rFonts w:ascii="Calibri" w:hAnsi="Calibri" w:cs="Calibri" w:eastAsia="宋体"/>
        </w:rPr>
        <w:t>7:55所有当天手术的人到病区门口等待，</w:t>
      </w:r>
      <w:r>
        <w:rPr>
          <w:rFonts w:ascii="Calibri" w:hAnsi="Calibri" w:cs="Calibri" w:eastAsia="宋体"/>
          <w:b/>
        </w:rPr>
        <w:t>拿好丁字带</w:t>
      </w:r>
      <w:r>
        <w:rPr>
          <w:rFonts w:ascii="Calibri" w:hAnsi="Calibri" w:cs="Calibri" w:eastAsia="宋体"/>
        </w:rPr>
        <w:t>，手术室会派人带你们去二楼手术室。</w:t>
      </w:r>
    </w:p>
    <w:p>
      <w:pPr>
        <w:spacing w:before="20" w:after="40"/>
        <w:ind w:left="425" w:hanging="312"/>
      </w:pPr>
      <w:r>
        <w:rPr>
          <w:rFonts w:ascii="Calibri" w:hAnsi="Calibri" w:cs="Calibri" w:eastAsia="宋体"/>
        </w:rPr>
        <w:t xml:space="preserve">• </w:t>
      </w:r>
      <w:r>
        <w:rPr>
          <w:rFonts w:ascii="Calibri" w:hAnsi="Calibri" w:cs="Calibri" w:eastAsia="宋体"/>
        </w:rPr>
        <w:t>在患者通道换鞋，进入患者等待室。稍等片刻后，麻醉医生会叫你名字，带你进入手术间。</w:t>
      </w:r>
    </w:p>
    <w:p>
      <w:pPr>
        <w:spacing w:before="20" w:after="40"/>
        <w:ind w:left="425" w:hanging="312"/>
      </w:pPr>
      <w:r>
        <w:rPr>
          <w:rFonts w:ascii="Calibri" w:hAnsi="Calibri" w:cs="Calibri" w:eastAsia="宋体"/>
        </w:rPr>
        <w:t xml:space="preserve">• </w:t>
      </w:r>
      <w:r>
        <w:rPr>
          <w:rFonts w:ascii="Calibri" w:hAnsi="Calibri" w:cs="Calibri" w:eastAsia="宋体"/>
        </w:rPr>
        <w:t>核对患者信息后，脱光衣服，躺上手术台，摆体位。峰主任会前来查看体位是否合适。</w:t>
      </w:r>
    </w:p>
    <w:p>
      <w:pPr>
        <w:spacing w:before="20" w:after="40"/>
        <w:ind w:left="425" w:hanging="312"/>
      </w:pPr>
      <w:r>
        <w:rPr>
          <w:rFonts w:ascii="Calibri" w:hAnsi="Calibri" w:cs="Calibri" w:eastAsia="宋体"/>
        </w:rPr>
        <w:t xml:space="preserve">• </w:t>
      </w:r>
      <w:r>
        <w:rPr>
          <w:rFonts w:ascii="Calibri" w:hAnsi="Calibri" w:cs="Calibri" w:eastAsia="宋体"/>
        </w:rPr>
        <w:t>麻醉医生进行静脉通路建立（胳膊和腿上扎不了，就要扎脖子深静脉了哦），再次核对患者信息，拿来氧气面罩让你先吸点氧。然后推药，“睡一觉就结束了哦！”</w:t>
      </w:r>
      <w:r>
        <w:rPr>
          <w:rFonts w:ascii="Calibri" w:hAnsi="Calibri" w:cs="Calibri" w:eastAsia="宋体"/>
          <w:strike/>
        </w:rPr>
        <w:t>（为什么 麻醉医生大多是小个子年轻温柔女生啊）</w:t>
      </w:r>
    </w:p>
    <w:p>
      <w:pPr>
        <w:spacing w:before="20" w:after="40"/>
        <w:ind w:left="425" w:hanging="312"/>
      </w:pPr>
      <w:r>
        <w:rPr>
          <w:rFonts w:ascii="Calibri" w:hAnsi="Calibri" w:cs="Calibri" w:eastAsia="宋体"/>
        </w:rPr>
        <w:t xml:space="preserve">• </w:t>
      </w:r>
      <w:r>
        <w:rPr>
          <w:rFonts w:ascii="Calibri" w:hAnsi="Calibri" w:cs="Calibri" w:eastAsia="宋体"/>
        </w:rPr>
        <w:t>术中会气管插管，动脉穿刺置管。但这些都会在你苏醒前撤掉，麻醉医生技术高超，你不会有任何感觉的。苏醒后呕吐这些情况也会得到妥善抑制，不过还是看个人体质。</w:t>
      </w:r>
    </w:p>
    <w:p>
      <w:pPr>
        <w:spacing w:before="20" w:after="40"/>
        <w:ind w:left="425" w:hanging="312"/>
      </w:pPr>
      <w:r>
        <w:rPr>
          <w:rFonts w:ascii="Calibri" w:hAnsi="Calibri" w:cs="Calibri" w:eastAsia="宋体"/>
        </w:rPr>
        <w:t xml:space="preserve">• </w:t>
      </w:r>
      <w:r>
        <w:rPr>
          <w:rFonts w:ascii="Calibri" w:hAnsi="Calibri" w:cs="Calibri" w:eastAsia="宋体"/>
        </w:rPr>
        <w:t>不出意外的情况下，术中无需输血。全程没有涉及到大血管的操作。</w:t>
      </w:r>
    </w:p>
    <w:p>
      <w:pPr>
        <w:spacing w:before="20" w:after="40"/>
        <w:ind w:left="425" w:hanging="312"/>
      </w:pPr>
      <w:r>
        <w:rPr>
          <w:rFonts w:ascii="Calibri" w:hAnsi="Calibri" w:cs="Calibri" w:eastAsia="宋体"/>
        </w:rPr>
        <w:t xml:space="preserve">• </w:t>
      </w:r>
      <w:r>
        <w:rPr>
          <w:rFonts w:ascii="Calibri" w:hAnsi="Calibri" w:cs="Calibri" w:eastAsia="宋体"/>
        </w:rPr>
        <w:t>虽然手术时间很长，但峰主任会在台上一直陪你奋战到最后的。</w:t>
      </w:r>
      <w:r>
        <w:rPr>
          <w:rFonts w:ascii="Calibri" w:hAnsi="Calibri" w:cs="Calibri" w:eastAsia="宋体"/>
          <w:b/>
        </w:rPr>
        <w:t>医德闪闪发光。</w:t>
      </w:r>
    </w:p>
    <w:p>
      <w:pPr>
        <w:spacing w:before="20" w:after="40"/>
        <w:ind w:left="425" w:hanging="312"/>
      </w:pPr>
      <w:r>
        <w:rPr>
          <w:rFonts w:ascii="Calibri" w:hAnsi="Calibri" w:cs="Calibri" w:eastAsia="宋体"/>
        </w:rPr>
        <w:t xml:space="preserve">• </w:t>
      </w:r>
      <w:r>
        <w:rPr>
          <w:rFonts w:ascii="Calibri" w:hAnsi="Calibri" w:cs="Calibri" w:eastAsia="宋体"/>
        </w:rPr>
        <w:t>19:00在苏醒室醒来，身上全部肌肉发抖是正常的麻醉反应。会有麻醉医生/护士推你回病房。身上带着麻醉时穿刺的静脉留置针和上面连接的止痛泵，以及术中放置的导尿管（外面沾满鲜血）。我们的术式是没有引流管的！</w:t>
      </w:r>
    </w:p>
    <w:p>
      <w:pPr>
        <w:keepNext/>
        <w:spacing w:before="120" w:after="40"/>
        <w:pBdr>
          <w:bottom w:val="single" w:sz="6" w:space="1" w:color="D4D8DE"/>
        </w:pBdr>
      </w:pPr>
      <w:r>
        <w:rPr>
          <w:rFonts w:ascii="Calibri" w:hAnsi="Calibri" w:cs="Calibri" w:eastAsia="微软雅黑"/>
          <w:b/>
        </w:rPr>
        <w:t>▸ 展示图片：输液管路</w:t>
      </w:r>
    </w:p>
    <w:p>
      <w:pPr>
        <w:spacing w:before="20" w:after="40"/>
        <w:ind w:left="425" w:hanging="312"/>
      </w:pPr>
      <w:r>
        <w:rPr>
          <w:rFonts w:ascii="Calibri" w:hAnsi="Calibri" w:cs="Calibri" w:eastAsia="宋体"/>
        </w:rPr>
        <w:t xml:space="preserve">• </w:t>
      </w:r>
      <w:r>
        <w:rPr>
          <w:rFonts w:ascii="Calibri" w:hAnsi="Calibri" w:cs="Calibri" w:eastAsia="宋体"/>
        </w:rPr>
        <w:t>如无意外，手术结束后不需要进入重症监护室，直接回病房。回病房后无需使用生命监护仪器。</w:t>
      </w:r>
    </w:p>
    <w:p>
      <w:pPr>
        <w:spacing w:before="20" w:after="40"/>
        <w:ind w:left="425" w:hanging="312"/>
      </w:pPr>
      <w:r>
        <w:rPr>
          <w:rFonts w:ascii="Calibri" w:hAnsi="Calibri" w:cs="Calibri" w:eastAsia="宋体"/>
        </w:rPr>
        <w:t xml:space="preserve">• </w:t>
      </w:r>
      <w:r>
        <w:rPr>
          <w:rFonts w:ascii="Calibri" w:hAnsi="Calibri" w:cs="Calibri" w:eastAsia="宋体"/>
        </w:rPr>
        <w:t>回到病房，过床后，可能会给你留下一张手术室的中单（沾着你的血）。未来几天你将一直光着身子，这张中单将是你的宝藏被单，好盖还不怕脏。</w:t>
      </w:r>
    </w:p>
    <w:p>
      <w:pPr>
        <w:keepNext/>
        <w:spacing w:before="120" w:after="40"/>
        <w:pBdr>
          <w:bottom w:val="single" w:sz="6" w:space="1" w:color="D4D8DE"/>
        </w:pBdr>
      </w:pPr>
      <w:r>
        <w:rPr>
          <w:rFonts w:ascii="Calibri" w:hAnsi="Calibri" w:cs="Calibri" w:eastAsia="微软雅黑"/>
          <w:b/>
        </w:rPr>
        <w:t>▸ 展示图片：宝藏的中单</w:t>
      </w:r>
    </w:p>
    <w:p>
      <w:pPr>
        <w:spacing w:before="20" w:after="40"/>
        <w:ind w:left="425" w:hanging="312"/>
      </w:pPr>
      <w:r>
        <w:rPr>
          <w:rFonts w:ascii="Calibri" w:hAnsi="Calibri" w:cs="Calibri" w:eastAsia="宋体"/>
        </w:rPr>
        <w:t xml:space="preserve">• </w:t>
      </w:r>
      <w:r>
        <w:rPr>
          <w:rFonts w:ascii="Calibri" w:hAnsi="Calibri" w:cs="Calibri" w:eastAsia="宋体"/>
        </w:rPr>
        <w:t>护士们会喊；“XX床回来了！”然后会拿着超大袋的液体给你输一宿，补液以及防止你饿。今天开始护理等级提高为二级护理。</w:t>
      </w:r>
    </w:p>
    <w:p>
      <w:pPr>
        <w:spacing w:before="20" w:after="40"/>
        <w:ind w:left="425" w:hanging="312"/>
      </w:pPr>
      <w:r>
        <w:rPr>
          <w:rFonts w:ascii="Calibri" w:hAnsi="Calibri" w:cs="Calibri" w:eastAsia="宋体"/>
        </w:rPr>
        <w:t xml:space="preserve">• </w:t>
      </w:r>
      <w:r>
        <w:rPr>
          <w:rFonts w:ascii="Calibri" w:hAnsi="Calibri" w:cs="Calibri" w:eastAsia="宋体"/>
        </w:rPr>
        <w:t>今晚不会很疼，愉快的睡吧。实在疼的话管护士要羟考酮片吃，即可获得两小时完全无痛时间。还可以自备双氯芬酸钠胶囊（商品名：戴芬）。</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因为是大手术，麻醉前麻醉科主任还来看了我一趟。</w:t>
      </w:r>
      <w:r>
        <w:br/>
      </w:r>
      <w:r>
        <w:br/>
      </w:r>
      <w:r>
        <w:rPr>
          <w:rFonts w:ascii="Calibri" w:hAnsi="Calibri" w:cs="Calibri" w:eastAsia="宋体"/>
        </w:rPr>
        <w:t>获得了一次超长时间优质睡眠，体感上只是小睡了10分钟。</w:t>
      </w:r>
      <w:r>
        <w:br/>
      </w:r>
      <w:r>
        <w:br/>
      </w:r>
      <w:r>
        <w:rPr>
          <w:rFonts w:ascii="Calibri" w:hAnsi="Calibri" w:cs="Calibri" w:eastAsia="宋体"/>
        </w:rPr>
        <w:t>一周后胳膊青了，才发觉术中穿刺了动脉。</w:t>
      </w:r>
      <w:r>
        <w:br/>
      </w:r>
      <w:r>
        <w:br/>
      </w:r>
      <w:r>
        <w:rPr>
          <w:rFonts w:ascii="Calibri" w:hAnsi="Calibri" w:cs="Calibri" w:eastAsia="宋体"/>
        </w:rPr>
        <w:t>麻醉醒来恶心呕吐是什么？不存在的。</w:t>
      </w:r>
    </w:p>
    <w:p>
      <w:pPr>
        <w:pStyle w:val="Heading6"/>
      </w:pPr>
      <w:r>
        <w:rPr>
          <w:rFonts w:ascii="Calibri" w:hAnsi="Calibri" w:cs="Calibri" w:eastAsia="宋体"/>
        </w:rPr>
        <w:t>Day+1 怎么不早说有止痛药啊</w:t>
      </w:r>
    </w:p>
    <w:p>
      <w:pPr>
        <w:spacing w:before="20" w:after="40"/>
        <w:ind w:left="425" w:hanging="312"/>
      </w:pPr>
      <w:r>
        <w:rPr>
          <w:rFonts w:ascii="Calibri" w:hAnsi="Calibri" w:cs="Calibri" w:eastAsia="宋体"/>
        </w:rPr>
        <w:t xml:space="preserve">• </w:t>
      </w:r>
      <w:r>
        <w:rPr>
          <w:rFonts w:ascii="Calibri" w:hAnsi="Calibri" w:cs="Calibri" w:eastAsia="宋体"/>
        </w:rPr>
        <w:t>从昨晚开始输液，一直到今晚。</w:t>
      </w:r>
    </w:p>
    <w:p>
      <w:pPr>
        <w:spacing w:before="20" w:after="40"/>
        <w:ind w:left="425" w:hanging="312"/>
      </w:pPr>
      <w:r>
        <w:rPr>
          <w:rFonts w:ascii="Calibri" w:hAnsi="Calibri" w:cs="Calibri" w:eastAsia="宋体"/>
        </w:rPr>
        <w:t xml:space="preserve">• </w:t>
      </w:r>
      <w:r>
        <w:rPr>
          <w:rFonts w:ascii="Calibri" w:hAnsi="Calibri" w:cs="Calibri" w:eastAsia="宋体"/>
          <w:b/>
        </w:rPr>
        <w:t>禁食</w:t>
      </w:r>
      <w:r>
        <w:rPr>
          <w:rFonts w:ascii="Calibri" w:hAnsi="Calibri" w:cs="Calibri" w:eastAsia="宋体"/>
        </w:rPr>
        <w:t>，可以喝点红糖水，但不喝也不会饿。</w:t>
      </w:r>
    </w:p>
    <w:p>
      <w:pPr>
        <w:spacing w:before="20" w:after="40"/>
        <w:ind w:left="425" w:hanging="312"/>
      </w:pPr>
      <w:r>
        <w:rPr>
          <w:rFonts w:ascii="Calibri" w:hAnsi="Calibri" w:cs="Calibri" w:eastAsia="宋体"/>
        </w:rPr>
        <w:t xml:space="preserve">• </w:t>
      </w:r>
      <w:r>
        <w:rPr>
          <w:rFonts w:ascii="Calibri" w:hAnsi="Calibri" w:cs="Calibri" w:eastAsia="宋体"/>
        </w:rPr>
        <w:t>今天的首要任务是，用舌头慢慢把嘴里两边填充的止血纱布舔出来。几乎不疼。然后</w:t>
      </w:r>
      <w:r>
        <w:rPr>
          <w:rFonts w:ascii="Calibri" w:hAnsi="Calibri" w:cs="Calibri" w:eastAsia="宋体"/>
          <w:b/>
        </w:rPr>
        <w:t>千万不要拿镜子看嘴里</w:t>
      </w:r>
      <w:r>
        <w:rPr>
          <w:rFonts w:ascii="Calibri" w:hAnsi="Calibri" w:cs="Calibri" w:eastAsia="宋体"/>
        </w:rPr>
        <w:t>，否则你该谢谢我的。</w:t>
      </w:r>
    </w:p>
    <w:p>
      <w:pPr>
        <w:keepNext/>
        <w:spacing w:before="120" w:after="40"/>
        <w:pBdr>
          <w:bottom w:val="single" w:sz="6" w:space="1" w:color="D4D8DE"/>
        </w:pBdr>
      </w:pPr>
      <w:r>
        <w:rPr>
          <w:rFonts w:ascii="Calibri" w:hAnsi="Calibri" w:cs="Calibri" w:eastAsia="微软雅黑"/>
          <w:b/>
        </w:rPr>
        <w:t>▸ 展示图片：两颊止血的纱布（带血）</w:t>
      </w:r>
    </w:p>
    <w:p>
      <w:pPr>
        <w:spacing w:before="20" w:after="40"/>
        <w:ind w:left="425" w:hanging="312"/>
      </w:pPr>
      <w:r>
        <w:rPr>
          <w:rFonts w:ascii="Calibri" w:hAnsi="Calibri" w:cs="Calibri" w:eastAsia="宋体"/>
        </w:rPr>
        <w:t xml:space="preserve">• </w:t>
      </w:r>
      <w:r>
        <w:rPr>
          <w:rFonts w:ascii="Calibri" w:hAnsi="Calibri" w:cs="Calibri" w:eastAsia="宋体"/>
        </w:rPr>
        <w:t>下午峰主任会来解开丁字带，更换里面的纱布敷料，涂抹红霉素软膏。外用红霉素软膏</w:t>
      </w:r>
      <w:r>
        <w:rPr>
          <w:rFonts w:ascii="Calibri" w:hAnsi="Calibri" w:cs="Calibri" w:eastAsia="宋体"/>
          <w:b/>
        </w:rPr>
        <w:t>不会因你对红霉素过敏而不使用</w:t>
      </w:r>
      <w:r>
        <w:rPr>
          <w:rFonts w:ascii="Calibri" w:hAnsi="Calibri" w:cs="Calibri" w:eastAsia="宋体"/>
        </w:rPr>
        <w:t>（笔者实测），峰主任对此自有把握。在这之后</w:t>
      </w:r>
      <w:r>
        <w:rPr>
          <w:rFonts w:ascii="Calibri" w:hAnsi="Calibri" w:cs="Calibri" w:eastAsia="宋体"/>
          <w:b/>
        </w:rPr>
        <w:t>享受疼痛吧！</w:t>
      </w:r>
    </w:p>
    <w:p>
      <w:pPr>
        <w:spacing w:before="20" w:after="40"/>
        <w:ind w:left="425" w:hanging="312"/>
      </w:pPr>
      <w:r>
        <w:rPr>
          <w:rFonts w:ascii="Calibri" w:hAnsi="Calibri" w:cs="Calibri" w:eastAsia="宋体"/>
        </w:rPr>
        <w:t xml:space="preserve">• </w:t>
      </w:r>
      <w:r>
        <w:rPr>
          <w:rFonts w:ascii="Calibri" w:hAnsi="Calibri" w:cs="Calibri" w:eastAsia="宋体"/>
        </w:rPr>
        <w:t>可以吃双氯芬酸钠止痛，也可以按止痛泵。实在忍不住可以每8小时让护士找医生，开一片羟考酮，止痛效果极佳。</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换敷料后，护士查房，见我双目圆瞪，手攥病床扶手，大汗淋漓。</w:t>
      </w:r>
      <w:r>
        <w:br/>
      </w:r>
      <w:r>
        <w:br/>
      </w:r>
      <w:r>
        <w:rPr>
          <w:rFonts w:ascii="Calibri" w:hAnsi="Calibri" w:cs="Calibri" w:eastAsia="宋体"/>
        </w:rPr>
        <w:t>护士：“宝贝你疼啊？”</w:t>
      </w:r>
      <w:r>
        <w:br/>
      </w:r>
      <w:r>
        <w:br/>
      </w:r>
      <w:r>
        <w:rPr>
          <w:rFonts w:ascii="Calibri" w:hAnsi="Calibri" w:cs="Calibri" w:eastAsia="宋体"/>
        </w:rPr>
        <w:t>我：“……是……”（咬牙）</w:t>
      </w:r>
      <w:r>
        <w:br/>
      </w:r>
      <w:r>
        <w:br/>
      </w:r>
      <w:r>
        <w:rPr>
          <w:rFonts w:ascii="Calibri" w:hAnsi="Calibri" w:cs="Calibri" w:eastAsia="宋体"/>
        </w:rPr>
        <w:t>护士：“你止痛泵呢？”</w:t>
      </w:r>
      <w:r>
        <w:br/>
      </w:r>
      <w:r>
        <w:br/>
      </w:r>
      <w:r>
        <w:rPr>
          <w:rFonts w:ascii="Calibri" w:hAnsi="Calibri" w:cs="Calibri" w:eastAsia="宋体"/>
        </w:rPr>
        <w:t>我：“之前不太疼，没按。现在疼起来，忘按了。”</w:t>
      </w:r>
      <w:r>
        <w:br/>
      </w:r>
      <w:r>
        <w:br/>
      </w:r>
      <w:r>
        <w:rPr>
          <w:rFonts w:ascii="Calibri" w:hAnsi="Calibri" w:cs="Calibri" w:eastAsia="宋体"/>
        </w:rPr>
        <w:t>护士：“你用止疼药了吗？”</w:t>
      </w:r>
      <w:r>
        <w:br/>
      </w:r>
      <w:r>
        <w:br/>
      </w:r>
      <w:r>
        <w:rPr>
          <w:rFonts w:ascii="Calibri" w:hAnsi="Calibri" w:cs="Calibri" w:eastAsia="宋体"/>
        </w:rPr>
        <w:t>我：“啥止疼药？！”（有这好东西怎么不早说）</w:t>
      </w:r>
      <w:r>
        <w:br/>
      </w:r>
      <w:r>
        <w:br/>
      </w:r>
      <w:r>
        <w:rPr>
          <w:rFonts w:ascii="Calibri" w:hAnsi="Calibri" w:cs="Calibri" w:eastAsia="宋体"/>
        </w:rPr>
        <w:t>护士：👍</w:t>
      </w:r>
    </w:p>
    <w:p>
      <w:pPr>
        <w:pStyle w:val="Heading6"/>
      </w:pPr>
      <w:r>
        <w:rPr>
          <w:rFonts w:ascii="Calibri" w:hAnsi="Calibri" w:cs="Calibri" w:eastAsia="宋体"/>
        </w:rPr>
        <w:t>Day+2 今日无事</w:t>
      </w:r>
    </w:p>
    <w:p>
      <w:pPr>
        <w:spacing w:before="20" w:after="40"/>
        <w:ind w:left="425" w:hanging="312"/>
      </w:pPr>
      <w:r>
        <w:rPr>
          <w:rFonts w:ascii="Calibri" w:hAnsi="Calibri" w:cs="Calibri" w:eastAsia="宋体"/>
        </w:rPr>
        <w:t xml:space="preserve">• </w:t>
      </w:r>
      <w:r>
        <w:rPr>
          <w:rFonts w:ascii="Calibri" w:hAnsi="Calibri" w:cs="Calibri" w:eastAsia="宋体"/>
        </w:rPr>
        <w:t>今日无事，输液从早到晚。</w:t>
      </w:r>
      <w:r>
        <w:rPr>
          <w:rFonts w:ascii="Calibri" w:hAnsi="Calibri" w:cs="Calibri" w:eastAsia="宋体"/>
          <w:b/>
        </w:rPr>
        <w:t>禁食。</w:t>
      </w:r>
    </w:p>
    <w:p>
      <w:pPr>
        <w:spacing w:before="20" w:after="40"/>
        <w:ind w:left="425" w:hanging="312"/>
      </w:pPr>
      <w:r>
        <w:rPr>
          <w:rFonts w:ascii="Calibri" w:hAnsi="Calibri" w:cs="Calibri" w:eastAsia="宋体"/>
        </w:rPr>
        <w:t xml:space="preserve">• </w:t>
      </w:r>
      <w:r>
        <w:rPr>
          <w:rFonts w:ascii="Calibri" w:hAnsi="Calibri" w:cs="Calibri" w:eastAsia="宋体"/>
        </w:rPr>
        <w:t>峰主任还会来给你换一次敷料，涂抹红霉素软膏。</w:t>
      </w:r>
    </w:p>
    <w:p>
      <w:pPr>
        <w:spacing w:before="20" w:after="40"/>
        <w:ind w:left="425" w:hanging="312"/>
      </w:pPr>
      <w:r>
        <w:rPr>
          <w:rFonts w:ascii="Calibri" w:hAnsi="Calibri" w:cs="Calibri" w:eastAsia="宋体"/>
        </w:rPr>
        <w:t xml:space="preserve">• </w:t>
      </w:r>
      <w:r>
        <w:rPr>
          <w:rFonts w:ascii="Calibri" w:hAnsi="Calibri" w:cs="Calibri" w:eastAsia="宋体"/>
        </w:rPr>
        <w:t>自己买点头孢吃。</w:t>
      </w:r>
    </w:p>
    <w:p>
      <w:pPr>
        <w:spacing w:before="20" w:after="40"/>
        <w:ind w:left="425" w:hanging="312"/>
      </w:pPr>
      <w:r>
        <w:rPr>
          <w:rFonts w:ascii="Calibri" w:hAnsi="Calibri" w:cs="Calibri" w:eastAsia="宋体"/>
        </w:rPr>
        <w:t xml:space="preserve">• </w:t>
      </w:r>
      <w:r>
        <w:rPr>
          <w:rFonts w:ascii="Calibri" w:hAnsi="Calibri" w:cs="Calibri" w:eastAsia="宋体"/>
        </w:rPr>
        <w:t>在床上自己试着动动腿，再让家属捏捏腿。</w:t>
      </w:r>
      <w:r>
        <w:rPr>
          <w:rFonts w:ascii="Calibri" w:hAnsi="Calibri" w:cs="Calibri" w:eastAsia="宋体"/>
          <w:b/>
        </w:rPr>
        <w:t>慎防血栓</w:t>
      </w:r>
      <w:r>
        <w:rPr>
          <w:rFonts w:ascii="Calibri" w:hAnsi="Calibri" w:cs="Calibri" w:eastAsia="宋体"/>
        </w:rPr>
        <w:t>。</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我和我妈说笑话，两人遂大笑。</w:t>
      </w:r>
      <w:r>
        <w:br/>
      </w:r>
      <w:r>
        <w:br/>
      </w:r>
      <w:r>
        <w:rPr>
          <w:rFonts w:ascii="Calibri" w:hAnsi="Calibri" w:cs="Calibri" w:eastAsia="宋体"/>
        </w:rPr>
        <w:t>我：你别笑了，笑的我逼疼。</w:t>
      </w:r>
      <w:r>
        <w:br/>
      </w:r>
      <w:r>
        <w:br/>
      </w:r>
      <w:r>
        <w:rPr>
          <w:rFonts w:ascii="Calibri" w:hAnsi="Calibri" w:cs="Calibri" w:eastAsia="宋体"/>
        </w:rPr>
        <w:t>我妈：？下次说话能不能不要这么直白？</w:t>
      </w:r>
      <w:r>
        <w:br/>
      </w:r>
      <w:r>
        <w:br/>
      </w:r>
      <w:r>
        <w:rPr>
          <w:rFonts w:ascii="Calibri" w:hAnsi="Calibri" w:cs="Calibri" w:eastAsia="宋体"/>
        </w:rPr>
        <w:t>我：都是被推友带坏了。</w:t>
      </w:r>
    </w:p>
    <w:p>
      <w:pPr>
        <w:pStyle w:val="Heading6"/>
      </w:pPr>
      <w:r>
        <w:rPr>
          <w:rFonts w:ascii="Calibri" w:hAnsi="Calibri" w:cs="Calibri" w:eastAsia="宋体"/>
        </w:rPr>
        <w:t>Day+3 阴道内冲洗</w:t>
      </w:r>
    </w:p>
    <w:p>
      <w:pPr>
        <w:spacing w:before="20" w:after="40"/>
        <w:ind w:left="425" w:hanging="312"/>
      </w:pPr>
      <w:r>
        <w:rPr>
          <w:rFonts w:ascii="Calibri" w:hAnsi="Calibri" w:cs="Calibri" w:eastAsia="宋体"/>
        </w:rPr>
        <w:t xml:space="preserve">• </w:t>
      </w:r>
      <w:r>
        <w:rPr>
          <w:rFonts w:ascii="Calibri" w:hAnsi="Calibri" w:cs="Calibri" w:eastAsia="宋体"/>
        </w:rPr>
        <w:t>今日输液仍然从早到晚。</w:t>
      </w:r>
      <w:r>
        <w:rPr>
          <w:rFonts w:ascii="Calibri" w:hAnsi="Calibri" w:cs="Calibri" w:eastAsia="宋体"/>
          <w:b/>
        </w:rPr>
        <w:t>禁食。</w:t>
      </w:r>
    </w:p>
    <w:p>
      <w:pPr>
        <w:spacing w:before="20" w:after="40"/>
        <w:ind w:left="425" w:hanging="312"/>
      </w:pPr>
      <w:r>
        <w:rPr>
          <w:rFonts w:ascii="Calibri" w:hAnsi="Calibri" w:cs="Calibri" w:eastAsia="宋体"/>
        </w:rPr>
        <w:t xml:space="preserve">• </w:t>
      </w:r>
      <w:r>
        <w:rPr>
          <w:rFonts w:ascii="Calibri" w:hAnsi="Calibri" w:cs="Calibri" w:eastAsia="宋体"/>
        </w:rPr>
        <w:t>峰主任会来换敷料，这中间会拿大号注射器扎进你阴道填充的纱布块里，向里面注射消毒液冲洗。</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昨日，小梅：</w:t>
      </w:r>
    </w:p>
    <w:p>
      <w:pPr>
        <w:shd w:val="clear" w:color="auto" w:fill="F7F8FA"/>
        <w:pBdr>
          <w:left w:val="single" w:sz="18" w:space="6" w:color="C9CDD4"/>
        </w:pBdr>
        <w:spacing w:after="40"/>
      </w:pPr>
      <w:r>
        <w:rPr>
          <w:rFonts w:ascii="Calibri" w:hAnsi="Calibri" w:cs="Calibri" w:eastAsia="宋体"/>
        </w:rPr>
        <w:t>传说在天地初开之时，先天元炁分为了浊气和清气，清气上浮变为灵珠，也就是卵巢，浊气下沉变为魔丸，也就是睾丸，魔丸灵珠本为同源之物，这也是为什么一个在上一个在下……</w:t>
      </w:r>
    </w:p>
    <w:p>
      <w:pPr>
        <w:shd w:val="clear" w:color="auto" w:fill="F7F8FA"/>
        <w:pBdr>
          <w:left w:val="single" w:sz="18" w:space="6" w:color="C9CDD4"/>
        </w:pBdr>
        <w:spacing w:after="40"/>
      </w:pPr>
      <w:r>
        <w:rPr>
          <w:rFonts w:ascii="Calibri" w:hAnsi="Calibri" w:cs="Calibri" w:eastAsia="宋体"/>
        </w:rPr>
        <w:t>我：</w:t>
      </w:r>
    </w:p>
    <w:p>
      <w:pPr>
        <w:shd w:val="clear" w:color="auto" w:fill="F7F8FA"/>
        <w:pBdr>
          <w:left w:val="single" w:sz="18" w:space="6" w:color="C9CDD4"/>
        </w:pBdr>
        <w:spacing w:after="40"/>
      </w:pPr>
      <w:r>
        <w:rPr>
          <w:rFonts w:ascii="Calibri" w:hAnsi="Calibri" w:cs="Calibri" w:eastAsia="宋体"/>
        </w:rPr>
        <w:t>昨天还在这笑，今天看小说突然醒悟了：</w:t>
      </w:r>
      <w:r>
        <w:br/>
      </w:r>
      <w:r>
        <w:br/>
      </w:r>
      <w:r>
        <w:rPr>
          <w:rFonts w:ascii="Calibri" w:hAnsi="Calibri" w:cs="Calibri" w:eastAsia="宋体"/>
        </w:rPr>
        <w:t>我在这禁食，不吃东西只打点滴（丹药：辟谷丹）也不饿，这不就是辟谷嘛！</w:t>
      </w:r>
      <w:r>
        <w:br/>
      </w:r>
      <w:r>
        <w:br/>
      </w:r>
      <w:r>
        <w:rPr>
          <w:rFonts w:ascii="Calibri" w:hAnsi="Calibri" w:cs="Calibri" w:eastAsia="宋体"/>
        </w:rPr>
        <w:t>已经先人一步踏上修行路了。</w:t>
      </w:r>
      <w:r>
        <w:br/>
      </w:r>
      <w:r>
        <w:br/>
      </w:r>
      <w:r>
        <w:rPr>
          <w:rFonts w:ascii="Calibri" w:hAnsi="Calibri" w:cs="Calibri" w:eastAsia="宋体"/>
        </w:rPr>
        <w:t>目前筑基了。</w:t>
      </w:r>
    </w:p>
    <w:p>
      <w:pPr>
        <w:pStyle w:val="Heading6"/>
      </w:pPr>
      <w:r>
        <w:rPr>
          <w:rFonts w:ascii="Calibri" w:hAnsi="Calibri" w:cs="Calibri" w:eastAsia="宋体"/>
        </w:rPr>
        <w:t>Day+4 该感冒了</w:t>
      </w:r>
    </w:p>
    <w:p>
      <w:pPr>
        <w:spacing w:before="20" w:after="40"/>
        <w:ind w:left="425" w:hanging="312"/>
      </w:pPr>
      <w:r>
        <w:rPr>
          <w:rFonts w:ascii="Calibri" w:hAnsi="Calibri" w:cs="Calibri" w:eastAsia="宋体"/>
        </w:rPr>
        <w:t xml:space="preserve">• </w:t>
      </w:r>
      <w:r>
        <w:rPr>
          <w:rFonts w:ascii="Calibri" w:hAnsi="Calibri" w:cs="Calibri" w:eastAsia="宋体"/>
        </w:rPr>
        <w:t>今日输液依旧从早到晚。</w:t>
      </w:r>
      <w:r>
        <w:rPr>
          <w:rFonts w:ascii="Calibri" w:hAnsi="Calibri" w:cs="Calibri" w:eastAsia="宋体"/>
          <w:b/>
        </w:rPr>
        <w:t>禁食。</w:t>
      </w:r>
      <w:r>
        <w:rPr>
          <w:rFonts w:ascii="Calibri" w:hAnsi="Calibri" w:cs="Calibri" w:eastAsia="宋体"/>
        </w:rPr>
        <w:t xml:space="preserve"> 阴道内冲洗依旧。</w:t>
      </w:r>
    </w:p>
    <w:p>
      <w:pPr>
        <w:spacing w:before="20" w:after="40"/>
        <w:ind w:left="425" w:hanging="312"/>
      </w:pPr>
      <w:r>
        <w:rPr>
          <w:rFonts w:ascii="Calibri" w:hAnsi="Calibri" w:cs="Calibri" w:eastAsia="宋体"/>
        </w:rPr>
        <w:t xml:space="preserve">• </w:t>
      </w:r>
      <w:r>
        <w:rPr>
          <w:rFonts w:ascii="Calibri" w:hAnsi="Calibri" w:cs="Calibri" w:eastAsia="宋体"/>
        </w:rPr>
        <w:t>今天</w:t>
      </w:r>
      <w:r>
        <w:rPr>
          <w:rFonts w:ascii="Calibri" w:hAnsi="Calibri" w:cs="Calibri" w:eastAsia="宋体"/>
          <w:b/>
        </w:rPr>
        <w:t>感冒发烧是正常的</w:t>
      </w:r>
      <w:r>
        <w:rPr>
          <w:rFonts w:ascii="Calibri" w:hAnsi="Calibri" w:cs="Calibri" w:eastAsia="宋体"/>
        </w:rPr>
        <w:t>，毕竟清肠后又在手术室里面冻那么久，麻醉，还失血。</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护士量完体温看我：“宝宝你居然没有感冒！”</w:t>
      </w:r>
      <w:r>
        <w:br/>
      </w:r>
      <w:r>
        <w:br/>
      </w:r>
      <w:r>
        <w:rPr>
          <w:rFonts w:ascii="Calibri" w:hAnsi="Calibri" w:cs="Calibri" w:eastAsia="宋体"/>
        </w:rPr>
        <w:t>然后又看看我：“诶呀你脸色这么好！”\</w:t>
      </w:r>
    </w:p>
    <w:p>
      <w:pPr>
        <w:shd w:val="clear" w:color="auto" w:fill="F7F8FA"/>
        <w:pBdr>
          <w:left w:val="single" w:sz="18" w:space="6" w:color="C9CDD4"/>
        </w:pBdr>
        <w:spacing w:after="40"/>
      </w:pPr>
      <w:r>
        <w:rPr>
          <w:rFonts w:ascii="Calibri" w:hAnsi="Calibri" w:cs="Calibri" w:eastAsia="宋体"/>
        </w:rPr>
        <w:t>另：头发可以编成辫子，否则躺几天之后将会获得一脑袋死结。</w:t>
      </w:r>
    </w:p>
    <w:p>
      <w:pPr>
        <w:pStyle w:val="Heading6"/>
      </w:pPr>
      <w:r>
        <w:rPr>
          <w:rFonts w:ascii="Calibri" w:hAnsi="Calibri" w:cs="Calibri" w:eastAsia="宋体"/>
        </w:rPr>
        <w:t>Day+5 今日亦无事</w:t>
      </w:r>
    </w:p>
    <w:p>
      <w:pPr>
        <w:spacing w:before="20" w:after="40"/>
        <w:ind w:left="425" w:hanging="312"/>
      </w:pPr>
      <w:r>
        <w:rPr>
          <w:rFonts w:ascii="Calibri" w:hAnsi="Calibri" w:cs="Calibri" w:eastAsia="宋体"/>
        </w:rPr>
        <w:t xml:space="preserve">• </w:t>
      </w:r>
      <w:r>
        <w:rPr>
          <w:rFonts w:ascii="Calibri" w:hAnsi="Calibri" w:cs="Calibri" w:eastAsia="宋体"/>
        </w:rPr>
        <w:t>今日输液依旧从早到晚。</w:t>
      </w:r>
      <w:r>
        <w:rPr>
          <w:rFonts w:ascii="Calibri" w:hAnsi="Calibri" w:cs="Calibri" w:eastAsia="宋体"/>
          <w:b/>
        </w:rPr>
        <w:t>禁食。</w:t>
      </w:r>
      <w:r>
        <w:rPr>
          <w:rFonts w:ascii="Calibri" w:hAnsi="Calibri" w:cs="Calibri" w:eastAsia="宋体"/>
        </w:rPr>
        <w:t xml:space="preserve"> 阴道内冲洗依旧。</w:t>
      </w:r>
    </w:p>
    <w:p>
      <w:pPr>
        <w:spacing w:before="20" w:after="40"/>
        <w:ind w:left="425" w:hanging="312"/>
      </w:pPr>
      <w:r>
        <w:rPr>
          <w:rFonts w:ascii="Calibri" w:hAnsi="Calibri" w:cs="Calibri" w:eastAsia="宋体"/>
        </w:rPr>
        <w:t xml:space="preserve">• </w:t>
      </w:r>
      <w:r>
        <w:rPr>
          <w:rFonts w:ascii="Calibri" w:hAnsi="Calibri" w:cs="Calibri" w:eastAsia="宋体"/>
        </w:rPr>
        <w:t>不会饿，但家属吃饭时候最好离远点。因为</w:t>
      </w:r>
      <w:r>
        <w:rPr>
          <w:rFonts w:ascii="Calibri" w:hAnsi="Calibri" w:cs="Calibri" w:eastAsia="宋体"/>
          <w:b/>
        </w:rPr>
        <w:t>会馋</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如果身子痒，可以抹点爽身粉。</w:t>
      </w:r>
    </w:p>
    <w:p>
      <w:pPr>
        <w:spacing w:before="20" w:after="40"/>
        <w:ind w:left="425" w:hanging="312"/>
      </w:pPr>
      <w:r>
        <w:rPr>
          <w:rFonts w:ascii="Calibri" w:hAnsi="Calibri" w:cs="Calibri" w:eastAsia="宋体"/>
        </w:rPr>
        <w:t xml:space="preserve">• </w:t>
      </w:r>
      <w:r>
        <w:rPr>
          <w:rFonts w:ascii="Calibri" w:hAnsi="Calibri" w:cs="Calibri" w:eastAsia="宋体"/>
        </w:rPr>
        <w:t>巧克力</w:t>
      </w:r>
      <w:r>
        <w:rPr>
          <w:rFonts w:ascii="Calibri" w:hAnsi="Calibri" w:cs="Calibri" w:eastAsia="宋体"/>
          <w:b/>
        </w:rPr>
        <w:t>别吃太多</w:t>
      </w:r>
      <w:r>
        <w:rPr>
          <w:rFonts w:ascii="Calibri" w:hAnsi="Calibri" w:cs="Calibri" w:eastAsia="宋体"/>
        </w:rPr>
        <w:t>，不然会在不经意间喷屎。（血泪教训）</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我：买点爽身粉吧，总比玉米淀粉好。</w:t>
      </w:r>
      <w:r>
        <w:br/>
      </w:r>
      <w:r>
        <w:br/>
      </w:r>
      <w:r>
        <w:rPr>
          <w:rFonts w:ascii="Calibri" w:hAnsi="Calibri" w:cs="Calibri" w:eastAsia="宋体"/>
        </w:rPr>
        <w:t>（买来强生爽身粉后）</w:t>
      </w:r>
      <w:r>
        <w:br/>
      </w:r>
      <w:r>
        <w:br/>
      </w:r>
      <w:r>
        <w:rPr>
          <w:rFonts w:ascii="Calibri" w:hAnsi="Calibri" w:cs="Calibri" w:eastAsia="宋体"/>
        </w:rPr>
        <w:t>成分表：99%玉米淀粉。</w:t>
      </w:r>
    </w:p>
    <w:p>
      <w:pPr>
        <w:pStyle w:val="Heading6"/>
      </w:pPr>
      <w:r>
        <w:rPr>
          <w:rFonts w:ascii="Calibri" w:hAnsi="Calibri" w:cs="Calibri" w:eastAsia="宋体"/>
        </w:rPr>
        <w:t>Day+6 结束一段苦难</w:t>
      </w:r>
    </w:p>
    <w:p>
      <w:pPr>
        <w:spacing w:before="20" w:after="40"/>
        <w:ind w:left="425" w:hanging="312"/>
      </w:pPr>
      <w:r>
        <w:rPr>
          <w:rFonts w:ascii="Calibri" w:hAnsi="Calibri" w:cs="Calibri" w:eastAsia="宋体"/>
        </w:rPr>
        <w:t xml:space="preserve">• </w:t>
      </w:r>
      <w:r>
        <w:rPr>
          <w:rFonts w:ascii="Calibri" w:hAnsi="Calibri" w:cs="Calibri" w:eastAsia="宋体"/>
        </w:rPr>
        <w:t>今日可以试着起身，在床上跪坐一会儿。</w:t>
      </w:r>
    </w:p>
    <w:p>
      <w:pPr>
        <w:spacing w:before="20" w:after="40"/>
        <w:ind w:left="425" w:hanging="312"/>
      </w:pPr>
      <w:r>
        <w:rPr>
          <w:rFonts w:ascii="Calibri" w:hAnsi="Calibri" w:cs="Calibri" w:eastAsia="宋体"/>
        </w:rPr>
        <w:t xml:space="preserve">• </w:t>
      </w:r>
      <w:r>
        <w:rPr>
          <w:rFonts w:ascii="Calibri" w:hAnsi="Calibri" w:cs="Calibri" w:eastAsia="宋体"/>
        </w:rPr>
        <w:t>今日输液大半天。阴道内冲洗依旧。</w:t>
      </w:r>
    </w:p>
    <w:p>
      <w:pPr>
        <w:spacing w:before="20" w:after="40"/>
        <w:ind w:left="425" w:hanging="312"/>
      </w:pPr>
      <w:r>
        <w:rPr>
          <w:rFonts w:ascii="Calibri" w:hAnsi="Calibri" w:cs="Calibri" w:eastAsia="宋体"/>
        </w:rPr>
        <w:t xml:space="preserve">• </w:t>
      </w:r>
      <w:r>
        <w:rPr>
          <w:rFonts w:ascii="Calibri" w:hAnsi="Calibri" w:cs="Calibri" w:eastAsia="宋体"/>
        </w:rPr>
        <w:t>可以吃</w:t>
      </w:r>
      <w:r>
        <w:rPr>
          <w:rFonts w:ascii="Calibri" w:hAnsi="Calibri" w:cs="Calibri" w:eastAsia="宋体"/>
          <w:b/>
        </w:rPr>
        <w:t>半流食</w:t>
      </w:r>
      <w:r>
        <w:rPr>
          <w:rFonts w:ascii="Calibri" w:hAnsi="Calibri" w:cs="Calibri" w:eastAsia="宋体"/>
        </w:rPr>
        <w:t>了。</w:t>
      </w:r>
    </w:p>
    <w:p>
      <w:pPr>
        <w:spacing w:before="20" w:after="40"/>
        <w:ind w:left="425" w:hanging="312"/>
      </w:pPr>
      <w:r>
        <w:rPr>
          <w:rFonts w:ascii="Calibri" w:hAnsi="Calibri" w:cs="Calibri" w:eastAsia="宋体"/>
        </w:rPr>
        <w:t xml:space="preserve">• </w:t>
      </w:r>
      <w:r>
        <w:rPr>
          <w:rFonts w:ascii="Calibri" w:hAnsi="Calibri" w:cs="Calibri" w:eastAsia="宋体"/>
        </w:rPr>
        <w:t>排便时，可以先解开丁字带，打开纱布敷料，拿便盆在床上排便。排便后找医生更换敷料。</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我：（扑腾着起身）</w:t>
      </w:r>
      <w:r>
        <w:br/>
      </w:r>
      <w:r>
        <w:br/>
      </w:r>
      <w:r>
        <w:rPr>
          <w:rFonts w:ascii="Calibri" w:hAnsi="Calibri" w:cs="Calibri" w:eastAsia="宋体"/>
        </w:rPr>
        <w:t>我妈：你你你你你你你……躺好了，别着急！</w:t>
      </w:r>
    </w:p>
    <w:p>
      <w:pPr>
        <w:pStyle w:val="Heading6"/>
      </w:pPr>
      <w:r>
        <w:rPr>
          <w:rFonts w:ascii="Calibri" w:hAnsi="Calibri" w:cs="Calibri" w:eastAsia="宋体"/>
        </w:rPr>
        <w:t>Day+7 起来走走</w:t>
      </w:r>
    </w:p>
    <w:p>
      <w:pPr>
        <w:spacing w:before="20" w:after="40"/>
        <w:ind w:left="425" w:hanging="312"/>
      </w:pPr>
      <w:r>
        <w:rPr>
          <w:rFonts w:ascii="Calibri" w:hAnsi="Calibri" w:cs="Calibri" w:eastAsia="宋体"/>
        </w:rPr>
        <w:t xml:space="preserve">• </w:t>
      </w:r>
      <w:r>
        <w:rPr>
          <w:rFonts w:ascii="Calibri" w:hAnsi="Calibri" w:cs="Calibri" w:eastAsia="宋体"/>
        </w:rPr>
        <w:t>今日只有3袋液体，一上午输完。</w:t>
      </w:r>
    </w:p>
    <w:p>
      <w:pPr>
        <w:spacing w:before="20" w:after="40"/>
        <w:ind w:left="425" w:hanging="312"/>
      </w:pPr>
      <w:r>
        <w:rPr>
          <w:rFonts w:ascii="Calibri" w:hAnsi="Calibri" w:cs="Calibri" w:eastAsia="宋体"/>
        </w:rPr>
        <w:t xml:space="preserve">• </w:t>
      </w:r>
      <w:r>
        <w:rPr>
          <w:rFonts w:ascii="Calibri" w:hAnsi="Calibri" w:cs="Calibri" w:eastAsia="宋体"/>
        </w:rPr>
        <w:t>阴道内冲洗依旧。</w:t>
      </w:r>
    </w:p>
    <w:p>
      <w:pPr>
        <w:spacing w:before="20" w:after="40"/>
        <w:ind w:left="425" w:hanging="312"/>
      </w:pPr>
      <w:r>
        <w:rPr>
          <w:rFonts w:ascii="Calibri" w:hAnsi="Calibri" w:cs="Calibri" w:eastAsia="宋体"/>
        </w:rPr>
        <w:t xml:space="preserve">• </w:t>
      </w:r>
      <w:r>
        <w:rPr>
          <w:rFonts w:ascii="Calibri" w:hAnsi="Calibri" w:cs="Calibri" w:eastAsia="宋体"/>
        </w:rPr>
        <w:t>今日可以</w:t>
      </w:r>
      <w:r>
        <w:rPr>
          <w:rFonts w:ascii="Calibri" w:hAnsi="Calibri" w:cs="Calibri" w:eastAsia="宋体"/>
          <w:b/>
        </w:rPr>
        <w:t>吃点清淡的食物</w:t>
      </w:r>
      <w:r>
        <w:rPr>
          <w:rFonts w:ascii="Calibri" w:hAnsi="Calibri" w:cs="Calibri" w:eastAsia="宋体"/>
        </w:rPr>
        <w:t>了。</w:t>
      </w:r>
    </w:p>
    <w:p>
      <w:pPr>
        <w:spacing w:before="20" w:after="40"/>
        <w:ind w:left="425" w:hanging="312"/>
      </w:pPr>
      <w:r>
        <w:rPr>
          <w:rFonts w:ascii="Calibri" w:hAnsi="Calibri" w:cs="Calibri" w:eastAsia="宋体"/>
        </w:rPr>
        <w:t xml:space="preserve">• </w:t>
      </w:r>
      <w:r>
        <w:rPr>
          <w:rFonts w:ascii="Calibri" w:hAnsi="Calibri" w:cs="Calibri" w:eastAsia="宋体"/>
        </w:rPr>
        <w:t>有可能会给你换病房，不再让你独自一人。给你安排进的病房会是</w:t>
      </w:r>
      <w:r>
        <w:rPr>
          <w:rFonts w:ascii="Calibri" w:hAnsi="Calibri" w:cs="Calibri" w:eastAsia="宋体"/>
          <w:b/>
        </w:rPr>
        <w:t>女性病房</w:t>
      </w:r>
      <w:r>
        <w:rPr>
          <w:rFonts w:ascii="Calibri" w:hAnsi="Calibri" w:cs="Calibri" w:eastAsia="宋体"/>
        </w:rPr>
        <w:t>，不按照入院时登记的性别。</w:t>
      </w:r>
    </w:p>
    <w:p>
      <w:pPr>
        <w:keepNext/>
        <w:spacing w:before="120" w:after="40"/>
        <w:pBdr>
          <w:bottom w:val="single" w:sz="6" w:space="1" w:color="D4D8DE"/>
        </w:pBdr>
      </w:pPr>
      <w:r>
        <w:rPr>
          <w:rFonts w:ascii="Calibri" w:hAnsi="Calibri" w:cs="Calibri" w:eastAsia="微软雅黑"/>
          <w:b/>
        </w:rPr>
        <w:t>▸ 展示图片：男女门牌的区别</w:t>
      </w:r>
    </w:p>
    <w:p>
      <w:pPr>
        <w:spacing w:before="20" w:after="40"/>
        <w:ind w:left="425" w:hanging="312"/>
      </w:pPr>
      <w:r>
        <w:rPr>
          <w:rFonts w:ascii="Calibri" w:hAnsi="Calibri" w:cs="Calibri" w:eastAsia="宋体"/>
        </w:rPr>
        <w:t xml:space="preserve">• </w:t>
      </w:r>
      <w:r>
        <w:rPr>
          <w:rFonts w:ascii="Calibri" w:hAnsi="Calibri" w:cs="Calibri" w:eastAsia="宋体"/>
        </w:rPr>
        <w:t>把尿袋挂在输液架上，推着输液架在病区里走走。</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我：（推着输液架在病区里到处溜达，还拿木剑活动了上肢）</w:t>
      </w:r>
      <w:r>
        <w:br/>
      </w:r>
      <w:r>
        <w:br/>
      </w:r>
      <w:r>
        <w:rPr>
          <w:rFonts w:ascii="Calibri" w:hAnsi="Calibri" w:cs="Calibri" w:eastAsia="宋体"/>
        </w:rPr>
        <w:t>（见峰主任在护士站坐着）</w:t>
      </w:r>
      <w:r>
        <w:br/>
      </w:r>
      <w:r>
        <w:br/>
      </w:r>
      <w:r>
        <w:rPr>
          <w:rFonts w:ascii="Calibri" w:hAnsi="Calibri" w:cs="Calibri" w:eastAsia="宋体"/>
        </w:rPr>
        <w:t>我：（拎着剑在峰主任眼前晃悠）</w:t>
      </w:r>
      <w:r>
        <w:br/>
      </w:r>
      <w:r>
        <w:br/>
      </w:r>
      <w:r>
        <w:rPr>
          <w:rFonts w:ascii="Calibri" w:hAnsi="Calibri" w:cs="Calibri" w:eastAsia="宋体"/>
        </w:rPr>
        <w:t>峰主任：（瞥）（明天见吧！！！）</w:t>
      </w:r>
    </w:p>
    <w:p>
      <w:pPr>
        <w:pStyle w:val="Heading6"/>
      </w:pPr>
      <w:r>
        <w:rPr>
          <w:rFonts w:ascii="Calibri" w:hAnsi="Calibri" w:cs="Calibri" w:eastAsia="宋体"/>
        </w:rPr>
        <w:t>Day+8 拆包，迎接痛苦吧</w:t>
      </w:r>
    </w:p>
    <w:p>
      <w:pPr>
        <w:spacing w:before="20" w:after="40"/>
        <w:ind w:left="425" w:hanging="312"/>
      </w:pPr>
      <w:r>
        <w:rPr>
          <w:rFonts w:ascii="Calibri" w:hAnsi="Calibri" w:cs="Calibri" w:eastAsia="宋体"/>
        </w:rPr>
        <w:t xml:space="preserve">• </w:t>
      </w:r>
      <w:r>
        <w:rPr>
          <w:rFonts w:ascii="Calibri" w:hAnsi="Calibri" w:cs="Calibri" w:eastAsia="宋体"/>
        </w:rPr>
        <w:t>从今日起</w:t>
      </w:r>
      <w:r>
        <w:rPr>
          <w:rFonts w:ascii="Calibri" w:hAnsi="Calibri" w:cs="Calibri" w:eastAsia="宋体"/>
          <w:b/>
        </w:rPr>
        <w:t>不再输液</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开始尿管夹闭训练。</w:t>
      </w:r>
    </w:p>
    <w:p>
      <w:pPr>
        <w:spacing w:before="20" w:after="40"/>
        <w:ind w:left="425" w:hanging="312"/>
      </w:pPr>
      <w:r>
        <w:rPr>
          <w:rFonts w:ascii="Calibri" w:hAnsi="Calibri" w:cs="Calibri" w:eastAsia="宋体"/>
        </w:rPr>
        <w:t xml:space="preserve">• </w:t>
      </w:r>
      <w:r>
        <w:rPr>
          <w:rFonts w:ascii="Calibri" w:hAnsi="Calibri" w:cs="Calibri" w:eastAsia="宋体"/>
        </w:rPr>
        <w:t>尿袋与尿管中有</w:t>
      </w:r>
      <w:r>
        <w:rPr>
          <w:rFonts w:ascii="Calibri" w:hAnsi="Calibri" w:cs="Calibri" w:eastAsia="宋体"/>
          <w:b/>
        </w:rPr>
        <w:t>微量白色絮状物</w:t>
      </w:r>
      <w:r>
        <w:rPr>
          <w:rFonts w:ascii="Calibri" w:hAnsi="Calibri" w:cs="Calibri" w:eastAsia="宋体"/>
        </w:rPr>
        <w:t>是正常现象，建议多喝水。（异常情况建议找护士确认）</w:t>
      </w:r>
    </w:p>
    <w:p>
      <w:pPr>
        <w:spacing w:before="20" w:after="40"/>
        <w:ind w:left="425" w:hanging="312"/>
      </w:pPr>
      <w:r>
        <w:rPr>
          <w:rFonts w:ascii="Calibri" w:hAnsi="Calibri" w:cs="Calibri" w:eastAsia="宋体"/>
        </w:rPr>
        <w:t xml:space="preserve">• </w:t>
      </w:r>
      <w:r>
        <w:rPr>
          <w:rFonts w:ascii="Calibri" w:hAnsi="Calibri" w:cs="Calibri" w:eastAsia="宋体"/>
        </w:rPr>
        <w:t>早晨峰主任会来叫你去换药室“大换药”。</w:t>
      </w:r>
    </w:p>
    <w:p>
      <w:pPr>
        <w:spacing w:before="20" w:after="40"/>
        <w:ind w:left="425" w:hanging="312"/>
      </w:pPr>
      <w:r>
        <w:rPr>
          <w:rFonts w:ascii="Calibri" w:hAnsi="Calibri" w:cs="Calibri" w:eastAsia="宋体"/>
        </w:rPr>
        <w:t xml:space="preserve">• </w:t>
      </w:r>
      <w:r>
        <w:rPr>
          <w:rFonts w:ascii="Calibri" w:hAnsi="Calibri" w:cs="Calibri" w:eastAsia="宋体"/>
        </w:rPr>
        <w:t>在换药室，拆包。剪开固定阴道填充物的缝线，用卵圆钳逐块抽出阴道内固定的纱布块。放入鸭嘴钳，撑开检查阴道内情况。然后用消毒液冲洗。</w:t>
      </w:r>
    </w:p>
    <w:p>
      <w:pPr>
        <w:spacing w:before="20" w:after="40"/>
        <w:ind w:left="425" w:hanging="312"/>
      </w:pPr>
      <w:r>
        <w:rPr>
          <w:rFonts w:ascii="Calibri" w:hAnsi="Calibri" w:cs="Calibri" w:eastAsia="宋体"/>
        </w:rPr>
        <w:t xml:space="preserve">• </w:t>
      </w:r>
      <w:r>
        <w:rPr>
          <w:rFonts w:ascii="Calibri" w:hAnsi="Calibri" w:cs="Calibri" w:eastAsia="宋体"/>
        </w:rPr>
        <w:t>冲洗后放入峰主任提供（借）的硬质医用模具。整体为圆柱形塑料壳，上表面有一圆柱槽防止压迫尿道。模具尺寸是固定的，3.0或3.5厘米直径，约10厘米长。随后垫上20x30纱布垫，用塑身衣固定。</w:t>
      </w:r>
      <w:r>
        <w:rPr>
          <w:rFonts w:ascii="Calibri" w:hAnsi="Calibri" w:cs="Calibri" w:eastAsia="宋体"/>
          <w:b/>
        </w:rPr>
        <w:t>（应保持模具完全处于体内，图中为错误示范）</w:t>
      </w:r>
    </w:p>
    <w:p>
      <w:pPr>
        <w:keepNext/>
        <w:spacing w:before="120" w:after="40"/>
        <w:pBdr>
          <w:bottom w:val="single" w:sz="6" w:space="1" w:color="D4D8DE"/>
        </w:pBdr>
      </w:pPr>
      <w:r>
        <w:rPr>
          <w:rFonts w:ascii="Calibri" w:hAnsi="Calibri" w:cs="Calibri" w:eastAsia="微软雅黑"/>
          <w:b/>
        </w:rPr>
        <w:t>▸ 展示图片：峰主任的珍贵模具（带血）</w:t>
      </w:r>
    </w:p>
    <w:p>
      <w:pPr>
        <w:spacing w:before="20" w:after="40"/>
        <w:ind w:left="425" w:hanging="312"/>
      </w:pPr>
      <w:r>
        <w:rPr>
          <w:rFonts w:ascii="Calibri" w:hAnsi="Calibri" w:cs="Calibri" w:eastAsia="宋体"/>
        </w:rPr>
        <w:t xml:space="preserve">• </w:t>
      </w:r>
      <w:r>
        <w:rPr>
          <w:rFonts w:ascii="Calibri" w:hAnsi="Calibri" w:cs="Calibri" w:eastAsia="宋体"/>
        </w:rPr>
        <w:t>模具价格很贵，数量稀缺。</w:t>
      </w:r>
      <w:r>
        <w:rPr>
          <w:rFonts w:ascii="Calibri" w:hAnsi="Calibri" w:cs="Calibri" w:eastAsia="宋体"/>
          <w:b/>
        </w:rPr>
        <w:t>上厕所时摁住模具，千万不要喷进厕所。</w:t>
      </w:r>
      <w:r>
        <w:rPr>
          <w:rFonts w:ascii="Calibri" w:hAnsi="Calibri" w:cs="Calibri" w:eastAsia="宋体"/>
        </w:rPr>
        <w:t>（你猜为什么数量稀缺）</w:t>
      </w:r>
    </w:p>
    <w:p>
      <w:pPr>
        <w:spacing w:before="20" w:after="40"/>
        <w:ind w:left="425" w:hanging="312"/>
      </w:pPr>
      <w:r>
        <w:rPr>
          <w:rFonts w:ascii="Calibri" w:hAnsi="Calibri" w:cs="Calibri" w:eastAsia="宋体"/>
        </w:rPr>
        <w:t xml:space="preserve">• </w:t>
      </w:r>
      <w:r>
        <w:rPr>
          <w:rFonts w:ascii="Calibri" w:hAnsi="Calibri" w:cs="Calibri" w:eastAsia="宋体"/>
        </w:rPr>
        <w:t>如果戴模具无法正常大便，可以找医生短暂取出模具（</w:t>
      </w:r>
      <w:r>
        <w:rPr>
          <w:rFonts w:ascii="Calibri" w:hAnsi="Calibri" w:cs="Calibri" w:eastAsia="宋体"/>
          <w:b/>
        </w:rPr>
        <w:t>不超过15分钟</w:t>
      </w:r>
      <w:r>
        <w:rPr>
          <w:rFonts w:ascii="Calibri" w:hAnsi="Calibri" w:cs="Calibri" w:eastAsia="宋体"/>
        </w:rPr>
        <w:t>），排便后放回。</w:t>
      </w:r>
    </w:p>
    <w:p>
      <w:pPr>
        <w:spacing w:before="20" w:after="40"/>
        <w:ind w:left="425" w:hanging="312"/>
      </w:pPr>
      <w:r>
        <w:rPr>
          <w:rFonts w:ascii="Calibri" w:hAnsi="Calibri" w:cs="Calibri" w:eastAsia="宋体"/>
        </w:rPr>
        <w:t xml:space="preserve">• </w:t>
      </w:r>
      <w:r>
        <w:rPr>
          <w:rFonts w:ascii="Calibri" w:hAnsi="Calibri" w:cs="Calibri" w:eastAsia="宋体"/>
          <w:b/>
        </w:rPr>
        <w:t>大便后卫生纸务必从前往后擦。</w:t>
      </w:r>
    </w:p>
    <w:p>
      <w:pPr>
        <w:spacing w:before="20" w:after="40"/>
        <w:ind w:left="425" w:hanging="312"/>
      </w:pPr>
      <w:r>
        <w:rPr>
          <w:rFonts w:ascii="Calibri" w:hAnsi="Calibri" w:cs="Calibri" w:eastAsia="宋体"/>
        </w:rPr>
        <w:t xml:space="preserve">• </w:t>
      </w:r>
      <w:r>
        <w:rPr>
          <w:rFonts w:ascii="Calibri" w:hAnsi="Calibri" w:cs="Calibri" w:eastAsia="宋体"/>
        </w:rPr>
        <w:t>经常左右调整尿管位置，防止尿管长期压迫某一侧阴唇。</w:t>
      </w:r>
    </w:p>
    <w:p>
      <w:pPr>
        <w:spacing w:before="20" w:after="40"/>
        <w:ind w:left="425" w:hanging="312"/>
      </w:pPr>
      <w:r>
        <w:rPr>
          <w:rFonts w:ascii="Calibri" w:hAnsi="Calibri" w:cs="Calibri" w:eastAsia="宋体"/>
        </w:rPr>
        <w:t xml:space="preserve">• </w:t>
      </w:r>
      <w:r>
        <w:rPr>
          <w:rFonts w:ascii="Calibri" w:hAnsi="Calibri" w:cs="Calibri" w:eastAsia="宋体"/>
        </w:rPr>
        <w:t>今天可以摸到自己的大阴唇了，会很好摸，</w:t>
      </w:r>
      <w:r>
        <w:rPr>
          <w:rFonts w:ascii="Calibri" w:hAnsi="Calibri" w:cs="Calibri" w:eastAsia="宋体"/>
          <w:b/>
        </w:rPr>
        <w:t>但不要经常摸！</w:t>
      </w:r>
    </w:p>
    <w:p>
      <w:pPr>
        <w:spacing w:before="20" w:after="40"/>
        <w:ind w:left="425" w:hanging="312"/>
      </w:pPr>
      <w:r>
        <w:rPr>
          <w:rFonts w:ascii="Calibri" w:hAnsi="Calibri" w:cs="Calibri" w:eastAsia="宋体"/>
        </w:rPr>
        <w:t xml:space="preserve">• </w:t>
      </w:r>
      <w:r>
        <w:rPr>
          <w:rFonts w:ascii="Calibri" w:hAnsi="Calibri" w:cs="Calibri" w:eastAsia="宋体"/>
          <w:b/>
        </w:rPr>
        <w:t>今天会很疼！！！比之前所有的都疼！！！流很多血！！！</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峰主任：这是我最后剩的一个模具了。你上厕所给我拿手顶住了嗷，别给我喷厕所里。喷厕所里就再也没有了嗷，所有人都没有了。</w:t>
      </w:r>
    </w:p>
    <w:p>
      <w:pPr>
        <w:shd w:val="clear" w:color="auto" w:fill="F7F8FA"/>
        <w:pBdr>
          <w:left w:val="single" w:sz="18" w:space="6" w:color="C9CDD4"/>
        </w:pBdr>
        <w:spacing w:after="40"/>
      </w:pPr>
      <w:r>
        <w:rPr>
          <w:rFonts w:ascii="Calibri" w:hAnsi="Calibri" w:cs="Calibri" w:eastAsia="宋体"/>
        </w:rPr>
        <w:t>另：大阴唇温温软软的，真的很好摸。</w:t>
      </w:r>
    </w:p>
    <w:p>
      <w:pPr>
        <w:pStyle w:val="Heading6"/>
      </w:pPr>
      <w:r>
        <w:rPr>
          <w:rFonts w:ascii="Calibri" w:hAnsi="Calibri" w:cs="Calibri" w:eastAsia="宋体"/>
        </w:rPr>
        <w:t>Day+9 去尿尿</w:t>
      </w:r>
    </w:p>
    <w:p>
      <w:pPr>
        <w:spacing w:before="20" w:after="40"/>
        <w:ind w:left="425" w:hanging="312"/>
      </w:pPr>
      <w:r>
        <w:rPr>
          <w:rFonts w:ascii="Calibri" w:hAnsi="Calibri" w:cs="Calibri" w:eastAsia="宋体"/>
        </w:rPr>
        <w:t xml:space="preserve">• </w:t>
      </w:r>
      <w:r>
        <w:rPr>
          <w:rFonts w:ascii="Calibri" w:hAnsi="Calibri" w:cs="Calibri" w:eastAsia="宋体"/>
        </w:rPr>
        <w:t>早晨峰主任叫你带好自己的模具（假牛子）和避孕套，去换药室换模具。</w:t>
      </w:r>
    </w:p>
    <w:p>
      <w:pPr>
        <w:spacing w:before="20" w:after="40"/>
        <w:ind w:left="425" w:hanging="312"/>
      </w:pPr>
      <w:r>
        <w:rPr>
          <w:rFonts w:ascii="Calibri" w:hAnsi="Calibri" w:cs="Calibri" w:eastAsia="宋体"/>
        </w:rPr>
        <w:t xml:space="preserve">• </w:t>
      </w:r>
      <w:r>
        <w:rPr>
          <w:rFonts w:ascii="Calibri" w:hAnsi="Calibri" w:cs="Calibri" w:eastAsia="宋体"/>
        </w:rPr>
        <w:t>在换药室拔出尿管。</w:t>
      </w:r>
    </w:p>
    <w:p>
      <w:pPr>
        <w:spacing w:before="20" w:after="40"/>
        <w:ind w:left="425" w:hanging="312"/>
      </w:pPr>
      <w:r>
        <w:rPr>
          <w:rFonts w:ascii="Calibri" w:hAnsi="Calibri" w:cs="Calibri" w:eastAsia="宋体"/>
        </w:rPr>
        <w:t xml:space="preserve">• </w:t>
      </w:r>
      <w:r>
        <w:rPr>
          <w:rFonts w:ascii="Calibri" w:hAnsi="Calibri" w:cs="Calibri" w:eastAsia="宋体"/>
        </w:rPr>
        <w:t>峰主任将假牛子头剪掉，留下11厘米的长度，将头部修圆滑，作为你以后的模具。</w:t>
      </w:r>
    </w:p>
    <w:p>
      <w:pPr>
        <w:spacing w:before="20" w:after="40"/>
        <w:ind w:left="425" w:hanging="312"/>
      </w:pPr>
      <w:r>
        <w:rPr>
          <w:rFonts w:ascii="Calibri" w:hAnsi="Calibri" w:cs="Calibri" w:eastAsia="宋体"/>
        </w:rPr>
        <w:t xml:space="preserve">• </w:t>
      </w:r>
      <w:r>
        <w:rPr>
          <w:rFonts w:ascii="Calibri" w:hAnsi="Calibri" w:cs="Calibri" w:eastAsia="宋体"/>
          <w:strike/>
        </w:rPr>
        <w:t>假牛子</w:t>
      </w:r>
      <w:r>
        <w:rPr>
          <w:rFonts w:ascii="Calibri" w:hAnsi="Calibri" w:cs="Calibri" w:eastAsia="宋体"/>
        </w:rPr>
        <w:t>模具应在使用醋酸氯己定冲洗阴道后，套上避孕套，并涂抹碘伏后使用。</w:t>
      </w:r>
    </w:p>
    <w:p>
      <w:pPr>
        <w:spacing w:before="20" w:after="40"/>
        <w:ind w:left="425" w:hanging="312"/>
      </w:pPr>
      <w:r>
        <w:rPr>
          <w:rFonts w:ascii="Calibri" w:hAnsi="Calibri" w:cs="Calibri" w:eastAsia="宋体"/>
        </w:rPr>
        <w:t xml:space="preserve">• </w:t>
      </w:r>
      <w:r>
        <w:rPr>
          <w:rFonts w:ascii="Calibri" w:hAnsi="Calibri" w:cs="Calibri" w:eastAsia="宋体"/>
        </w:rPr>
        <w:t>尝试尿尿，实在尿不出来</w:t>
      </w:r>
      <w:r>
        <w:rPr>
          <w:rFonts w:ascii="Calibri" w:hAnsi="Calibri" w:cs="Calibri" w:eastAsia="宋体"/>
          <w:b/>
        </w:rPr>
        <w:t>可以稍微拔出模具</w:t>
      </w:r>
      <w:r>
        <w:rPr>
          <w:rFonts w:ascii="Calibri" w:hAnsi="Calibri" w:cs="Calibri" w:eastAsia="宋体"/>
        </w:rPr>
        <w:t>。（浴血奋战）</w:t>
      </w:r>
    </w:p>
    <w:p>
      <w:pPr>
        <w:spacing w:before="20" w:after="40"/>
        <w:ind w:left="425" w:hanging="312"/>
      </w:pPr>
      <w:r>
        <w:rPr>
          <w:rFonts w:ascii="Calibri" w:hAnsi="Calibri" w:cs="Calibri" w:eastAsia="宋体"/>
        </w:rPr>
        <w:t xml:space="preserve">• </w:t>
      </w:r>
      <w:r>
        <w:rPr>
          <w:rFonts w:ascii="Calibri" w:hAnsi="Calibri" w:cs="Calibri" w:eastAsia="宋体"/>
          <w:b/>
        </w:rPr>
        <w:t>尿在模具上无需另作处理，尿液是无菌的。</w:t>
      </w:r>
      <w:r>
        <w:rPr>
          <w:rFonts w:ascii="Calibri" w:hAnsi="Calibri" w:cs="Calibri" w:eastAsia="宋体"/>
        </w:rPr>
        <w:t>（尿液并非在所有情况下都是无菌的。但这是峰主任的说法，在当前情况下她自有把握）</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峰主任：（看）“你这塑身衣不行啊，模具都露出来这么多，阴道都变短了一点。”</w:t>
      </w:r>
      <w:r>
        <w:br/>
      </w:r>
      <w:r>
        <w:br/>
      </w:r>
      <w:r>
        <w:rPr>
          <w:rFonts w:ascii="Calibri" w:hAnsi="Calibri" w:cs="Calibri" w:eastAsia="宋体"/>
        </w:rPr>
        <w:t>峰主任：（拿着假牛子比了比）“嘶——3.5的好像放不进去啊。”</w:t>
      </w:r>
      <w:r>
        <w:br/>
      </w:r>
      <w:r>
        <w:br/>
      </w:r>
      <w:r>
        <w:rPr>
          <w:rFonts w:ascii="Calibri" w:hAnsi="Calibri" w:cs="Calibri" w:eastAsia="宋体"/>
        </w:rPr>
        <w:t>峰主任：“算了我模具再借你用一天，明天你带3.0的来。”</w:t>
      </w:r>
      <w:r>
        <w:br/>
      </w:r>
      <w:r>
        <w:br/>
      </w:r>
      <w:r>
        <w:rPr>
          <w:rFonts w:ascii="Calibri" w:hAnsi="Calibri" w:cs="Calibri" w:eastAsia="宋体"/>
        </w:rPr>
        <w:t>峰主任：“一定一定要按住了，不要把模具喷进厕所里。这真是我最后一个了！”</w:t>
      </w:r>
    </w:p>
    <w:p>
      <w:pPr>
        <w:pStyle w:val="Heading6"/>
      </w:pPr>
      <w:r>
        <w:rPr>
          <w:rFonts w:ascii="Calibri" w:hAnsi="Calibri" w:cs="Calibri" w:eastAsia="宋体"/>
        </w:rPr>
        <w:t>Day+10 学习自己放模具</w:t>
      </w:r>
    </w:p>
    <w:p>
      <w:pPr>
        <w:spacing w:before="20" w:after="40"/>
        <w:ind w:left="425" w:hanging="312"/>
      </w:pPr>
      <w:r>
        <w:rPr>
          <w:rFonts w:ascii="Calibri" w:hAnsi="Calibri" w:cs="Calibri" w:eastAsia="宋体"/>
        </w:rPr>
        <w:t xml:space="preserve">• </w:t>
      </w:r>
      <w:r>
        <w:rPr>
          <w:rFonts w:ascii="Calibri" w:hAnsi="Calibri" w:cs="Calibri" w:eastAsia="宋体"/>
        </w:rPr>
        <w:t>早晨峰主任会带你去换药室，教你自己拿出模具清洁，然后放回去。（依旧浴血奋战）</w:t>
      </w:r>
    </w:p>
    <w:p>
      <w:pPr>
        <w:spacing w:before="20" w:after="40"/>
        <w:ind w:left="425" w:hanging="312"/>
      </w:pPr>
      <w:r>
        <w:rPr>
          <w:rFonts w:ascii="Calibri" w:hAnsi="Calibri" w:cs="Calibri" w:eastAsia="宋体"/>
        </w:rPr>
        <w:t xml:space="preserve">• </w:t>
      </w:r>
      <w:r>
        <w:rPr>
          <w:rFonts w:ascii="Calibri" w:hAnsi="Calibri" w:cs="Calibri" w:eastAsia="宋体"/>
        </w:rPr>
        <w:t>模具在身体里放一天之后，会变成弯的。</w:t>
      </w:r>
      <w:r>
        <w:rPr>
          <w:rFonts w:ascii="Calibri" w:hAnsi="Calibri" w:cs="Calibri" w:eastAsia="宋体"/>
          <w:strike/>
        </w:rPr>
        <w:t>（你可以去找PAI的朋友，比赛谁先把模具通弯）</w:t>
      </w:r>
    </w:p>
    <w:p>
      <w:pPr>
        <w:keepNext/>
        <w:spacing w:before="120" w:after="40"/>
        <w:pBdr>
          <w:bottom w:val="single" w:sz="6" w:space="1" w:color="D4D8DE"/>
        </w:pBdr>
      </w:pPr>
      <w:r>
        <w:rPr>
          <w:rFonts w:ascii="Calibri" w:hAnsi="Calibri" w:cs="Calibri" w:eastAsia="微软雅黑"/>
          <w:b/>
        </w:rPr>
        <w:t>▸ 展示图片：模具通弯了</w:t>
      </w:r>
    </w:p>
    <w:p>
      <w:pPr>
        <w:spacing w:before="20" w:after="40"/>
        <w:ind w:left="425" w:hanging="312"/>
      </w:pPr>
      <w:r>
        <w:rPr>
          <w:rFonts w:ascii="Calibri" w:hAnsi="Calibri" w:cs="Calibri" w:eastAsia="宋体"/>
        </w:rPr>
        <w:t xml:space="preserve">• </w:t>
      </w:r>
      <w:r>
        <w:rPr>
          <w:rFonts w:ascii="Calibri" w:hAnsi="Calibri" w:cs="Calibri" w:eastAsia="宋体"/>
        </w:rPr>
        <w:t>病友之间互相推荐了一种好用的消肿药。</w:t>
      </w:r>
      <w:r>
        <w:rPr>
          <w:rFonts w:ascii="Calibri" w:hAnsi="Calibri" w:cs="Calibri" w:eastAsia="宋体"/>
          <w:b/>
        </w:rPr>
        <w:t>但笔者并未使用，也不清楚是否适用于SRS。</w:t>
      </w:r>
    </w:p>
    <w:p>
      <w:pPr>
        <w:keepNext/>
        <w:spacing w:before="120" w:after="40"/>
        <w:pBdr>
          <w:bottom w:val="single" w:sz="6" w:space="1" w:color="D4D8DE"/>
        </w:pBdr>
      </w:pPr>
      <w:r>
        <w:rPr>
          <w:rFonts w:ascii="Calibri" w:hAnsi="Calibri" w:cs="Calibri" w:eastAsia="微软雅黑"/>
          <w:b/>
        </w:rPr>
        <w:t>▸ 展示图片：病友的消肿药</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我：我昨天尿不出来啊。使劲挤的话能喷出来一点，放松尿不出来啊。</w:t>
      </w:r>
      <w:r>
        <w:br/>
      </w:r>
      <w:r>
        <w:br/>
      </w:r>
      <w:r>
        <w:rPr>
          <w:rFonts w:ascii="Calibri" w:hAnsi="Calibri" w:cs="Calibri" w:eastAsia="宋体"/>
        </w:rPr>
        <w:t>峰主任：你把模具放里面压着尿道，肯定尿不出来啊！</w:t>
      </w:r>
    </w:p>
    <w:p>
      <w:pPr>
        <w:shd w:val="clear" w:color="auto" w:fill="F7F8FA"/>
        <w:pBdr>
          <w:left w:val="single" w:sz="18" w:space="6" w:color="C9CDD4"/>
        </w:pBdr>
        <w:spacing w:after="40"/>
      </w:pPr>
      <w:r>
        <w:rPr>
          <w:rFonts w:ascii="Calibri" w:hAnsi="Calibri" w:cs="Calibri" w:eastAsia="宋体"/>
        </w:rPr>
        <w:t>另：尿液流过手上的感觉真的很舒服。</w:t>
      </w:r>
    </w:p>
    <w:p>
      <w:pPr>
        <w:pStyle w:val="Heading6"/>
      </w:pPr>
      <w:r>
        <w:rPr>
          <w:rFonts w:ascii="Calibri" w:hAnsi="Calibri" w:cs="Calibri" w:eastAsia="宋体"/>
        </w:rPr>
        <w:t>Day+11 自己放模具</w:t>
      </w:r>
    </w:p>
    <w:p>
      <w:pPr>
        <w:spacing w:before="20" w:after="40"/>
        <w:ind w:left="425" w:hanging="312"/>
      </w:pPr>
      <w:r>
        <w:rPr>
          <w:rFonts w:ascii="Calibri" w:hAnsi="Calibri" w:cs="Calibri" w:eastAsia="宋体"/>
        </w:rPr>
        <w:t xml:space="preserve">• </w:t>
      </w:r>
      <w:r>
        <w:rPr>
          <w:rFonts w:ascii="Calibri" w:hAnsi="Calibri" w:cs="Calibri" w:eastAsia="宋体"/>
        </w:rPr>
        <w:t>今日大便后，自己与家属在护士带领下，独自前往换药室，清洁模具。</w:t>
      </w:r>
    </w:p>
    <w:p>
      <w:pPr>
        <w:spacing w:before="20" w:after="40"/>
        <w:ind w:left="425" w:hanging="312"/>
      </w:pPr>
      <w:r>
        <w:rPr>
          <w:rFonts w:ascii="Calibri" w:hAnsi="Calibri" w:cs="Calibri" w:eastAsia="宋体"/>
        </w:rPr>
        <w:t xml:space="preserve">• </w:t>
      </w:r>
      <w:r>
        <w:rPr>
          <w:rFonts w:ascii="Calibri" w:hAnsi="Calibri" w:cs="Calibri" w:eastAsia="宋体"/>
        </w:rPr>
        <w:t>备品：护理垫、避孕套、醋酸氯己定。换药室提供：碘伏溶液、棉签、20x30纱布垫。</w:t>
      </w:r>
    </w:p>
    <w:p>
      <w:pPr>
        <w:spacing w:before="20" w:after="40"/>
        <w:ind w:left="425" w:hanging="312"/>
      </w:pPr>
      <w:r>
        <w:rPr>
          <w:rFonts w:ascii="Calibri" w:hAnsi="Calibri" w:cs="Calibri" w:eastAsia="宋体"/>
        </w:rPr>
        <w:t xml:space="preserve">• </w:t>
      </w:r>
      <w:r>
        <w:rPr>
          <w:rFonts w:ascii="Calibri" w:hAnsi="Calibri" w:cs="Calibri" w:eastAsia="宋体"/>
        </w:rPr>
        <w:t>铺好护理垫，解开塑身衣，放下旧棉垫后，将塑身衣下端提到腰部。</w:t>
      </w:r>
    </w:p>
    <w:p>
      <w:pPr>
        <w:spacing w:before="20" w:after="40"/>
        <w:ind w:left="425" w:hanging="312"/>
      </w:pPr>
      <w:r>
        <w:rPr>
          <w:rFonts w:ascii="Calibri" w:hAnsi="Calibri" w:cs="Calibri" w:eastAsia="宋体"/>
        </w:rPr>
        <w:t xml:space="preserve">• </w:t>
      </w:r>
      <w:r>
        <w:rPr>
          <w:rFonts w:ascii="Calibri" w:hAnsi="Calibri" w:cs="Calibri" w:eastAsia="宋体"/>
        </w:rPr>
        <w:t>取出模具后，使用一支醋酸氯己定冲洗阴道内（每盒两支）。沿阴道方向插入，试探转弯，到底后捏住球囊冲洗。</w:t>
      </w:r>
      <w:r>
        <w:rPr>
          <w:rFonts w:ascii="Calibri" w:hAnsi="Calibri" w:cs="Calibri" w:eastAsia="宋体"/>
          <w:b/>
        </w:rPr>
        <w:t>不松手</w:t>
      </w:r>
      <w:r>
        <w:rPr>
          <w:rFonts w:ascii="Calibri" w:hAnsi="Calibri" w:cs="Calibri" w:eastAsia="宋体"/>
        </w:rPr>
        <w:t>，将其拔出后，再次进行上述操作。</w:t>
      </w:r>
      <w:r>
        <w:rPr>
          <w:rFonts w:ascii="Calibri" w:hAnsi="Calibri" w:cs="Calibri" w:eastAsia="宋体"/>
          <w:b/>
        </w:rPr>
        <w:t>一定不要在球嘴插入阴道时松手！！！</w:t>
      </w:r>
    </w:p>
    <w:p>
      <w:pPr>
        <w:spacing w:before="20" w:after="40"/>
        <w:ind w:left="425" w:hanging="312"/>
      </w:pPr>
      <w:r>
        <w:rPr>
          <w:rFonts w:ascii="Calibri" w:hAnsi="Calibri" w:cs="Calibri" w:eastAsia="宋体"/>
        </w:rPr>
        <w:t xml:space="preserve">• </w:t>
      </w:r>
      <w:r>
        <w:rPr>
          <w:rFonts w:ascii="Calibri" w:hAnsi="Calibri" w:cs="Calibri" w:eastAsia="宋体"/>
        </w:rPr>
        <w:t>使用另一支醋酸氯己定冲洗会阴外表面。</w:t>
      </w:r>
    </w:p>
    <w:p>
      <w:pPr>
        <w:spacing w:before="20" w:after="40"/>
        <w:ind w:left="425" w:hanging="312"/>
      </w:pPr>
      <w:r>
        <w:rPr>
          <w:rFonts w:ascii="Calibri" w:hAnsi="Calibri" w:cs="Calibri" w:eastAsia="宋体"/>
        </w:rPr>
        <w:t xml:space="preserve">• </w:t>
      </w:r>
      <w:r>
        <w:rPr>
          <w:rFonts w:ascii="Calibri" w:hAnsi="Calibri" w:cs="Calibri" w:eastAsia="宋体"/>
        </w:rPr>
        <w:t>使用碘伏清洁阴唇，重点清理间沟，</w:t>
      </w:r>
      <w:r>
        <w:rPr>
          <w:rFonts w:ascii="Calibri" w:hAnsi="Calibri" w:cs="Calibri" w:eastAsia="宋体"/>
          <w:b/>
        </w:rPr>
        <w:t>要扒开清理</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更换模具上避孕套，涂抹碘伏后，缓慢的</w:t>
      </w:r>
      <w:r>
        <w:rPr>
          <w:rFonts w:ascii="Calibri" w:hAnsi="Calibri" w:cs="Calibri" w:eastAsia="宋体"/>
          <w:b/>
        </w:rPr>
        <w:t>完全</w:t>
      </w:r>
      <w:r>
        <w:rPr>
          <w:rFonts w:ascii="Calibri" w:hAnsi="Calibri" w:cs="Calibri" w:eastAsia="宋体"/>
        </w:rPr>
        <w:t>送入体内。</w:t>
      </w:r>
      <w:r>
        <w:rPr>
          <w:rFonts w:ascii="Calibri" w:hAnsi="Calibri" w:cs="Calibri" w:eastAsia="宋体"/>
          <w:b/>
        </w:rPr>
        <w:t>底座应与阴唇紧贴。</w:t>
      </w:r>
    </w:p>
    <w:p>
      <w:pPr>
        <w:spacing w:before="20" w:after="40"/>
        <w:ind w:left="425" w:hanging="312"/>
      </w:pPr>
      <w:r>
        <w:rPr>
          <w:rFonts w:ascii="Calibri" w:hAnsi="Calibri" w:cs="Calibri" w:eastAsia="宋体"/>
        </w:rPr>
        <w:t xml:space="preserve">• </w:t>
      </w:r>
      <w:r>
        <w:rPr>
          <w:rFonts w:ascii="Calibri" w:hAnsi="Calibri" w:cs="Calibri" w:eastAsia="宋体"/>
        </w:rPr>
        <w:t>对折20x30棉垫为20x15厘米，垫在模具外。穿好塑身衣，裆部挂钩应</w:t>
      </w:r>
      <w:r>
        <w:rPr>
          <w:rFonts w:ascii="Calibri" w:hAnsi="Calibri" w:cs="Calibri" w:eastAsia="宋体"/>
          <w:b/>
        </w:rPr>
        <w:t>挂在最紧位置</w:t>
      </w:r>
      <w:r>
        <w:rPr>
          <w:rFonts w:ascii="Calibri" w:hAnsi="Calibri" w:cs="Calibri" w:eastAsia="宋体"/>
        </w:rPr>
        <w:t>。</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戴这个水晶硅胶模具的感觉真的非常非常的奇特，非常有意思。</w:t>
      </w:r>
      <w:r>
        <w:br/>
      </w:r>
      <w:r>
        <w:br/>
      </w:r>
      <w:r>
        <w:rPr>
          <w:rFonts w:ascii="Calibri" w:hAnsi="Calibri" w:cs="Calibri" w:eastAsia="宋体"/>
        </w:rPr>
        <w:t>坐着和走路都很有意思。</w:t>
      </w:r>
      <w:r>
        <w:br/>
      </w:r>
      <w:r>
        <w:br/>
      </w:r>
      <w:r>
        <w:rPr>
          <w:rFonts w:ascii="Calibri" w:hAnsi="Calibri" w:cs="Calibri" w:eastAsia="宋体"/>
        </w:rPr>
        <w:t>莫名有些舒服。</w:t>
      </w:r>
      <w:r>
        <w:br/>
      </w:r>
      <w:r>
        <w:br/>
      </w:r>
      <w:r>
        <w:rPr>
          <w:rFonts w:ascii="Calibri" w:hAnsi="Calibri" w:cs="Calibri" w:eastAsia="宋体"/>
        </w:rPr>
        <w:t>膀胱里有尿时候起身，就有一种莫名的愉悦感。</w:t>
      </w:r>
      <w:r>
        <w:br/>
      </w:r>
      <w:r>
        <w:br/>
      </w:r>
      <w:r>
        <w:rPr>
          <w:rFonts w:ascii="Calibri" w:hAnsi="Calibri" w:cs="Calibri" w:eastAsia="宋体"/>
        </w:rPr>
        <w:t>诶呀真不是我色。</w:t>
      </w:r>
    </w:p>
    <w:p>
      <w:pPr>
        <w:shd w:val="clear" w:color="auto" w:fill="F7F8FA"/>
        <w:pBdr>
          <w:left w:val="single" w:sz="18" w:space="6" w:color="C9CDD4"/>
        </w:pBdr>
        <w:spacing w:after="40"/>
      </w:pPr>
      <w:r>
        <w:rPr>
          <w:rFonts w:ascii="Calibri" w:hAnsi="Calibri" w:cs="Calibri" w:eastAsia="宋体"/>
        </w:rPr>
        <w:t>另：当日中秋节，我在医院主持了——拜月仪式。</w:t>
      </w:r>
      <w:r>
        <w:br/>
      </w:r>
      <w:r>
        <w:br/>
      </w:r>
      <w:r>
        <w:rPr>
          <w:rFonts w:ascii="Calibri" w:hAnsi="Calibri" w:cs="Calibri" w:eastAsia="宋体"/>
        </w:rPr>
        <w:t>也是当上“大祭司”（正确说法是主祭）了！</w:t>
      </w:r>
    </w:p>
    <w:p>
      <w:pPr>
        <w:pStyle w:val="Heading6"/>
      </w:pPr>
      <w:r>
        <w:rPr>
          <w:rFonts w:ascii="Calibri" w:hAnsi="Calibri" w:cs="Calibri" w:eastAsia="宋体"/>
        </w:rPr>
        <w:t>Day+12 还得再适应适应</w:t>
      </w:r>
    </w:p>
    <w:p>
      <w:pPr>
        <w:spacing w:before="20" w:after="40"/>
        <w:ind w:left="425" w:hanging="312"/>
      </w:pPr>
      <w:r>
        <w:rPr>
          <w:rFonts w:ascii="Calibri" w:hAnsi="Calibri" w:cs="Calibri" w:eastAsia="宋体"/>
        </w:rPr>
        <w:t xml:space="preserve">• </w:t>
      </w:r>
      <w:r>
        <w:rPr>
          <w:rFonts w:ascii="Calibri" w:hAnsi="Calibri" w:cs="Calibri" w:eastAsia="宋体"/>
        </w:rPr>
        <w:t>今日无事。大便后和护士打招呼，前往换药室自行更换（清理）模具。</w:t>
      </w:r>
    </w:p>
    <w:p>
      <w:pPr>
        <w:spacing w:before="20" w:after="40"/>
        <w:ind w:left="425" w:hanging="312"/>
      </w:pPr>
      <w:r>
        <w:rPr>
          <w:rFonts w:ascii="Calibri" w:hAnsi="Calibri" w:cs="Calibri" w:eastAsia="宋体"/>
        </w:rPr>
        <w:t xml:space="preserve">• </w:t>
      </w:r>
      <w:r>
        <w:rPr>
          <w:rFonts w:ascii="Calibri" w:hAnsi="Calibri" w:cs="Calibri" w:eastAsia="宋体"/>
        </w:rPr>
        <w:t>冲洗阴道时，冲出的血凝块上有</w:t>
      </w:r>
      <w:r>
        <w:rPr>
          <w:rFonts w:ascii="Calibri" w:hAnsi="Calibri" w:cs="Calibri" w:eastAsia="宋体"/>
          <w:b/>
        </w:rPr>
        <w:t>少量灰白色浑浊浓稠液体</w:t>
      </w:r>
      <w:r>
        <w:rPr>
          <w:rFonts w:ascii="Calibri" w:hAnsi="Calibri" w:cs="Calibri" w:eastAsia="宋体"/>
        </w:rPr>
        <w:t>是正常现象。这说明用于加固阴道后壁的阴囊皮瓣正在脱皮，大约一个半月左右掉光。（异常情况建议找医生确认）</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智斗住院总医师。</w:t>
      </w:r>
      <w:r>
        <w:br/>
      </w:r>
      <w:r>
        <w:br/>
      </w:r>
      <w:r>
        <w:rPr>
          <w:rFonts w:ascii="Calibri" w:hAnsi="Calibri" w:cs="Calibri" w:eastAsia="宋体"/>
        </w:rPr>
        <w:t>有个住院总医师喜欢赶人出院，把床位空出来。</w:t>
      </w:r>
    </w:p>
    <w:p>
      <w:pPr>
        <w:shd w:val="clear" w:color="auto" w:fill="F7F8FA"/>
        <w:pBdr>
          <w:left w:val="single" w:sz="18" w:space="6" w:color="C9CDD4"/>
        </w:pBdr>
        <w:spacing w:after="40"/>
      </w:pPr>
      <w:r>
        <w:rPr>
          <w:rFonts w:ascii="Calibri" w:hAnsi="Calibri" w:cs="Calibri" w:eastAsia="宋体"/>
        </w:rPr>
        <w:t>第一回合：</w:t>
      </w:r>
      <w:r>
        <w:br/>
      </w:r>
      <w:r>
        <w:br/>
      </w:r>
      <w:r>
        <w:rPr>
          <w:rFonts w:ascii="Calibri" w:hAnsi="Calibri" w:cs="Calibri" w:eastAsia="宋体"/>
        </w:rPr>
        <w:t>住总：你好的差不多就能出院了。</w:t>
      </w:r>
      <w:r>
        <w:br/>
      </w:r>
      <w:r>
        <w:br/>
      </w:r>
      <w:r>
        <w:rPr>
          <w:rFonts w:ascii="Calibri" w:hAnsi="Calibri" w:cs="Calibri" w:eastAsia="宋体"/>
        </w:rPr>
        <w:t>我：那我拆线呢？</w:t>
      </w:r>
      <w:r>
        <w:br/>
      </w:r>
      <w:r>
        <w:br/>
      </w:r>
      <w:r>
        <w:rPr>
          <w:rFonts w:ascii="Calibri" w:hAnsi="Calibri" w:cs="Calibri" w:eastAsia="宋体"/>
        </w:rPr>
        <w:t>住总：出院过几天再拆线也行。</w:t>
      </w:r>
      <w:r>
        <w:br/>
      </w:r>
      <w:r>
        <w:br/>
      </w:r>
      <w:r>
        <w:rPr>
          <w:rFonts w:ascii="Calibri" w:hAnsi="Calibri" w:cs="Calibri" w:eastAsia="宋体"/>
        </w:rPr>
        <w:t>我：（你听听这是人话吗？）我是外地来的，挺远的，我们当地医院能拆吗？ 住总：应该……能吧。（迟疑）</w:t>
      </w:r>
      <w:r>
        <w:br/>
      </w:r>
      <w:r>
        <w:br/>
      </w:r>
      <w:r>
        <w:rPr>
          <w:rFonts w:ascii="Calibri" w:hAnsi="Calibri" w:cs="Calibri" w:eastAsia="宋体"/>
        </w:rPr>
        <w:t>我：（嗤）</w:t>
      </w:r>
      <w:r>
        <w:br/>
      </w:r>
      <w:r>
        <w:br/>
      </w:r>
      <w:r>
        <w:rPr>
          <w:rFonts w:ascii="Calibri" w:hAnsi="Calibri" w:cs="Calibri" w:eastAsia="宋体"/>
        </w:rPr>
        <w:t>住总：（转身走了）</w:t>
      </w:r>
    </w:p>
    <w:p>
      <w:pPr>
        <w:shd w:val="clear" w:color="auto" w:fill="F7F8FA"/>
        <w:pBdr>
          <w:left w:val="single" w:sz="18" w:space="6" w:color="C9CDD4"/>
        </w:pBdr>
        <w:spacing w:after="40"/>
      </w:pPr>
      <w:r>
        <w:rPr>
          <w:rFonts w:ascii="Calibri" w:hAnsi="Calibri" w:cs="Calibri" w:eastAsia="宋体"/>
        </w:rPr>
        <w:t>第二回合：</w:t>
      </w:r>
      <w:r>
        <w:br/>
      </w:r>
      <w:r>
        <w:br/>
      </w:r>
      <w:r>
        <w:rPr>
          <w:rFonts w:ascii="Calibri" w:hAnsi="Calibri" w:cs="Calibri" w:eastAsia="宋体"/>
        </w:rPr>
        <w:t>住总：你现在大小便都没啥问题了吧。</w:t>
      </w:r>
      <w:r>
        <w:br/>
      </w:r>
      <w:r>
        <w:br/>
      </w:r>
      <w:r>
        <w:rPr>
          <w:rFonts w:ascii="Calibri" w:hAnsi="Calibri" w:cs="Calibri" w:eastAsia="宋体"/>
        </w:rPr>
        <w:t>我：大便挺好的，小便这不是昨晚没尿出来嘛。</w:t>
      </w:r>
      <w:r>
        <w:br/>
      </w:r>
      <w:r>
        <w:br/>
      </w:r>
      <w:r>
        <w:rPr>
          <w:rFonts w:ascii="Calibri" w:hAnsi="Calibri" w:cs="Calibri" w:eastAsia="宋体"/>
        </w:rPr>
        <w:t>住总：现在尿出来了吗？</w:t>
      </w:r>
      <w:r>
        <w:br/>
      </w:r>
      <w:r>
        <w:br/>
      </w:r>
      <w:r>
        <w:rPr>
          <w:rFonts w:ascii="Calibri" w:hAnsi="Calibri" w:cs="Calibri" w:eastAsia="宋体"/>
        </w:rPr>
        <w:t>我：尿出来了，但还得再观察观察。</w:t>
      </w:r>
    </w:p>
    <w:p>
      <w:pPr>
        <w:shd w:val="clear" w:color="auto" w:fill="F7F8FA"/>
        <w:pBdr>
          <w:left w:val="single" w:sz="18" w:space="6" w:color="C9CDD4"/>
        </w:pBdr>
        <w:spacing w:after="40"/>
      </w:pPr>
      <w:r>
        <w:rPr>
          <w:rFonts w:ascii="Calibri" w:hAnsi="Calibri" w:cs="Calibri" w:eastAsia="宋体"/>
        </w:rPr>
        <w:t>第三回合：</w:t>
      </w:r>
      <w:r>
        <w:br/>
      </w:r>
      <w:r>
        <w:br/>
      </w:r>
      <w:r>
        <w:rPr>
          <w:rFonts w:ascii="Calibri" w:hAnsi="Calibri" w:cs="Calibri" w:eastAsia="宋体"/>
        </w:rPr>
        <w:t>住总：你现在通模都正常是吧。</w:t>
      </w:r>
      <w:r>
        <w:br/>
      </w:r>
      <w:r>
        <w:br/>
      </w:r>
      <w:r>
        <w:rPr>
          <w:rFonts w:ascii="Calibri" w:hAnsi="Calibri" w:cs="Calibri" w:eastAsia="宋体"/>
        </w:rPr>
        <w:t>我：在学习自己通呢，但还得再适应适应。</w:t>
      </w:r>
    </w:p>
    <w:p>
      <w:pPr>
        <w:pStyle w:val="Heading6"/>
      </w:pPr>
      <w:r>
        <w:rPr>
          <w:rFonts w:ascii="Calibri" w:hAnsi="Calibri" w:cs="Calibri" w:eastAsia="宋体"/>
        </w:rPr>
        <w:t>Day+13 病友说话也好听</w:t>
      </w:r>
    </w:p>
    <w:p>
      <w:pPr>
        <w:spacing w:before="20" w:after="40"/>
        <w:ind w:left="425" w:hanging="312"/>
      </w:pPr>
      <w:r>
        <w:rPr>
          <w:rFonts w:ascii="Calibri" w:hAnsi="Calibri" w:cs="Calibri" w:eastAsia="宋体"/>
        </w:rPr>
        <w:t xml:space="preserve">• </w:t>
      </w:r>
      <w:r>
        <w:rPr>
          <w:rFonts w:ascii="Calibri" w:hAnsi="Calibri" w:cs="Calibri" w:eastAsia="宋体"/>
        </w:rPr>
        <w:t>今日亦无事。大便后和护士打招呼，前往换药室自行更换（清理）模具。</w:t>
      </w:r>
    </w:p>
    <w:p>
      <w:pPr>
        <w:spacing w:before="20" w:after="40"/>
        <w:ind w:left="425" w:hanging="312"/>
      </w:pPr>
      <w:r>
        <w:rPr>
          <w:rFonts w:ascii="Calibri" w:hAnsi="Calibri" w:cs="Calibri" w:eastAsia="宋体"/>
        </w:rPr>
        <w:t xml:space="preserve">• </w:t>
      </w:r>
      <w:r>
        <w:rPr>
          <w:rFonts w:ascii="Calibri" w:hAnsi="Calibri" w:cs="Calibri" w:eastAsia="宋体"/>
        </w:rPr>
        <w:t>批上随机位置，随机时间，会一抽一抽的突然疼一下。</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和病友小姐姐甲，病友小姐姐乙与护士姐姐（会叫我“宝宝”的那位）聊天。</w:t>
      </w:r>
      <w:r>
        <w:br/>
      </w:r>
      <w:r>
        <w:br/>
      </w:r>
      <w:r>
        <w:rPr>
          <w:rFonts w:ascii="Calibri" w:hAnsi="Calibri" w:cs="Calibri" w:eastAsia="宋体"/>
        </w:rPr>
        <w:t>病友甲：我看看你哪年生的。（看腕带）</w:t>
      </w:r>
      <w:r>
        <w:br/>
      </w:r>
      <w:r>
        <w:br/>
      </w:r>
      <w:r>
        <w:rPr>
          <w:rFonts w:ascii="Calibri" w:hAnsi="Calibri" w:cs="Calibri" w:eastAsia="宋体"/>
        </w:rPr>
        <w:t>病友甲：诶，你的腕带怎么是蓝色的？</w:t>
      </w:r>
      <w:r>
        <w:br/>
      </w:r>
      <w:r>
        <w:br/>
      </w:r>
      <w:r>
        <w:rPr>
          <w:rFonts w:ascii="Calibri" w:hAnsi="Calibri" w:cs="Calibri" w:eastAsia="宋体"/>
        </w:rPr>
        <w:t>病友乙：（前几天就知道我做性别重置）原来你入院时候登记的性别是男性的啊。</w:t>
      </w:r>
      <w:r>
        <w:br/>
      </w:r>
      <w:r>
        <w:br/>
      </w:r>
      <w:r>
        <w:rPr>
          <w:rFonts w:ascii="Calibri" w:hAnsi="Calibri" w:cs="Calibri" w:eastAsia="宋体"/>
        </w:rPr>
        <w:t>病友甲：那你来做的是——</w:t>
      </w:r>
      <w:r>
        <w:br/>
      </w:r>
      <w:r>
        <w:br/>
      </w:r>
      <w:r>
        <w:rPr>
          <w:rFonts w:ascii="Calibri" w:hAnsi="Calibri" w:cs="Calibri" w:eastAsia="宋体"/>
        </w:rPr>
        <w:t>我：性别重置。</w:t>
      </w:r>
      <w:r>
        <w:br/>
      </w:r>
      <w:r>
        <w:br/>
      </w:r>
      <w:r>
        <w:rPr>
          <w:rFonts w:ascii="Calibri" w:hAnsi="Calibri" w:cs="Calibri" w:eastAsia="宋体"/>
        </w:rPr>
        <w:t>病友乙：她现在是女生！</w:t>
      </w:r>
      <w:r>
        <w:br/>
      </w:r>
      <w:r>
        <w:br/>
      </w:r>
      <w:r>
        <w:rPr>
          <w:rFonts w:ascii="Calibri" w:hAnsi="Calibri" w:cs="Calibri" w:eastAsia="宋体"/>
        </w:rPr>
        <w:t>病友甲：诶！那你以前是男生吗？</w:t>
      </w:r>
      <w:r>
        <w:br/>
      </w:r>
      <w:r>
        <w:br/>
      </w:r>
      <w:r>
        <w:rPr>
          <w:rFonts w:ascii="Calibri" w:hAnsi="Calibri" w:cs="Calibri" w:eastAsia="宋体"/>
        </w:rPr>
        <w:t>护士姐姐：不是的，她生来就是女生，只是不幸……</w:t>
      </w:r>
      <w:r>
        <w:br/>
      </w:r>
      <w:r>
        <w:br/>
      </w:r>
      <w:r>
        <w:rPr>
          <w:rFonts w:ascii="Calibri" w:hAnsi="Calibri" w:cs="Calibri" w:eastAsia="宋体"/>
        </w:rPr>
        <w:t>病友甲：啊啊啊我懂这个，就是生错了身体的性别！</w:t>
      </w:r>
      <w:r>
        <w:br/>
      </w:r>
      <w:r>
        <w:br/>
      </w:r>
      <w:r>
        <w:rPr>
          <w:rFonts w:ascii="Calibri" w:hAnsi="Calibri" w:cs="Calibri" w:eastAsia="宋体"/>
        </w:rPr>
        <w:t>护士姐姐：像她们这种人，很多都比生下来就是女生的女生还女。心思特别细腻，温柔，而且才华横溢。我见到好多，都是在某个领域特别特别擅长的。</w:t>
      </w:r>
      <w:r>
        <w:br/>
      </w:r>
      <w:r>
        <w:br/>
      </w:r>
      <w:r>
        <w:rPr>
          <w:rFonts w:ascii="Calibri" w:hAnsi="Calibri" w:cs="Calibri" w:eastAsia="宋体"/>
        </w:rPr>
        <w:t>病友甲：完全看不出来啊！你说话声音好温柔啊。你会用激素吗？</w:t>
      </w:r>
      <w:r>
        <w:br/>
      </w:r>
      <w:r>
        <w:br/>
      </w:r>
      <w:r>
        <w:rPr>
          <w:rFonts w:ascii="Calibri" w:hAnsi="Calibri" w:cs="Calibri" w:eastAsia="宋体"/>
        </w:rPr>
        <w:t>我：一直都在用的。</w:t>
      </w:r>
      <w:r>
        <w:br/>
      </w:r>
      <w:r>
        <w:br/>
      </w:r>
      <w:r>
        <w:rPr>
          <w:rFonts w:ascii="Calibri" w:hAnsi="Calibri" w:cs="Calibri" w:eastAsia="宋体"/>
        </w:rPr>
        <w:t>病友甲：你长得真的好漂亮啊。眼睛真漂亮。</w:t>
      </w:r>
      <w:r>
        <w:br/>
      </w:r>
      <w:r>
        <w:br/>
      </w:r>
      <w:r>
        <w:rPr>
          <w:rFonts w:ascii="Calibri" w:hAnsi="Calibri" w:cs="Calibri" w:eastAsia="宋体"/>
        </w:rPr>
        <w:t>我：哈哈哈，我戴了美瞳。</w:t>
      </w:r>
      <w:r>
        <w:br/>
      </w:r>
      <w:r>
        <w:br/>
      </w:r>
      <w:r>
        <w:rPr>
          <w:rFonts w:ascii="Calibri" w:hAnsi="Calibri" w:cs="Calibri" w:eastAsia="宋体"/>
        </w:rPr>
        <w:t>病友甲：不是不是，你眼睛的形状就很漂亮。诶呀你这冷白皮我梦寐以求的，你脸好小。</w:t>
      </w:r>
      <w:r>
        <w:br/>
      </w:r>
      <w:r>
        <w:br/>
      </w:r>
      <w:r>
        <w:rPr>
          <w:rFonts w:ascii="Calibri" w:hAnsi="Calibri" w:cs="Calibri" w:eastAsia="宋体"/>
        </w:rPr>
        <w:t>护士姐姐：骨相美啊。</w:t>
      </w:r>
    </w:p>
    <w:p>
      <w:pPr>
        <w:shd w:val="clear" w:color="auto" w:fill="F7F8FA"/>
        <w:pBdr>
          <w:left w:val="single" w:sz="18" w:space="6" w:color="C9CDD4"/>
        </w:pBdr>
        <w:spacing w:after="40"/>
      </w:pPr>
      <w:r>
        <w:rPr>
          <w:rFonts w:ascii="Calibri" w:hAnsi="Calibri" w:cs="Calibri" w:eastAsia="宋体"/>
        </w:rPr>
        <w:t>另：找到了新乐趣——躺在医院床上看墙内人妖/反跨视频。</w:t>
      </w:r>
    </w:p>
    <w:p>
      <w:pPr>
        <w:shd w:val="clear" w:color="auto" w:fill="F7F8FA"/>
        <w:pBdr>
          <w:left w:val="single" w:sz="18" w:space="6" w:color="C9CDD4"/>
        </w:pBdr>
        <w:spacing w:after="40"/>
      </w:pPr>
      <w:r>
        <w:rPr>
          <w:rFonts w:ascii="Calibri" w:hAnsi="Calibri" w:cs="Calibri" w:eastAsia="宋体"/>
        </w:rPr>
        <w:t>另：护士姐姐来查房，说我的精神状态是她见过这么多人中最好的。</w:t>
      </w:r>
      <w:r>
        <w:br/>
      </w:r>
      <w:r>
        <w:br/>
      </w:r>
      <w:r>
        <w:rPr>
          <w:rFonts w:ascii="Calibri" w:hAnsi="Calibri" w:cs="Calibri" w:eastAsia="宋体"/>
        </w:rPr>
        <w:t>然后我发的手术记录推文，被以前来做手术的病友，转发了给她。</w:t>
      </w:r>
      <w:r>
        <w:br/>
      </w:r>
      <w:r>
        <w:br/>
      </w:r>
      <w:r>
        <w:rPr>
          <w:rFonts w:ascii="Calibri" w:hAnsi="Calibri" w:cs="Calibri" w:eastAsia="宋体"/>
        </w:rPr>
        <w:t>传了一圈了哈哈哈。</w:t>
      </w:r>
    </w:p>
    <w:p>
      <w:pPr>
        <w:pStyle w:val="Heading6"/>
      </w:pPr>
      <w:r>
        <w:rPr>
          <w:rFonts w:ascii="Calibri" w:hAnsi="Calibri" w:cs="Calibri" w:eastAsia="宋体"/>
        </w:rPr>
        <w:t>Day+14 拆线</w:t>
      </w:r>
    </w:p>
    <w:p>
      <w:pPr>
        <w:spacing w:before="20" w:after="40"/>
        <w:ind w:left="425" w:hanging="312"/>
      </w:pPr>
      <w:r>
        <w:rPr>
          <w:rFonts w:ascii="Calibri" w:hAnsi="Calibri" w:cs="Calibri" w:eastAsia="宋体"/>
        </w:rPr>
        <w:t xml:space="preserve">• </w:t>
      </w:r>
      <w:r>
        <w:rPr>
          <w:rFonts w:ascii="Calibri" w:hAnsi="Calibri" w:cs="Calibri" w:eastAsia="宋体"/>
        </w:rPr>
        <w:t>早晨会有医生找你去换药室拆线。</w:t>
      </w:r>
    </w:p>
    <w:p>
      <w:pPr>
        <w:spacing w:before="20" w:after="40"/>
        <w:ind w:left="425" w:hanging="312"/>
      </w:pPr>
      <w:r>
        <w:rPr>
          <w:rFonts w:ascii="Calibri" w:hAnsi="Calibri" w:cs="Calibri" w:eastAsia="宋体"/>
        </w:rPr>
        <w:t xml:space="preserve">• </w:t>
      </w:r>
      <w:r>
        <w:rPr>
          <w:rFonts w:ascii="Calibri" w:hAnsi="Calibri" w:cs="Calibri" w:eastAsia="宋体"/>
        </w:rPr>
        <w:t>要拆的位置是两侧大阴唇下方的丝线，以及阴蒂附近。</w:t>
      </w:r>
    </w:p>
    <w:p>
      <w:pPr>
        <w:spacing w:before="20" w:after="40"/>
        <w:ind w:left="425" w:hanging="312"/>
      </w:pPr>
      <w:r>
        <w:rPr>
          <w:rFonts w:ascii="Calibri" w:hAnsi="Calibri" w:cs="Calibri" w:eastAsia="宋体"/>
        </w:rPr>
        <w:t xml:space="preserve">• </w:t>
      </w:r>
      <w:r>
        <w:rPr>
          <w:rFonts w:ascii="Calibri" w:hAnsi="Calibri" w:cs="Calibri" w:eastAsia="宋体"/>
        </w:rPr>
        <w:t>间沟中的可吸收缝线可以挑开，等待自行排出。</w:t>
      </w:r>
    </w:p>
    <w:p>
      <w:pPr>
        <w:spacing w:before="20" w:after="40"/>
        <w:ind w:left="425" w:hanging="312"/>
      </w:pPr>
      <w:r>
        <w:rPr>
          <w:rFonts w:ascii="Calibri" w:hAnsi="Calibri" w:cs="Calibri" w:eastAsia="宋体"/>
        </w:rPr>
        <w:t xml:space="preserve">• </w:t>
      </w:r>
      <w:r>
        <w:rPr>
          <w:rFonts w:ascii="Calibri" w:hAnsi="Calibri" w:cs="Calibri" w:eastAsia="宋体"/>
        </w:rPr>
        <w:t>小疼，但拆线之后的牵拉感会少很多。</w:t>
      </w:r>
    </w:p>
    <w:p>
      <w:pPr>
        <w:spacing w:before="20" w:after="40"/>
        <w:ind w:left="425" w:hanging="312"/>
      </w:pPr>
      <w:r>
        <w:rPr>
          <w:rFonts w:ascii="Calibri" w:hAnsi="Calibri" w:cs="Calibri" w:eastAsia="宋体"/>
        </w:rPr>
        <w:t xml:space="preserve">• </w:t>
      </w:r>
      <w:r>
        <w:rPr>
          <w:rFonts w:ascii="Calibri" w:hAnsi="Calibri" w:cs="Calibri" w:eastAsia="宋体"/>
        </w:rPr>
        <w:t>拆线时峰主任会过来看一下恢复情况。</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感觉保留的非常好，偶尔碰到阴蒂，心肝儿都在颤。</w:t>
      </w:r>
      <w:r>
        <w:br/>
      </w:r>
      <w:r>
        <w:br/>
      </w:r>
      <w:r>
        <w:rPr>
          <w:rFonts w:ascii="Calibri" w:hAnsi="Calibri" w:cs="Calibri" w:eastAsia="宋体"/>
        </w:rPr>
        <w:t>酥酥麻麻酸酸软软。</w:t>
      </w:r>
      <w:r>
        <w:br/>
      </w:r>
      <w:r>
        <w:br/>
      </w:r>
      <w:r>
        <w:rPr>
          <w:rFonts w:ascii="Calibri" w:hAnsi="Calibri" w:cs="Calibri" w:eastAsia="宋体"/>
        </w:rPr>
        <w:t>回病房后哭了很久，不知道是委屈还是喜悦。</w:t>
      </w:r>
      <w:r>
        <w:br/>
      </w:r>
      <w:r>
        <w:br/>
      </w:r>
      <w:r>
        <w:rPr>
          <w:rFonts w:ascii="Calibri" w:hAnsi="Calibri" w:cs="Calibri" w:eastAsia="宋体"/>
        </w:rPr>
        <w:t>“我的灵魂颠沛流离了二十年，终于回到自己的身体里了……”</w:t>
      </w:r>
    </w:p>
    <w:p>
      <w:pPr>
        <w:shd w:val="clear" w:color="auto" w:fill="F7F8FA"/>
        <w:pBdr>
          <w:left w:val="single" w:sz="18" w:space="6" w:color="C9CDD4"/>
        </w:pBdr>
        <w:spacing w:after="40"/>
      </w:pPr>
      <w:r>
        <w:rPr>
          <w:rFonts w:ascii="Calibri" w:hAnsi="Calibri" w:cs="Calibri" w:eastAsia="宋体"/>
        </w:rPr>
        <w:t>另：</w:t>
      </w:r>
      <w:r>
        <w:br/>
      </w:r>
      <w:r>
        <w:br/>
      </w:r>
      <w:r>
        <w:rPr>
          <w:rFonts w:ascii="Calibri" w:hAnsi="Calibri" w:cs="Calibri" w:eastAsia="宋体"/>
        </w:rPr>
        <w:t>拆线大夫：你还说明天再拆，你这线都长到肉里了啊！</w:t>
      </w:r>
    </w:p>
    <w:p>
      <w:pPr>
        <w:pStyle w:val="Heading6"/>
      </w:pPr>
      <w:r>
        <w:rPr>
          <w:rFonts w:ascii="Calibri" w:hAnsi="Calibri" w:cs="Calibri" w:eastAsia="宋体"/>
        </w:rPr>
        <w:t>Day+15 出院</w:t>
      </w:r>
    </w:p>
    <w:p>
      <w:pPr>
        <w:spacing w:before="20" w:after="40"/>
        <w:ind w:left="425" w:hanging="312"/>
      </w:pPr>
      <w:r>
        <w:rPr>
          <w:rFonts w:ascii="Calibri" w:hAnsi="Calibri" w:cs="Calibri" w:eastAsia="宋体"/>
        </w:rPr>
        <w:t xml:space="preserve">• </w:t>
      </w:r>
      <w:r>
        <w:rPr>
          <w:rFonts w:ascii="Calibri" w:hAnsi="Calibri" w:cs="Calibri" w:eastAsia="宋体"/>
        </w:rPr>
        <w:t>早晨管床医生来看你，确认出院的情况。</w:t>
      </w:r>
    </w:p>
    <w:p>
      <w:pPr>
        <w:spacing w:before="20" w:after="40"/>
        <w:ind w:left="425" w:hanging="312"/>
      </w:pPr>
      <w:r>
        <w:rPr>
          <w:rFonts w:ascii="Calibri" w:hAnsi="Calibri" w:cs="Calibri" w:eastAsia="宋体"/>
        </w:rPr>
        <w:t xml:space="preserve">• </w:t>
      </w:r>
      <w:r>
        <w:rPr>
          <w:rFonts w:ascii="Calibri" w:hAnsi="Calibri" w:cs="Calibri" w:eastAsia="宋体"/>
        </w:rPr>
        <w:t>让她开出院诊断时候</w:t>
      </w:r>
      <w:r>
        <w:rPr>
          <w:rFonts w:ascii="Calibri" w:hAnsi="Calibri" w:cs="Calibri" w:eastAsia="宋体"/>
          <w:b/>
        </w:rPr>
        <w:t>别忘了加性别鉴定</w:t>
      </w:r>
      <w:r>
        <w:rPr>
          <w:rFonts w:ascii="Calibri" w:hAnsi="Calibri" w:cs="Calibri" w:eastAsia="宋体"/>
        </w:rPr>
        <w:t>。另外可以让她加入“适宜乘坐交通工具”的内容，以便申请机场/航司轮椅服务。</w:t>
      </w:r>
    </w:p>
    <w:p>
      <w:pPr>
        <w:spacing w:before="20" w:after="40"/>
        <w:ind w:left="425" w:hanging="312"/>
      </w:pPr>
      <w:r>
        <w:rPr>
          <w:rFonts w:ascii="Calibri" w:hAnsi="Calibri" w:cs="Calibri" w:eastAsia="宋体"/>
        </w:rPr>
        <w:t xml:space="preserve">• </w:t>
      </w:r>
      <w:r>
        <w:rPr>
          <w:rFonts w:ascii="Calibri" w:hAnsi="Calibri" w:cs="Calibri" w:eastAsia="宋体"/>
        </w:rPr>
        <w:t>拿到将你称作“同志”的出院通知单。</w:t>
      </w:r>
    </w:p>
    <w:p>
      <w:pPr>
        <w:keepNext/>
        <w:spacing w:before="120" w:after="40"/>
        <w:pBdr>
          <w:bottom w:val="single" w:sz="6" w:space="1" w:color="D4D8DE"/>
        </w:pBdr>
      </w:pPr>
      <w:r>
        <w:rPr>
          <w:rFonts w:ascii="Calibri" w:hAnsi="Calibri" w:cs="Calibri" w:eastAsia="微软雅黑"/>
          <w:b/>
        </w:rPr>
        <w:t>▸ 展示图片：同志，出院手续办理完毕</w:t>
      </w:r>
    </w:p>
    <w:p>
      <w:pPr>
        <w:spacing w:before="20" w:after="40"/>
        <w:ind w:left="425" w:hanging="312"/>
      </w:pPr>
      <w:r>
        <w:rPr>
          <w:rFonts w:ascii="Calibri" w:hAnsi="Calibri" w:cs="Calibri" w:eastAsia="宋体"/>
        </w:rPr>
        <w:t xml:space="preserve">• </w:t>
      </w:r>
      <w:r>
        <w:rPr>
          <w:rFonts w:ascii="Calibri" w:hAnsi="Calibri" w:cs="Calibri" w:eastAsia="宋体"/>
        </w:rPr>
        <w:t>拿到诊断证明，</w:t>
      </w:r>
      <w:r>
        <w:rPr>
          <w:rFonts w:ascii="Calibri" w:hAnsi="Calibri" w:cs="Calibri" w:eastAsia="宋体"/>
          <w:b/>
        </w:rPr>
        <w:t>检查其上内容。</w:t>
      </w:r>
      <w:r>
        <w:rPr>
          <w:rFonts w:ascii="Calibri" w:hAnsi="Calibri" w:cs="Calibri" w:eastAsia="宋体"/>
        </w:rPr>
        <w:t xml:space="preserve"> 这将会是你此生得到的第一份，带有你正确生理性别的证明文件。</w:t>
      </w:r>
    </w:p>
    <w:p>
      <w:pPr>
        <w:keepNext/>
        <w:spacing w:before="120" w:after="40"/>
        <w:pBdr>
          <w:bottom w:val="single" w:sz="6" w:space="1" w:color="D4D8DE"/>
        </w:pBdr>
      </w:pPr>
      <w:r>
        <w:rPr>
          <w:rFonts w:ascii="Calibri" w:hAnsi="Calibri" w:cs="Calibri" w:eastAsia="微软雅黑"/>
          <w:b/>
        </w:rPr>
        <w:t>▸ 展示图片：宝贵的出院证明，“现生理性别为女性！”</w:t>
      </w:r>
    </w:p>
    <w:p>
      <w:pPr>
        <w:spacing w:before="20" w:after="40"/>
        <w:ind w:left="425" w:hanging="312"/>
      </w:pPr>
      <w:r>
        <w:rPr>
          <w:rFonts w:ascii="Calibri" w:hAnsi="Calibri" w:cs="Calibri" w:eastAsia="宋体"/>
        </w:rPr>
        <w:t xml:space="preserve">• </w:t>
      </w:r>
      <w:r>
        <w:rPr>
          <w:rFonts w:ascii="Calibri" w:hAnsi="Calibri" w:cs="Calibri" w:eastAsia="宋体"/>
        </w:rPr>
        <w:t>待床头卡上名字消失后，可以办理出院。</w:t>
      </w:r>
    </w:p>
    <w:p>
      <w:pPr>
        <w:spacing w:before="20" w:after="40"/>
        <w:ind w:left="425" w:hanging="312"/>
      </w:pPr>
      <w:r>
        <w:rPr>
          <w:rFonts w:ascii="Calibri" w:hAnsi="Calibri" w:cs="Calibri" w:eastAsia="宋体"/>
        </w:rPr>
        <w:t xml:space="preserve">• </w:t>
      </w:r>
      <w:r>
        <w:rPr>
          <w:rFonts w:ascii="Calibri" w:hAnsi="Calibri" w:cs="Calibri" w:eastAsia="宋体"/>
        </w:rPr>
        <w:t>拿着诊断证明，去门诊进门左手边“门诊服务台”盖章。</w:t>
      </w:r>
      <w:r>
        <w:rPr>
          <w:rFonts w:ascii="Calibri" w:hAnsi="Calibri" w:cs="Calibri" w:eastAsia="宋体"/>
          <w:b/>
        </w:rPr>
        <w:t>切记不要忘了盖章。</w:t>
      </w:r>
    </w:p>
    <w:p>
      <w:pPr>
        <w:spacing w:before="20" w:after="40"/>
        <w:ind w:left="425" w:hanging="312"/>
      </w:pPr>
      <w:r>
        <w:rPr>
          <w:rFonts w:ascii="Calibri" w:hAnsi="Calibri" w:cs="Calibri" w:eastAsia="宋体"/>
        </w:rPr>
        <w:t xml:space="preserve">• </w:t>
      </w:r>
      <w:r>
        <w:rPr>
          <w:rFonts w:ascii="Calibri" w:hAnsi="Calibri" w:cs="Calibri" w:eastAsia="宋体"/>
        </w:rPr>
        <w:t>拿着入院时的押金收据、身份证和银行卡，去办理入院时的住院窗口处（门诊大厅进门扶梯旁右转），取号，办理退费与出院。这时你会得到一份很长的费用明细，</w:t>
      </w:r>
      <w:r>
        <w:rPr>
          <w:rFonts w:ascii="Calibri" w:hAnsi="Calibri" w:cs="Calibri" w:eastAsia="宋体"/>
          <w:b/>
        </w:rPr>
        <w:t>留着有用</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回病房收拾东西，歇一会儿，走人。</w:t>
      </w:r>
    </w:p>
    <w:p>
      <w:pPr>
        <w:keepNext/>
        <w:spacing w:before="120" w:after="40"/>
        <w:pBdr>
          <w:bottom w:val="single" w:sz="6" w:space="1" w:color="D4D8DE"/>
        </w:pBdr>
      </w:pPr>
      <w:r>
        <w:rPr>
          <w:rFonts w:ascii="Calibri" w:hAnsi="Calibri" w:cs="Calibri" w:eastAsia="微软雅黑"/>
          <w:b/>
        </w:rPr>
        <w:t>▸ 展示批注</w:t>
      </w:r>
    </w:p>
    <w:p>
      <w:pPr>
        <w:shd w:val="clear" w:color="auto" w:fill="F7F8FA"/>
        <w:pBdr>
          <w:left w:val="single" w:sz="18" w:space="6" w:color="C9CDD4"/>
        </w:pBdr>
        <w:spacing w:after="40"/>
      </w:pPr>
      <w:r>
        <w:rPr>
          <w:rFonts w:ascii="Calibri" w:hAnsi="Calibri" w:cs="Calibri" w:eastAsia="宋体"/>
        </w:rPr>
        <w:t>是谁拿到诊断证明之后，爱不释手，对着上面的“现生理性别为女性”看了又看，摸了又摸，还偷偷亲了一口啊？</w:t>
      </w:r>
      <w:r>
        <w:br/>
      </w:r>
      <w:r>
        <w:br/>
      </w:r>
      <w:r>
        <w:rPr>
          <w:rFonts w:ascii="Calibri" w:hAnsi="Calibri" w:cs="Calibri" w:eastAsia="宋体"/>
        </w:rPr>
        <w:t>不会是我自己的……对吧？</w:t>
      </w:r>
    </w:p>
    <w:p>
      <w:pPr>
        <w:pStyle w:val="Heading5"/>
      </w:pPr>
      <w:r>
        <w:rPr>
          <w:rFonts w:ascii="Calibri" w:hAnsi="Calibri" w:cs="Calibri" w:eastAsia="微软雅黑"/>
        </w:rPr>
        <w:t>4.7.4.1.3  【院后】出院后诸项事宜</w:t>
      </w:r>
    </w:p>
    <w:p>
      <w:pPr>
        <w:spacing w:after="160"/>
      </w:pPr>
      <w:r>
        <w:rPr>
          <w:rFonts w:ascii="Calibri" w:hAnsi="Calibri" w:cs="Calibri" w:eastAsia="宋体"/>
          <w:color w:val="6B7280"/>
          <w:sz w:val="16"/>
        </w:rPr>
        <w:t>原文：https://mtf.wiki/zh-cn/docs/srs/china/psh/Lee/post-inpatient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数据来自于单名接受手术者，会随实际情况而变动。</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更多信息</w:t>
      </w:r>
    </w:p>
    <w:p>
      <w:pPr>
        <w:shd w:val="clear" w:color="auto" w:fill="EFF6FF"/>
        <w:pBdr>
          <w:left w:val="single" w:sz="18" w:space="6" w:color="3B82F6"/>
        </w:pBdr>
        <w:spacing w:after="40"/>
      </w:pPr>
      <w:r>
        <w:rPr>
          <w:rFonts w:ascii="Calibri" w:hAnsi="Calibri" w:cs="Calibri" w:eastAsia="宋体"/>
        </w:rPr>
        <w:t xml:space="preserve">更多信息请参阅 </w:t>
      </w:r>
      <w:r>
        <w:rPr>
          <w:rFonts w:ascii="Calibri" w:hAnsi="Calibri" w:cs="Calibri" w:eastAsia="宋体"/>
          <w:b/>
        </w:rPr>
        <w:t>医院给的宣教文件</w:t>
      </w:r>
      <w:r>
        <w:rPr>
          <w:rFonts w:ascii="Calibri" w:hAnsi="Calibri" w:cs="Calibri" w:eastAsia="宋体"/>
        </w:rPr>
        <w:t>。</w:t>
      </w:r>
    </w:p>
    <w:p>
      <w:pPr>
        <w:pStyle w:val="Heading6"/>
      </w:pPr>
      <w:r>
        <w:rPr>
          <w:rFonts w:ascii="Calibri" w:hAnsi="Calibri" w:cs="Calibri" w:eastAsia="宋体"/>
        </w:rPr>
        <w:t>公证出院诊断</w:t>
      </w:r>
    </w:p>
    <w:p>
      <w:pPr>
        <w:spacing w:after="100"/>
      </w:pPr>
      <w:r>
        <w:rPr>
          <w:rFonts w:ascii="Calibri" w:hAnsi="Calibri" w:cs="Calibri" w:eastAsia="宋体"/>
        </w:rPr>
        <w:t>出院诊断证明书可前往</w:t>
      </w:r>
      <w:r>
        <w:rPr>
          <w:rFonts w:ascii="Calibri" w:hAnsi="Calibri" w:cs="Calibri" w:eastAsia="宋体"/>
          <w:b/>
        </w:rPr>
        <w:t>北京市国信公证处</w:t>
      </w:r>
      <w:r>
        <w:rPr>
          <w:rFonts w:ascii="Calibri" w:hAnsi="Calibri" w:cs="Calibri" w:eastAsia="宋体"/>
        </w:rPr>
        <w:t>进行公证。</w:t>
      </w:r>
      <w:r>
        <w:br/>
      </w:r>
      <w:r>
        <w:br/>
      </w:r>
      <w:r>
        <w:rPr>
          <w:rFonts w:ascii="Calibri" w:hAnsi="Calibri" w:cs="Calibri" w:eastAsia="宋体"/>
        </w:rPr>
        <w:t>地址：</w:t>
      </w:r>
      <w:r>
        <w:rPr>
          <w:rFonts w:ascii="Calibri" w:hAnsi="Calibri" w:cs="Calibri" w:eastAsia="宋体"/>
          <w:b/>
        </w:rPr>
        <w:t>北京市海淀区中关村南大街12号天作国际中心A座101</w:t>
      </w:r>
      <w:r>
        <w:br/>
      </w:r>
      <w:r>
        <w:br/>
      </w:r>
      <w:r>
        <w:rPr>
          <w:rFonts w:ascii="Calibri" w:hAnsi="Calibri" w:cs="Calibri" w:eastAsia="宋体"/>
        </w:rPr>
        <w:t>电话：</w:t>
      </w:r>
      <w:r>
        <w:rPr>
          <w:rFonts w:ascii="Calibri" w:hAnsi="Calibri" w:cs="Calibri" w:eastAsia="宋体"/>
          <w:b/>
        </w:rPr>
        <w:t>010-82255185 16600055185(同微信）</w:t>
      </w:r>
    </w:p>
    <w:p>
      <w:pPr>
        <w:spacing w:after="100"/>
      </w:pPr>
      <w:r>
        <w:rPr>
          <w:rFonts w:ascii="Calibri" w:hAnsi="Calibri" w:cs="Calibri" w:eastAsia="宋体"/>
        </w:rPr>
        <w:t>所需材料：</w:t>
      </w:r>
    </w:p>
    <w:p>
      <w:pPr>
        <w:spacing w:before="20" w:after="40"/>
        <w:ind w:left="425" w:hanging="312"/>
      </w:pPr>
      <w:r>
        <w:rPr>
          <w:rFonts w:ascii="Calibri" w:hAnsi="Calibri" w:cs="Calibri" w:eastAsia="宋体"/>
        </w:rPr>
        <w:t xml:space="preserve">1. </w:t>
      </w:r>
      <w:r>
        <w:rPr>
          <w:rFonts w:ascii="Calibri" w:hAnsi="Calibri" w:cs="Calibri" w:eastAsia="宋体"/>
        </w:rPr>
        <w:t>本人身份证</w:t>
      </w:r>
    </w:p>
    <w:p>
      <w:pPr>
        <w:spacing w:before="20" w:after="40"/>
        <w:ind w:left="425" w:hanging="312"/>
      </w:pPr>
      <w:r>
        <w:rPr>
          <w:rFonts w:ascii="Calibri" w:hAnsi="Calibri" w:cs="Calibri" w:eastAsia="宋体"/>
        </w:rPr>
        <w:t xml:space="preserve">2. </w:t>
      </w:r>
      <w:r>
        <w:rPr>
          <w:rFonts w:ascii="Calibri" w:hAnsi="Calibri" w:cs="Calibri" w:eastAsia="宋体"/>
        </w:rPr>
        <w:t>出院诊断证明原件（盖章）</w:t>
      </w:r>
    </w:p>
    <w:p>
      <w:pPr>
        <w:spacing w:before="20" w:after="40"/>
        <w:ind w:left="425" w:hanging="312"/>
      </w:pPr>
      <w:r>
        <w:rPr>
          <w:rFonts w:ascii="Calibri" w:hAnsi="Calibri" w:cs="Calibri" w:eastAsia="宋体"/>
        </w:rPr>
        <w:t xml:space="preserve">3. </w:t>
      </w:r>
      <w:r>
        <w:rPr>
          <w:rFonts w:ascii="Calibri" w:hAnsi="Calibri" w:cs="Calibri" w:eastAsia="宋体"/>
        </w:rPr>
        <w:t>辅助证明材料（住院病历。如无病历则</w:t>
      </w:r>
      <w:r>
        <w:rPr>
          <w:rFonts w:ascii="Calibri" w:hAnsi="Calibri" w:cs="Calibri" w:eastAsia="宋体"/>
          <w:b/>
        </w:rPr>
        <w:t>住院患者结账费用项目汇总表</w:t>
      </w:r>
      <w:r>
        <w:rPr>
          <w:rFonts w:ascii="Calibri" w:hAnsi="Calibri" w:cs="Calibri" w:eastAsia="宋体"/>
        </w:rPr>
        <w:t>亦可）</w:t>
      </w:r>
    </w:p>
    <w:p>
      <w:pPr>
        <w:spacing w:after="100"/>
      </w:pPr>
      <w:r>
        <w:rPr>
          <w:rFonts w:ascii="Calibri" w:hAnsi="Calibri" w:cs="Calibri" w:eastAsia="宋体"/>
        </w:rPr>
        <w:t>费用：</w:t>
      </w:r>
    </w:p>
    <w:p>
      <w:pPr>
        <w:spacing w:before="20" w:after="40"/>
        <w:ind w:left="425" w:hanging="312"/>
      </w:pPr>
      <w:r>
        <w:rPr>
          <w:rFonts w:ascii="Calibri" w:hAnsi="Calibri" w:cs="Calibri" w:eastAsia="宋体"/>
        </w:rPr>
        <w:t xml:space="preserve">• </w:t>
      </w:r>
      <w:r>
        <w:rPr>
          <w:rFonts w:ascii="Calibri" w:hAnsi="Calibri" w:cs="Calibri" w:eastAsia="宋体"/>
        </w:rPr>
        <w:t>公证费（含1份公证书）：80元</w:t>
      </w:r>
    </w:p>
    <w:p>
      <w:pPr>
        <w:spacing w:before="20" w:after="40"/>
        <w:ind w:left="425" w:hanging="312"/>
      </w:pPr>
      <w:r>
        <w:rPr>
          <w:rFonts w:ascii="Calibri" w:hAnsi="Calibri" w:cs="Calibri" w:eastAsia="宋体"/>
        </w:rPr>
        <w:t xml:space="preserve">• </w:t>
      </w:r>
      <w:r>
        <w:rPr>
          <w:rFonts w:ascii="Calibri" w:hAnsi="Calibri" w:cs="Calibri" w:eastAsia="宋体"/>
        </w:rPr>
        <w:t>另加公证书：10元/份</w:t>
      </w:r>
    </w:p>
    <w:p>
      <w:pPr>
        <w:spacing w:before="20" w:after="40"/>
        <w:ind w:left="425" w:hanging="312"/>
      </w:pPr>
      <w:r>
        <w:rPr>
          <w:rFonts w:ascii="Calibri" w:hAnsi="Calibri" w:cs="Calibri" w:eastAsia="宋体"/>
        </w:rPr>
        <w:t xml:space="preserve">• </w:t>
      </w:r>
      <w:r>
        <w:rPr>
          <w:rFonts w:ascii="Calibri" w:hAnsi="Calibri" w:cs="Calibri" w:eastAsia="宋体"/>
        </w:rPr>
        <w:t>邮寄费：40元</w:t>
      </w:r>
    </w:p>
    <w:p>
      <w:pPr>
        <w:keepNext/>
        <w:spacing w:before="120" w:after="40"/>
        <w:pBdr>
          <w:bottom w:val="single" w:sz="6" w:space="1" w:color="D4D8DE"/>
        </w:pBdr>
      </w:pPr>
      <w:r>
        <w:rPr>
          <w:rFonts w:ascii="Calibri" w:hAnsi="Calibri" w:cs="Calibri" w:eastAsia="微软雅黑"/>
          <w:b/>
        </w:rPr>
        <w:t>▸ 公证费用票据</w:t>
      </w:r>
    </w:p>
    <w:p>
      <w:pPr>
        <w:spacing w:after="100"/>
      </w:pPr>
      <w:r>
        <w:rPr>
          <w:rFonts w:ascii="Calibri" w:hAnsi="Calibri" w:cs="Calibri" w:eastAsia="宋体"/>
          <w:b/>
        </w:rPr>
        <w:t xml:space="preserve">公证员业务熟练 </w:t>
      </w:r>
      <w:r>
        <w:rPr>
          <w:rFonts w:ascii="Calibri" w:hAnsi="Calibri" w:cs="Calibri" w:eastAsia="宋体"/>
          <w:b/>
          <w:strike/>
        </w:rPr>
        <w:t>（会鉴跨)</w:t>
      </w:r>
      <w:r>
        <w:rPr>
          <w:rFonts w:ascii="Calibri" w:hAnsi="Calibri" w:cs="Calibri" w:eastAsia="宋体"/>
          <w:b/>
        </w:rPr>
        <w:t xml:space="preserve"> ，全流程大约20分钟。不会收走诊断证明原件。</w:t>
      </w:r>
    </w:p>
    <w:p>
      <w:pPr>
        <w:pStyle w:val="Heading6"/>
      </w:pPr>
      <w:r>
        <w:rPr>
          <w:rFonts w:ascii="Calibri" w:hAnsi="Calibri" w:cs="Calibri" w:eastAsia="宋体"/>
        </w:rPr>
        <w:t>复印病历</w:t>
      </w:r>
    </w:p>
    <w:p>
      <w:pPr>
        <w:spacing w:after="100"/>
      </w:pPr>
      <w:r>
        <w:rPr>
          <w:rFonts w:ascii="Calibri" w:hAnsi="Calibri" w:cs="Calibri" w:eastAsia="宋体"/>
        </w:rPr>
        <w:t>出院一周后，在整形外科医院官方APP申请病历打印并邮寄。</w:t>
      </w:r>
      <w:r>
        <w:br/>
      </w:r>
      <w:r>
        <w:br/>
      </w:r>
      <w:r>
        <w:rPr>
          <w:rFonts w:ascii="Calibri" w:hAnsi="Calibri" w:cs="Calibri" w:eastAsia="宋体"/>
        </w:rPr>
        <w:t>如需等待病理结果，请在病理出结果后再行复印。通常病理于15个工作日左右出结果。</w:t>
      </w:r>
    </w:p>
    <w:p>
      <w:pPr>
        <w:keepNext/>
        <w:spacing w:before="120" w:after="40"/>
        <w:pBdr>
          <w:bottom w:val="single" w:sz="6" w:space="1" w:color="D4D8DE"/>
        </w:pBdr>
      </w:pPr>
      <w:r>
        <w:rPr>
          <w:rFonts w:ascii="Calibri" w:hAnsi="Calibri" w:cs="Calibri" w:eastAsia="微软雅黑"/>
          <w:b/>
        </w:rPr>
        <w:t>▸ 线上病历复印业务服务协议</w:t>
      </w:r>
    </w:p>
    <w:p>
      <w:pPr>
        <w:spacing w:before="80" w:after="0"/>
        <w:shd w:val="clear" w:color="auto" w:fill="F3F4F6"/>
      </w:pPr>
      <w:r>
        <w:rPr>
          <w:rFonts w:ascii="Consolas" w:hAnsi="Consolas" w:cs="Consolas" w:eastAsia="Consolas"/>
          <w:sz w:val="18"/>
        </w:rPr>
        <w:t>线上病历复印业务服务协议</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尊敬的患者及家属：</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您好！</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 xml:space="preserve">        欢迎您使用中国医学科学院整形外科医院提供的线上病历复印服务！为更好地使用本服务，您应当阅读并遵守《中国医学科学院整形外科医院线上病历复印业务服务协议》的相关规定。请您务必审慎阅读、充分理解各条款内容，特别是免责条款，并选择办理或不办理。</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一、协议的范围：本协议是您与中国医学科学院整形外科医院之间关于使用本服务所订立的协议。</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二、使用规范：线上病历复印服务是由中国医学科学院整形外科医院提供，旨在减少患者及患者家属等待的时间，为患者开辟一条方便、快捷的绿色通道。本服务供您申请复印住院病历/门诊病历资料的使用，您需同意本协议的相关条款，提供相关身份证明材料后方可申请线上病历复印服务。</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三、复印收费标准：按照北京市发改委《病历复印收费标准》按A4纸每张0.4元收费。实际费用需进行在线支付。</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四、快递收费标准：北京市区：13元，外省市：20元左右（*注明：快递费用由北京顺丰速运有限公司直接收取，该费用仅供参考。具体顺丰快递派送范围请参见顺丰官方网站http://www.sf-express.com/）。实际费用需由患者或其家属指定的收件人支付（到付）。</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五、现场自取：</w:t>
      </w:r>
    </w:p>
    <w:p>
      <w:pPr>
        <w:spacing w:before="0" w:after="0"/>
        <w:shd w:val="clear" w:color="auto" w:fill="F3F4F6"/>
      </w:pPr>
      <w:r>
        <w:rPr>
          <w:rFonts w:ascii="Consolas" w:hAnsi="Consolas" w:cs="Consolas" w:eastAsia="Consolas"/>
          <w:sz w:val="18"/>
        </w:rPr>
        <w:t>请您在出院后7个工作日申请线上住院病历复印自取服务，在您的资料审核通过并付费完成后，系统中会生成自提码，请您凭自提码到窗口自取病历。</w:t>
      </w:r>
    </w:p>
    <w:p>
      <w:pPr>
        <w:spacing w:before="0" w:after="0"/>
        <w:shd w:val="clear" w:color="auto" w:fill="F3F4F6"/>
      </w:pPr>
      <w:r>
        <w:rPr>
          <w:rFonts w:ascii="Consolas" w:hAnsi="Consolas" w:cs="Consolas" w:eastAsia="Consolas"/>
          <w:sz w:val="18"/>
        </w:rPr>
        <w:t>自取地点：中国医学科学院整形外科医院行政楼2层病案科</w:t>
      </w:r>
    </w:p>
    <w:p>
      <w:pPr>
        <w:spacing w:before="0" w:after="0"/>
        <w:shd w:val="clear" w:color="auto" w:fill="F3F4F6"/>
      </w:pPr>
      <w:r>
        <w:rPr>
          <w:rFonts w:ascii="Consolas" w:hAnsi="Consolas" w:cs="Consolas" w:eastAsia="Consolas"/>
          <w:sz w:val="18"/>
        </w:rPr>
        <w:t>工作时间：正常工作日（周一至周五）上午 8:00 ~11:30，下午13:30-16:00</w:t>
      </w:r>
    </w:p>
    <w:p>
      <w:pPr>
        <w:spacing w:before="0" w:after="0"/>
        <w:shd w:val="clear" w:color="auto" w:fill="F3F4F6"/>
      </w:pPr>
      <w:r>
        <w:rPr>
          <w:rFonts w:ascii="Consolas" w:hAnsi="Consolas" w:cs="Consolas" w:eastAsia="Consolas"/>
          <w:sz w:val="18"/>
        </w:rPr>
        <w:t>如您申请复印门诊病历：请您在门诊就诊后1个工作日申请线上门诊病历复印自取服务，在您的资料审核通过并付费完成后，系统中会生成自提码，请您凭自提码到窗口自取病历。</w:t>
      </w:r>
    </w:p>
    <w:p>
      <w:pPr>
        <w:spacing w:before="0" w:after="0"/>
        <w:shd w:val="clear" w:color="auto" w:fill="F3F4F6"/>
      </w:pPr>
      <w:r>
        <w:rPr>
          <w:rFonts w:ascii="Consolas" w:hAnsi="Consolas" w:cs="Consolas" w:eastAsia="Consolas"/>
          <w:sz w:val="18"/>
        </w:rPr>
        <w:t>自取地点：中国医学科学院整形外科医院行政楼2层病案科</w:t>
      </w:r>
    </w:p>
    <w:p>
      <w:pPr>
        <w:spacing w:before="0" w:after="0"/>
        <w:shd w:val="clear" w:color="auto" w:fill="F3F4F6"/>
      </w:pPr>
      <w:r>
        <w:rPr>
          <w:rFonts w:ascii="Consolas" w:hAnsi="Consolas" w:cs="Consolas" w:eastAsia="Consolas"/>
          <w:sz w:val="18"/>
        </w:rPr>
        <w:t>工作时间：正常工作日（周一至周五）上午 8:00 ~11:30，下午13:30-16:00</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六、邮寄时限：</w:t>
      </w:r>
    </w:p>
    <w:p>
      <w:pPr>
        <w:spacing w:before="0" w:after="0"/>
        <w:shd w:val="clear" w:color="auto" w:fill="F3F4F6"/>
      </w:pPr>
      <w:r>
        <w:rPr>
          <w:rFonts w:ascii="Consolas" w:hAnsi="Consolas" w:cs="Consolas" w:eastAsia="Consolas"/>
          <w:sz w:val="18"/>
        </w:rPr>
        <w:t>(1) 如您申请复印住院病历：请您在出院后7个工作日申请线上住院病历复印邮寄服务，若做过病理检查，复印病历请顺延申请时间。一般情况下病理报告在出院15个工作日后出结果（以实际出结果时间为准）。在您的资料审核通过并付费完成后，在3个工作日内由北京顺丰速运有限公司统一到医院揽收快递。（您具体收到时间以快递公司时间为准，请您考虑快递公司等时间因素）</w:t>
      </w:r>
    </w:p>
    <w:p>
      <w:pPr>
        <w:spacing w:before="0" w:after="0"/>
        <w:shd w:val="clear" w:color="auto" w:fill="F3F4F6"/>
      </w:pPr>
      <w:r>
        <w:rPr>
          <w:rFonts w:ascii="Consolas" w:hAnsi="Consolas" w:cs="Consolas" w:eastAsia="Consolas"/>
          <w:sz w:val="18"/>
        </w:rPr>
        <w:t>(2) 您在线上病历复印申请过程中产生的任何疑问，可咨询电话：53968043和53968042</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七、提供材料：</w:t>
      </w:r>
    </w:p>
    <w:p>
      <w:pPr>
        <w:spacing w:before="0" w:after="0"/>
        <w:shd w:val="clear" w:color="auto" w:fill="F3F4F6"/>
      </w:pPr>
      <w:r>
        <w:rPr>
          <w:rFonts w:ascii="Consolas" w:hAnsi="Consolas" w:cs="Consolas" w:eastAsia="Consolas"/>
          <w:sz w:val="18"/>
        </w:rPr>
        <w:t>1. 申请人为患者本人的，需提供①患者身份证原件；②患者手持身份证正面照。</w:t>
      </w:r>
    </w:p>
    <w:p>
      <w:pPr>
        <w:spacing w:before="0" w:after="0"/>
        <w:shd w:val="clear" w:color="auto" w:fill="F3F4F6"/>
      </w:pPr>
      <w:r>
        <w:rPr>
          <w:rFonts w:ascii="Consolas" w:hAnsi="Consolas" w:cs="Consolas" w:eastAsia="Consolas"/>
          <w:sz w:val="18"/>
        </w:rPr>
        <w:t>2. 申请人为患者代理人的，需提供①患者身份证原件；②代理人身份证原件；③代理人手持患者及代理人身份证正面照；④患者本人签名的授权委托书。</w:t>
      </w:r>
    </w:p>
    <w:p>
      <w:pPr>
        <w:spacing w:before="0" w:after="0"/>
        <w:shd w:val="clear" w:color="auto" w:fill="F3F4F6"/>
      </w:pPr>
      <w:r>
        <w:rPr>
          <w:rFonts w:ascii="Consolas" w:hAnsi="Consolas" w:cs="Consolas" w:eastAsia="Consolas"/>
          <w:sz w:val="18"/>
        </w:rPr>
        <w:t>以下情况请到病案科窗口复印：</w:t>
      </w:r>
    </w:p>
    <w:p>
      <w:pPr>
        <w:spacing w:before="0" w:after="0"/>
        <w:shd w:val="clear" w:color="auto" w:fill="F3F4F6"/>
      </w:pPr>
      <w:r>
        <w:rPr>
          <w:rFonts w:ascii="Consolas" w:hAnsi="Consolas" w:cs="Consolas" w:eastAsia="Consolas"/>
          <w:sz w:val="18"/>
        </w:rPr>
        <w:t>1. 死亡患者病历；</w:t>
      </w:r>
    </w:p>
    <w:p>
      <w:pPr>
        <w:spacing w:before="0" w:after="0"/>
        <w:shd w:val="clear" w:color="auto" w:fill="F3F4F6"/>
      </w:pPr>
      <w:r>
        <w:rPr>
          <w:rFonts w:ascii="Consolas" w:hAnsi="Consolas" w:cs="Consolas" w:eastAsia="Consolas"/>
          <w:sz w:val="18"/>
        </w:rPr>
        <w:t>2. 保险机构、公检法部门；</w:t>
      </w:r>
    </w:p>
    <w:p>
      <w:pPr>
        <w:spacing w:before="0" w:after="0"/>
        <w:shd w:val="clear" w:color="auto" w:fill="F3F4F6"/>
      </w:pPr>
      <w:r>
        <w:rPr>
          <w:rFonts w:ascii="Consolas" w:hAnsi="Consolas" w:cs="Consolas" w:eastAsia="Consolas"/>
          <w:sz w:val="18"/>
        </w:rPr>
        <w:t>3. 无法提供患者本人身份证原件，或者患者本人仅有户口本、护照、军官证等其他身份证明的；</w:t>
      </w:r>
    </w:p>
    <w:p>
      <w:pPr>
        <w:spacing w:before="0" w:after="0"/>
        <w:shd w:val="clear" w:color="auto" w:fill="F3F4F6"/>
      </w:pPr>
      <w:r>
        <w:rPr>
          <w:rFonts w:ascii="Consolas" w:hAnsi="Consolas" w:cs="Consolas" w:eastAsia="Consolas"/>
          <w:sz w:val="18"/>
        </w:rPr>
        <w:t>4. 对已封存病历申请复印的患者及家属。</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八、免责条款：请您理解并同意</w:t>
      </w:r>
    </w:p>
    <w:p>
      <w:pPr>
        <w:spacing w:before="0" w:after="0"/>
        <w:shd w:val="clear" w:color="auto" w:fill="F3F4F6"/>
      </w:pPr>
      <w:r>
        <w:rPr>
          <w:rFonts w:ascii="Consolas" w:hAnsi="Consolas" w:cs="Consolas" w:eastAsia="Consolas"/>
          <w:sz w:val="18"/>
        </w:rPr>
        <w:t>1. 物流风险：应确保填写的收件地址、收件人姓名、手机号等收件信息正确、完整、规范。因填写错误导致快递延误或无法送达所产生的相关费用，您需自行承担一切相关责任及费用。请收件人保持手机通信畅通，以免耽误接收北京顺丰速运有限公司快件。</w:t>
      </w:r>
    </w:p>
    <w:p>
      <w:pPr>
        <w:spacing w:before="0" w:after="0"/>
        <w:shd w:val="clear" w:color="auto" w:fill="F3F4F6"/>
      </w:pPr>
      <w:r>
        <w:rPr>
          <w:rFonts w:ascii="Consolas" w:hAnsi="Consolas" w:cs="Consolas" w:eastAsia="Consolas"/>
          <w:sz w:val="18"/>
        </w:rPr>
        <w:t>2. 在病历复印快递件由北京顺丰速运有限公司揽件后，邮寄过程中产生的一切问题由您和北京顺丰速运有限公司自行解决。</w:t>
      </w:r>
    </w:p>
    <w:p>
      <w:pPr>
        <w:spacing w:before="0" w:after="0"/>
        <w:shd w:val="clear" w:color="auto" w:fill="F3F4F6"/>
      </w:pPr>
      <w:r>
        <w:rPr>
          <w:rFonts w:ascii="Consolas" w:hAnsi="Consolas" w:cs="Consolas" w:eastAsia="Consolas"/>
          <w:sz w:val="18"/>
        </w:rPr>
        <w:t>3. 身份证件上传：本人自愿申请病历复印，并且承诺上传的身份证为本人所有，信息真实、有效，不存在伪造、盗用他人身份证信息行为，否则产生法律责任由申请人负责，医院不负任务法律责任。</w:t>
      </w:r>
    </w:p>
    <w:p>
      <w:pPr>
        <w:spacing w:before="0" w:after="0"/>
        <w:shd w:val="clear" w:color="auto" w:fill="F3F4F6"/>
      </w:pPr>
      <w:r>
        <w:rPr>
          <w:rFonts w:ascii="Consolas" w:hAnsi="Consolas" w:cs="Consolas" w:eastAsia="Consolas"/>
          <w:sz w:val="18"/>
        </w:rPr>
        <w:t>4. 根据中华人民共和国国务院令第701号《医疗纠纷预防和处理条例》第十六条规定：“复制病历资料时，应当有患者或者其近亲属在场” 如果您阅读本公告后线上申请复印病历，且同意不到达现场复印病历，则视同您放弃参与现场复印病历的权利，认可中国医学科学院整形外科医院单方完成病历复印并邮寄。</w:t>
      </w:r>
    </w:p>
    <w:p>
      <w:pPr>
        <w:spacing w:before="0" w:after="0"/>
        <w:shd w:val="clear" w:color="auto" w:fill="F3F4F6"/>
      </w:pPr>
      <w:r>
        <w:rPr>
          <w:rFonts w:ascii="Consolas" w:hAnsi="Consolas" w:cs="Consolas" w:eastAsia="Consolas"/>
          <w:sz w:val="18"/>
        </w:rPr>
        <w:t xml:space="preserve"> </w:t>
      </w:r>
    </w:p>
    <w:p>
      <w:pPr>
        <w:spacing w:before="0" w:after="0"/>
        <w:shd w:val="clear" w:color="auto" w:fill="F3F4F6"/>
      </w:pPr>
      <w:r>
        <w:rPr>
          <w:rFonts w:ascii="Consolas" w:hAnsi="Consolas" w:cs="Consolas" w:eastAsia="Consolas"/>
          <w:sz w:val="18"/>
        </w:rPr>
        <w:t>本协议未尽事宜，依据中国医学科学院整形外科医院病案复印制度办理。</w:t>
      </w:r>
    </w:p>
    <w:p>
      <w:pPr>
        <w:spacing w:before="0" w:after="0"/>
        <w:shd w:val="clear" w:color="auto" w:fill="F3F4F6"/>
      </w:pPr>
      <w:r>
        <w:rPr>
          <w:rFonts w:ascii="Consolas" w:hAnsi="Consolas" w:cs="Consolas" w:eastAsia="Consolas"/>
          <w:sz w:val="18"/>
        </w:rPr>
        <w:t xml:space="preserve"> </w:t>
      </w:r>
    </w:p>
    <w:p>
      <w:pPr>
        <w:spacing w:before="0" w:after="80"/>
        <w:shd w:val="clear" w:color="auto" w:fill="F3F4F6"/>
      </w:pPr>
      <w:r>
        <w:rPr>
          <w:rFonts w:ascii="Consolas" w:hAnsi="Consolas" w:cs="Consolas" w:eastAsia="Consolas"/>
          <w:sz w:val="18"/>
        </w:rPr>
        <w:t>我已认真阅读以上信息并同意申请使用线上病历复印业务，支付由此产生的相关费用并自主自愿承担可能出现的快件丢失、延迟及隐私泄露等风险。</w:t>
      </w:r>
    </w:p>
    <w:p>
      <w:pPr>
        <w:pStyle w:val="Heading6"/>
      </w:pPr>
      <w:r>
        <w:rPr>
          <w:rFonts w:ascii="Calibri" w:hAnsi="Calibri" w:cs="Calibri" w:eastAsia="宋体"/>
        </w:rPr>
        <w:t>交通</w:t>
      </w:r>
    </w:p>
    <w:p>
      <w:pPr>
        <w:pStyle w:val="Heading7"/>
      </w:pPr>
      <w:r>
        <w:rPr>
          <w:rFonts w:ascii="Calibri" w:hAnsi="Calibri" w:cs="Calibri" w:eastAsia="宋体"/>
        </w:rPr>
        <w:t>乘坐飞机</w:t>
      </w:r>
    </w:p>
    <w:p>
      <w:pPr>
        <w:spacing w:after="100"/>
      </w:pPr>
      <w:r>
        <w:rPr>
          <w:rFonts w:ascii="Calibri" w:hAnsi="Calibri" w:cs="Calibri" w:eastAsia="宋体"/>
          <w:b/>
        </w:rPr>
        <w:t>建议携带甜甜圈坐垫。</w:t>
      </w:r>
    </w:p>
    <w:p>
      <w:pPr>
        <w:spacing w:after="100"/>
      </w:pPr>
      <w:r>
        <w:rPr>
          <w:rFonts w:ascii="Calibri" w:hAnsi="Calibri" w:cs="Calibri" w:eastAsia="宋体"/>
        </w:rPr>
        <w:t>在航司小程序上申请“轮椅服务”。建议申请“上下机轮椅”，即</w:t>
      </w:r>
      <w:r>
        <w:rPr>
          <w:rFonts w:ascii="Calibri" w:hAnsi="Calibri" w:cs="Calibri" w:eastAsia="宋体"/>
          <w:b/>
        </w:rPr>
        <w:t>从航司值机柜台到飞机舱门口</w:t>
      </w:r>
      <w:r>
        <w:rPr>
          <w:rFonts w:ascii="Calibri" w:hAnsi="Calibri" w:cs="Calibri" w:eastAsia="宋体"/>
        </w:rPr>
        <w:t>，自行步行进入舱内。下机时，也会在舱门口有轮椅迎接，推至机场出口或接机口。</w:t>
      </w:r>
    </w:p>
    <w:p>
      <w:pPr>
        <w:spacing w:after="100"/>
      </w:pPr>
      <w:r>
        <w:rPr>
          <w:rFonts w:ascii="Calibri" w:hAnsi="Calibri" w:cs="Calibri" w:eastAsia="宋体"/>
        </w:rPr>
        <w:t>从机场大门到值机柜台之间的轮椅，需拨打机场电话另外申请。</w:t>
      </w:r>
    </w:p>
    <w:p>
      <w:pPr>
        <w:spacing w:after="100"/>
      </w:pPr>
      <w:r>
        <w:rPr>
          <w:rFonts w:ascii="Calibri" w:hAnsi="Calibri" w:cs="Calibri" w:eastAsia="宋体"/>
        </w:rPr>
        <w:t>值机时，柜台人员会检查诊断证明，以及诊断证明上面的乘机许可。</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温馨提示</w:t>
      </w:r>
    </w:p>
    <w:p>
      <w:pPr>
        <w:shd w:val="clear" w:color="auto" w:fill="EFF6FF"/>
        <w:pBdr>
          <w:left w:val="single" w:sz="18" w:space="6" w:color="3B82F6"/>
        </w:pBdr>
        <w:spacing w:after="40"/>
      </w:pPr>
      <w:r>
        <w:rPr>
          <w:rFonts w:ascii="Calibri" w:hAnsi="Calibri" w:cs="Calibri" w:eastAsia="宋体"/>
        </w:rPr>
        <w:t>值机柜台人员问你做了什么手术的时候，你可以不说话，直接把诊断证明递给他。</w:t>
      </w:r>
    </w:p>
    <w:p>
      <w:pPr>
        <w:pStyle w:val="Heading7"/>
      </w:pPr>
      <w:r>
        <w:rPr>
          <w:rFonts w:ascii="Calibri" w:hAnsi="Calibri" w:cs="Calibri" w:eastAsia="宋体"/>
        </w:rPr>
        <w:t>乘坐火车</w:t>
      </w:r>
    </w:p>
    <w:p>
      <w:pPr>
        <w:spacing w:after="100"/>
      </w:pPr>
      <w:r>
        <w:rPr>
          <w:rFonts w:ascii="Calibri" w:hAnsi="Calibri" w:cs="Calibri" w:eastAsia="宋体"/>
          <w:b/>
        </w:rPr>
        <w:t>建议携带甜甜圈坐垫。</w:t>
      </w:r>
    </w:p>
    <w:p>
      <w:pPr>
        <w:spacing w:after="100"/>
      </w:pPr>
      <w:r>
        <w:rPr>
          <w:rFonts w:ascii="Calibri" w:hAnsi="Calibri" w:cs="Calibri" w:eastAsia="宋体"/>
        </w:rPr>
        <w:t>在12306 APP或小程序，申请特殊旅客服务。车站现场亦可申请。</w:t>
      </w:r>
    </w:p>
    <w:p>
      <w:pPr>
        <w:pStyle w:val="Heading6"/>
      </w:pPr>
      <w:r>
        <w:rPr>
          <w:rFonts w:ascii="Calibri" w:hAnsi="Calibri" w:cs="Calibri" w:eastAsia="宋体"/>
        </w:rPr>
        <w:t>通模</w:t>
      </w:r>
    </w:p>
    <w:p>
      <w:pPr>
        <w:pStyle w:val="Heading7"/>
      </w:pPr>
      <w:r>
        <w:rPr>
          <w:rFonts w:ascii="Calibri" w:hAnsi="Calibri" w:cs="Calibri" w:eastAsia="宋体"/>
        </w:rPr>
        <w:t>自备药物与器械</w:t>
      </w:r>
    </w:p>
    <w:p>
      <w:pPr>
        <w:pStyle w:val="Heading8"/>
      </w:pPr>
      <w:r>
        <w:rPr>
          <w:rFonts w:ascii="Calibri" w:hAnsi="Calibri" w:cs="Calibri" w:eastAsia="宋体"/>
        </w:rPr>
        <w:t>1. 护理垫</w:t>
      </w:r>
    </w:p>
    <w:p>
      <w:pPr>
        <w:spacing w:after="100"/>
      </w:pPr>
      <w:r>
        <w:rPr>
          <w:rFonts w:ascii="Calibri" w:hAnsi="Calibri" w:cs="Calibri" w:eastAsia="宋体"/>
        </w:rPr>
        <w:t>成人护理垫，清理模具时垫在下面。网购即可。</w:t>
      </w:r>
    </w:p>
    <w:p>
      <w:pPr>
        <w:pStyle w:val="Heading8"/>
      </w:pPr>
      <w:r>
        <w:rPr>
          <w:rFonts w:ascii="Calibri" w:hAnsi="Calibri" w:cs="Calibri" w:eastAsia="宋体"/>
        </w:rPr>
        <w:t>2. 避孕套</w:t>
      </w:r>
    </w:p>
    <w:p>
      <w:pPr>
        <w:spacing w:after="100"/>
      </w:pPr>
      <w:r>
        <w:rPr>
          <w:rFonts w:ascii="Calibri" w:hAnsi="Calibri" w:cs="Calibri" w:eastAsia="宋体"/>
        </w:rPr>
        <w:t>套在模具外面，最好是无色无味的。网购即可。</w:t>
      </w:r>
    </w:p>
    <w:p>
      <w:pPr>
        <w:pStyle w:val="Heading8"/>
      </w:pPr>
      <w:r>
        <w:rPr>
          <w:rFonts w:ascii="Calibri" w:hAnsi="Calibri" w:cs="Calibri" w:eastAsia="宋体"/>
        </w:rPr>
        <w:t>3. 纱布敷料</w:t>
      </w:r>
    </w:p>
    <w:p>
      <w:pPr>
        <w:spacing w:after="100"/>
      </w:pPr>
      <w:r>
        <w:rPr>
          <w:rFonts w:ascii="Calibri" w:hAnsi="Calibri" w:cs="Calibri" w:eastAsia="宋体"/>
        </w:rPr>
        <w:t>垫在模具外面，防止血液、组织液</w:t>
      </w:r>
      <w:r>
        <w:rPr>
          <w:rFonts w:ascii="Calibri" w:hAnsi="Calibri" w:cs="Calibri" w:eastAsia="宋体"/>
          <w:strike/>
        </w:rPr>
        <w:t>与尿液</w:t>
      </w:r>
      <w:r>
        <w:rPr>
          <w:rFonts w:ascii="Calibri" w:hAnsi="Calibri" w:cs="Calibri" w:eastAsia="宋体"/>
        </w:rPr>
        <w:t>污染衣物。</w:t>
      </w:r>
      <w:r>
        <w:br/>
      </w:r>
      <w:r>
        <w:br/>
      </w:r>
      <w:r>
        <w:rPr>
          <w:rFonts w:ascii="Calibri" w:hAnsi="Calibri" w:cs="Calibri" w:eastAsia="宋体"/>
        </w:rPr>
        <w:t>尺寸20x30厘米，网购即可。</w:t>
      </w:r>
    </w:p>
    <w:p>
      <w:pPr>
        <w:pStyle w:val="Heading8"/>
      </w:pPr>
      <w:r>
        <w:rPr>
          <w:rFonts w:ascii="Calibri" w:hAnsi="Calibri" w:cs="Calibri" w:eastAsia="宋体"/>
        </w:rPr>
        <w:t>4. 模具</w:t>
      </w:r>
    </w:p>
    <w:p>
      <w:pPr>
        <w:spacing w:after="100"/>
      </w:pPr>
      <w:r>
        <w:rPr>
          <w:rFonts w:ascii="Calibri" w:hAnsi="Calibri" w:cs="Calibri" w:eastAsia="宋体"/>
          <w:b/>
          <w:strike/>
        </w:rPr>
        <w:t>假牛子</w:t>
      </w:r>
    </w:p>
    <w:p>
      <w:pPr>
        <w:spacing w:after="100"/>
      </w:pPr>
      <w:r>
        <w:rPr>
          <w:rFonts w:ascii="Calibri" w:hAnsi="Calibri" w:cs="Calibri" w:eastAsia="宋体"/>
        </w:rPr>
        <w:t>合适的型号多买几根。旧的变黄了就换新的。</w:t>
      </w:r>
    </w:p>
    <w:p>
      <w:pPr>
        <w:pStyle w:val="Heading8"/>
      </w:pPr>
      <w:r>
        <w:rPr>
          <w:rFonts w:ascii="Calibri" w:hAnsi="Calibri" w:cs="Calibri" w:eastAsia="宋体"/>
        </w:rPr>
        <w:t>5. 医用棉球</w:t>
      </w:r>
    </w:p>
    <w:p>
      <w:pPr>
        <w:spacing w:after="100"/>
      </w:pPr>
      <w:r>
        <w:rPr>
          <w:rFonts w:ascii="Calibri" w:hAnsi="Calibri" w:cs="Calibri" w:eastAsia="宋体"/>
        </w:rPr>
        <w:t>网购即可，多准备点。</w:t>
      </w:r>
    </w:p>
    <w:p>
      <w:pPr>
        <w:pStyle w:val="Heading8"/>
      </w:pPr>
      <w:r>
        <w:rPr>
          <w:rFonts w:ascii="Calibri" w:hAnsi="Calibri" w:cs="Calibri" w:eastAsia="宋体"/>
        </w:rPr>
        <w:t>6. 四环牌碘伏消毒液</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重要提示</w:t>
      </w:r>
    </w:p>
    <w:p>
      <w:pPr>
        <w:shd w:val="clear" w:color="auto" w:fill="FFFBEB"/>
        <w:pBdr>
          <w:left w:val="single" w:sz="18" w:space="6" w:color="F59E0B"/>
        </w:pBdr>
        <w:spacing w:after="40"/>
      </w:pPr>
      <w:r>
        <w:rPr>
          <w:rFonts w:ascii="Calibri" w:hAnsi="Calibri" w:cs="Calibri" w:eastAsia="宋体"/>
        </w:rPr>
        <w:t>必须是四环牌的！！！也必须是碘伏消毒液，不能是碘酒！！！</w:t>
      </w:r>
    </w:p>
    <w:p>
      <w:pPr>
        <w:pStyle w:val="Heading8"/>
      </w:pPr>
      <w:r>
        <w:rPr>
          <w:rFonts w:ascii="Calibri" w:hAnsi="Calibri" w:cs="Calibri" w:eastAsia="宋体"/>
        </w:rPr>
        <w:t>7. 醋酸氯己定溶液（康乐士）</w:t>
      </w:r>
    </w:p>
    <w:p>
      <w:pPr>
        <w:spacing w:after="100"/>
      </w:pPr>
      <w:r>
        <w:rPr>
          <w:rFonts w:ascii="Calibri" w:hAnsi="Calibri" w:cs="Calibri" w:eastAsia="宋体"/>
        </w:rPr>
        <w:t>每盒两支，可网购。</w:t>
      </w:r>
    </w:p>
    <w:p>
      <w:pPr>
        <w:pStyle w:val="Heading8"/>
      </w:pPr>
      <w:r>
        <w:rPr>
          <w:rFonts w:ascii="Calibri" w:hAnsi="Calibri" w:cs="Calibri" w:eastAsia="宋体"/>
        </w:rPr>
        <w:t>8. 小药杯（笔者推荐）</w:t>
      </w:r>
    </w:p>
    <w:p>
      <w:pPr>
        <w:spacing w:after="100"/>
      </w:pPr>
      <w:r>
        <w:rPr>
          <w:rFonts w:ascii="Calibri" w:hAnsi="Calibri" w:cs="Calibri" w:eastAsia="宋体"/>
        </w:rPr>
        <w:t>装碘伏和棉球的，45x39尺寸的就好。</w:t>
      </w:r>
    </w:p>
    <w:p>
      <w:pPr>
        <w:pStyle w:val="Heading8"/>
      </w:pPr>
      <w:r>
        <w:rPr>
          <w:rFonts w:ascii="Calibri" w:hAnsi="Calibri" w:cs="Calibri" w:eastAsia="宋体"/>
        </w:rPr>
        <w:t>9. 止血钳（笔者推荐）</w:t>
      </w:r>
    </w:p>
    <w:p>
      <w:pPr>
        <w:spacing w:after="100"/>
      </w:pPr>
      <w:r>
        <w:rPr>
          <w:rFonts w:ascii="Calibri" w:hAnsi="Calibri" w:cs="Calibri" w:eastAsia="宋体"/>
        </w:rPr>
        <w:t>夹碘伏棉球的，16cm中弯钳（弯全齿）。</w:t>
      </w:r>
    </w:p>
    <w:p>
      <w:pPr>
        <w:pStyle w:val="Heading8"/>
      </w:pPr>
      <w:r>
        <w:rPr>
          <w:rFonts w:ascii="Calibri" w:hAnsi="Calibri" w:cs="Calibri" w:eastAsia="宋体"/>
        </w:rPr>
        <w:t>9. 组织剪（笔者推荐）</w:t>
      </w:r>
    </w:p>
    <w:p>
      <w:pPr>
        <w:spacing w:after="100"/>
      </w:pPr>
      <w:r>
        <w:rPr>
          <w:rFonts w:ascii="Calibri" w:hAnsi="Calibri" w:cs="Calibri" w:eastAsia="宋体"/>
        </w:rPr>
        <w:t>修整</w:t>
      </w:r>
      <w:r>
        <w:rPr>
          <w:rFonts w:ascii="Calibri" w:hAnsi="Calibri" w:cs="Calibri" w:eastAsia="宋体"/>
          <w:strike/>
        </w:rPr>
        <w:t>假牛子</w:t>
      </w:r>
      <w:r>
        <w:rPr>
          <w:rFonts w:ascii="Calibri" w:hAnsi="Calibri" w:cs="Calibri" w:eastAsia="宋体"/>
        </w:rPr>
        <w:t>模具形状，16cm直剪。</w:t>
      </w:r>
    </w:p>
    <w:p>
      <w:pPr>
        <w:pStyle w:val="Heading7"/>
      </w:pPr>
      <w:r>
        <w:rPr>
          <w:rFonts w:ascii="Calibri" w:hAnsi="Calibri" w:cs="Calibri" w:eastAsia="宋体"/>
        </w:rPr>
        <w:t>清理模具步骤</w:t>
      </w:r>
    </w:p>
    <w:p>
      <w:pPr>
        <w:spacing w:after="100"/>
      </w:pPr>
      <w:r>
        <w:rPr>
          <w:rFonts w:ascii="Calibri" w:hAnsi="Calibri" w:cs="Calibri" w:eastAsia="宋体"/>
          <w:b/>
        </w:rPr>
        <w:t>如需更换新模具，请提前使用组织剪修整为合适长度与形状。</w:t>
      </w:r>
    </w:p>
    <w:p>
      <w:pPr>
        <w:spacing w:before="20" w:after="40"/>
        <w:ind w:left="425" w:hanging="312"/>
      </w:pPr>
      <w:r>
        <w:rPr>
          <w:rFonts w:ascii="Calibri" w:hAnsi="Calibri" w:cs="Calibri" w:eastAsia="宋体"/>
        </w:rPr>
        <w:t xml:space="preserve">1. </w:t>
      </w:r>
      <w:r>
        <w:rPr>
          <w:rFonts w:ascii="Calibri" w:hAnsi="Calibri" w:cs="Calibri" w:eastAsia="宋体"/>
        </w:rPr>
        <w:t>在床上铺好成人护理垫。垃圾桶放于附近。</w:t>
      </w:r>
    </w:p>
    <w:p>
      <w:pPr>
        <w:spacing w:before="20" w:after="40"/>
        <w:ind w:left="425" w:hanging="312"/>
      </w:pPr>
      <w:r>
        <w:rPr>
          <w:rFonts w:ascii="Calibri" w:hAnsi="Calibri" w:cs="Calibri" w:eastAsia="宋体"/>
        </w:rPr>
        <w:t xml:space="preserve">2. </w:t>
      </w:r>
      <w:r>
        <w:rPr>
          <w:rFonts w:ascii="Calibri" w:hAnsi="Calibri" w:cs="Calibri" w:eastAsia="宋体"/>
        </w:rPr>
        <w:t>将5-6个棉球放入放入小药杯，倒入碘伏，使棉球被均匀浸透。与止血钳一同放置于手边备用。</w:t>
      </w:r>
    </w:p>
    <w:p>
      <w:pPr>
        <w:spacing w:before="20" w:after="40"/>
        <w:ind w:left="425" w:hanging="312"/>
      </w:pPr>
      <w:r>
        <w:rPr>
          <w:rFonts w:ascii="Calibri" w:hAnsi="Calibri" w:cs="Calibri" w:eastAsia="宋体"/>
        </w:rPr>
        <w:t xml:space="preserve">3. </w:t>
      </w:r>
      <w:r>
        <w:rPr>
          <w:rFonts w:ascii="Calibri" w:hAnsi="Calibri" w:cs="Calibri" w:eastAsia="宋体"/>
        </w:rPr>
        <w:t>打开醋酸氯己定包装，放置于手边备用。</w:t>
      </w:r>
    </w:p>
    <w:p>
      <w:pPr>
        <w:spacing w:before="20" w:after="40"/>
        <w:ind w:left="425" w:hanging="312"/>
      </w:pPr>
      <w:r>
        <w:rPr>
          <w:rFonts w:ascii="Calibri" w:hAnsi="Calibri" w:cs="Calibri" w:eastAsia="宋体"/>
        </w:rPr>
        <w:t xml:space="preserve">4. </w:t>
      </w:r>
      <w:r>
        <w:rPr>
          <w:rFonts w:ascii="Calibri" w:hAnsi="Calibri" w:cs="Calibri" w:eastAsia="宋体"/>
        </w:rPr>
        <w:t>打开新的棉垫，放置于手边备用。</w:t>
      </w:r>
    </w:p>
    <w:p>
      <w:pPr>
        <w:spacing w:before="20" w:after="40"/>
        <w:ind w:left="425" w:hanging="312"/>
      </w:pPr>
      <w:r>
        <w:rPr>
          <w:rFonts w:ascii="Calibri" w:hAnsi="Calibri" w:cs="Calibri" w:eastAsia="宋体"/>
        </w:rPr>
        <w:t xml:space="preserve">5. </w:t>
      </w:r>
      <w:r>
        <w:rPr>
          <w:rFonts w:ascii="Calibri" w:hAnsi="Calibri" w:cs="Calibri" w:eastAsia="宋体"/>
        </w:rPr>
        <w:t>取出单只避孕套，连包装放置于手边备用。</w:t>
      </w:r>
    </w:p>
    <w:p>
      <w:pPr>
        <w:spacing w:before="20" w:after="40"/>
        <w:ind w:left="425" w:hanging="312"/>
      </w:pPr>
      <w:r>
        <w:rPr>
          <w:rFonts w:ascii="Calibri" w:hAnsi="Calibri" w:cs="Calibri" w:eastAsia="宋体"/>
        </w:rPr>
        <w:t xml:space="preserve">6. </w:t>
      </w:r>
      <w:r>
        <w:rPr>
          <w:rFonts w:ascii="Calibri" w:hAnsi="Calibri" w:cs="Calibri" w:eastAsia="宋体"/>
        </w:rPr>
        <w:t>清理双手后，躺在护理垫上，解开塑身衣，撩起至腰部以上。</w:t>
      </w:r>
    </w:p>
    <w:p>
      <w:pPr>
        <w:spacing w:before="20" w:after="40"/>
        <w:ind w:left="425" w:hanging="312"/>
      </w:pPr>
      <w:r>
        <w:rPr>
          <w:rFonts w:ascii="Calibri" w:hAnsi="Calibri" w:cs="Calibri" w:eastAsia="宋体"/>
        </w:rPr>
        <w:t xml:space="preserve">7. </w:t>
      </w:r>
      <w:r>
        <w:rPr>
          <w:rFonts w:ascii="Calibri" w:hAnsi="Calibri" w:cs="Calibri" w:eastAsia="宋体"/>
        </w:rPr>
        <w:t>打开旧棉垫，使其垫在会阴部之下。</w:t>
      </w:r>
    </w:p>
    <w:p>
      <w:pPr>
        <w:spacing w:before="20" w:after="40"/>
        <w:ind w:left="425" w:hanging="312"/>
      </w:pPr>
      <w:r>
        <w:rPr>
          <w:rFonts w:ascii="Calibri" w:hAnsi="Calibri" w:cs="Calibri" w:eastAsia="宋体"/>
        </w:rPr>
        <w:t xml:space="preserve">8. </w:t>
      </w:r>
      <w:r>
        <w:rPr>
          <w:rFonts w:ascii="Calibri" w:hAnsi="Calibri" w:cs="Calibri" w:eastAsia="宋体"/>
        </w:rPr>
        <w:t>缓慢从体内取出模具，丢弃其上旧避孕套。</w:t>
      </w:r>
    </w:p>
    <w:p>
      <w:pPr>
        <w:spacing w:before="20" w:after="40"/>
        <w:ind w:left="425" w:hanging="312"/>
      </w:pPr>
      <w:r>
        <w:rPr>
          <w:rFonts w:ascii="Calibri" w:hAnsi="Calibri" w:cs="Calibri" w:eastAsia="宋体"/>
        </w:rPr>
        <w:t xml:space="preserve">9. </w:t>
      </w:r>
      <w:r>
        <w:rPr>
          <w:rFonts w:ascii="Calibri" w:hAnsi="Calibri" w:cs="Calibri" w:eastAsia="宋体"/>
        </w:rPr>
        <w:t>拿出一支醋酸氯己定，缓慢插入阴道，送至阴道尽头。挤压球囊，冲洗阴道。</w:t>
      </w:r>
      <w:r>
        <w:rPr>
          <w:rFonts w:ascii="Calibri" w:hAnsi="Calibri" w:cs="Calibri" w:eastAsia="宋体"/>
          <w:b/>
        </w:rPr>
        <w:t>不松手</w:t>
      </w:r>
      <w:r>
        <w:rPr>
          <w:rFonts w:ascii="Calibri" w:hAnsi="Calibri" w:cs="Calibri" w:eastAsia="宋体"/>
        </w:rPr>
        <w:t>从阴道中拔出，</w:t>
      </w:r>
      <w:r>
        <w:rPr>
          <w:rFonts w:ascii="Calibri" w:hAnsi="Calibri" w:cs="Calibri" w:eastAsia="宋体"/>
          <w:b/>
        </w:rPr>
        <w:t>切记不可松手</w:t>
      </w:r>
      <w:r>
        <w:rPr>
          <w:rFonts w:ascii="Calibri" w:hAnsi="Calibri" w:cs="Calibri" w:eastAsia="宋体"/>
        </w:rPr>
        <w:t>。整理球囊形状后，再次重复该过程。通常挤压两次即可耗尽该支药物。</w:t>
      </w:r>
    </w:p>
    <w:p>
      <w:pPr>
        <w:spacing w:before="20" w:after="40"/>
        <w:ind w:left="425" w:hanging="312"/>
      </w:pPr>
      <w:r>
        <w:rPr>
          <w:rFonts w:ascii="Calibri" w:hAnsi="Calibri" w:cs="Calibri" w:eastAsia="宋体"/>
        </w:rPr>
        <w:t xml:space="preserve">10. </w:t>
      </w:r>
      <w:r>
        <w:rPr>
          <w:rFonts w:ascii="Calibri" w:hAnsi="Calibri" w:cs="Calibri" w:eastAsia="宋体"/>
        </w:rPr>
        <w:t>拿出另一支醋酸氯已定，冲洗会阴部外面。</w:t>
      </w:r>
    </w:p>
    <w:p>
      <w:pPr>
        <w:spacing w:before="20" w:after="40"/>
        <w:ind w:left="425" w:hanging="312"/>
      </w:pPr>
      <w:r>
        <w:rPr>
          <w:rFonts w:ascii="Calibri" w:hAnsi="Calibri" w:cs="Calibri" w:eastAsia="宋体"/>
        </w:rPr>
        <w:t xml:space="preserve">11. </w:t>
      </w:r>
      <w:r>
        <w:rPr>
          <w:rFonts w:ascii="Calibri" w:hAnsi="Calibri" w:cs="Calibri" w:eastAsia="宋体"/>
        </w:rPr>
        <w:t>用止血钳夹持碘伏棉球，擦拭两侧阴唇。使用多个棉球。将间沟扒开，仔细清洁。</w:t>
      </w:r>
    </w:p>
    <w:p>
      <w:pPr>
        <w:spacing w:before="20" w:after="40"/>
        <w:ind w:left="425" w:hanging="312"/>
      </w:pPr>
      <w:r>
        <w:rPr>
          <w:rFonts w:ascii="Calibri" w:hAnsi="Calibri" w:cs="Calibri" w:eastAsia="宋体"/>
        </w:rPr>
        <w:t xml:space="preserve">12. </w:t>
      </w:r>
      <w:r>
        <w:rPr>
          <w:rFonts w:ascii="Calibri" w:hAnsi="Calibri" w:cs="Calibri" w:eastAsia="宋体"/>
        </w:rPr>
        <w:t>将避孕套开封，套在模具上。</w:t>
      </w:r>
    </w:p>
    <w:p>
      <w:pPr>
        <w:spacing w:before="20" w:after="40"/>
        <w:ind w:left="425" w:hanging="312"/>
      </w:pPr>
      <w:r>
        <w:rPr>
          <w:rFonts w:ascii="Calibri" w:hAnsi="Calibri" w:cs="Calibri" w:eastAsia="宋体"/>
        </w:rPr>
        <w:t xml:space="preserve">13. </w:t>
      </w:r>
      <w:r>
        <w:rPr>
          <w:rFonts w:ascii="Calibri" w:hAnsi="Calibri" w:cs="Calibri" w:eastAsia="宋体"/>
        </w:rPr>
        <w:t>用止血钳夹持碘伏棉球，擦拭套有避孕套的模具。使用多个棉球，使避孕套外表浸润碘伏。</w:t>
      </w:r>
    </w:p>
    <w:p>
      <w:pPr>
        <w:spacing w:before="20" w:after="40"/>
        <w:ind w:left="425" w:hanging="312"/>
      </w:pPr>
      <w:r>
        <w:rPr>
          <w:rFonts w:ascii="Calibri" w:hAnsi="Calibri" w:cs="Calibri" w:eastAsia="宋体"/>
        </w:rPr>
        <w:t xml:space="preserve">14. </w:t>
      </w:r>
      <w:r>
        <w:rPr>
          <w:rFonts w:ascii="Calibri" w:hAnsi="Calibri" w:cs="Calibri" w:eastAsia="宋体"/>
        </w:rPr>
        <w:t>缓慢将模具</w:t>
      </w:r>
      <w:r>
        <w:rPr>
          <w:rFonts w:ascii="Calibri" w:hAnsi="Calibri" w:cs="Calibri" w:eastAsia="宋体"/>
          <w:b/>
        </w:rPr>
        <w:t>完全</w:t>
      </w:r>
      <w:r>
        <w:rPr>
          <w:rFonts w:ascii="Calibri" w:hAnsi="Calibri" w:cs="Calibri" w:eastAsia="宋体"/>
        </w:rPr>
        <w:t>送入体内，底座与阴唇平齐。</w:t>
      </w:r>
    </w:p>
    <w:p>
      <w:pPr>
        <w:spacing w:before="20" w:after="40"/>
        <w:ind w:left="425" w:hanging="312"/>
      </w:pPr>
      <w:r>
        <w:rPr>
          <w:rFonts w:ascii="Calibri" w:hAnsi="Calibri" w:cs="Calibri" w:eastAsia="宋体"/>
        </w:rPr>
        <w:t xml:space="preserve">15. </w:t>
      </w:r>
      <w:r>
        <w:rPr>
          <w:rFonts w:ascii="Calibri" w:hAnsi="Calibri" w:cs="Calibri" w:eastAsia="宋体"/>
        </w:rPr>
        <w:t>拿出新棉垫，对折垫在会阴部模具外。起身，穿好塑身衣，调整裆部至最紧。</w:t>
      </w:r>
    </w:p>
    <w:p>
      <w:pPr>
        <w:spacing w:before="20" w:after="40"/>
        <w:ind w:left="425" w:hanging="312"/>
      </w:pPr>
      <w:r>
        <w:rPr>
          <w:rFonts w:ascii="Calibri" w:hAnsi="Calibri" w:cs="Calibri" w:eastAsia="宋体"/>
        </w:rPr>
        <w:t xml:space="preserve">16. </w:t>
      </w:r>
      <w:r>
        <w:rPr>
          <w:rFonts w:ascii="Calibri" w:hAnsi="Calibri" w:cs="Calibri" w:eastAsia="宋体"/>
        </w:rPr>
        <w:t>清理废物与器械。</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待阴道内不出血后，即可使用纯净水/生理盐水/凉开水代替醋酸氯己定进行冲洗。可保留之前使用过的醋酸氯己定球囊，以便后续冲洗。</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重要提示</w:t>
      </w:r>
    </w:p>
    <w:p>
      <w:pPr>
        <w:shd w:val="clear" w:color="auto" w:fill="FFFBEB"/>
        <w:pBdr>
          <w:left w:val="single" w:sz="18" w:space="6" w:color="F59E0B"/>
        </w:pBdr>
        <w:spacing w:after="40"/>
      </w:pPr>
      <w:r>
        <w:rPr>
          <w:rFonts w:ascii="Calibri" w:hAnsi="Calibri" w:cs="Calibri" w:eastAsia="宋体"/>
        </w:rPr>
        <w:t>执行上述过程时，请保证模具取出全程（第8-14步）时长不超过15分钟。</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重要提示</w:t>
      </w:r>
    </w:p>
    <w:p>
      <w:pPr>
        <w:shd w:val="clear" w:color="auto" w:fill="FFFBEB"/>
        <w:pBdr>
          <w:left w:val="single" w:sz="18" w:space="6" w:color="F59E0B"/>
        </w:pBdr>
        <w:spacing w:after="40"/>
      </w:pPr>
      <w:r>
        <w:rPr>
          <w:rFonts w:ascii="Calibri" w:hAnsi="Calibri" w:cs="Calibri" w:eastAsia="宋体"/>
        </w:rPr>
        <w:t>切记冲洗球口在阴道内时，捏住释放液体后，不可在拔出前松手！！！</w:t>
      </w:r>
    </w:p>
    <w:p>
      <w:pPr>
        <w:pStyle w:val="Heading7"/>
      </w:pPr>
      <w:r>
        <w:rPr>
          <w:rFonts w:ascii="Calibri" w:hAnsi="Calibri" w:cs="Calibri" w:eastAsia="宋体"/>
        </w:rPr>
        <w:t>脱离模具程序</w:t>
      </w:r>
    </w:p>
    <w:p>
      <w:pPr>
        <w:spacing w:after="100"/>
      </w:pPr>
      <w:r>
        <w:rPr>
          <w:rFonts w:ascii="Calibri" w:hAnsi="Calibri" w:cs="Calibri" w:eastAsia="宋体"/>
          <w:b/>
        </w:rPr>
        <w:t>此节内容，有部分信息来源于芙拉（笔者友人，另一位接受手术者）口述。</w:t>
      </w:r>
    </w:p>
    <w:p>
      <w:pPr>
        <w:spacing w:before="20" w:after="40"/>
        <w:ind w:left="425" w:hanging="312"/>
      </w:pPr>
      <w:r>
        <w:rPr>
          <w:rFonts w:ascii="Calibri" w:hAnsi="Calibri" w:cs="Calibri" w:eastAsia="宋体"/>
        </w:rPr>
        <w:t xml:space="preserve">• </w:t>
      </w:r>
      <w:r>
        <w:rPr>
          <w:rFonts w:ascii="Calibri" w:hAnsi="Calibri" w:cs="Calibri" w:eastAsia="宋体"/>
        </w:rPr>
        <w:t>前六个月24小时佩戴模具，每天大便后取出清洁。</w:t>
      </w:r>
    </w:p>
    <w:p>
      <w:pPr>
        <w:spacing w:before="20" w:after="40"/>
        <w:ind w:left="425" w:hanging="312"/>
      </w:pPr>
      <w:r>
        <w:rPr>
          <w:rFonts w:ascii="Calibri" w:hAnsi="Calibri" w:cs="Calibri" w:eastAsia="宋体"/>
        </w:rPr>
        <w:t xml:space="preserve">• </w:t>
      </w:r>
      <w:r>
        <w:rPr>
          <w:rFonts w:ascii="Calibri" w:hAnsi="Calibri" w:cs="Calibri" w:eastAsia="宋体"/>
        </w:rPr>
        <w:t>六个月复诊后，每天取出模具一小时后放回。初期会有疼痛，过几天，一小时放回不疼后，每天取出两小时。</w:t>
      </w:r>
    </w:p>
    <w:p>
      <w:pPr>
        <w:spacing w:before="20" w:after="40"/>
        <w:ind w:left="425" w:hanging="312"/>
      </w:pPr>
      <w:r>
        <w:rPr>
          <w:rFonts w:ascii="Calibri" w:hAnsi="Calibri" w:cs="Calibri" w:eastAsia="宋体"/>
        </w:rPr>
        <w:t xml:space="preserve">• </w:t>
      </w:r>
      <w:r>
        <w:rPr>
          <w:rFonts w:ascii="Calibri" w:hAnsi="Calibri" w:cs="Calibri" w:eastAsia="宋体"/>
        </w:rPr>
        <w:t>逐渐增加每天取出时间，直至24小时取出。</w:t>
      </w:r>
    </w:p>
    <w:p>
      <w:pPr>
        <w:pStyle w:val="Heading7"/>
      </w:pPr>
      <w:r>
        <w:rPr>
          <w:rFonts w:ascii="Calibri" w:hAnsi="Calibri" w:cs="Calibri" w:eastAsia="宋体"/>
        </w:rPr>
        <w:t>一种更好的模具</w:t>
      </w:r>
    </w:p>
    <w:p>
      <w:pPr>
        <w:spacing w:after="100"/>
      </w:pPr>
      <w:r>
        <w:rPr>
          <w:rFonts w:ascii="Calibri" w:hAnsi="Calibri" w:cs="Calibri" w:eastAsia="宋体"/>
          <w:b/>
        </w:rPr>
        <w:t>此节内容，信息来源于芙拉（笔者友人，另一位接受手术者）口述。</w:t>
      </w:r>
    </w:p>
    <w:p>
      <w:pPr>
        <w:spacing w:after="100"/>
      </w:pPr>
      <w:r>
        <w:rPr>
          <w:rFonts w:ascii="Calibri" w:hAnsi="Calibri" w:cs="Calibri" w:eastAsia="宋体"/>
        </w:rPr>
        <w:t>此模具</w:t>
      </w:r>
      <w:r>
        <w:rPr>
          <w:rFonts w:ascii="Calibri" w:hAnsi="Calibri" w:cs="Calibri" w:eastAsia="宋体"/>
          <w:b/>
        </w:rPr>
        <w:t>无底座</w:t>
      </w:r>
      <w:r>
        <w:rPr>
          <w:rFonts w:ascii="Calibri" w:hAnsi="Calibri" w:cs="Calibri" w:eastAsia="宋体"/>
        </w:rPr>
        <w:t>、</w:t>
      </w:r>
      <w:r>
        <w:rPr>
          <w:rFonts w:ascii="Calibri" w:hAnsi="Calibri" w:cs="Calibri" w:eastAsia="宋体"/>
          <w:b/>
        </w:rPr>
        <w:t>自带弯度</w:t>
      </w:r>
      <w:r>
        <w:rPr>
          <w:rFonts w:ascii="Calibri" w:hAnsi="Calibri" w:cs="Calibri" w:eastAsia="宋体"/>
        </w:rPr>
        <w:t>、</w:t>
      </w:r>
      <w:r>
        <w:rPr>
          <w:rFonts w:ascii="Calibri" w:hAnsi="Calibri" w:cs="Calibri" w:eastAsia="宋体"/>
          <w:b/>
        </w:rPr>
        <w:t>两端圆润</w:t>
      </w:r>
      <w:r>
        <w:rPr>
          <w:rFonts w:ascii="Calibri" w:hAnsi="Calibri" w:cs="Calibri" w:eastAsia="宋体"/>
        </w:rPr>
        <w:t>。</w:t>
      </w:r>
      <w:r>
        <w:br/>
      </w:r>
      <w:r>
        <w:br/>
      </w:r>
      <w:r>
        <w:rPr>
          <w:rFonts w:ascii="Calibri" w:hAnsi="Calibri" w:cs="Calibri" w:eastAsia="宋体"/>
        </w:rPr>
        <w:t>是医用器械，佩戴更为舒适。</w:t>
      </w:r>
      <w:r>
        <w:br/>
      </w:r>
      <w:r>
        <w:br/>
      </w:r>
      <w:r>
        <w:rPr>
          <w:rFonts w:ascii="Calibri" w:hAnsi="Calibri" w:cs="Calibri" w:eastAsia="宋体"/>
        </w:rPr>
        <w:t>价格位于千元左右。</w:t>
      </w:r>
    </w:p>
    <w:p>
      <w:pPr>
        <w:keepNext/>
        <w:spacing w:before="120" w:after="40"/>
        <w:pBdr>
          <w:bottom w:val="single" w:sz="6" w:space="1" w:color="D4D8DE"/>
        </w:pBdr>
      </w:pPr>
      <w:r>
        <w:rPr>
          <w:rFonts w:ascii="Calibri" w:hAnsi="Calibri" w:cs="Calibri" w:eastAsia="微软雅黑"/>
          <w:b/>
        </w:rPr>
        <w:t>▸ 模具购买方式</w:t>
      </w:r>
    </w:p>
    <w:p>
      <w:pPr>
        <w:spacing w:after="100"/>
      </w:pPr>
      <w:r>
        <w:rPr>
          <w:rFonts w:ascii="Calibri" w:hAnsi="Calibri" w:cs="Calibri" w:eastAsia="宋体"/>
          <w:b/>
        </w:rPr>
        <w:t>仅作为分享，这不构成医疗建议。</w:t>
      </w:r>
    </w:p>
    <w:p>
      <w:pPr>
        <w:spacing w:after="100"/>
      </w:pPr>
      <w:r>
        <w:rPr>
          <w:rFonts w:ascii="Calibri" w:hAnsi="Calibri" w:cs="Calibri" w:eastAsia="宋体"/>
        </w:rPr>
        <w:t>模具</w:t>
      </w:r>
      <w:r>
        <w:rPr>
          <w:rFonts w:ascii="Calibri" w:hAnsi="Calibri" w:cs="Calibri" w:eastAsia="宋体"/>
        </w:rPr>
        <w:t>购买链接</w:t>
      </w:r>
      <w:r>
        <w:rPr>
          <w:rFonts w:ascii="Calibri" w:hAnsi="Calibri" w:cs="Calibri" w:eastAsia="宋体"/>
        </w:rPr>
        <w:t>。</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峰主任提示</w:t>
      </w:r>
    </w:p>
    <w:p>
      <w:pPr>
        <w:shd w:val="clear" w:color="auto" w:fill="FFFBEB"/>
        <w:pBdr>
          <w:left w:val="single" w:sz="18" w:space="6" w:color="F59E0B"/>
        </w:pBdr>
        <w:spacing w:after="40"/>
      </w:pPr>
      <w:r>
        <w:rPr>
          <w:rFonts w:ascii="Calibri" w:hAnsi="Calibri" w:cs="Calibri" w:eastAsia="宋体"/>
        </w:rPr>
        <w:t>这个模具材料稍硬，不建议术后初期使用。最开始还是用软的，过几个月可以用这种。</w:t>
      </w:r>
    </w:p>
    <w:p>
      <w:pPr>
        <w:pStyle w:val="Heading6"/>
      </w:pPr>
      <w:r>
        <w:rPr>
          <w:rFonts w:ascii="Calibri" w:hAnsi="Calibri" w:cs="Calibri" w:eastAsia="宋体"/>
        </w:rPr>
        <w:t>上厕所</w:t>
      </w:r>
    </w:p>
    <w:p>
      <w:pPr>
        <w:spacing w:after="100"/>
      </w:pPr>
      <w:r>
        <w:rPr>
          <w:rFonts w:ascii="Calibri" w:hAnsi="Calibri" w:cs="Calibri" w:eastAsia="宋体"/>
        </w:rPr>
        <w:t>上厕所时，如模具影响排便，可短暂抽出一部分或取出。</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重要提示</w:t>
      </w:r>
    </w:p>
    <w:p>
      <w:pPr>
        <w:shd w:val="clear" w:color="auto" w:fill="FFFBEB"/>
        <w:pBdr>
          <w:left w:val="single" w:sz="18" w:space="6" w:color="F59E0B"/>
        </w:pBdr>
        <w:spacing w:after="40"/>
      </w:pPr>
      <w:r>
        <w:rPr>
          <w:rFonts w:ascii="Calibri" w:hAnsi="Calibri" w:cs="Calibri" w:eastAsia="宋体"/>
        </w:rPr>
        <w:t>请保证模具取出时长不超过15分钟。</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友情提示</w:t>
      </w:r>
    </w:p>
    <w:p>
      <w:pPr>
        <w:shd w:val="clear" w:color="auto" w:fill="EFF6FF"/>
        <w:pBdr>
          <w:left w:val="single" w:sz="18" w:space="6" w:color="3B82F6"/>
        </w:pBdr>
        <w:spacing w:after="40"/>
      </w:pPr>
      <w:r>
        <w:rPr>
          <w:rFonts w:ascii="Calibri" w:hAnsi="Calibri" w:cs="Calibri" w:eastAsia="宋体"/>
        </w:rPr>
        <w:t>模具取出来越久，放回去时候越痛。</w:t>
      </w:r>
    </w:p>
    <w:p>
      <w:pPr>
        <w:pStyle w:val="Heading6"/>
      </w:pPr>
      <w:r>
        <w:rPr>
          <w:rFonts w:ascii="Calibri" w:hAnsi="Calibri" w:cs="Calibri" w:eastAsia="宋体"/>
        </w:rPr>
        <w:t>洗澡</w:t>
      </w:r>
    </w:p>
    <w:p>
      <w:pPr>
        <w:spacing w:after="100"/>
      </w:pPr>
      <w:r>
        <w:rPr>
          <w:rFonts w:ascii="Calibri" w:hAnsi="Calibri" w:cs="Calibri" w:eastAsia="宋体"/>
        </w:rPr>
        <w:t>医生原话：</w:t>
      </w:r>
    </w:p>
    <w:p>
      <w:pPr>
        <w:shd w:val="clear" w:color="auto" w:fill="F7F8FA"/>
        <w:pBdr>
          <w:left w:val="single" w:sz="18" w:space="6" w:color="C9CDD4"/>
        </w:pBdr>
        <w:spacing w:after="40"/>
      </w:pPr>
      <w:r>
        <w:rPr>
          <w:rFonts w:ascii="Calibri" w:hAnsi="Calibri" w:cs="Calibri" w:eastAsia="宋体"/>
        </w:rPr>
        <w:t>术后至少八九天可以淋浴。</w:t>
      </w:r>
      <w:r>
        <w:br/>
      </w:r>
      <w:r>
        <w:br/>
      </w:r>
      <w:r>
        <w:rPr>
          <w:rFonts w:ascii="Calibri" w:hAnsi="Calibri" w:cs="Calibri" w:eastAsia="宋体"/>
        </w:rPr>
        <w:t>先穿着紧身衣洗，上身脱到腰，先洗非会阴区。</w:t>
      </w:r>
      <w:r>
        <w:br/>
      </w:r>
      <w:r>
        <w:br/>
      </w:r>
      <w:r>
        <w:rPr>
          <w:rFonts w:ascii="Calibri" w:hAnsi="Calibri" w:cs="Calibri" w:eastAsia="宋体"/>
        </w:rPr>
        <w:t>洗会阴区的时候模具可以拿出来，要在十五分钟内洗完会阴区，再把模具带上。</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重要提示</w:t>
      </w:r>
    </w:p>
    <w:p>
      <w:pPr>
        <w:shd w:val="clear" w:color="auto" w:fill="FFFBEB"/>
        <w:pBdr>
          <w:left w:val="single" w:sz="18" w:space="6" w:color="F59E0B"/>
        </w:pBdr>
        <w:spacing w:after="40"/>
      </w:pPr>
      <w:r>
        <w:rPr>
          <w:rFonts w:ascii="Calibri" w:hAnsi="Calibri" w:cs="Calibri" w:eastAsia="宋体"/>
        </w:rPr>
        <w:t>请保证模具取出时长不超过15分钟。</w:t>
      </w:r>
    </w:p>
    <w:p>
      <w:pPr>
        <w:spacing w:after="100"/>
      </w:pPr>
      <w:r>
        <w:rPr>
          <w:rFonts w:ascii="Calibri" w:hAnsi="Calibri" w:cs="Calibri" w:eastAsia="宋体"/>
          <w:b/>
          <w:strike/>
        </w:rPr>
        <w:t>笔者一直疼，就一直忍着没洗。</w:t>
      </w:r>
    </w:p>
    <w:p>
      <w:pPr>
        <w:pStyle w:val="Heading5"/>
      </w:pPr>
      <w:r>
        <w:rPr>
          <w:rFonts w:ascii="Calibri" w:hAnsi="Calibri" w:cs="Calibri" w:eastAsia="微软雅黑"/>
        </w:rPr>
        <w:t>4.7.4.1.4  住院手术费用</w:t>
      </w:r>
    </w:p>
    <w:p>
      <w:pPr>
        <w:spacing w:after="160"/>
      </w:pPr>
      <w:r>
        <w:rPr>
          <w:rFonts w:ascii="Calibri" w:hAnsi="Calibri" w:cs="Calibri" w:eastAsia="宋体"/>
          <w:color w:val="6B7280"/>
          <w:sz w:val="16"/>
        </w:rPr>
        <w:t>原文：https://mtf.wiki/zh-cn/docs/srs/china/psh/Lee/cost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数据来自于单名接受手术者，会随实际情况而变动。</w:t>
      </w:r>
    </w:p>
    <w:p>
      <w:pPr>
        <w:spacing w:after="100"/>
      </w:pPr>
      <w:r>
        <w:rPr>
          <w:rFonts w:ascii="Calibri" w:hAnsi="Calibri" w:cs="Calibri" w:eastAsia="宋体"/>
          <w:b/>
        </w:rPr>
        <w:t>入院挂号+入院检查+备品+住院费用合计108238.26元。</w:t>
      </w:r>
    </w:p>
    <w:p>
      <w:pPr>
        <w:pStyle w:val="Heading6"/>
      </w:pPr>
      <w:r>
        <w:rPr>
          <w:rFonts w:ascii="Calibri" w:hAnsi="Calibri" w:cs="Calibri" w:eastAsia="宋体"/>
        </w:rPr>
        <w:t>入院当日挂号</w:t>
      </w:r>
    </w:p>
    <w:p>
      <w:pPr>
        <w:spacing w:after="100"/>
      </w:pPr>
      <w:r>
        <w:rPr>
          <w:rFonts w:ascii="Calibri" w:hAnsi="Calibri" w:cs="Calibri" w:eastAsia="宋体"/>
        </w:rPr>
        <w:t>李峰永挂号费80元。</w:t>
      </w:r>
    </w:p>
    <w:p>
      <w:pPr>
        <w:pStyle w:val="Heading6"/>
      </w:pPr>
      <w:r>
        <w:rPr>
          <w:rFonts w:ascii="Calibri" w:hAnsi="Calibri" w:cs="Calibri" w:eastAsia="宋体"/>
        </w:rPr>
        <w:t>入院检查</w:t>
      </w:r>
    </w:p>
    <w:p>
      <w:pPr>
        <w:spacing w:after="100"/>
      </w:pPr>
      <w:r>
        <w:rPr>
          <w:rFonts w:ascii="Calibri" w:hAnsi="Calibri" w:cs="Calibri" w:eastAsia="宋体"/>
        </w:rPr>
        <w:t>入院检查共计2419.9元。</w:t>
      </w:r>
    </w:p>
    <w:p>
      <w:pPr>
        <w:spacing w:before="20" w:after="40"/>
        <w:ind w:left="425" w:hanging="312"/>
      </w:pPr>
      <w:r>
        <w:rPr>
          <w:rFonts w:ascii="Calibri" w:hAnsi="Calibri" w:cs="Calibri" w:eastAsia="宋体"/>
        </w:rPr>
        <w:t xml:space="preserve">• </w:t>
      </w:r>
      <w:r>
        <w:rPr>
          <w:rFonts w:ascii="Calibri" w:hAnsi="Calibri" w:cs="Calibri" w:eastAsia="宋体"/>
        </w:rPr>
        <w:t>血凝六项</w:t>
      </w:r>
    </w:p>
    <w:p>
      <w:pPr>
        <w:spacing w:before="20" w:after="40"/>
        <w:ind w:left="425" w:hanging="312"/>
      </w:pPr>
      <w:r>
        <w:rPr>
          <w:rFonts w:ascii="Calibri" w:hAnsi="Calibri" w:cs="Calibri" w:eastAsia="宋体"/>
        </w:rPr>
        <w:t xml:space="preserve">• </w:t>
      </w:r>
      <w:r>
        <w:rPr>
          <w:rFonts w:ascii="Calibri" w:hAnsi="Calibri" w:cs="Calibri" w:eastAsia="宋体"/>
        </w:rPr>
        <w:t>激素六项</w:t>
      </w:r>
    </w:p>
    <w:p>
      <w:pPr>
        <w:spacing w:before="20" w:after="40"/>
        <w:ind w:left="425" w:hanging="312"/>
      </w:pPr>
      <w:r>
        <w:rPr>
          <w:rFonts w:ascii="Calibri" w:hAnsi="Calibri" w:cs="Calibri" w:eastAsia="宋体"/>
        </w:rPr>
        <w:t xml:space="preserve">• </w:t>
      </w:r>
      <w:r>
        <w:rPr>
          <w:rFonts w:ascii="Calibri" w:hAnsi="Calibri" w:cs="Calibri" w:eastAsia="宋体"/>
        </w:rPr>
        <w:t>感染八项（住院）</w:t>
      </w:r>
    </w:p>
    <w:p>
      <w:pPr>
        <w:spacing w:before="20" w:after="40"/>
        <w:ind w:left="425" w:hanging="312"/>
      </w:pPr>
      <w:r>
        <w:rPr>
          <w:rFonts w:ascii="Calibri" w:hAnsi="Calibri" w:cs="Calibri" w:eastAsia="宋体"/>
        </w:rPr>
        <w:t xml:space="preserve">• </w:t>
      </w:r>
      <w:r>
        <w:rPr>
          <w:rFonts w:ascii="Calibri" w:hAnsi="Calibri" w:cs="Calibri" w:eastAsia="宋体"/>
        </w:rPr>
        <w:t>血常规（五分类）+血型三项</w:t>
      </w:r>
    </w:p>
    <w:p>
      <w:pPr>
        <w:spacing w:before="20" w:after="40"/>
        <w:ind w:left="425" w:hanging="312"/>
      </w:pPr>
      <w:r>
        <w:rPr>
          <w:rFonts w:ascii="Calibri" w:hAnsi="Calibri" w:cs="Calibri" w:eastAsia="宋体"/>
        </w:rPr>
        <w:t xml:space="preserve">• </w:t>
      </w:r>
      <w:r>
        <w:rPr>
          <w:rFonts w:ascii="Calibri" w:hAnsi="Calibri" w:cs="Calibri" w:eastAsia="宋体"/>
        </w:rPr>
        <w:t>淀粉酶（AMY）测定+肝功组合2+离子组合2+血脂组合2+肾功组合1+心血管组合3</w:t>
      </w:r>
    </w:p>
    <w:p>
      <w:pPr>
        <w:spacing w:before="20" w:after="40"/>
        <w:ind w:left="425" w:hanging="312"/>
      </w:pPr>
      <w:r>
        <w:rPr>
          <w:rFonts w:ascii="Calibri" w:hAnsi="Calibri" w:cs="Calibri" w:eastAsia="宋体"/>
        </w:rPr>
        <w:t xml:space="preserve">• </w:t>
      </w:r>
      <w:r>
        <w:rPr>
          <w:rFonts w:ascii="Calibri" w:hAnsi="Calibri" w:cs="Calibri" w:eastAsia="宋体"/>
        </w:rPr>
        <w:t>尿液检测</w:t>
      </w:r>
    </w:p>
    <w:p>
      <w:pPr>
        <w:spacing w:before="20" w:after="40"/>
        <w:ind w:left="425" w:hanging="312"/>
      </w:pPr>
      <w:r>
        <w:rPr>
          <w:rFonts w:ascii="Calibri" w:hAnsi="Calibri" w:cs="Calibri" w:eastAsia="宋体"/>
        </w:rPr>
        <w:t xml:space="preserve">• </w:t>
      </w:r>
      <w:r>
        <w:rPr>
          <w:rFonts w:ascii="Calibri" w:hAnsi="Calibri" w:cs="Calibri" w:eastAsia="宋体"/>
        </w:rPr>
        <w:t>双侧下肢动静脉彩超检查</w:t>
      </w:r>
    </w:p>
    <w:p>
      <w:pPr>
        <w:spacing w:before="20" w:after="40"/>
        <w:ind w:left="425" w:hanging="312"/>
      </w:pPr>
      <w:r>
        <w:rPr>
          <w:rFonts w:ascii="Calibri" w:hAnsi="Calibri" w:cs="Calibri" w:eastAsia="宋体"/>
        </w:rPr>
        <w:t xml:space="preserve">• </w:t>
      </w:r>
      <w:r>
        <w:rPr>
          <w:rFonts w:ascii="Calibri" w:hAnsi="Calibri" w:cs="Calibri" w:eastAsia="宋体"/>
        </w:rPr>
        <w:t>整形外科术前胸部CT</w:t>
      </w:r>
    </w:p>
    <w:p>
      <w:pPr>
        <w:spacing w:before="20" w:after="40"/>
        <w:ind w:left="425" w:hanging="312"/>
      </w:pPr>
      <w:r>
        <w:rPr>
          <w:rFonts w:ascii="Calibri" w:hAnsi="Calibri" w:cs="Calibri" w:eastAsia="宋体"/>
        </w:rPr>
        <w:t xml:space="preserve">• </w:t>
      </w:r>
      <w:r>
        <w:rPr>
          <w:rFonts w:ascii="Calibri" w:hAnsi="Calibri" w:cs="Calibri" w:eastAsia="宋体"/>
        </w:rPr>
        <w:t>12导联心电图检查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价格偏差提示</w:t>
      </w:r>
    </w:p>
    <w:p>
      <w:pPr>
        <w:shd w:val="clear" w:color="auto" w:fill="EFF6FF"/>
        <w:pBdr>
          <w:left w:val="single" w:sz="18" w:space="6" w:color="3B82F6"/>
        </w:pBdr>
        <w:spacing w:after="40"/>
      </w:pPr>
      <w:r>
        <w:rPr>
          <w:rFonts w:ascii="Calibri" w:hAnsi="Calibri" w:cs="Calibri" w:eastAsia="宋体"/>
        </w:rPr>
        <w:t>有患者报告称，入院检查中下肢血管彩超仅进行了静脉检查，其价格为300.00元，而非下肢动静脉彩超的600.00元。则入院检查总花费为2419.9-300.00=2119.9元。</w:t>
      </w:r>
    </w:p>
    <w:p>
      <w:pPr>
        <w:keepNext/>
        <w:spacing w:before="120" w:after="40"/>
        <w:pBdr>
          <w:bottom w:val="single" w:sz="6" w:space="1" w:color="D4D8DE"/>
        </w:pBdr>
      </w:pPr>
      <w:r>
        <w:rPr>
          <w:rFonts w:ascii="Calibri" w:hAnsi="Calibri" w:cs="Calibri" w:eastAsia="微软雅黑"/>
          <w:b/>
        </w:rPr>
        <w:t>▸ 入院检查费用明细</w:t>
      </w:r>
    </w:p>
    <w:p>
      <w:pPr>
        <w:pStyle w:val="Heading6"/>
      </w:pPr>
      <w:r>
        <w:rPr>
          <w:rFonts w:ascii="Calibri" w:hAnsi="Calibri" w:cs="Calibri" w:eastAsia="宋体"/>
        </w:rPr>
        <w:t>入院时要求的备品</w:t>
      </w:r>
    </w:p>
    <w:p>
      <w:pPr>
        <w:spacing w:after="100"/>
      </w:pPr>
      <w:r>
        <w:rPr>
          <w:rFonts w:ascii="Calibri" w:hAnsi="Calibri" w:cs="Calibri" w:eastAsia="宋体"/>
        </w:rPr>
        <w:t>备品费共计480元。</w:t>
      </w:r>
    </w:p>
    <w:p>
      <w:pPr>
        <w:spacing w:before="20" w:after="40"/>
        <w:ind w:left="425" w:hanging="312"/>
      </w:pPr>
      <w:r>
        <w:rPr>
          <w:rFonts w:ascii="Calibri" w:hAnsi="Calibri" w:cs="Calibri" w:eastAsia="宋体"/>
        </w:rPr>
        <w:t xml:space="preserve">• </w:t>
      </w:r>
      <w:r>
        <w:rPr>
          <w:rFonts w:ascii="Calibri" w:hAnsi="Calibri" w:cs="Calibri" w:eastAsia="宋体"/>
          <w:b/>
        </w:rPr>
        <w:t>丁字带</w:t>
      </w:r>
      <w:r>
        <w:rPr>
          <w:rFonts w:ascii="Calibri" w:hAnsi="Calibri" w:cs="Calibri" w:eastAsia="宋体"/>
        </w:rPr>
        <w:t>：360元</w:t>
      </w:r>
    </w:p>
    <w:p>
      <w:pPr>
        <w:spacing w:before="20" w:after="40"/>
        <w:ind w:left="425" w:hanging="312"/>
      </w:pPr>
      <w:r>
        <w:rPr>
          <w:rFonts w:ascii="Calibri" w:hAnsi="Calibri" w:cs="Calibri" w:eastAsia="宋体"/>
        </w:rPr>
        <w:t xml:space="preserve">• </w:t>
      </w:r>
      <w:r>
        <w:rPr>
          <w:rFonts w:ascii="Calibri" w:hAnsi="Calibri" w:cs="Calibri" w:eastAsia="宋体"/>
          <w:b/>
        </w:rPr>
        <w:t>女性便盆+护理垫</w:t>
      </w:r>
      <w:r>
        <w:rPr>
          <w:rFonts w:ascii="Calibri" w:hAnsi="Calibri" w:cs="Calibri" w:eastAsia="宋体"/>
        </w:rPr>
        <w:t>：120元</w:t>
      </w:r>
    </w:p>
    <w:p>
      <w:pPr>
        <w:pStyle w:val="Heading6"/>
      </w:pPr>
      <w:r>
        <w:rPr>
          <w:rFonts w:ascii="Calibri" w:hAnsi="Calibri" w:cs="Calibri" w:eastAsia="宋体"/>
        </w:rPr>
        <w:t>住院花费</w:t>
      </w:r>
    </w:p>
    <w:p>
      <w:pPr>
        <w:spacing w:after="100"/>
      </w:pPr>
      <w:r>
        <w:rPr>
          <w:rFonts w:ascii="Calibri" w:hAnsi="Calibri" w:cs="Calibri" w:eastAsia="宋体"/>
        </w:rPr>
        <w:t>住院押金12万元整，实际花费105258.36元。</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价格偏差提示</w:t>
      </w:r>
    </w:p>
    <w:p>
      <w:pPr>
        <w:shd w:val="clear" w:color="auto" w:fill="EFF6FF"/>
        <w:pBdr>
          <w:left w:val="single" w:sz="18" w:space="6" w:color="3B82F6"/>
        </w:pBdr>
        <w:spacing w:after="40"/>
      </w:pPr>
      <w:r>
        <w:rPr>
          <w:rFonts w:ascii="Calibri" w:hAnsi="Calibri" w:cs="Calibri" w:eastAsia="宋体"/>
        </w:rPr>
        <w:t>有同术式患者报告称，住院总花费为九万八千余元。</w:t>
      </w:r>
    </w:p>
    <w:p>
      <w:pPr>
        <w:keepNext/>
        <w:spacing w:before="120" w:after="40"/>
        <w:pBdr>
          <w:bottom w:val="single" w:sz="6" w:space="1" w:color="D4D8DE"/>
        </w:pBdr>
      </w:pPr>
      <w:r>
        <w:rPr>
          <w:rFonts w:ascii="Calibri" w:hAnsi="Calibri" w:cs="Calibri" w:eastAsia="微软雅黑"/>
          <w:b/>
        </w:rPr>
        <w:t>▸ 住院费用明细</w:t>
      </w:r>
    </w:p>
    <w:p>
      <w:pPr>
        <w:keepNext/>
        <w:spacing w:before="120" w:after="40"/>
        <w:pBdr>
          <w:bottom w:val="single" w:sz="6" w:space="1" w:color="D4D8DE"/>
        </w:pBdr>
      </w:pPr>
      <w:r>
        <w:rPr>
          <w:rFonts w:ascii="Calibri" w:hAnsi="Calibri" w:cs="Calibri" w:eastAsia="微软雅黑"/>
          <w:b/>
        </w:rPr>
        <w:t>▸ 住院费用明细（发票版）</w:t>
      </w:r>
    </w:p>
    <w:p>
      <w:pPr>
        <w:pStyle w:val="Heading5"/>
      </w:pPr>
      <w:r>
        <w:rPr>
          <w:rFonts w:ascii="Calibri" w:hAnsi="Calibri" w:cs="Calibri" w:eastAsia="微软雅黑"/>
        </w:rPr>
        <w:t>4.7.4.1.5  医院给的宣教文件</w:t>
      </w:r>
    </w:p>
    <w:p>
      <w:pPr>
        <w:spacing w:after="160"/>
      </w:pPr>
      <w:r>
        <w:rPr>
          <w:rFonts w:ascii="Calibri" w:hAnsi="Calibri" w:cs="Calibri" w:eastAsia="宋体"/>
          <w:color w:val="6B7280"/>
          <w:sz w:val="16"/>
        </w:rPr>
        <w:t>原文：https://mtf.wiki/zh-cn/docs/srs/china/psh/Lee/mission · 最近更新：2026年10月14日</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数据来自于单名接受手术者，会随实际情况而变动。</w:t>
      </w:r>
    </w:p>
    <w:p>
      <w:pPr>
        <w:spacing w:before="20" w:after="40"/>
        <w:ind w:left="425" w:hanging="312"/>
      </w:pPr>
      <w:r>
        <w:rPr>
          <w:rFonts w:ascii="Calibri" w:hAnsi="Calibri" w:cs="Calibri" w:eastAsia="宋体"/>
        </w:rPr>
        <w:t xml:space="preserve">• </w:t>
      </w:r>
      <w:r>
        <w:rPr>
          <w:rFonts w:ascii="Calibri" w:hAnsi="Calibri" w:cs="Calibri" w:eastAsia="宋体"/>
        </w:rPr>
        <w:t>入院须知</w:t>
      </w:r>
    </w:p>
    <w:p>
      <w:pPr>
        <w:spacing w:before="20" w:after="40"/>
        <w:ind w:left="425" w:hanging="312"/>
      </w:pPr>
      <w:r>
        <w:rPr>
          <w:rFonts w:ascii="Calibri" w:hAnsi="Calibri" w:cs="Calibri" w:eastAsia="宋体"/>
        </w:rPr>
        <w:t xml:space="preserve">• </w:t>
      </w:r>
      <w:r>
        <w:rPr>
          <w:rFonts w:ascii="Calibri" w:hAnsi="Calibri" w:cs="Calibri" w:eastAsia="宋体"/>
        </w:rPr>
        <w:t>跨性别女性（MTF）生殖器手术须知</w:t>
      </w:r>
    </w:p>
    <w:p>
      <w:pPr>
        <w:spacing w:before="20" w:after="40"/>
        <w:ind w:left="425" w:hanging="312"/>
      </w:pPr>
      <w:r>
        <w:rPr>
          <w:rFonts w:ascii="Calibri" w:hAnsi="Calibri" w:cs="Calibri" w:eastAsia="宋体"/>
        </w:rPr>
        <w:t xml:space="preserve">• </w:t>
      </w:r>
      <w:r>
        <w:rPr>
          <w:rFonts w:ascii="Calibri" w:hAnsi="Calibri" w:cs="Calibri" w:eastAsia="宋体"/>
        </w:rPr>
        <w:t>阴道再造术术后指导</w:t>
      </w:r>
    </w:p>
    <w:p>
      <w:pPr>
        <w:pStyle w:val="Heading4"/>
      </w:pPr>
      <w:r>
        <w:rPr>
          <w:rFonts w:ascii="Calibri" w:hAnsi="Calibri" w:cs="Calibri" w:eastAsia="微软雅黑"/>
        </w:rPr>
        <w:t>4.7.4.2  刘立强等专家团队</w:t>
      </w:r>
    </w:p>
    <w:p>
      <w:pPr>
        <w:spacing w:after="160"/>
      </w:pPr>
      <w:r>
        <w:rPr>
          <w:rFonts w:ascii="Calibri" w:hAnsi="Calibri" w:cs="Calibri" w:eastAsia="宋体"/>
          <w:color w:val="6B7280"/>
          <w:sz w:val="16"/>
        </w:rPr>
        <w:t>原文：https://mtf.wiki/zh-cn/docs/srs/china/psh/Liu · 最近更新：2026年10月14日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缺乏详细资料，待补充。</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该医生亦进行SRS术后缺陷的修复，但缺乏详细资料。</w:t>
      </w:r>
    </w:p>
    <w:p>
      <w:pPr>
        <w:pStyle w:val="Heading4"/>
      </w:pPr>
      <w:r>
        <w:rPr>
          <w:rFonts w:ascii="Calibri" w:hAnsi="Calibri" w:cs="Calibri" w:eastAsia="微软雅黑"/>
        </w:rPr>
        <w:t>4.7.4.3  可能过时的信息</w:t>
      </w:r>
    </w:p>
    <w:p>
      <w:pPr>
        <w:spacing w:after="160"/>
      </w:pPr>
      <w:r>
        <w:rPr>
          <w:rFonts w:ascii="Calibri" w:hAnsi="Calibri" w:cs="Calibri" w:eastAsia="宋体"/>
          <w:color w:val="6B7280"/>
          <w:sz w:val="16"/>
        </w:rPr>
        <w:t>原文：https://mtf.wiki/zh-cn/docs/srs/china/psh/old-informations · 最近更新：2026年10月14日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这些信息大概率已经过时，仅作辅助参考。</w:t>
      </w:r>
    </w:p>
    <w:p>
      <w:pPr>
        <w:pStyle w:val="Heading5"/>
      </w:pPr>
      <w:r>
        <w:rPr>
          <w:rFonts w:ascii="Calibri" w:hAnsi="Calibri" w:cs="Calibri" w:eastAsia="宋体"/>
        </w:rPr>
        <w:t>挂号方式</w:t>
      </w:r>
    </w:p>
    <w:p>
      <w:pPr>
        <w:spacing w:before="20" w:after="40"/>
        <w:ind w:left="425" w:hanging="312"/>
      </w:pPr>
      <w:r>
        <w:rPr>
          <w:rFonts w:ascii="Calibri" w:hAnsi="Calibri" w:cs="Calibri" w:eastAsia="宋体"/>
        </w:rPr>
        <w:t xml:space="preserve">• </w:t>
      </w:r>
      <w:r>
        <w:rPr>
          <w:rFonts w:ascii="Calibri" w:hAnsi="Calibri" w:cs="Calibri" w:eastAsia="宋体"/>
        </w:rPr>
        <w:t>八大处成型 APP（预约面诊）</w:t>
      </w:r>
    </w:p>
    <w:p>
      <w:pPr>
        <w:spacing w:before="20" w:after="40"/>
        <w:ind w:left="425" w:hanging="312"/>
      </w:pPr>
      <w:r>
        <w:rPr>
          <w:rFonts w:ascii="Calibri" w:hAnsi="Calibri" w:cs="Calibri" w:eastAsia="宋体"/>
        </w:rPr>
        <w:t xml:space="preserve">• </w:t>
      </w:r>
      <w:r>
        <w:rPr>
          <w:rFonts w:ascii="Calibri" w:hAnsi="Calibri" w:cs="Calibri" w:eastAsia="宋体"/>
        </w:rPr>
        <w:t>或 直接去医院</w:t>
      </w:r>
    </w:p>
    <w:p>
      <w:pPr>
        <w:pStyle w:val="Heading5"/>
      </w:pPr>
      <w:r>
        <w:rPr>
          <w:rFonts w:ascii="Calibri" w:hAnsi="Calibri" w:cs="Calibri" w:eastAsia="宋体"/>
        </w:rPr>
        <w:t>手术费用</w:t>
      </w:r>
    </w:p>
    <w:p>
      <w:pPr>
        <w:spacing w:before="20" w:after="40"/>
        <w:ind w:left="425" w:hanging="312"/>
      </w:pPr>
      <w:r>
        <w:rPr>
          <w:rFonts w:ascii="Calibri" w:hAnsi="Calibri" w:cs="Calibri" w:eastAsia="宋体"/>
        </w:rPr>
        <w:t xml:space="preserve">• </w:t>
      </w:r>
      <w:r>
        <w:rPr>
          <w:rFonts w:ascii="Calibri" w:hAnsi="Calibri" w:cs="Calibri" w:eastAsia="宋体"/>
        </w:rPr>
        <w:t>SRS 性别重置手术：8 - 9万元</w:t>
      </w:r>
    </w:p>
    <w:p>
      <w:pPr>
        <w:spacing w:before="20" w:after="40"/>
        <w:ind w:left="425" w:hanging="312"/>
      </w:pPr>
      <w:r>
        <w:rPr>
          <w:rFonts w:ascii="Calibri" w:hAnsi="Calibri" w:cs="Calibri" w:eastAsia="宋体"/>
        </w:rPr>
        <w:t xml:space="preserve">• </w:t>
      </w:r>
      <w:r>
        <w:rPr>
          <w:rFonts w:ascii="Calibri" w:hAnsi="Calibri" w:cs="Calibri" w:eastAsia="宋体"/>
        </w:rPr>
        <w:t>SRS 性别重置手术（零深度）：6 - 7万元</w:t>
      </w:r>
    </w:p>
    <w:p>
      <w:pPr>
        <w:spacing w:before="20" w:after="40"/>
        <w:ind w:left="425" w:hanging="312"/>
      </w:pPr>
      <w:r>
        <w:rPr>
          <w:rFonts w:ascii="Calibri" w:hAnsi="Calibri" w:cs="Calibri" w:eastAsia="宋体"/>
        </w:rPr>
        <w:t xml:space="preserve">• </w:t>
      </w:r>
      <w:r>
        <w:rPr>
          <w:rFonts w:ascii="Calibri" w:hAnsi="Calibri" w:cs="Calibri" w:eastAsia="宋体"/>
        </w:rPr>
        <w:t>隆胸：4 - 6 万元</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如果是先做零深度之后再造阴道的话价格会在零深度的基础上增加4万元，即10 - 11万元。</w:t>
      </w:r>
    </w:p>
    <w:p>
      <w:pPr>
        <w:pStyle w:val="Heading5"/>
      </w:pPr>
      <w:r>
        <w:rPr>
          <w:rFonts w:ascii="Calibri" w:hAnsi="Calibri" w:cs="Calibri" w:eastAsia="宋体"/>
        </w:rPr>
        <w:t>手术技术及手术效果细节</w:t>
      </w:r>
    </w:p>
    <w:p>
      <w:pPr>
        <w:spacing w:after="100"/>
      </w:pPr>
      <w:r>
        <w:rPr>
          <w:rFonts w:ascii="Calibri" w:hAnsi="Calibri" w:cs="Calibri" w:eastAsia="宋体"/>
        </w:rPr>
        <w:t>半皮瓣半口腔黏膜，若材料毛发太多则全口腔粘膜，医生对此作出的解释为各有各的好处。</w:t>
      </w:r>
    </w:p>
    <w:p>
      <w:pPr>
        <w:shd w:val="clear" w:color="auto" w:fill="F7F8FA"/>
        <w:pBdr>
          <w:left w:val="single" w:sz="18" w:space="6" w:color="C9CDD4"/>
        </w:pBdr>
        <w:spacing w:after="40"/>
      </w:pPr>
      <w:r>
        <w:rPr>
          <w:rFonts w:ascii="Calibri" w:hAnsi="Calibri" w:cs="Calibri" w:eastAsia="宋体"/>
        </w:rPr>
        <w:t>医生原话：皮瓣的话是不浪费你自己的自身组织，当然要看你皮瓣的条件好不好，尤其是你阴囊的毛发多不多，如果你阴囊的毛发特别的重，那你可能还需要先去脱毛，你得脱完毛以后，那个皮才能用。</w:t>
      </w:r>
    </w:p>
    <w:p>
      <w:pPr>
        <w:spacing w:after="100"/>
      </w:pPr>
      <w:r>
        <w:rPr>
          <w:rFonts w:ascii="Calibri" w:hAnsi="Calibri" w:cs="Calibri" w:eastAsia="宋体"/>
        </w:rPr>
        <w:t>并且医生提出如果毛发很多的话，可能会采用全口腔黏膜的方案，也就是说并不一定使用皮瓣技术。</w:t>
      </w:r>
    </w:p>
    <w:p>
      <w:pPr>
        <w:pStyle w:val="Heading6"/>
      </w:pPr>
      <w:r>
        <w:rPr>
          <w:rFonts w:ascii="Calibri" w:hAnsi="Calibri" w:cs="Calibri" w:eastAsia="宋体"/>
        </w:rPr>
        <w:t>阴道设计长度</w:t>
      </w:r>
    </w:p>
    <w:p>
      <w:pPr>
        <w:spacing w:after="100"/>
      </w:pPr>
      <w:r>
        <w:rPr>
          <w:rFonts w:ascii="Calibri" w:hAnsi="Calibri" w:cs="Calibri" w:eastAsia="宋体"/>
        </w:rPr>
        <w:t>阴道的设计长度为12公分，但最后实际保留长度受个人通模情况影响，医院对此不做保证。</w:t>
      </w:r>
    </w:p>
    <w:p>
      <w:pPr>
        <w:pStyle w:val="Heading6"/>
      </w:pPr>
      <w:r>
        <w:rPr>
          <w:rFonts w:ascii="Calibri" w:hAnsi="Calibri" w:cs="Calibri" w:eastAsia="宋体"/>
        </w:rPr>
        <w:t>术后敏感度保留，是否会用到尿道粘膜之类的？</w:t>
      </w:r>
    </w:p>
    <w:p>
      <w:pPr>
        <w:spacing w:after="100"/>
      </w:pPr>
      <w:r>
        <w:rPr>
          <w:rFonts w:ascii="Calibri" w:hAnsi="Calibri" w:cs="Calibri" w:eastAsia="宋体"/>
        </w:rPr>
        <w:t>敏感度受个人体质影响，会使用尿道粘膜。</w:t>
      </w:r>
    </w:p>
    <w:p>
      <w:pPr>
        <w:spacing w:after="100"/>
      </w:pPr>
      <w:r>
        <w:rPr>
          <w:rFonts w:ascii="Calibri" w:hAnsi="Calibri" w:cs="Calibri" w:eastAsia="宋体"/>
        </w:rPr>
        <w:t>医生提出，尿道粘膜实际上可能并没有多少敏感度，医生会保留一点点做阴道的上壁，但是并不会保留得特别多；尿道粘膜到后期实际上是全部被磨掉然后重新再生的，即不能确定与原本尿道感觉是否一样。</w:t>
      </w:r>
    </w:p>
    <w:p>
      <w:pPr>
        <w:pStyle w:val="Heading6"/>
      </w:pPr>
      <w:r>
        <w:rPr>
          <w:rFonts w:ascii="Calibri" w:hAnsi="Calibri" w:cs="Calibri" w:eastAsia="宋体"/>
        </w:rPr>
        <w:t>是否有下联合？</w:t>
      </w:r>
    </w:p>
    <w:p>
      <w:pPr>
        <w:spacing w:after="100"/>
      </w:pPr>
      <w:r>
        <w:rPr>
          <w:rFonts w:ascii="Calibri" w:hAnsi="Calibri" w:cs="Calibri" w:eastAsia="宋体"/>
        </w:rPr>
        <w:t>无性生活的话可以要求0深有下联合，但如果要求有性生活的话则无法拥有下联合，或者说无法拥有较好看的下联合，下联合会比较矮。</w:t>
      </w:r>
    </w:p>
    <w:p>
      <w:pPr>
        <w:spacing w:after="100"/>
      </w:pPr>
      <w:r>
        <w:rPr>
          <w:rFonts w:ascii="Calibri" w:hAnsi="Calibri" w:cs="Calibri" w:eastAsia="宋体"/>
        </w:rPr>
        <w:t>医生作出的解释为，男生的耻骨是要比女生要更低的，耻骨的位置决定了阴道口的位置高低，如果你想要有个漂亮的下联合的话，即代表几乎就要把阴道完全盖住，就几乎没有办法正常过性生活；如果想有一个能过性生活的这个正常阴道，下联合必然要往下移，即代表不会是一个很漂亮的外观。</w:t>
      </w:r>
    </w:p>
    <w:p>
      <w:pPr>
        <w:pStyle w:val="Heading6"/>
      </w:pPr>
      <w:r>
        <w:rPr>
          <w:rFonts w:ascii="Calibri" w:hAnsi="Calibri" w:cs="Calibri" w:eastAsia="宋体"/>
        </w:rPr>
        <w:t>疤痕会不会很明显?</w:t>
      </w:r>
    </w:p>
    <w:p>
      <w:pPr>
        <w:spacing w:after="100"/>
      </w:pPr>
      <w:r>
        <w:rPr>
          <w:rFonts w:ascii="Calibri" w:hAnsi="Calibri" w:cs="Calibri" w:eastAsia="宋体"/>
        </w:rPr>
        <w:t>伤疤明显程度受个人体质影响，若你的阴囊较小，则疤痕不太会很明显，甚至看不出来，但若阴囊大，则疤痕可能较为明显。</w:t>
      </w:r>
    </w:p>
    <w:p>
      <w:pPr>
        <w:spacing w:after="100"/>
      </w:pPr>
      <w:r>
        <w:rPr>
          <w:rFonts w:ascii="Calibri" w:hAnsi="Calibri" w:cs="Calibri" w:eastAsia="宋体"/>
        </w:rPr>
        <w:t>医生说明，两边阴唇位置的伤疤相较于其他部位可能会比较明显，如果提前切除了睾丸，则不用做额外的阴囊处理，也就是有一定可能会没有这个刀口。</w:t>
      </w:r>
    </w:p>
    <w:p>
      <w:pPr>
        <w:pStyle w:val="Heading5"/>
      </w:pPr>
      <w:r>
        <w:rPr>
          <w:rFonts w:ascii="Calibri" w:hAnsi="Calibri" w:cs="Calibri" w:eastAsia="宋体"/>
        </w:rPr>
        <w:t>住院时间</w:t>
      </w:r>
    </w:p>
    <w:p>
      <w:pPr>
        <w:spacing w:after="100"/>
      </w:pPr>
      <w:r>
        <w:rPr>
          <w:rFonts w:ascii="Calibri" w:hAnsi="Calibri" w:cs="Calibri" w:eastAsia="宋体"/>
        </w:rPr>
        <w:t>住院时间至少两周。</w:t>
      </w:r>
    </w:p>
    <w:p>
      <w:pPr>
        <w:pStyle w:val="Heading5"/>
      </w:pPr>
      <w:r>
        <w:rPr>
          <w:rFonts w:ascii="Calibri" w:hAnsi="Calibri" w:cs="Calibri" w:eastAsia="宋体"/>
        </w:rPr>
        <w:t>实际外观</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仅文字描述，图片资源暂时欠缺。</w:t>
      </w:r>
    </w:p>
    <w:p>
      <w:pPr>
        <w:spacing w:after="100"/>
      </w:pPr>
      <w:r>
        <w:rPr>
          <w:rFonts w:ascii="Calibri" w:hAnsi="Calibri" w:cs="Calibri" w:eastAsia="宋体"/>
        </w:rPr>
        <w:t>整个上半部分外观与顺女无异，唯一的缺陷是紧贴着两侧大阴唇的疤痕，但其实不算很宽。</w:t>
      </w:r>
    </w:p>
    <w:p>
      <w:pPr>
        <w:spacing w:after="100"/>
      </w:pPr>
      <w:r>
        <w:rPr>
          <w:rFonts w:ascii="Calibri" w:hAnsi="Calibri" w:cs="Calibri" w:eastAsia="宋体"/>
        </w:rPr>
        <w:t>如果下半部分要求性功能的话，可以看出有一点点的下联合，但很矮很矮，几乎与没有无异，阴道那里也是漏出了一些，明显不太好看，款式为蝴蝶形，较为纤细。</w:t>
      </w:r>
    </w:p>
    <w:p>
      <w:pPr>
        <w:pStyle w:val="Heading5"/>
      </w:pPr>
      <w:r>
        <w:rPr>
          <w:rFonts w:ascii="Calibri" w:hAnsi="Calibri" w:cs="Calibri" w:eastAsia="宋体"/>
        </w:rPr>
        <w:t>原始资料（询问细节）</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以下内容来自于 2021 年 11 月 1 日的一次询问，请注意辨别信息是否真实可信。</w:t>
      </w:r>
    </w:p>
    <w:p>
      <w:pPr>
        <w:spacing w:after="100"/>
      </w:pPr>
      <w:r>
        <w:rPr>
          <w:rFonts w:ascii="Calibri" w:hAnsi="Calibri" w:cs="Calibri" w:eastAsia="宋体"/>
        </w:rPr>
        <w:t xml:space="preserve">询问医生：整形外科 </w:t>
      </w:r>
      <w:r>
        <w:rPr>
          <w:rFonts w:ascii="Calibri" w:hAnsi="Calibri" w:cs="Calibri" w:eastAsia="宋体"/>
        </w:rPr>
        <w:t>李峰永</w:t>
      </w:r>
    </w:p>
    <w:p>
      <w:pPr>
        <w:spacing w:after="100"/>
      </w:pPr>
      <w:r>
        <w:rPr>
          <w:rFonts w:ascii="Calibri" w:hAnsi="Calibri" w:cs="Calibri" w:eastAsia="宋体"/>
        </w:rPr>
        <w:t>提问：</w:t>
      </w:r>
    </w:p>
    <w:p>
      <w:pPr>
        <w:shd w:val="clear" w:color="auto" w:fill="F7F8FA"/>
        <w:pBdr>
          <w:left w:val="single" w:sz="18" w:space="6" w:color="C9CDD4"/>
        </w:pBdr>
        <w:spacing w:after="40"/>
      </w:pPr>
      <w:r>
        <w:rPr>
          <w:rFonts w:ascii="Calibri" w:hAnsi="Calibri" w:cs="Calibri" w:eastAsia="宋体"/>
        </w:rPr>
        <w:t>你好，想问一下关于性别重置手术。</w:t>
      </w:r>
      <w:r>
        <w:br/>
      </w:r>
      <w:r>
        <w:br/>
      </w:r>
      <w:r>
        <w:rPr>
          <w:rFonts w:ascii="Calibri" w:hAnsi="Calibri" w:cs="Calibri" w:eastAsia="宋体"/>
        </w:rPr>
        <w:t>听说你们医院可以做这种手术。</w:t>
      </w:r>
      <w:r>
        <w:br/>
      </w:r>
      <w:r>
        <w:br/>
      </w:r>
      <w:r>
        <w:rPr>
          <w:rFonts w:ascii="Calibri" w:hAnsi="Calibri" w:cs="Calibri" w:eastAsia="宋体"/>
        </w:rPr>
        <w:t>想了解一下，做这个手术需要的材料/手续有哪些，</w:t>
      </w:r>
      <w:r>
        <w:br/>
      </w:r>
      <w:r>
        <w:br/>
      </w:r>
      <w:r>
        <w:rPr>
          <w:rFonts w:ascii="Calibri" w:hAnsi="Calibri" w:cs="Calibri" w:eastAsia="宋体"/>
        </w:rPr>
        <w:t>手术费大约多少，如果现在预约那么多久之后可以手术。</w:t>
      </w:r>
      <w:r>
        <w:br/>
      </w:r>
      <w:r>
        <w:br/>
      </w:r>
      <w:r>
        <w:rPr>
          <w:rFonts w:ascii="Calibri" w:hAnsi="Calibri" w:cs="Calibri" w:eastAsia="宋体"/>
        </w:rPr>
        <w:t>还有，如果要进一步详细了解（面诊），应该如何挂号？</w:t>
      </w:r>
    </w:p>
    <w:p>
      <w:pPr>
        <w:spacing w:after="100"/>
      </w:pPr>
      <w:r>
        <w:rPr>
          <w:rFonts w:ascii="Calibri" w:hAnsi="Calibri" w:cs="Calibri" w:eastAsia="宋体"/>
        </w:rPr>
        <w:t>回复：</w:t>
      </w:r>
    </w:p>
    <w:p>
      <w:pPr>
        <w:shd w:val="clear" w:color="auto" w:fill="F7F8FA"/>
        <w:pBdr>
          <w:left w:val="single" w:sz="18" w:space="6" w:color="C9CDD4"/>
        </w:pBdr>
        <w:spacing w:after="40"/>
      </w:pPr>
      <w:r>
        <w:rPr>
          <w:rFonts w:ascii="Calibri" w:hAnsi="Calibri" w:cs="Calibri" w:eastAsia="宋体"/>
        </w:rPr>
        <w:t>你好。性别重置的手术我们医院是可以做，</w:t>
      </w:r>
      <w:r>
        <w:br/>
      </w:r>
      <w:r>
        <w:br/>
      </w:r>
      <w:r>
        <w:rPr>
          <w:rFonts w:ascii="Calibri" w:hAnsi="Calibri" w:cs="Calibri" w:eastAsia="宋体"/>
        </w:rPr>
        <w:t>但是术前需要一些伦理委员会审批的批件，</w:t>
      </w:r>
      <w:r>
        <w:br/>
      </w:r>
      <w:r>
        <w:br/>
      </w:r>
      <w:r>
        <w:rPr>
          <w:rFonts w:ascii="Calibri" w:hAnsi="Calibri" w:cs="Calibri" w:eastAsia="宋体"/>
        </w:rPr>
        <w:t>首先要通过伦理委员会的审批，我们才能够转手到临床来进行治疗。</w:t>
      </w:r>
      <w:r>
        <w:br/>
      </w:r>
      <w:r>
        <w:br/>
      </w:r>
      <w:r>
        <w:rPr>
          <w:rFonts w:ascii="Calibri" w:hAnsi="Calibri" w:cs="Calibri" w:eastAsia="宋体"/>
        </w:rPr>
        <w:t>伦理委员会需要的材料，包括你本人的申请公证的文件，</w:t>
      </w:r>
      <w:r>
        <w:br/>
      </w:r>
      <w:r>
        <w:br/>
      </w:r>
      <w:r>
        <w:rPr>
          <w:rFonts w:ascii="Calibri" w:hAnsi="Calibri" w:cs="Calibri" w:eastAsia="宋体"/>
        </w:rPr>
        <w:t>还有你的父母同意你进行变性手术的文件并进行公证，</w:t>
      </w:r>
      <w:r>
        <w:br/>
      </w:r>
      <w:r>
        <w:br/>
      </w:r>
      <w:r>
        <w:rPr>
          <w:rFonts w:ascii="Calibri" w:hAnsi="Calibri" w:cs="Calibri" w:eastAsia="宋体"/>
        </w:rPr>
        <w:t>然后要有你当地的派出所的无犯罪记录证明，</w:t>
      </w:r>
      <w:r>
        <w:br/>
      </w:r>
      <w:r>
        <w:br/>
      </w:r>
      <w:r>
        <w:rPr>
          <w:rFonts w:ascii="Calibri" w:hAnsi="Calibri" w:cs="Calibri" w:eastAsia="宋体"/>
        </w:rPr>
        <w:t>还有你要接受至少一年的心理咨询，</w:t>
      </w:r>
      <w:r>
        <w:br/>
      </w:r>
      <w:r>
        <w:br/>
      </w:r>
      <w:r>
        <w:rPr>
          <w:rFonts w:ascii="Calibri" w:hAnsi="Calibri" w:cs="Calibri" w:eastAsia="宋体"/>
        </w:rPr>
        <w:t>然后说确认是易性癖病且心理治疗干预无效的这样一个证明文件。</w:t>
      </w:r>
    </w:p>
    <w:p>
      <w:pPr>
        <w:shd w:val="clear" w:color="auto" w:fill="F7F8FA"/>
        <w:pBdr>
          <w:left w:val="single" w:sz="18" w:space="6" w:color="C9CDD4"/>
        </w:pBdr>
        <w:spacing w:after="40"/>
      </w:pPr>
      <w:r>
        <w:rPr>
          <w:rFonts w:ascii="Calibri" w:hAnsi="Calibri" w:cs="Calibri" w:eastAsia="宋体"/>
        </w:rPr>
        <w:t>你所有这些材料都准备齐了之后，</w:t>
      </w:r>
      <w:r>
        <w:br/>
      </w:r>
      <w:r>
        <w:br/>
      </w:r>
      <w:r>
        <w:rPr>
          <w:rFonts w:ascii="Calibri" w:hAnsi="Calibri" w:cs="Calibri" w:eastAsia="宋体"/>
        </w:rPr>
        <w:t>可以在我们医院的 APP 上 八大处成型 APP 上预约挂号来面诊，</w:t>
      </w:r>
      <w:r>
        <w:br/>
      </w:r>
      <w:r>
        <w:br/>
      </w:r>
      <w:r>
        <w:rPr>
          <w:rFonts w:ascii="Calibri" w:hAnsi="Calibri" w:cs="Calibri" w:eastAsia="宋体"/>
        </w:rPr>
        <w:t>或者是提前到医院来递交书面申请材料，</w:t>
      </w:r>
      <w:r>
        <w:br/>
      </w:r>
      <w:r>
        <w:br/>
      </w:r>
      <w:r>
        <w:rPr>
          <w:rFonts w:ascii="Calibri" w:hAnsi="Calibri" w:cs="Calibri" w:eastAsia="宋体"/>
        </w:rPr>
        <w:t>然后医院会根据你的情况召开伦理委员会，如果伦理委员会能够通过的话，</w:t>
      </w:r>
      <w:r>
        <w:br/>
      </w:r>
      <w:r>
        <w:br/>
      </w:r>
      <w:r>
        <w:rPr>
          <w:rFonts w:ascii="Calibri" w:hAnsi="Calibri" w:cs="Calibri" w:eastAsia="宋体"/>
        </w:rPr>
        <w:t>就可以进入到临床治疗的流程了。</w:t>
      </w:r>
      <w:r>
        <w:br/>
      </w:r>
      <w:r>
        <w:br/>
      </w:r>
      <w:r>
        <w:rPr>
          <w:rFonts w:ascii="Calibri" w:hAnsi="Calibri" w:cs="Calibri" w:eastAsia="宋体"/>
        </w:rPr>
        <w:t>一旦进入到临床治疗流程的话，一期手术首先是要进行男性的，</w:t>
      </w:r>
      <w:r>
        <w:br/>
      </w:r>
      <w:r>
        <w:br/>
      </w:r>
      <w:r>
        <w:rPr>
          <w:rFonts w:ascii="Calibri" w:hAnsi="Calibri" w:cs="Calibri" w:eastAsia="宋体"/>
        </w:rPr>
        <w:t>你如果是男变女的话，首先要进行男性的外生殖器以及睾丸的切除，</w:t>
      </w:r>
      <w:r>
        <w:br/>
      </w:r>
      <w:r>
        <w:br/>
      </w:r>
      <w:r>
        <w:rPr>
          <w:rFonts w:ascii="Calibri" w:hAnsi="Calibri" w:cs="Calibri" w:eastAsia="宋体"/>
        </w:rPr>
        <w:t>同期行女性会阴和阴道的再造。</w:t>
      </w:r>
      <w:r>
        <w:br/>
      </w:r>
      <w:r>
        <w:br/>
      </w:r>
      <w:r>
        <w:rPr>
          <w:rFonts w:ascii="Calibri" w:hAnsi="Calibri" w:cs="Calibri" w:eastAsia="宋体"/>
        </w:rPr>
        <w:t>然后后面的话是女性特征的再造是分几期逐步的完成的。</w:t>
      </w:r>
    </w:p>
    <w:p>
      <w:pPr>
        <w:shd w:val="clear" w:color="auto" w:fill="F7F8FA"/>
        <w:pBdr>
          <w:left w:val="single" w:sz="18" w:space="6" w:color="C9CDD4"/>
        </w:pBdr>
        <w:spacing w:after="40"/>
      </w:pPr>
      <w:r>
        <w:rPr>
          <w:rFonts w:ascii="Calibri" w:hAnsi="Calibri" w:cs="Calibri" w:eastAsia="宋体"/>
        </w:rPr>
        <w:t>第一期阴茎和睾丸切除，女性的这些性器官的再造的费用，</w:t>
      </w:r>
      <w:r>
        <w:br/>
      </w:r>
      <w:r>
        <w:br/>
      </w:r>
      <w:r>
        <w:rPr>
          <w:rFonts w:ascii="Calibri" w:hAnsi="Calibri" w:cs="Calibri" w:eastAsia="宋体"/>
        </w:rPr>
        <w:t>大概是要 6 万多的押金。</w:t>
      </w:r>
      <w:r>
        <w:br/>
      </w:r>
      <w:r>
        <w:br/>
      </w:r>
      <w:r>
        <w:rPr>
          <w:rFonts w:ascii="Calibri" w:hAnsi="Calibri" w:cs="Calibri" w:eastAsia="宋体"/>
        </w:rPr>
        <w:t>然后二期如果需要做胸的话，那么根据情况，</w:t>
      </w:r>
      <w:r>
        <w:br/>
      </w:r>
      <w:r>
        <w:br/>
      </w:r>
      <w:r>
        <w:rPr>
          <w:rFonts w:ascii="Calibri" w:hAnsi="Calibri" w:cs="Calibri" w:eastAsia="宋体"/>
        </w:rPr>
        <w:t>如果需要放假体之类的，那么费用 4 万到 6 万左右，</w:t>
      </w:r>
      <w:r>
        <w:br/>
      </w:r>
      <w:r>
        <w:br/>
      </w:r>
      <w:r>
        <w:rPr>
          <w:rFonts w:ascii="Calibri" w:hAnsi="Calibri" w:cs="Calibri" w:eastAsia="宋体"/>
        </w:rPr>
        <w:t>因为假体的费用是有差异的，手术的费用是固定的，</w:t>
      </w:r>
      <w:r>
        <w:br/>
      </w:r>
      <w:r>
        <w:br/>
      </w:r>
      <w:r>
        <w:rPr>
          <w:rFonts w:ascii="Calibri" w:hAnsi="Calibri" w:cs="Calibri" w:eastAsia="宋体"/>
        </w:rPr>
        <w:t>然后在后面有一些细化的，比如说脱毛，</w:t>
      </w:r>
      <w:r>
        <w:br/>
      </w:r>
      <w:r>
        <w:br/>
      </w:r>
      <w:r>
        <w:rPr>
          <w:rFonts w:ascii="Calibri" w:hAnsi="Calibri" w:cs="Calibri" w:eastAsia="宋体"/>
        </w:rPr>
        <w:t>皮肤细化这些东西的话，就根据每一项的价格不同有不同的费用，</w:t>
      </w:r>
      <w:r>
        <w:br/>
      </w:r>
      <w:r>
        <w:br/>
      </w:r>
      <w:r>
        <w:rPr>
          <w:rFonts w:ascii="Calibri" w:hAnsi="Calibri" w:cs="Calibri" w:eastAsia="宋体"/>
        </w:rPr>
        <w:t>总之是看你自己具体想要做到哪一步，</w:t>
      </w:r>
      <w:r>
        <w:br/>
      </w:r>
      <w:r>
        <w:br/>
      </w:r>
      <w:r>
        <w:rPr>
          <w:rFonts w:ascii="Calibri" w:hAnsi="Calibri" w:cs="Calibri" w:eastAsia="宋体"/>
        </w:rPr>
        <w:t>但是前面最重要的是你需要把材料备齐，你才能说后边所有的这些临床治疗的问题。</w:t>
      </w:r>
    </w:p>
    <w:p>
      <w:pPr>
        <w:pStyle w:val="Heading4"/>
      </w:pPr>
      <w:r>
        <w:rPr>
          <w:rFonts w:ascii="Calibri" w:hAnsi="Calibri" w:cs="Calibri" w:eastAsia="微软雅黑"/>
        </w:rPr>
        <w:t>4.7.4.4  对舞蹈家金星SRS医院的考据</w:t>
      </w:r>
    </w:p>
    <w:p>
      <w:pPr>
        <w:spacing w:after="160"/>
      </w:pPr>
      <w:r>
        <w:rPr>
          <w:rFonts w:ascii="Calibri" w:hAnsi="Calibri" w:cs="Calibri" w:eastAsia="宋体"/>
          <w:color w:val="6B7280"/>
          <w:sz w:val="16"/>
        </w:rPr>
        <w:t>原文：https://mtf.wiki/zh-cn/docs/srs/china/psh/Jinxing · 最近更新：2026年10月14日</w:t>
      </w:r>
    </w:p>
    <w:p>
      <w:pPr>
        <w:pStyle w:val="Heading5"/>
      </w:pPr>
      <w:r>
        <w:rPr>
          <w:rFonts w:ascii="Calibri" w:hAnsi="Calibri" w:cs="Calibri" w:eastAsia="宋体"/>
        </w:rPr>
        <w:t>【材料一】金星自传《半梦》中“1993~1997：重回故国”篇</w:t>
      </w:r>
    </w:p>
    <w:p>
      <w:pPr>
        <w:pStyle w:val="Heading6"/>
      </w:pPr>
      <w:r>
        <w:rPr>
          <w:rFonts w:ascii="Calibri" w:hAnsi="Calibri" w:cs="Calibri" w:eastAsia="宋体"/>
        </w:rPr>
        <w:t>1.做个真正女人</w:t>
      </w:r>
    </w:p>
    <w:p>
      <w:pPr>
        <w:spacing w:after="100"/>
      </w:pPr>
      <w:r>
        <w:rPr>
          <w:rFonts w:ascii="Calibri" w:hAnsi="Calibri" w:cs="Calibri" w:eastAsia="宋体"/>
        </w:rPr>
        <w:t>过了1995年春节后，医院来电话，说高干病房有位子了，你住院吗？我听说后，大年初一就收拾行装，去医院了。成方圆知道我要做变性手术，还劝我说：“你现在不是可以吗？干吗要做那样的手术？”我说：“我不满足于自己的生命只做到可以，我要做就要做最好的，做到极致。”</w:t>
      </w:r>
    </w:p>
    <w:p>
      <w:pPr>
        <w:spacing w:after="100"/>
      </w:pPr>
      <w:r>
        <w:rPr>
          <w:rFonts w:ascii="Calibri" w:hAnsi="Calibri" w:cs="Calibri" w:eastAsia="宋体"/>
        </w:rPr>
        <w:t>临进医院那一天，朋友们来送我。我有一个很好的朋友，叫李小明，他是中央电视台东方时空的一个记者。从1993年《半梦》开始，他就开始跟拍我。他说：“我要记录你的生活。”</w:t>
      </w:r>
    </w:p>
    <w:p>
      <w:pPr>
        <w:spacing w:after="100"/>
      </w:pPr>
      <w:r>
        <w:rPr>
          <w:rFonts w:ascii="Calibri" w:hAnsi="Calibri" w:cs="Calibri" w:eastAsia="宋体"/>
        </w:rPr>
        <w:t>妈妈送我的时候，流下了眼泪。她这是在看儿子最后一眼，下次见到我，就是女儿啦。妈妈伏在门口的墙上哭了半天，她的内心是复杂的，她为我承受了很多痛苦。但妈妈很刚强，她不会说出来，她会支持，会让时间去消化。</w:t>
      </w:r>
    </w:p>
    <w:p>
      <w:pPr>
        <w:spacing w:after="100"/>
      </w:pPr>
      <w:r>
        <w:rPr>
          <w:rFonts w:ascii="Calibri" w:hAnsi="Calibri" w:cs="Calibri" w:eastAsia="宋体"/>
        </w:rPr>
        <w:t>在去香山医院的路上，我流下了眼泪。我是在感慨，我的这一生，让妈妈承担的太多；另外一个原因是，我就要告别自己的男儿身，同时也在感谢我的男儿身曾给了我28年的好经验。</w:t>
      </w:r>
    </w:p>
    <w:p>
      <w:pPr>
        <w:spacing w:after="100"/>
      </w:pPr>
      <w:r>
        <w:rPr>
          <w:rFonts w:ascii="Calibri" w:hAnsi="Calibri" w:cs="Calibri" w:eastAsia="宋体"/>
        </w:rPr>
        <w:t>我的朋友们谁也没有意识到我会做变性手术。因为我平时从来没有像娘娘腔似的说话，该是什么样的声音，就是什么样的声音，我从不扭捏作态。那些扭捏作态的是假女人。我做女人不是追求外在的东西，而是发自内心的愿望。这是一种本质上的区别。我的生理状况完全是男人的结构；可以勃起、射精、产生性交的欲望，但我从来没有和女人发生过任何关系。我产生性交欲望的对象，始终是男人。男人进入我的身体，我能达到一种快感，而当男人要求我进入他的身体时，我会产生反感，马上会陽痿。</w:t>
      </w:r>
    </w:p>
    <w:p>
      <w:pPr>
        <w:spacing w:after="100"/>
      </w:pPr>
      <w:r>
        <w:rPr>
          <w:rFonts w:ascii="Calibri" w:hAnsi="Calibri" w:cs="Calibri" w:eastAsia="宋体"/>
        </w:rPr>
        <w:t>我的角色是个女人。</w:t>
      </w:r>
    </w:p>
    <w:p>
      <w:pPr>
        <w:spacing w:after="100"/>
      </w:pPr>
      <w:r>
        <w:rPr>
          <w:rFonts w:ascii="Calibri" w:hAnsi="Calibri" w:cs="Calibri" w:eastAsia="宋体"/>
        </w:rPr>
        <w:t>这跟同性恋没有关系，而且，完全是一个女人的心理生存在男人的肢体里面。这种心理是非常特殊的。在没有变成女人之前，我的体毛是很重的，比一般男人的雄性特征还要明显。我是个串脸胡子，跟女孩跳舞的时候，女孩们还时常感叹，说我好性感。很多男孩子还羡慕我，说我的生殖器比一般男孩大。我还开玩笑说：“羡慕什么，放到我这里浪费了。”我的男性生理一切正常。我19岁时，经常赤裸着身体，站在镜子面前。我如果是一米八的身材，长得粗壮，我就不做手术了。但老天爷给了我一个女人的脸庞和女人的骨骼，所以，我毅然选择了变成女人。</w:t>
      </w:r>
    </w:p>
    <w:p>
      <w:pPr>
        <w:spacing w:after="100"/>
      </w:pPr>
      <w:r>
        <w:rPr>
          <w:rFonts w:ascii="Calibri" w:hAnsi="Calibri" w:cs="Calibri" w:eastAsia="宋体"/>
        </w:rPr>
        <w:t>我住进了北京香山医院中二病房。办完住院手术后，我又去北医三院去做心理检查。医生拿来一个册子，里面有1000多个问题让我来解答。回答很简单，是，还是不是。这都是些细小的琐事，有些问题是在重复地提问。这1000多个问题，如果回答对有60%的正确，你就有女性的倾向，但不适合做手术；过了75分，偏向女性，可以通过治疗纠正过来；过了80分，基本上达到女性标准，可以做手术了。我的分数算了一下，94分，医生说：你去做吧，一点问题也没有。我很理性，很多问题翻来覆去问，我都回答得一模一样。</w:t>
      </w:r>
    </w:p>
    <w:p>
      <w:pPr>
        <w:pStyle w:val="Heading6"/>
      </w:pPr>
      <w:r>
        <w:rPr>
          <w:rFonts w:ascii="Calibri" w:hAnsi="Calibri" w:cs="Calibri" w:eastAsia="宋体"/>
        </w:rPr>
        <w:t>2.父亲说：28年后，你找到了自己</w:t>
      </w:r>
    </w:p>
    <w:p>
      <w:pPr>
        <w:spacing w:after="100"/>
      </w:pPr>
      <w:r>
        <w:rPr>
          <w:rFonts w:ascii="Calibri" w:hAnsi="Calibri" w:cs="Calibri" w:eastAsia="宋体"/>
        </w:rPr>
        <w:t>我拿着心理测试单回到医院。医院看后，觉得做手术没有问题。但在做手术之前，我还在考虑一个问题，就是我的身份证 。我住院是以男性身份登记入院的。而我做了手术以后，我的身份证 如果没有变过来，是很大的麻烦事。这个时候，我就要跟我父亲摊牌。</w:t>
      </w:r>
    </w:p>
    <w:p>
      <w:pPr>
        <w:spacing w:after="100"/>
      </w:pPr>
      <w:r>
        <w:rPr>
          <w:rFonts w:ascii="Calibri" w:hAnsi="Calibri" w:cs="Calibri" w:eastAsia="宋体"/>
        </w:rPr>
        <w:t>正好，我的父亲到北京出公差，我打电话给父亲说：“我住院了。”</w:t>
      </w:r>
    </w:p>
    <w:p>
      <w:pPr>
        <w:spacing w:after="100"/>
      </w:pPr>
      <w:r>
        <w:rPr>
          <w:rFonts w:ascii="Calibri" w:hAnsi="Calibri" w:cs="Calibri" w:eastAsia="宋体"/>
        </w:rPr>
        <w:t>父亲说：“你住院干什么？”</w:t>
      </w:r>
    </w:p>
    <w:p>
      <w:pPr>
        <w:spacing w:after="100"/>
      </w:pPr>
      <w:r>
        <w:rPr>
          <w:rFonts w:ascii="Calibri" w:hAnsi="Calibri" w:cs="Calibri" w:eastAsia="宋体"/>
        </w:rPr>
        <w:t>我说：“治病。”</w:t>
      </w:r>
    </w:p>
    <w:p>
      <w:pPr>
        <w:spacing w:after="100"/>
      </w:pPr>
      <w:r>
        <w:rPr>
          <w:rFonts w:ascii="Calibri" w:hAnsi="Calibri" w:cs="Calibri" w:eastAsia="宋体"/>
        </w:rPr>
        <w:t>父亲问：“你得什么病了？”</w:t>
      </w:r>
    </w:p>
    <w:p>
      <w:pPr>
        <w:spacing w:after="100"/>
      </w:pPr>
      <w:r>
        <w:rPr>
          <w:rFonts w:ascii="Calibri" w:hAnsi="Calibri" w:cs="Calibri" w:eastAsia="宋体"/>
        </w:rPr>
        <w:t>我说：“你到医院来吧。”</w:t>
      </w:r>
    </w:p>
    <w:p>
      <w:pPr>
        <w:spacing w:after="100"/>
      </w:pPr>
      <w:r>
        <w:rPr>
          <w:rFonts w:ascii="Calibri" w:hAnsi="Calibri" w:cs="Calibri" w:eastAsia="宋体"/>
        </w:rPr>
        <w:t>于是父亲坐车来到香山医院。见了我的面，他问：“你是被烧伤了吗？怎么到整形医院来了？”</w:t>
      </w:r>
    </w:p>
    <w:p>
      <w:pPr>
        <w:spacing w:after="100"/>
      </w:pPr>
      <w:r>
        <w:rPr>
          <w:rFonts w:ascii="Calibri" w:hAnsi="Calibri" w:cs="Calibri" w:eastAsia="宋体"/>
        </w:rPr>
        <w:t>我说：“我要做变性手术，我要做女人了。”</w:t>
      </w:r>
    </w:p>
    <w:p>
      <w:pPr>
        <w:spacing w:after="100"/>
      </w:pPr>
      <w:r>
        <w:rPr>
          <w:rFonts w:ascii="Calibri" w:hAnsi="Calibri" w:cs="Calibri" w:eastAsia="宋体"/>
        </w:rPr>
        <w:t>父亲抽枝烟看着我，愣了两分钟，说：“总算对上号了。”</w:t>
      </w:r>
    </w:p>
    <w:p>
      <w:pPr>
        <w:spacing w:after="100"/>
      </w:pPr>
      <w:r>
        <w:rPr>
          <w:rFonts w:ascii="Calibri" w:hAnsi="Calibri" w:cs="Calibri" w:eastAsia="宋体"/>
        </w:rPr>
        <w:t>听了父亲的回答，我感到非常吃惊：“总算对上号了？什么意思？”</w:t>
      </w:r>
    </w:p>
    <w:p>
      <w:pPr>
        <w:spacing w:after="100"/>
      </w:pPr>
      <w:r>
        <w:rPr>
          <w:rFonts w:ascii="Calibri" w:hAnsi="Calibri" w:cs="Calibri" w:eastAsia="宋体"/>
        </w:rPr>
        <w:t>父亲说：“你知道吗，你小的时候，我怎么看你怎么像个女孩子。28年以后，你找到了你自己，对上号了，祝贺你！”</w:t>
      </w:r>
    </w:p>
    <w:p>
      <w:pPr>
        <w:spacing w:after="100"/>
      </w:pPr>
      <w:r>
        <w:rPr>
          <w:rFonts w:ascii="Calibri" w:hAnsi="Calibri" w:cs="Calibri" w:eastAsia="宋体"/>
        </w:rPr>
        <w:t>我在心里感叹道：原本我以为父亲的反应要超过母亲反应，因为我父亲是一个传统军人，而且，在父亲的三兄弟里，惟独他生了个儿子，金姓家族后嗣还要靠我来延续。我现在要改变性别，对父亲可能是一个打击。没有想到父亲如此开通，令我惊喜万分。</w:t>
      </w:r>
    </w:p>
    <w:p>
      <w:pPr>
        <w:spacing w:after="100"/>
      </w:pPr>
      <w:r>
        <w:rPr>
          <w:rFonts w:ascii="Calibri" w:hAnsi="Calibri" w:cs="Calibri" w:eastAsia="宋体"/>
        </w:rPr>
        <w:t>父亲说：“我能为你做些什么？”</w:t>
      </w:r>
    </w:p>
    <w:p>
      <w:pPr>
        <w:spacing w:after="100"/>
      </w:pPr>
      <w:r>
        <w:rPr>
          <w:rFonts w:ascii="Calibri" w:hAnsi="Calibri" w:cs="Calibri" w:eastAsia="宋体"/>
        </w:rPr>
        <w:t>我说：“你回去把我的身份证改过来吧！”</w:t>
      </w:r>
    </w:p>
    <w:p>
      <w:pPr>
        <w:spacing w:after="100"/>
      </w:pPr>
      <w:r>
        <w:rPr>
          <w:rFonts w:ascii="Calibri" w:hAnsi="Calibri" w:cs="Calibri" w:eastAsia="宋体"/>
        </w:rPr>
        <w:t>父亲便拿着我的身份证回沈陽了。他来到派出所，说：“我的儿子要变成女儿了。我是来给我的孩子改性别的。”</w:t>
      </w:r>
    </w:p>
    <w:p>
      <w:pPr>
        <w:spacing w:after="100"/>
      </w:pPr>
      <w:r>
        <w:rPr>
          <w:rFonts w:ascii="Calibri" w:hAnsi="Calibri" w:cs="Calibri" w:eastAsia="宋体"/>
        </w:rPr>
        <w:t>户籍科的人说：“我们从来没有碰到过这样的事情啊！”</w:t>
      </w:r>
    </w:p>
    <w:p>
      <w:pPr>
        <w:spacing w:after="100"/>
      </w:pPr>
      <w:r>
        <w:rPr>
          <w:rFonts w:ascii="Calibri" w:hAnsi="Calibri" w:cs="Calibri" w:eastAsia="宋体"/>
        </w:rPr>
        <w:t>父亲说：“那你现在就开始写历史吧！”</w:t>
      </w:r>
    </w:p>
    <w:p>
      <w:pPr>
        <w:spacing w:after="100"/>
      </w:pPr>
      <w:r>
        <w:rPr>
          <w:rFonts w:ascii="Calibri" w:hAnsi="Calibri" w:cs="Calibri" w:eastAsia="宋体"/>
        </w:rPr>
        <w:t>户籍科的人便把我的性别改了过来。</w:t>
      </w:r>
    </w:p>
    <w:p>
      <w:pPr>
        <w:spacing w:after="100"/>
      </w:pPr>
      <w:r>
        <w:rPr>
          <w:rFonts w:ascii="Calibri" w:hAnsi="Calibri" w:cs="Calibri" w:eastAsia="宋体"/>
        </w:rPr>
        <w:t>父亲打电话给我，说：“身份证给你办好了。”这时，我的心才完全安定下来，准备开始做手术。</w:t>
      </w:r>
    </w:p>
    <w:p>
      <w:pPr>
        <w:spacing w:after="100"/>
      </w:pPr>
      <w:r>
        <w:rPr>
          <w:rFonts w:ascii="Calibri" w:hAnsi="Calibri" w:cs="Calibri" w:eastAsia="宋体"/>
        </w:rPr>
        <w:t>手术分为三个部分：第一部分是胸部手术。这是经过外科手术进行隆胸。这也是杨主任最拿手的。杨主任让我选择隆胸硅胶材料，问我是做200克、250克还是300克。我先是挑了一件大号的。杨主任说：“太大，会影响你跳舞的。”我最后挑了200克和250克的。然后，我对跟拍我的记者朋友蒋越说：“明天我做手术，麻醉了就什么都不知道了，到时请你帮忙用一个男人的眼光看一看，是200克的好呢？还是250克的好？”蒋越说：“当然250克的好哦！”</w:t>
      </w:r>
    </w:p>
    <w:p>
      <w:pPr>
        <w:spacing w:after="100"/>
      </w:pPr>
      <w:r>
        <w:rPr>
          <w:rFonts w:ascii="Calibri" w:hAnsi="Calibri" w:cs="Calibri" w:eastAsia="宋体"/>
        </w:rPr>
        <w:t>第二天进行隆胸手术，跟拍的记者都穿上了白大褂，为了拍摄效果，手术室又增加了一些灯光，显得非常明亮。手术过程很顺利，硅胶假体完成后，我被送到病房。第二天，我站在镜子前观察自己，发现胸部的曲线变化了，我又接近了女性一步。</w:t>
      </w:r>
    </w:p>
    <w:p>
      <w:pPr>
        <w:spacing w:after="100"/>
      </w:pPr>
      <w:r>
        <w:rPr>
          <w:rFonts w:ascii="Calibri" w:hAnsi="Calibri" w:cs="Calibri" w:eastAsia="宋体"/>
        </w:rPr>
        <w:t>第二部分手术，是去掉毛发和喉结。去掉喉结的软骨时，我虽然打了麻药，但始终处在清醒状态。因为这个手术稍有差错，就会影响到我今后发声。所以，医生边做手术，边让我发出声音，直到成功地将两片软骨切割掉。我的喉结平坦了，消除了男性的特征。</w:t>
      </w:r>
    </w:p>
    <w:p>
      <w:pPr>
        <w:spacing w:after="100"/>
      </w:pPr>
      <w:r>
        <w:rPr>
          <w:rFonts w:ascii="Calibri" w:hAnsi="Calibri" w:cs="Calibri" w:eastAsia="宋体"/>
        </w:rPr>
        <w:t>下面是最痛苦的手术。为了彻底去掉毛发，必须把细胞里的毛囊破坏掉。要去掉嘴上的胡须，就要从嘴线处把肉皮翻开，然后，一根一根把毛囊剔出。但是，医生说：“我今天不能给你打麻药，一打麻药，你的嘴唇会肿，这样会影响缝线，容易缝歪。”我说：“那就不打麻药。”</w:t>
      </w:r>
    </w:p>
    <w:p>
      <w:pPr>
        <w:spacing w:after="100"/>
      </w:pPr>
      <w:r>
        <w:rPr>
          <w:rFonts w:ascii="Calibri" w:hAnsi="Calibri" w:cs="Calibri" w:eastAsia="宋体"/>
        </w:rPr>
        <w:t>手术开始，肉皮翻开一瞬间，钻心的疼啊！接着，一针一针剔出毛囊，这种疼痛又钻进了你的骨髓里。最后，缝合30针，前几针还很疼，过后几十针，我都不觉得疼痛了。一个摄影记者当时看了都晕过去了。我的朋友轻轻抚摩着我的手，传达着他们的安慰。手术过程中，我没有叫一声，因为我如果叫喊，会影响医生的情绪。手术完成后，我的朋友们说：“金星，你比江姐还要厉害啊！”当时，我完全是一种意念：你要变成女人，就必须过这一关。我一定要挺过去。</w:t>
      </w:r>
    </w:p>
    <w:p>
      <w:pPr>
        <w:spacing w:after="100"/>
      </w:pPr>
      <w:r>
        <w:rPr>
          <w:rFonts w:ascii="Calibri" w:hAnsi="Calibri" w:cs="Calibri" w:eastAsia="宋体"/>
        </w:rPr>
        <w:t>杨主任给我做手术时很专注、精细。一个护士 对我说：“杨主任给你做手术每一针都像绣花似的。”是的。原本两个小时的手术，她做了近四五个小时。</w:t>
      </w:r>
    </w:p>
    <w:p>
      <w:pPr>
        <w:spacing w:after="100"/>
      </w:pPr>
      <w:r>
        <w:rPr>
          <w:rFonts w:ascii="Calibri" w:hAnsi="Calibri" w:cs="Calibri" w:eastAsia="宋体"/>
        </w:rPr>
        <w:t>手术过程中，我掉了眼泪，这并不是痛苦的眼泪，而是因为护士漫不经心，把很钝的剪刀递给杨主任时落下的泪水。我是清醒的，我在做手术的时候，有两个护士在聊天，当杨主任问她们要剪刀时，她们把一把钝的剪刀递给杨主任。杨主任生气地说：“这么钝的剪刀，怎么能够用呢？”我们的护士太不敬业了，我为之感到伤心！这是我落泪的真实原因。</w:t>
      </w:r>
    </w:p>
    <w:p>
      <w:pPr>
        <w:spacing w:after="100"/>
      </w:pPr>
      <w:r>
        <w:rPr>
          <w:rFonts w:ascii="Calibri" w:hAnsi="Calibri" w:cs="Calibri" w:eastAsia="宋体"/>
        </w:rPr>
        <w:t>前两部分手术做得非常成功。准备做第三个手术的时候，杨主任犹豫了。杨主任说：“金星啊，还做下去吗？”我说：“杨主任，你是什么意思啊？”杨主任说：“你看，你的胸做完了，胡须和喉结也没有了，从外形上看，你完全是个女人了，你平时穿上女性的衣服，别人也不知道，就这样吧！”我说：“杨主任你是在开玩笑啊！这叫什么回事？这可真是男不男、女不女啦！我可不是泰国的人妖！”</w:t>
      </w:r>
    </w:p>
    <w:p>
      <w:pPr>
        <w:spacing w:after="100"/>
      </w:pPr>
      <w:r>
        <w:rPr>
          <w:rFonts w:ascii="Calibri" w:hAnsi="Calibri" w:cs="Calibri" w:eastAsia="宋体"/>
        </w:rPr>
        <w:t>杨主任说：“你要慎重考虑考虑。”我说：“我考虑好了。”我反复做杨主任的工作，给她增加信心。杨主任以前做过刚出生不久的双性人手术，但像我这样的变性手术从来没有做过。我从比利时带回来一个比较先进的手术方案，跟杨主任一起商量。我说：“我的生理条件和外国人有的地方是不一样的。”</w:t>
      </w:r>
    </w:p>
    <w:p>
      <w:pPr>
        <w:spacing w:after="100"/>
      </w:pPr>
      <w:r>
        <w:rPr>
          <w:rFonts w:ascii="Calibri" w:hAnsi="Calibri" w:cs="Calibri" w:eastAsia="宋体"/>
        </w:rPr>
        <w:t>于是，杨主任他们结合我的生理情况，制订了一套新的手术方案。医院所有的医生都聚在一起，共同研究这个新的课题。</w:t>
      </w:r>
    </w:p>
    <w:p>
      <w:pPr>
        <w:pStyle w:val="Heading6"/>
      </w:pPr>
      <w:r>
        <w:rPr>
          <w:rFonts w:ascii="Calibri" w:hAnsi="Calibri" w:cs="Calibri" w:eastAsia="宋体"/>
        </w:rPr>
        <w:t>3.凤凰涅磐</w:t>
      </w:r>
    </w:p>
    <w:p>
      <w:pPr>
        <w:spacing w:after="100"/>
      </w:pPr>
      <w:r>
        <w:rPr>
          <w:rFonts w:ascii="Calibri" w:hAnsi="Calibri" w:cs="Calibri" w:eastAsia="宋体"/>
        </w:rPr>
        <w:t>4月5日，清明节。那天谁都不做手术，说不吉利。我说：“他们嫌不吉利，我做手术。”护士 说：“金星，你要知道4月5号是清明节啊！”我说：“清明节怕什么？清明嘛，把多余的清除了也就明了啦！清明节做手术，是个好兆头。”</w:t>
      </w:r>
    </w:p>
    <w:p>
      <w:pPr>
        <w:spacing w:after="100"/>
      </w:pPr>
      <w:r>
        <w:rPr>
          <w:rFonts w:ascii="Calibri" w:hAnsi="Calibri" w:cs="Calibri" w:eastAsia="宋体"/>
        </w:rPr>
        <w:t>做手术的前一天，杨主任给我做检查，说：“你有多大把握？”我说：“50%。”杨主任问：那另外50%呢？我说：“我交给上天了。老天爷该怎么处置我就怎么处置我。”</w:t>
      </w:r>
    </w:p>
    <w:p>
      <w:pPr>
        <w:spacing w:after="100"/>
      </w:pPr>
      <w:r>
        <w:rPr>
          <w:rFonts w:ascii="Calibri" w:hAnsi="Calibri" w:cs="Calibri" w:eastAsia="宋体"/>
        </w:rPr>
        <w:t>杨主任摇了摇头。她看我这么坚决，这么清醒，没有任何犹豫，也只好认了。</w:t>
      </w:r>
    </w:p>
    <w:p>
      <w:pPr>
        <w:spacing w:after="100"/>
      </w:pPr>
      <w:r>
        <w:rPr>
          <w:rFonts w:ascii="Calibri" w:hAnsi="Calibri" w:cs="Calibri" w:eastAsia="宋体"/>
        </w:rPr>
        <w:t>第二天，履行手术前的责任签字。医生把责任单给我看了，里面有很多出现意外后果由自己承担的风险。我大略看后，毅然在上面签了字。这个时候，我真的把自己交给了老天爷，看老天怎么安排我今后的命运。</w:t>
      </w:r>
    </w:p>
    <w:p>
      <w:pPr>
        <w:spacing w:after="100"/>
      </w:pPr>
      <w:r>
        <w:rPr>
          <w:rFonts w:ascii="Calibri" w:hAnsi="Calibri" w:cs="Calibri" w:eastAsia="宋体"/>
        </w:rPr>
        <w:t>我是早晨9点进入手术室，全麻，整个手术做了16个小时。其中，我发生大出血四个小时，找不到血源，血直往外冒，只有不停地给我输血。这真应验了我有血光之灾。杨主任也辛苦，她跪着做了十几个小时的手术。手术最后做得非常成功！但是，出现了一个非常大的医疗事故。我是坐在生孩子的架子上做的手术。手术过程中，他们没有锁好我的左腿架子，架子跑脱了，滑到我小腿的肌肉上，卡住了血液向下流通的渠道，血液不循环了，肌肉高度痉挛。我的腿是被蒙住的，但护士16个小时都没有检查我的腿的温度是否正常，小腿破了。16个小时后，我还在手术室做观察。我醒来一看，左小腿肿得比大腿还要粗，五个脚指甲盖，变成了五个小点，深陷在肿胀的肉里面。</w:t>
      </w:r>
    </w:p>
    <w:p>
      <w:pPr>
        <w:spacing w:after="100"/>
      </w:pPr>
      <w:r>
        <w:rPr>
          <w:rFonts w:ascii="Calibri" w:hAnsi="Calibri" w:cs="Calibri" w:eastAsia="宋体"/>
        </w:rPr>
        <w:t>从这个时候开始，我左小腿始终处在麻木状态，这种麻木状态一直持续了两年。看到这种状况，我第一个想法是：“我要跳楼了。”我没有想过我的伤口多疼，我只想着我的腿给毁了。但我动不了，我被绑住了，起不来。观察期过了，我被送回了房间。这时，医生全来了，看着我这条腿。我问医生：“我的腿是怎么回事啊？”医生们经过检查，发现是一起医疗事故。</w:t>
      </w:r>
    </w:p>
    <w:p>
      <w:pPr>
        <w:spacing w:after="100"/>
      </w:pPr>
      <w:r>
        <w:rPr>
          <w:rFonts w:ascii="Calibri" w:hAnsi="Calibri" w:cs="Calibri" w:eastAsia="宋体"/>
        </w:rPr>
        <w:t>第二天，我的小腿肿得跟镜面似的，皮肿胀得亮亮的，如果用针一扎，就有一种爆出来的感觉。杨主任把神经科、运动科的医生叫来会诊，然后到隔壁办公室开会。我妈妈也参加了会议。诊断结果：小腿肌肉到脚指尖神经全部坏死，很难恢复，即使恢复过来，也是一个瘸子。</w:t>
      </w:r>
    </w:p>
    <w:p>
      <w:pPr>
        <w:spacing w:after="100"/>
      </w:pPr>
      <w:r>
        <w:rPr>
          <w:rFonts w:ascii="Calibri" w:hAnsi="Calibri" w:cs="Calibri" w:eastAsia="宋体"/>
        </w:rPr>
        <w:t>妈妈听完诊断结果，哭得跟泪人似的。妈妈一边哭，一边说：“金星跳舞跳得不好也就罢了，她跳舞跳得那样好，跳舞就是她的生命，这样的打击，她怎么能够承受得了啊！”</w:t>
      </w:r>
    </w:p>
    <w:p>
      <w:pPr>
        <w:spacing w:after="100"/>
      </w:pPr>
      <w:r>
        <w:rPr>
          <w:rFonts w:ascii="Calibri" w:hAnsi="Calibri" w:cs="Calibri" w:eastAsia="宋体"/>
        </w:rPr>
        <w:t>杨主任对这次不幸的医疗事故非常内疚，直感叹：“我作孽啊！我作孽啊！我把一个优秀的舞蹈演员给毁了！”其实，这不是杨主任的责任，是护士的责任。我躺在床上，能听见隔壁开会的声音。我想：这是为什么？难道我的选择是错误的吗？不会，如果选择是错误的，应该在下面的手术造点麻烦。但下面手术都很成功，为什么我的腿会这样？难道不让我跳舞了吗？不会的，也许好事多磨，老天爷也许是在考验我一下，看我能不能够站起来。</w:t>
      </w:r>
    </w:p>
    <w:p>
      <w:pPr>
        <w:spacing w:after="100"/>
      </w:pPr>
      <w:r>
        <w:rPr>
          <w:rFonts w:ascii="Calibri" w:hAnsi="Calibri" w:cs="Calibri" w:eastAsia="宋体"/>
        </w:rPr>
        <w:t>这个时候，很多朋友来看我。他们都听说我的腿坏了，出医疗大事故了，把一个舞蹈家给毁了。一个星期时间，杨主任瘦了七八斤。她每天从家里给我送来吃的，一直向我表示歉意、内疚。我也看不过去，这虽然不是杨主任的责任，但杨主任是负责这台手术的，医院责成是她的责任。我为杨主任抱不平，医疗体制不健全害了我们，我知道当时手术时护士的态度，责任应归在护士的身上。</w:t>
      </w:r>
    </w:p>
    <w:p>
      <w:pPr>
        <w:spacing w:after="100"/>
      </w:pPr>
      <w:r>
        <w:rPr>
          <w:rFonts w:ascii="Calibri" w:hAnsi="Calibri" w:cs="Calibri" w:eastAsia="宋体"/>
        </w:rPr>
        <w:t>我在纽约最好的姐妹汪燕燕回来了，她来医院看我，一进门，看到眼前的情景，眼泪一下子涌了出来。汪燕燕说：“金星，你是怎么啦？”</w:t>
      </w:r>
    </w:p>
    <w:p>
      <w:pPr>
        <w:spacing w:after="100"/>
      </w:pPr>
      <w:r>
        <w:rPr>
          <w:rFonts w:ascii="Calibri" w:hAnsi="Calibri" w:cs="Calibri" w:eastAsia="宋体"/>
        </w:rPr>
        <w:t>我手术后的身体状况确实很虚弱。大出血，伤元气，体重由原来的120斤减到96斤。我躺在床 上时瘦瘦的，被子盖在我身上也平平的。汪燕燕看了我的腿，把医生全叫来，大声地说：“你们知道吗？你们把一个跳舞的天才给毁了！”医生做解释，汪燕燕不听，她说要打官司！你们得赔偿！汪燕燕回北京后打电话，花钱从美国把最好的律师朋友请来了。我劝汪燕燕说：“不要打官司了，这不是杨主任的责任。”汪燕燕说：“金星，你已经残废了，不能跳舞了，你如果不打官司的话，你将来心里一辈子都不会平衡的。你打赢了官司，将来还有点钱，保证你后半生有依靠。”</w:t>
      </w:r>
    </w:p>
    <w:p>
      <w:pPr>
        <w:spacing w:after="100"/>
      </w:pPr>
      <w:r>
        <w:rPr>
          <w:rFonts w:ascii="Calibri" w:hAnsi="Calibri" w:cs="Calibri" w:eastAsia="宋体"/>
        </w:rPr>
        <w:t>我说：“好吧，那就打官司吧！”我的腿起诉是赔偿一千万。想想看，一千万，那还不得把整个医院给卖了。怎么可能赔一千万呢？一千万还只是个数目问题，如果这个官司打起来的话，杨主任的博士头衔、博士后导师，一切荣誉都将没有了。所以，我当时特别犹豫。不打官司，心里也的确不平衡；打官司吧，又对不起杨教授。因为，这不是杨教授的责任。</w:t>
      </w:r>
    </w:p>
    <w:p>
      <w:pPr>
        <w:spacing w:after="100"/>
      </w:pPr>
      <w:r>
        <w:rPr>
          <w:rFonts w:ascii="Calibri" w:hAnsi="Calibri" w:cs="Calibri" w:eastAsia="宋体"/>
        </w:rPr>
        <w:t>在这个过程中，我经历了半个月时间的思考。那时，我一直躺在床 上苦苦煎熬着。我的腿非常痛，这种痛像是有千万根针扎着我的小腿肚一样，我只好要求护士 给我打杜冷丁止痛。打了杜冷丁，我可以睡上一天。连着打了两天，当第三天我要求继续打的时候，护士拒绝了我的要求。</w:t>
      </w:r>
    </w:p>
    <w:p>
      <w:pPr>
        <w:spacing w:after="100"/>
      </w:pPr>
      <w:r>
        <w:rPr>
          <w:rFonts w:ascii="Calibri" w:hAnsi="Calibri" w:cs="Calibri" w:eastAsia="宋体"/>
        </w:rPr>
        <w:t>护士说：“天天打杜冷丁，上瘾了怎么办？如果继续打，病治好了，你就成毒瘾了。”</w:t>
      </w:r>
    </w:p>
    <w:p>
      <w:pPr>
        <w:spacing w:after="100"/>
      </w:pPr>
      <w:r>
        <w:rPr>
          <w:rFonts w:ascii="Calibri" w:hAnsi="Calibri" w:cs="Calibri" w:eastAsia="宋体"/>
        </w:rPr>
        <w:t>我疼得没有办法，要求护士给我再打一针。</w:t>
      </w:r>
    </w:p>
    <w:p>
      <w:pPr>
        <w:spacing w:after="100"/>
      </w:pPr>
      <w:r>
        <w:rPr>
          <w:rFonts w:ascii="Calibri" w:hAnsi="Calibri" w:cs="Calibri" w:eastAsia="宋体"/>
        </w:rPr>
        <w:t>护士说：“好，就再给你打一针。”</w:t>
      </w:r>
    </w:p>
    <w:p>
      <w:pPr>
        <w:spacing w:after="100"/>
      </w:pPr>
      <w:r>
        <w:rPr>
          <w:rFonts w:ascii="Calibri" w:hAnsi="Calibri" w:cs="Calibri" w:eastAsia="宋体"/>
        </w:rPr>
        <w:t>这一次护士是在骗我，她给我打了一针蒸馏水。由于心理作用，我当时感到舒服多了，竟慢慢地睡着了。</w:t>
      </w:r>
    </w:p>
    <w:p>
      <w:pPr>
        <w:spacing w:after="100"/>
      </w:pPr>
      <w:r>
        <w:rPr>
          <w:rFonts w:ascii="Calibri" w:hAnsi="Calibri" w:cs="Calibri" w:eastAsia="宋体"/>
        </w:rPr>
        <w:t>后来，护士每天就用打蒸馏水的办法骗我，但我仍然被蒙在鼓里，以为打的是杜冷丁。</w:t>
      </w:r>
    </w:p>
    <w:p>
      <w:pPr>
        <w:spacing w:after="100"/>
      </w:pPr>
      <w:r>
        <w:rPr>
          <w:rFonts w:ascii="Calibri" w:hAnsi="Calibri" w:cs="Calibri" w:eastAsia="宋体"/>
        </w:rPr>
        <w:t>一天，我看着我的左脚，内心里叹息不已。我问自己：为什么？这是为什么？难道结局真是这样的吗？我的脚好不了了吗？我用意念盯着我左脚的中指，看了它好一会儿，看见它微微动了一下。我兴奋了！心想，还有希望，我要让小腿的神经慢慢苏醒过来，这是一个漫长的过程，但只要有信心，把这个过程坚持下来，恢复小腿的功能还是有希望的。于是我马上打电话，让律师撤诉。</w:t>
      </w:r>
    </w:p>
    <w:p>
      <w:pPr>
        <w:spacing w:after="100"/>
      </w:pPr>
      <w:r>
        <w:rPr>
          <w:rFonts w:ascii="Calibri" w:hAnsi="Calibri" w:cs="Calibri" w:eastAsia="宋体"/>
        </w:rPr>
        <w:t>然后，我把医生叫过来，让他们赶快为我医治这条腿。我的腿能恢复过来。医院没有运动医学，他们专门派车把我送到北医三院去治疗我的腿。三院的主要治疗手段是扎电针灸。用电针灸刺激我腿部的神经。治疗了半个月的时间，我开始下床 活动。但还是不能走路，我只能坐轮椅到户外活动。我讨厌坐轮椅，便开始拄拐杖；从双拐变成单拐，从单拐到甩掉拐杖，然后，一瘸一拐地走路。</w:t>
      </w:r>
    </w:p>
    <w:p>
      <w:pPr>
        <w:spacing w:after="100"/>
      </w:pPr>
      <w:r>
        <w:rPr>
          <w:rFonts w:ascii="Calibri" w:hAnsi="Calibri" w:cs="Calibri" w:eastAsia="宋体"/>
        </w:rPr>
        <w:t>这只是我的腿的痛苦，而更痛苦的是做下身的手术。为了陰道伤口的愈合，不能解大便，所以，我只能吃流食。痛苦的是陰道换纱布，每天要把堵塞进陰道的纱布抽出来，然后换上新的填塞进去。抽出来时，那种连着肉的疼痛，钻心的疼痛，就像是把你体内的一团肉给撕扯下来。医生说：你每换一次纱布，就等于女人做一次人流。就这样，我每天都得做一次炼狱般的“人流”。</w:t>
      </w:r>
    </w:p>
    <w:p>
      <w:pPr>
        <w:spacing w:after="100"/>
      </w:pPr>
      <w:r>
        <w:rPr>
          <w:rFonts w:ascii="Calibri" w:hAnsi="Calibri" w:cs="Calibri" w:eastAsia="宋体"/>
        </w:rPr>
        <w:t>由于做了陰道造型手术，我必须依靠导尿管往外排尿。一般插导尿管最多插两个星期，而我插了两个半月。为了保持今后不失去排尿功能，我每次用夹子卡住导尿管，等自己有了排尿感觉，才把夹子松开排尿。一个半月，要换导尿管。尿管抽出来的感觉，疼得我失声叫了起来！这种痛已经无法形容，而换上新导尿管再插进去的时候，那种痛苦就更难以言说。新导尿管换上后，由于尿管插得过于靠后，顶着膀胱壁，致使尿管堵塞。当天晚上，我尿不出来，我的肚子胀得发痛。我喊医生，医生帮我按摩肚子，按一下，出来一点尿，按摩了一个半小时，尿才全部排完。第二天早晨，我的肚子又鼓起来，仍然排不出尿。我痛得在床上打滚。医生来了问：“怎么回事啊？”这时，我都快成了半个医生了，我说：“可能是导尿管贴在膀胱壁上了。”医生说：“是吗？”我说：“你试一试吧，到治疗室给我拔出来一点点。”</w:t>
      </w:r>
    </w:p>
    <w:p>
      <w:pPr>
        <w:spacing w:after="100"/>
      </w:pPr>
      <w:r>
        <w:rPr>
          <w:rFonts w:ascii="Calibri" w:hAnsi="Calibri" w:cs="Calibri" w:eastAsia="宋体"/>
        </w:rPr>
        <w:t>我被抬到治疗室，医生把导尿管只拔出来一丁点儿，我的尿便顺利排泄了出来。过了20天，我开始进食，又要过解大便这一关。我的病腿不能弯曲，只能一条腿搭在凳子上，另一条腿支撑着身体。我的手还得堵住陰道的棉纱，不让它掉出来。就这样，解一次大便，我得出一身汗。加上病后虚弱的身体，每一次大便完，从厕所走回病房，得15~20分钟时间。爬到床上休息半天才能够缓过气来。</w:t>
      </w:r>
    </w:p>
    <w:p>
      <w:pPr>
        <w:spacing w:after="100"/>
      </w:pPr>
      <w:r>
        <w:rPr>
          <w:rFonts w:ascii="Calibri" w:hAnsi="Calibri" w:cs="Calibri" w:eastAsia="宋体"/>
        </w:rPr>
        <w:t>白天，我静静躺在床 上思考。经过这一道关口又一道关口的磨难，我想，死也不过如此。我看淡了很多事情。这次再生之后，我突然发现，人进医院是件好事情。虽然肯定会有痛苦，但这种痛苦能让你生命的脚步自然而然地慢下来，平静地思考一下，不再疲于奔命。无论你多么有权有势，在医院，你就是一个无能为力的人。你的生命不在你的手里，你怎么也动不了。这个时候，每个人都是平等的。</w:t>
      </w:r>
    </w:p>
    <w:p>
      <w:pPr>
        <w:pStyle w:val="Heading5"/>
      </w:pPr>
      <w:r>
        <w:rPr>
          <w:rFonts w:ascii="Calibri" w:hAnsi="Calibri" w:cs="Calibri" w:eastAsia="宋体"/>
        </w:rPr>
        <w:t>【材料二】《人民日报》论坛1995年10月23日，《美的使者——记杨佩瑛教授》</w:t>
      </w:r>
    </w:p>
    <w:p>
      <w:pPr>
        <w:spacing w:after="100"/>
      </w:pPr>
      <w:r>
        <w:rPr>
          <w:rFonts w:ascii="Calibri" w:hAnsi="Calibri" w:cs="Calibri" w:eastAsia="宋体"/>
        </w:rPr>
        <w:t xml:space="preserve">第11版(科技园地) </w:t>
      </w:r>
      <w:r>
        <w:br/>
      </w:r>
      <w:r>
        <w:br/>
      </w:r>
      <w:r>
        <w:rPr>
          <w:rFonts w:ascii="Calibri" w:hAnsi="Calibri" w:cs="Calibri" w:eastAsia="宋体"/>
        </w:rPr>
        <w:t>专栏：</w:t>
      </w:r>
    </w:p>
    <w:p>
      <w:pPr>
        <w:spacing w:after="100"/>
      </w:pPr>
      <w:r>
        <w:rPr>
          <w:rFonts w:ascii="Calibri" w:hAnsi="Calibri" w:cs="Calibri" w:eastAsia="宋体"/>
        </w:rPr>
        <w:t xml:space="preserve">　　美的使者 </w:t>
      </w:r>
      <w:r>
        <w:br/>
      </w:r>
      <w:r>
        <w:br/>
      </w:r>
      <w:r>
        <w:rPr>
          <w:rFonts w:ascii="Calibri" w:hAnsi="Calibri" w:cs="Calibri" w:eastAsia="宋体"/>
        </w:rPr>
        <w:t xml:space="preserve">——记杨佩瑛教授 </w:t>
      </w:r>
      <w:r>
        <w:br/>
      </w:r>
      <w:r>
        <w:br/>
      </w:r>
      <w:r>
        <w:rPr>
          <w:rFonts w:ascii="Calibri" w:hAnsi="Calibri" w:cs="Calibri" w:eastAsia="宋体"/>
        </w:rPr>
        <w:t xml:space="preserve">肖梅 </w:t>
      </w:r>
      <w:r>
        <w:br/>
      </w:r>
      <w:r>
        <w:br/>
      </w:r>
      <w:r>
        <w:rPr>
          <w:rFonts w:ascii="Calibri" w:hAnsi="Calibri" w:cs="Calibri" w:eastAsia="宋体"/>
        </w:rPr>
        <w:t xml:space="preserve">位于北京西山脚下的中国医学科学院整形外科医院，有一批医术精湛的整形外科专家，杨佩瑛教授就是他们其中的一位。 </w:t>
      </w:r>
      <w:r>
        <w:br/>
      </w:r>
      <w:r>
        <w:br/>
      </w:r>
      <w:r>
        <w:rPr>
          <w:rFonts w:ascii="Calibri" w:hAnsi="Calibri" w:cs="Calibri" w:eastAsia="宋体"/>
        </w:rPr>
        <w:t xml:space="preserve">杨教授是我国最早从事整形外科的专家之一。她在烧伤疤痕的治疗、乳房再造与整形、鼻再造与整形等多方面取得了令人瞩目的成就。杨教授自１９６０年毕业于上海第二医学院后，就在中国医学科学院从事整形外科的研究与实践。数不清的患者从杨教授那传神的手术刀下，找回了美的形象，找回了青春，找回了生活的信心。１９８０年，杨教授成功地完成了我国第一例利用背阔肌岛状皮瓣再造乳房的手术，为那些因乳腺癌切除乳房或先天乳房缺损的患者带来了福音。 </w:t>
      </w:r>
      <w:r>
        <w:br/>
      </w:r>
      <w:r>
        <w:br/>
      </w:r>
      <w:r>
        <w:rPr>
          <w:rFonts w:ascii="Calibri" w:hAnsi="Calibri" w:cs="Calibri" w:eastAsia="宋体"/>
        </w:rPr>
        <w:t xml:space="preserve">从审美的效果出发，因人而异，是杨教授整形外科手术成功的诀窍。她先后在国内外医学杂志上发表了数篇论文，阐述她在应用国产硅胶支架代替自体肋软骨进行隆鼻术、采用带神经血管束的背阔肌瓣治疗半侧面萎缩等方面属国内外首创的学术观点和临床经验。她的“乳房再造一次完成手术”、“鼻再造一次完成手术”获得中国医学科学院科技成果奖。 </w:t>
      </w:r>
      <w:r>
        <w:br/>
      </w:r>
      <w:r>
        <w:br/>
      </w:r>
      <w:r>
        <w:rPr>
          <w:rFonts w:ascii="Calibri" w:hAnsi="Calibri" w:cs="Calibri" w:eastAsia="宋体"/>
        </w:rPr>
        <w:t>对于杨佩瑛教授来说，每一天的工作都是崭新的，因为她每天都要为患者塑造出新的形象。她还是四位博士生的导师，又是整形外科中二病房的主任，白天在无影灯下忙碌，晚上还要看资料、写文章、指导博士生论文。人们说她是一位不知疲倦的美的使者。（右图：杨佩瑛教授正在查看病例。肖梅摄）（附图片）</w:t>
      </w:r>
    </w:p>
    <w:p>
      <w:pPr>
        <w:pStyle w:val="Heading5"/>
      </w:pPr>
      <w:r>
        <w:rPr>
          <w:rFonts w:ascii="Calibri" w:hAnsi="Calibri" w:cs="Calibri" w:eastAsia="宋体"/>
        </w:rPr>
        <w:t>【材料三】中国医学科学院整形外科医院地理位置</w:t>
      </w:r>
    </w:p>
    <w:p>
      <w:pPr>
        <w:spacing w:after="100"/>
      </w:pPr>
      <w:r>
        <w:rPr>
          <w:rFonts w:ascii="Calibri" w:hAnsi="Calibri" w:cs="Calibri" w:eastAsia="宋体"/>
        </w:rPr>
        <w:t>北京市石景山区八大处路 33 号</w:t>
      </w:r>
      <w:r>
        <w:rPr>
          <w:rFonts w:ascii="Calibri" w:hAnsi="Calibri" w:cs="Calibri" w:eastAsia="宋体"/>
        </w:rPr>
        <w:t>，位于香山附近，同时是距离香山最近的整形医院位置。</w:t>
      </w:r>
    </w:p>
    <w:p>
      <w:pPr>
        <w:pStyle w:val="Heading5"/>
      </w:pPr>
      <w:r>
        <w:rPr>
          <w:rFonts w:ascii="Calibri" w:hAnsi="Calibri" w:cs="Calibri" w:eastAsia="宋体"/>
        </w:rPr>
        <w:t>【材料四】1995年，现有“北京香山医院”尚未建立</w:t>
      </w:r>
    </w:p>
    <w:p>
      <w:pPr>
        <w:spacing w:after="100"/>
      </w:pPr>
      <w:r>
        <w:rPr>
          <w:rFonts w:ascii="Calibri" w:hAnsi="Calibri" w:cs="Calibri" w:eastAsia="宋体"/>
        </w:rPr>
        <w:t>现有“</w:t>
      </w:r>
      <w:r>
        <w:rPr>
          <w:rFonts w:ascii="Calibri" w:hAnsi="Calibri" w:cs="Calibri" w:eastAsia="宋体"/>
        </w:rPr>
        <w:t>北京香山医院</w:t>
      </w:r>
      <w:r>
        <w:rPr>
          <w:rFonts w:ascii="Calibri" w:hAnsi="Calibri" w:cs="Calibri" w:eastAsia="宋体"/>
        </w:rPr>
        <w:t>”建立时间为2003年12月17日（</w:t>
      </w:r>
      <w:r>
        <w:rPr>
          <w:rFonts w:ascii="Calibri" w:hAnsi="Calibri" w:cs="Calibri" w:eastAsia="宋体"/>
        </w:rPr>
        <w:t>企业注册信息</w:t>
      </w:r>
      <w:r>
        <w:rPr>
          <w:rFonts w:ascii="Calibri" w:hAnsi="Calibri" w:cs="Calibri" w:eastAsia="宋体"/>
        </w:rPr>
        <w:t>）。</w:t>
      </w:r>
    </w:p>
    <w:p>
      <w:pPr>
        <w:spacing w:after="100"/>
      </w:pPr>
      <w:r>
        <w:rPr>
          <w:rFonts w:ascii="Calibri" w:hAnsi="Calibri" w:cs="Calibri" w:eastAsia="宋体"/>
        </w:rPr>
        <w:t>由此可知，1995年舞蹈家金星所在的“香山医院”并非当今“北京香山医院”。</w:t>
      </w:r>
    </w:p>
    <w:p>
      <w:pPr>
        <w:pStyle w:val="Heading5"/>
      </w:pPr>
      <w:r>
        <w:rPr>
          <w:rFonts w:ascii="Calibri" w:hAnsi="Calibri" w:cs="Calibri" w:eastAsia="宋体"/>
        </w:rPr>
        <w:t>推论</w:t>
      </w:r>
    </w:p>
    <w:p>
      <w:pPr>
        <w:spacing w:before="20" w:after="40"/>
        <w:ind w:left="425" w:hanging="312"/>
      </w:pPr>
      <w:r>
        <w:rPr>
          <w:rFonts w:ascii="Calibri" w:hAnsi="Calibri" w:cs="Calibri" w:eastAsia="宋体"/>
        </w:rPr>
        <w:t xml:space="preserve">1. </w:t>
      </w:r>
      <w:r>
        <w:rPr>
          <w:rFonts w:ascii="Calibri" w:hAnsi="Calibri" w:cs="Calibri" w:eastAsia="宋体"/>
        </w:rPr>
        <w:t>根据</w:t>
      </w:r>
      <w:r>
        <w:rPr>
          <w:rFonts w:ascii="Calibri" w:hAnsi="Calibri" w:cs="Calibri" w:eastAsia="宋体"/>
        </w:rPr>
        <w:t>材料一</w:t>
      </w:r>
      <w:r>
        <w:rPr>
          <w:rFonts w:ascii="Calibri" w:hAnsi="Calibri" w:cs="Calibri" w:eastAsia="宋体"/>
        </w:rPr>
        <w:t>中所述“中二病房”“杨主任”，结合手术同年（1995年）发布的</w:t>
      </w:r>
      <w:r>
        <w:rPr>
          <w:rFonts w:ascii="Calibri" w:hAnsi="Calibri" w:cs="Calibri" w:eastAsia="宋体"/>
        </w:rPr>
        <w:t>材料二</w:t>
      </w:r>
      <w:r>
        <w:rPr>
          <w:rFonts w:ascii="Calibri" w:hAnsi="Calibri" w:cs="Calibri" w:eastAsia="宋体"/>
        </w:rPr>
        <w:t>中所述中国医学科学院整形外科医院</w:t>
      </w:r>
      <w:r>
        <w:rPr>
          <w:rFonts w:ascii="Calibri" w:hAnsi="Calibri" w:cs="Calibri" w:eastAsia="宋体"/>
        </w:rPr>
        <w:t>杨佩瑛</w:t>
      </w:r>
      <w:r>
        <w:rPr>
          <w:rFonts w:ascii="Calibri" w:hAnsi="Calibri" w:cs="Calibri" w:eastAsia="宋体"/>
        </w:rPr>
        <w:t>教授“又是整形外科中二病房的主任”的表述。同时</w:t>
      </w:r>
      <w:r>
        <w:rPr>
          <w:rFonts w:ascii="Calibri" w:hAnsi="Calibri" w:cs="Calibri" w:eastAsia="宋体"/>
        </w:rPr>
        <w:t>材料一</w:t>
      </w:r>
      <w:r>
        <w:rPr>
          <w:rFonts w:ascii="Calibri" w:hAnsi="Calibri" w:cs="Calibri" w:eastAsia="宋体"/>
        </w:rPr>
        <w:t>中描写“杨主任”时使用女性性别代词，与杨佩瑛教授性别一致。推得二者记载高度重合。</w:t>
      </w:r>
    </w:p>
    <w:p>
      <w:pPr>
        <w:spacing w:before="20" w:after="40"/>
        <w:ind w:left="425" w:hanging="312"/>
      </w:pPr>
      <w:r>
        <w:rPr>
          <w:rFonts w:ascii="Calibri" w:hAnsi="Calibri" w:cs="Calibri" w:eastAsia="宋体"/>
        </w:rPr>
        <w:t xml:space="preserve">2. </w:t>
      </w:r>
      <w:r>
        <w:rPr>
          <w:rFonts w:ascii="Calibri" w:hAnsi="Calibri" w:cs="Calibri" w:eastAsia="宋体"/>
        </w:rPr>
        <w:t>根据</w:t>
      </w:r>
      <w:r>
        <w:rPr>
          <w:rFonts w:ascii="Calibri" w:hAnsi="Calibri" w:cs="Calibri" w:eastAsia="宋体"/>
        </w:rPr>
        <w:t>材料一</w:t>
      </w:r>
      <w:r>
        <w:rPr>
          <w:rFonts w:ascii="Calibri" w:hAnsi="Calibri" w:cs="Calibri" w:eastAsia="宋体"/>
        </w:rPr>
        <w:t>中所述金星父亲话中的“你是被烧伤了吗？怎么到整形医院来了？”，推得金星所在的医院为整形外科专科医院。</w:t>
      </w:r>
    </w:p>
    <w:p>
      <w:pPr>
        <w:spacing w:before="20" w:after="40"/>
        <w:ind w:left="425" w:hanging="312"/>
      </w:pPr>
      <w:r>
        <w:rPr>
          <w:rFonts w:ascii="Calibri" w:hAnsi="Calibri" w:cs="Calibri" w:eastAsia="宋体"/>
        </w:rPr>
        <w:t xml:space="preserve">3. </w:t>
      </w:r>
      <w:r>
        <w:rPr>
          <w:rFonts w:ascii="Calibri" w:hAnsi="Calibri" w:cs="Calibri" w:eastAsia="宋体"/>
        </w:rPr>
        <w:t>根据</w:t>
      </w:r>
      <w:r>
        <w:rPr>
          <w:rFonts w:ascii="Calibri" w:hAnsi="Calibri" w:cs="Calibri" w:eastAsia="宋体"/>
        </w:rPr>
        <w:t>材料四</w:t>
      </w:r>
      <w:r>
        <w:rPr>
          <w:rFonts w:ascii="Calibri" w:hAnsi="Calibri" w:cs="Calibri" w:eastAsia="宋体"/>
        </w:rPr>
        <w:t>现有“北京香山医院”建立时间，结合</w:t>
      </w:r>
      <w:r>
        <w:rPr>
          <w:rFonts w:ascii="Calibri" w:hAnsi="Calibri" w:cs="Calibri" w:eastAsia="宋体"/>
        </w:rPr>
        <w:t>材料一</w:t>
      </w:r>
      <w:r>
        <w:rPr>
          <w:rFonts w:ascii="Calibri" w:hAnsi="Calibri" w:cs="Calibri" w:eastAsia="宋体"/>
        </w:rPr>
        <w:t>中金星的住院时间，推得1995年金星所住医院并非当今“北京香山医院”。</w:t>
      </w:r>
    </w:p>
    <w:p>
      <w:pPr>
        <w:spacing w:before="20" w:after="40"/>
        <w:ind w:left="425" w:hanging="312"/>
      </w:pPr>
      <w:r>
        <w:rPr>
          <w:rFonts w:ascii="Calibri" w:hAnsi="Calibri" w:cs="Calibri" w:eastAsia="宋体"/>
        </w:rPr>
        <w:t xml:space="preserve">4. </w:t>
      </w:r>
      <w:r>
        <w:rPr>
          <w:rFonts w:ascii="Calibri" w:hAnsi="Calibri" w:cs="Calibri" w:eastAsia="宋体"/>
        </w:rPr>
        <w:t>根据</w:t>
      </w:r>
      <w:r>
        <w:rPr>
          <w:rFonts w:ascii="Calibri" w:hAnsi="Calibri" w:cs="Calibri" w:eastAsia="宋体"/>
        </w:rPr>
        <w:t>材料一</w:t>
      </w:r>
      <w:r>
        <w:rPr>
          <w:rFonts w:ascii="Calibri" w:hAnsi="Calibri" w:cs="Calibri" w:eastAsia="宋体"/>
        </w:rPr>
        <w:t>与推论3，推得金星所述的“香山医院”大概率是“位于香山附近的医院”。</w:t>
      </w:r>
    </w:p>
    <w:p>
      <w:pPr>
        <w:spacing w:before="20" w:after="40"/>
        <w:ind w:left="425" w:hanging="312"/>
      </w:pPr>
      <w:r>
        <w:rPr>
          <w:rFonts w:ascii="Calibri" w:hAnsi="Calibri" w:cs="Calibri" w:eastAsia="宋体"/>
        </w:rPr>
        <w:t xml:space="preserve">5. </w:t>
      </w:r>
      <w:r>
        <w:rPr>
          <w:rFonts w:ascii="Calibri" w:hAnsi="Calibri" w:cs="Calibri" w:eastAsia="宋体"/>
        </w:rPr>
        <w:t>结合推论4与推论2，可推测金星所住医院为香山附近的整形外科专科医院。</w:t>
      </w:r>
    </w:p>
    <w:p>
      <w:pPr>
        <w:spacing w:before="20" w:after="40"/>
        <w:ind w:left="425" w:hanging="312"/>
      </w:pPr>
      <w:r>
        <w:rPr>
          <w:rFonts w:ascii="Calibri" w:hAnsi="Calibri" w:cs="Calibri" w:eastAsia="宋体"/>
        </w:rPr>
        <w:t xml:space="preserve">6. </w:t>
      </w:r>
      <w:r>
        <w:rPr>
          <w:rFonts w:ascii="Calibri" w:hAnsi="Calibri" w:cs="Calibri" w:eastAsia="宋体"/>
        </w:rPr>
        <w:t>结合推论5与</w:t>
      </w:r>
      <w:r>
        <w:rPr>
          <w:rFonts w:ascii="Calibri" w:hAnsi="Calibri" w:cs="Calibri" w:eastAsia="宋体"/>
        </w:rPr>
        <w:t>材料三</w:t>
      </w:r>
      <w:r>
        <w:rPr>
          <w:rFonts w:ascii="Calibri" w:hAnsi="Calibri" w:cs="Calibri" w:eastAsia="宋体"/>
        </w:rPr>
        <w:t>中八大处医院位置，推测金星所住医院可能为中国医学科学院整形外科医院。</w:t>
      </w:r>
    </w:p>
    <w:p>
      <w:pPr>
        <w:spacing w:before="20" w:after="40"/>
        <w:ind w:left="425" w:hanging="312"/>
      </w:pPr>
      <w:r>
        <w:rPr>
          <w:rFonts w:ascii="Calibri" w:hAnsi="Calibri" w:cs="Calibri" w:eastAsia="宋体"/>
        </w:rPr>
        <w:t xml:space="preserve">7. </w:t>
      </w:r>
      <w:r>
        <w:rPr>
          <w:rFonts w:ascii="Calibri" w:hAnsi="Calibri" w:cs="Calibri" w:eastAsia="宋体"/>
        </w:rPr>
        <w:t>推论1与推论6，从两条证据路线分别得到了金星所住医院为中国医学科学院整形外科医院的可能性结论，该结论大概率成立。</w:t>
      </w:r>
    </w:p>
    <w:p>
      <w:pPr>
        <w:pStyle w:val="Heading3"/>
      </w:pPr>
      <w:r>
        <w:rPr>
          <w:rFonts w:ascii="Calibri" w:hAnsi="Calibri" w:cs="Calibri" w:eastAsia="微软雅黑"/>
        </w:rPr>
        <w:t>4.7.5  北医三院</w:t>
      </w:r>
    </w:p>
    <w:p>
      <w:pPr>
        <w:spacing w:after="160"/>
      </w:pPr>
      <w:r>
        <w:rPr>
          <w:rFonts w:ascii="Calibri" w:hAnsi="Calibri" w:cs="Calibri" w:eastAsia="宋体"/>
          <w:color w:val="6B7280"/>
          <w:sz w:val="16"/>
        </w:rPr>
        <w:t>原文：https://mtf.wiki/zh-cn/docs/srs/china/pku3 · 最近更新：2026年8月10日</w:t>
      </w:r>
    </w:p>
    <w:p>
      <w:pPr>
        <w:spacing w:after="100"/>
      </w:pPr>
      <w:r>
        <w:rPr>
          <w:rFonts w:ascii="Calibri" w:hAnsi="Calibri" w:cs="Calibri" w:eastAsia="宋体"/>
        </w:rPr>
        <w:t>北京大学第三医院</w:t>
      </w:r>
    </w:p>
    <w:p>
      <w:pPr>
        <w:spacing w:after="100"/>
      </w:pPr>
      <w:r>
        <w:rPr>
          <w:rFonts w:ascii="Calibri" w:hAnsi="Calibri" w:cs="Calibri" w:eastAsia="宋体"/>
        </w:rPr>
        <w:t>潘柏林</w:t>
      </w:r>
    </w:p>
    <w:p>
      <w:pPr>
        <w:spacing w:after="100"/>
      </w:pPr>
      <w:r>
        <w:rPr>
          <w:rFonts w:ascii="Calibri" w:hAnsi="Calibri" w:cs="Calibri" w:eastAsia="宋体"/>
        </w:rPr>
        <w:t>主刀：（手术较长，两位轮流主刀）</w:t>
      </w:r>
    </w:p>
    <w:p>
      <w:pPr>
        <w:spacing w:before="20" w:after="40"/>
        <w:ind w:left="425" w:hanging="312"/>
      </w:pPr>
      <w:r>
        <w:rPr>
          <w:rFonts w:ascii="Calibri" w:hAnsi="Calibri" w:cs="Calibri" w:eastAsia="宋体"/>
        </w:rPr>
        <w:t xml:space="preserve">• </w:t>
      </w:r>
      <w:r>
        <w:rPr>
          <w:rFonts w:ascii="Calibri" w:hAnsi="Calibri" w:cs="Calibri" w:eastAsia="宋体"/>
        </w:rPr>
        <w:t>杨欣</w:t>
      </w:r>
    </w:p>
    <w:p>
      <w:pPr>
        <w:spacing w:before="20" w:after="40"/>
        <w:ind w:left="425" w:hanging="312"/>
      </w:pPr>
      <w:r>
        <w:rPr>
          <w:rFonts w:ascii="Calibri" w:hAnsi="Calibri" w:cs="Calibri" w:eastAsia="宋体"/>
        </w:rPr>
        <w:t xml:space="preserve">• </w:t>
      </w:r>
      <w:r>
        <w:rPr>
          <w:rFonts w:ascii="Calibri" w:hAnsi="Calibri" w:cs="Calibri" w:eastAsia="宋体"/>
        </w:rPr>
        <w:t>常旭</w:t>
      </w:r>
    </w:p>
    <w:p>
      <w:pPr>
        <w:spacing w:after="100"/>
      </w:pPr>
      <w:r>
        <w:rPr>
          <w:rFonts w:ascii="Calibri" w:hAnsi="Calibri" w:cs="Calibri" w:eastAsia="宋体"/>
        </w:rPr>
        <w:t>跨性别女性（MTF）生殖器手术须知</w:t>
      </w:r>
    </w:p>
    <w:p>
      <w:pPr>
        <w:pStyle w:val="Heading4"/>
      </w:pPr>
      <w:r>
        <w:rPr>
          <w:rFonts w:ascii="Calibri" w:hAnsi="Calibri" w:cs="Calibri" w:eastAsia="宋体"/>
        </w:rPr>
        <w:t>前置条件</w:t>
      </w:r>
    </w:p>
    <w:p>
      <w:pPr>
        <w:spacing w:before="20" w:after="40"/>
        <w:ind w:left="425" w:hanging="312"/>
      </w:pPr>
      <w:r>
        <w:rPr>
          <w:rFonts w:ascii="Calibri" w:hAnsi="Calibri" w:cs="Calibri" w:eastAsia="宋体"/>
        </w:rPr>
        <w:t xml:space="preserve">• </w:t>
      </w:r>
      <w:r>
        <w:rPr>
          <w:rFonts w:ascii="Calibri" w:hAnsi="Calibri" w:cs="Calibri" w:eastAsia="宋体"/>
        </w:rPr>
        <w:t>易性症诊断证明</w:t>
      </w:r>
    </w:p>
    <w:p>
      <w:pPr>
        <w:spacing w:before="20" w:after="40"/>
        <w:ind w:left="425" w:hanging="312"/>
      </w:pPr>
      <w:r>
        <w:rPr>
          <w:rFonts w:ascii="Calibri" w:hAnsi="Calibri" w:cs="Calibri" w:eastAsia="宋体"/>
        </w:rPr>
        <w:t xml:space="preserve">• </w:t>
      </w:r>
      <w:r>
        <w:rPr>
          <w:rFonts w:ascii="Calibri" w:hAnsi="Calibri" w:cs="Calibri" w:eastAsia="宋体"/>
        </w:rPr>
        <w:t>《本人申请书》</w:t>
      </w:r>
    </w:p>
    <w:p>
      <w:pPr>
        <w:spacing w:before="20" w:after="40"/>
        <w:ind w:left="425" w:hanging="312"/>
      </w:pPr>
      <w:r>
        <w:rPr>
          <w:rFonts w:ascii="Calibri" w:hAnsi="Calibri" w:cs="Calibri" w:eastAsia="宋体"/>
        </w:rPr>
        <w:t xml:space="preserve">• </w:t>
      </w:r>
      <w:r>
        <w:rPr>
          <w:rFonts w:ascii="Calibri" w:hAnsi="Calibri" w:cs="Calibri" w:eastAsia="宋体"/>
        </w:rPr>
        <w:t>《父母知情声明》并进行公证</w:t>
      </w:r>
    </w:p>
    <w:p>
      <w:pPr>
        <w:spacing w:before="20" w:after="40"/>
        <w:ind w:left="425" w:hanging="312"/>
      </w:pPr>
      <w:r>
        <w:rPr>
          <w:rFonts w:ascii="Calibri" w:hAnsi="Calibri" w:cs="Calibri" w:eastAsia="宋体"/>
        </w:rPr>
        <w:t xml:space="preserve">• </w:t>
      </w:r>
      <w:r>
        <w:rPr>
          <w:rFonts w:ascii="Calibri" w:hAnsi="Calibri" w:cs="Calibri" w:eastAsia="宋体"/>
        </w:rPr>
        <w:t>个人情况简介及手术申请</w:t>
      </w:r>
    </w:p>
    <w:p>
      <w:pPr>
        <w:spacing w:before="20" w:after="40"/>
        <w:ind w:left="425" w:hanging="312"/>
      </w:pPr>
      <w:r>
        <w:rPr>
          <w:rFonts w:ascii="Calibri" w:hAnsi="Calibri" w:cs="Calibri" w:eastAsia="宋体"/>
        </w:rPr>
        <w:t xml:space="preserve">• </w:t>
      </w:r>
      <w:r>
        <w:rPr>
          <w:rFonts w:ascii="Calibri" w:hAnsi="Calibri" w:cs="Calibri" w:eastAsia="宋体"/>
        </w:rPr>
        <w:t>未在婚姻状态证明（若未到法定结婚年龄则不需要）</w:t>
      </w:r>
    </w:p>
    <w:p>
      <w:pPr>
        <w:spacing w:before="20" w:after="40"/>
        <w:ind w:left="425" w:hanging="312"/>
      </w:pPr>
      <w:r>
        <w:rPr>
          <w:rFonts w:ascii="Calibri" w:hAnsi="Calibri" w:cs="Calibri" w:eastAsia="宋体"/>
        </w:rPr>
        <w:t xml:space="preserve">• </w:t>
      </w:r>
      <w:r>
        <w:rPr>
          <w:rFonts w:ascii="Calibri" w:hAnsi="Calibri" w:cs="Calibri" w:eastAsia="宋体"/>
        </w:rPr>
        <w:t>个人身份证复印件（正反面）</w:t>
      </w:r>
    </w:p>
    <w:p>
      <w:pPr>
        <w:spacing w:before="20" w:after="40"/>
        <w:ind w:left="425" w:hanging="312"/>
      </w:pPr>
      <w:r>
        <w:rPr>
          <w:rFonts w:ascii="Calibri" w:hAnsi="Calibri" w:cs="Calibri" w:eastAsia="宋体"/>
        </w:rPr>
        <w:t xml:space="preserve">• </w:t>
      </w:r>
      <w:r>
        <w:rPr>
          <w:rFonts w:ascii="Calibri" w:hAnsi="Calibri" w:cs="Calibri" w:eastAsia="宋体"/>
        </w:rPr>
        <w:t>个人及家属户口本复印件（整本正反面）</w:t>
      </w:r>
    </w:p>
    <w:p>
      <w:pPr>
        <w:spacing w:before="20" w:after="40"/>
        <w:ind w:left="425" w:hanging="312"/>
      </w:pPr>
      <w:r>
        <w:rPr>
          <w:rFonts w:ascii="Calibri" w:hAnsi="Calibri" w:cs="Calibri" w:eastAsia="宋体"/>
        </w:rPr>
        <w:t xml:space="preserve">• </w:t>
      </w:r>
      <w:r>
        <w:rPr>
          <w:rFonts w:ascii="Calibri" w:hAnsi="Calibri" w:cs="Calibri" w:eastAsia="宋体"/>
        </w:rPr>
        <w:t>无犯罪记录证明。标准格式的无犯罪记录证明是说「在本辖区居住期间没有犯罪记录」，但是可能会被三院的伦理委员会找茬，所以一定要拜托派出所改成「经本派出所查询」或其它说法以避开「本辖区」等限制性用词</w:t>
      </w:r>
    </w:p>
    <w:p>
      <w:pPr>
        <w:spacing w:after="100"/>
      </w:pPr>
      <w:r>
        <w:rPr>
          <w:rFonts w:ascii="Calibri" w:hAnsi="Calibri" w:cs="Calibri" w:eastAsia="宋体"/>
        </w:rPr>
        <w:t>详情参见：</w:t>
      </w:r>
    </w:p>
    <w:p>
      <w:pPr>
        <w:keepNext/>
        <w:spacing w:before="120" w:after="40"/>
        <w:pBdr>
          <w:bottom w:val="single" w:sz="6" w:space="1" w:color="D4D8DE"/>
        </w:pBdr>
      </w:pPr>
      <w:r>
        <w:rPr>
          <w:rFonts w:ascii="Calibri" w:hAnsi="Calibri" w:cs="Calibri" w:eastAsia="微软雅黑"/>
          <w:b/>
        </w:rPr>
        <w:t>▸ SRS 术前提交材料</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诊断证明</w:t>
      </w:r>
    </w:p>
    <w:p>
      <w:pPr>
        <w:shd w:val="clear" w:color="auto" w:fill="FFFBEB"/>
        <w:pBdr>
          <w:left w:val="single" w:sz="18" w:space="6" w:color="F59E0B"/>
        </w:pBdr>
        <w:spacing w:after="40"/>
      </w:pPr>
      <w:r>
        <w:rPr>
          <w:rFonts w:ascii="Calibri" w:hAnsi="Calibri" w:cs="Calibri" w:eastAsia="宋体"/>
        </w:rPr>
        <w:t xml:space="preserve">北医三院性别肯定手术伦理审核仅认可三级精神专科医院的精神科或心理科、以及三甲综合医院的精神科开具的正式的易性症诊断证明。即三甲综合医院的心理科开具的易性症诊断证明将无法用于伦理审核。激素治疗、平胸手术所需资料均不受影响。参阅 </w:t>
      </w:r>
      <w:r>
        <w:rPr>
          <w:rFonts w:ascii="Calibri" w:hAnsi="Calibri" w:cs="Calibri" w:eastAsia="宋体"/>
        </w:rPr>
        <w:t>【通知】北医三院伦理审核规定调整</w:t>
      </w:r>
      <w:r>
        <w:rPr>
          <w:rFonts w:ascii="Calibri" w:hAnsi="Calibri" w:cs="Calibri" w:eastAsia="宋体"/>
        </w:rPr>
        <w:t>。</w:t>
      </w:r>
    </w:p>
    <w:p>
      <w:pPr>
        <w:pStyle w:val="Heading4"/>
      </w:pPr>
      <w:r>
        <w:rPr>
          <w:rFonts w:ascii="Calibri" w:hAnsi="Calibri" w:cs="Calibri" w:eastAsia="宋体"/>
        </w:rPr>
        <w:t>费用</w:t>
      </w:r>
    </w:p>
    <w:tbl>
      <w:tblPr>
        <w:tblStyle w:val="TableGrid"/>
        <w:tblW w:type="auto" w:w="0"/>
        <w:jc w:val="center"/>
        <w:tblLayout w:type="fixed"/>
        <w:tblLook w:firstColumn="1" w:firstRow="1" w:lastColumn="0" w:lastRow="0" w:noHBand="0" w:noVBand="1" w:val="04A0"/>
      </w:tblPr>
      <w:tblGrid>
        <w:gridCol w:w="7325"/>
        <w:gridCol w:w="1972"/>
      </w:tblGrid>
      <w:tr>
        <w:trPr>
          <w:tblHeader/>
        </w:trPr>
        <w:tc>
          <w:tcPr>
            <w:tcW w:type="dxa" w:w="7325"/>
            <w:shd w:val="clear" w:color="auto" w:fill="EDF1F7"/>
          </w:tcPr>
          <w:p>
            <w:pPr>
              <w:spacing w:before="40" w:after="40" w:line="276" w:lineRule="auto"/>
            </w:pPr>
            <w:r>
              <w:rPr>
                <w:b/>
                <w:sz w:val="18"/>
              </w:rPr>
            </w:r>
            <w:r>
              <w:rPr>
                <w:rFonts w:ascii="Calibri" w:hAnsi="Calibri" w:cs="Calibri" w:eastAsia="宋体"/>
                <w:b/>
                <w:sz w:val="18"/>
              </w:rPr>
              <w:t>项目</w:t>
            </w:r>
          </w:p>
        </w:tc>
        <w:tc>
          <w:tcPr>
            <w:tcW w:type="dxa" w:w="1972"/>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7325"/>
          </w:tcPr>
          <w:p>
            <w:pPr>
              <w:spacing w:before="40" w:after="40" w:line="276" w:lineRule="auto"/>
            </w:pPr>
            <w:r>
              <w:rPr>
                <w:sz w:val="18"/>
              </w:rPr>
            </w:r>
            <w:r>
              <w:rPr>
                <w:rFonts w:ascii="Calibri" w:hAnsi="Calibri" w:cs="Calibri" w:eastAsia="宋体"/>
                <w:sz w:val="18"/>
              </w:rPr>
              <w:t>睾丸切除术</w:t>
            </w:r>
          </w:p>
        </w:tc>
        <w:tc>
          <w:tcPr>
            <w:tcW w:type="dxa" w:w="1972"/>
          </w:tcPr>
          <w:p>
            <w:pPr>
              <w:spacing w:before="40" w:after="40" w:line="276" w:lineRule="auto"/>
            </w:pPr>
            <w:r>
              <w:rPr>
                <w:sz w:val="18"/>
              </w:rPr>
            </w:r>
            <w:r>
              <w:rPr>
                <w:rFonts w:ascii="Calibri" w:hAnsi="Calibri" w:cs="Calibri" w:eastAsia="宋体"/>
                <w:sz w:val="18"/>
              </w:rPr>
              <w:t>1万元</w:t>
            </w:r>
          </w:p>
        </w:tc>
      </w:tr>
      <w:tr>
        <w:tc>
          <w:tcPr>
            <w:tcW w:type="dxa" w:w="7325"/>
          </w:tcPr>
          <w:p>
            <w:pPr>
              <w:spacing w:before="40" w:after="40" w:line="276" w:lineRule="auto"/>
            </w:pPr>
            <w:r>
              <w:rPr>
                <w:sz w:val="18"/>
              </w:rPr>
            </w:r>
            <w:r>
              <w:rPr>
                <w:rFonts w:ascii="Calibri" w:hAnsi="Calibri" w:cs="Calibri" w:eastAsia="宋体"/>
                <w:sz w:val="18"/>
              </w:rPr>
              <w:t>单纯阴茎阴囊切除术（“零深度”阴道成形）</w:t>
            </w:r>
          </w:p>
        </w:tc>
        <w:tc>
          <w:tcPr>
            <w:tcW w:type="dxa" w:w="1972"/>
          </w:tcPr>
          <w:p>
            <w:pPr>
              <w:spacing w:before="40" w:after="40" w:line="276" w:lineRule="auto"/>
            </w:pPr>
            <w:r>
              <w:rPr>
                <w:sz w:val="18"/>
              </w:rPr>
            </w:r>
            <w:r>
              <w:rPr>
                <w:rFonts w:ascii="Calibri" w:hAnsi="Calibri" w:cs="Calibri" w:eastAsia="宋体"/>
                <w:sz w:val="18"/>
              </w:rPr>
              <w:t>4万元</w:t>
            </w:r>
          </w:p>
        </w:tc>
      </w:tr>
      <w:tr>
        <w:tc>
          <w:tcPr>
            <w:tcW w:type="dxa" w:w="7325"/>
          </w:tcPr>
          <w:p>
            <w:pPr>
              <w:spacing w:before="40" w:after="40" w:line="276" w:lineRule="auto"/>
            </w:pPr>
            <w:r>
              <w:rPr>
                <w:sz w:val="18"/>
              </w:rPr>
            </w:r>
            <w:r>
              <w:rPr>
                <w:rFonts w:ascii="Calibri" w:hAnsi="Calibri" w:cs="Calibri" w:eastAsia="宋体"/>
                <w:sz w:val="18"/>
              </w:rPr>
              <w:t>阴茎阴囊皮瓣翻转阴道成形术</w:t>
            </w:r>
          </w:p>
        </w:tc>
        <w:tc>
          <w:tcPr>
            <w:tcW w:type="dxa" w:w="1972"/>
          </w:tcPr>
          <w:p>
            <w:pPr>
              <w:spacing w:before="40" w:after="40" w:line="276" w:lineRule="auto"/>
            </w:pPr>
            <w:r>
              <w:rPr>
                <w:sz w:val="18"/>
              </w:rPr>
            </w:r>
            <w:r>
              <w:rPr>
                <w:rFonts w:ascii="Calibri" w:hAnsi="Calibri" w:cs="Calibri" w:eastAsia="宋体"/>
                <w:sz w:val="18"/>
              </w:rPr>
              <w:t>7-8万元</w:t>
            </w:r>
          </w:p>
        </w:tc>
      </w:tr>
      <w:tr>
        <w:tc>
          <w:tcPr>
            <w:tcW w:type="dxa" w:w="7325"/>
          </w:tcPr>
          <w:p>
            <w:pPr>
              <w:spacing w:before="40" w:after="40" w:line="276" w:lineRule="auto"/>
            </w:pPr>
            <w:r>
              <w:rPr>
                <w:sz w:val="18"/>
              </w:rPr>
            </w:r>
            <w:r>
              <w:rPr>
                <w:rFonts w:ascii="Calibri" w:hAnsi="Calibri" w:cs="Calibri" w:eastAsia="宋体"/>
                <w:sz w:val="18"/>
              </w:rPr>
              <w:t>带蒂乙状结肠阴道成形术</w:t>
            </w:r>
          </w:p>
        </w:tc>
        <w:tc>
          <w:tcPr>
            <w:tcW w:type="dxa" w:w="1972"/>
          </w:tcPr>
          <w:p>
            <w:pPr>
              <w:spacing w:before="40" w:after="40" w:line="276" w:lineRule="auto"/>
            </w:pPr>
            <w:r>
              <w:rPr>
                <w:sz w:val="18"/>
              </w:rPr>
            </w:r>
            <w:r>
              <w:rPr>
                <w:rFonts w:ascii="Calibri" w:hAnsi="Calibri" w:cs="Calibri" w:eastAsia="宋体"/>
                <w:sz w:val="18"/>
              </w:rPr>
              <w:t>5-6万元（未包含阴茎阴囊切除）</w:t>
            </w:r>
          </w:p>
        </w:tc>
      </w:tr>
    </w:tbl>
    <w:p>
      <w:pPr>
        <w:pStyle w:val="Heading4"/>
      </w:pPr>
      <w:r>
        <w:rPr>
          <w:rFonts w:ascii="Calibri" w:hAnsi="Calibri" w:cs="Calibri" w:eastAsia="宋体"/>
        </w:rPr>
        <w:t>伦理审查</w:t>
      </w:r>
    </w:p>
    <w:p>
      <w:pPr>
        <w:spacing w:after="100"/>
      </w:pPr>
      <w:r>
        <w:rPr>
          <w:rFonts w:ascii="Calibri" w:hAnsi="Calibri" w:cs="Calibri" w:eastAsia="宋体"/>
        </w:rPr>
        <w:t>材料提交无误后，等待伦理委员会开会审核，可能需要等待半年至一年左右的较长时间，潘医生会给你打电话，通知你即将开会，让你和家长带齐所有材料的原件去北京（时间间隔非常短，只有提前两三天，建议做好准备）。这里要注意之前你要确保自己没有做过隆胸，声带手术等对第二性征的改变（如果做了不明显就不要承认）。然后就是面对十几个各方面专家的询问。大多数问题都很常规只要你符合手术条件对自己的未来和手术、激素的后果有清楚的认知，至少在嘴上也能接受手术失败那就没有什么问题。</w:t>
      </w:r>
    </w:p>
    <w:p>
      <w:pPr>
        <w:spacing w:after="100"/>
      </w:pPr>
      <w:r>
        <w:rPr>
          <w:rFonts w:ascii="Calibri" w:hAnsi="Calibri" w:cs="Calibri" w:eastAsia="宋体"/>
        </w:rPr>
        <w:t>如果诊断证明写了「易性症，女」，医院会去和开具证明的医院核实，正常情况下一周以内你就能接到通知，需要核实的话时间会长一些。然后潘医生就会给你打电话，问你计划大概什么时候手术，以及再一次和你确认要做皮瓣还是结肠。</w:t>
      </w:r>
    </w:p>
    <w:p>
      <w:pPr>
        <w:pStyle w:val="Heading4"/>
      </w:pPr>
      <w:r>
        <w:rPr>
          <w:rFonts w:ascii="Calibri" w:hAnsi="Calibri" w:cs="Calibri" w:eastAsia="宋体"/>
        </w:rPr>
        <w:t>入院准备</w:t>
      </w:r>
    </w:p>
    <w:p>
      <w:pPr>
        <w:spacing w:after="100"/>
      </w:pPr>
      <w:r>
        <w:rPr>
          <w:rFonts w:ascii="Calibri" w:hAnsi="Calibri" w:cs="Calibri" w:eastAsia="宋体"/>
        </w:rPr>
        <w:t>物品准备：</w:t>
      </w:r>
    </w:p>
    <w:p>
      <w:pPr>
        <w:spacing w:before="20" w:after="40"/>
        <w:ind w:left="425" w:hanging="312"/>
      </w:pPr>
      <w:r>
        <w:rPr>
          <w:rFonts w:ascii="Calibri" w:hAnsi="Calibri" w:cs="Calibri" w:eastAsia="宋体"/>
        </w:rPr>
        <w:t xml:space="preserve">• </w:t>
      </w:r>
      <w:r>
        <w:rPr>
          <w:rFonts w:ascii="Calibri" w:hAnsi="Calibri" w:cs="Calibri" w:eastAsia="宋体"/>
        </w:rPr>
        <w:t>脸盆</w:t>
      </w:r>
    </w:p>
    <w:p>
      <w:pPr>
        <w:spacing w:before="20" w:after="40"/>
        <w:ind w:left="425" w:hanging="312"/>
      </w:pPr>
      <w:r>
        <w:rPr>
          <w:rFonts w:ascii="Calibri" w:hAnsi="Calibri" w:cs="Calibri" w:eastAsia="宋体"/>
        </w:rPr>
        <w:t xml:space="preserve">• </w:t>
      </w:r>
      <w:r>
        <w:rPr>
          <w:rFonts w:ascii="Calibri" w:hAnsi="Calibri" w:cs="Calibri" w:eastAsia="宋体"/>
        </w:rPr>
        <w:t>毛巾，洗脸巾</w:t>
      </w:r>
    </w:p>
    <w:p>
      <w:pPr>
        <w:spacing w:before="20" w:after="40"/>
        <w:ind w:left="425" w:hanging="312"/>
      </w:pPr>
      <w:r>
        <w:rPr>
          <w:rFonts w:ascii="Calibri" w:hAnsi="Calibri" w:cs="Calibri" w:eastAsia="宋体"/>
        </w:rPr>
        <w:t xml:space="preserve">• </w:t>
      </w:r>
      <w:r>
        <w:rPr>
          <w:rFonts w:ascii="Calibri" w:hAnsi="Calibri" w:cs="Calibri" w:eastAsia="宋体"/>
        </w:rPr>
        <w:t>卫生巾</w:t>
      </w:r>
    </w:p>
    <w:p>
      <w:pPr>
        <w:spacing w:before="20" w:after="40"/>
        <w:ind w:left="425" w:hanging="312"/>
      </w:pPr>
      <w:r>
        <w:rPr>
          <w:rFonts w:ascii="Calibri" w:hAnsi="Calibri" w:cs="Calibri" w:eastAsia="宋体"/>
        </w:rPr>
        <w:t xml:space="preserve">• </w:t>
      </w:r>
      <w:r>
        <w:rPr>
          <w:rFonts w:ascii="Calibri" w:hAnsi="Calibri" w:cs="Calibri" w:eastAsia="宋体"/>
        </w:rPr>
        <w:t>杯子，凉开水用</w:t>
      </w:r>
    </w:p>
    <w:p>
      <w:pPr>
        <w:spacing w:before="20" w:after="40"/>
        <w:ind w:left="425" w:hanging="312"/>
      </w:pPr>
      <w:r>
        <w:rPr>
          <w:rFonts w:ascii="Calibri" w:hAnsi="Calibri" w:cs="Calibri" w:eastAsia="宋体"/>
        </w:rPr>
        <w:t xml:space="preserve">• </w:t>
      </w:r>
      <w:r>
        <w:rPr>
          <w:rFonts w:ascii="Calibri" w:hAnsi="Calibri" w:cs="Calibri" w:eastAsia="宋体"/>
        </w:rPr>
        <w:t>吸管</w:t>
      </w:r>
    </w:p>
    <w:p>
      <w:pPr>
        <w:spacing w:before="20" w:after="40"/>
        <w:ind w:left="425" w:hanging="312"/>
      </w:pPr>
      <w:r>
        <w:rPr>
          <w:rFonts w:ascii="Calibri" w:hAnsi="Calibri" w:cs="Calibri" w:eastAsia="宋体"/>
        </w:rPr>
        <w:t xml:space="preserve">• </w:t>
      </w:r>
      <w:r>
        <w:rPr>
          <w:rFonts w:ascii="Calibri" w:hAnsi="Calibri" w:cs="Calibri" w:eastAsia="宋体"/>
        </w:rPr>
        <w:t>护理垫</w:t>
      </w:r>
    </w:p>
    <w:p>
      <w:pPr>
        <w:spacing w:before="20" w:after="40"/>
        <w:ind w:left="425" w:hanging="312"/>
      </w:pPr>
      <w:r>
        <w:rPr>
          <w:rFonts w:ascii="Calibri" w:hAnsi="Calibri" w:cs="Calibri" w:eastAsia="宋体"/>
        </w:rPr>
        <w:t xml:space="preserve">• </w:t>
      </w:r>
      <w:r>
        <w:rPr>
          <w:rFonts w:ascii="Calibri" w:hAnsi="Calibri" w:cs="Calibri" w:eastAsia="宋体"/>
        </w:rPr>
        <w:t>饭盒与餐具</w:t>
      </w:r>
    </w:p>
    <w:p>
      <w:pPr>
        <w:spacing w:after="100"/>
      </w:pPr>
      <w:r>
        <w:rPr>
          <w:rFonts w:ascii="Calibri" w:hAnsi="Calibri" w:cs="Calibri" w:eastAsia="宋体"/>
        </w:rPr>
        <w:t>三院成型科的床位比较紧张，通常只能同时接待 1~2 位 SRS 的患者。所以在接近你预约的时间的时候你需要再和医院确认一下你的床位和排队情况。临近他们告诉你的日期时一定要自己问一下，不然他们的通知会非常仓促。</w:t>
      </w:r>
    </w:p>
    <w:p>
      <w:pPr>
        <w:spacing w:after="100"/>
      </w:pPr>
      <w:r>
        <w:rPr>
          <w:rFonts w:ascii="Calibri" w:hAnsi="Calibri" w:cs="Calibri" w:eastAsia="宋体"/>
        </w:rPr>
        <w:t>【疫情】核酸，胸片检查。胸片检查不能佩戴任何首饰，也不能穿 bra，尽管现场有更衣室但还是非常麻烦，所以小姐姐们去的时候记得不要穿带金属拉链/纽扣的衣服也不要穿 bra.</w:t>
      </w:r>
    </w:p>
    <w:p>
      <w:pPr>
        <w:spacing w:after="100"/>
      </w:pPr>
      <w:r>
        <w:rPr>
          <w:rFonts w:ascii="Calibri" w:hAnsi="Calibri" w:cs="Calibri" w:eastAsia="宋体"/>
        </w:rPr>
        <w:t>第二天早上通常就可以去办理住院手续。要抽血检查所以</w:t>
      </w:r>
      <w:r>
        <w:rPr>
          <w:rFonts w:ascii="Calibri" w:hAnsi="Calibri" w:cs="Calibri" w:eastAsia="宋体"/>
          <w:b/>
        </w:rPr>
        <w:t>不要吃早饭</w:t>
      </w:r>
      <w:r>
        <w:rPr>
          <w:rFonts w:ascii="Calibri" w:hAnsi="Calibri" w:cs="Calibri" w:eastAsia="宋体"/>
        </w:rPr>
        <w:t>，拿上住院条，银行卡里存好住院押金（记得要带上实体银行卡，支付宝、微信不是很好用）。然后到住院楼的窗口交费后拿上缴费条，出示核酸和胸片的检查结果后才可以坐电梯上楼（如果有陪住家属的话家属也要做胸片和核酸）。</w:t>
      </w:r>
    </w:p>
    <w:p>
      <w:pPr>
        <w:spacing w:after="100"/>
      </w:pPr>
      <w:r>
        <w:rPr>
          <w:rFonts w:ascii="Calibri" w:hAnsi="Calibri" w:cs="Calibri" w:eastAsia="宋体"/>
        </w:rPr>
        <w:t>通常你的床位的上一个主人还没有出院，所以你要在外面坐着等待一会。抽完血取完尿样以后会有一个阿姨问你中午吃什么。三院的伙食是你提前点菜后（一个人一道菜就够了甚至还吃不完）阿姨用饭盒装好统一送到病房，早饭则是统一的稀饭鸡蛋馒头牛奶，其中稀饭需要自己的饭盒装，所以你需要提前准备的就是一套餐具和一个饭盒。需要注意的是其菜单基本都是鲁菜、川菜，口味较重，南方的小姐姐可能吃不习惯需要做好准备。此外陪住的家属记得带一个硬点的东西垫腰，因为陪住的行军床非常非常软睡久了腰疼。</w:t>
      </w:r>
    </w:p>
    <w:p>
      <w:pPr>
        <w:spacing w:after="100"/>
      </w:pPr>
      <w:r>
        <w:rPr>
          <w:rFonts w:ascii="Calibri" w:hAnsi="Calibri" w:cs="Calibri" w:eastAsia="宋体"/>
        </w:rPr>
        <w:t>出去做检查是有工作人员带着你去做不需要担心，基本上头两天所有检查就都做完了，剩下的时间就是等待因为是大手术，需要等待手术室的空余。期间主治大夫会对你的手术条件进行检查并询问你更加追求深度还是外观，可以提前想一下。除此之外大夫还会拍照用于评估制定手术方案。</w:t>
      </w:r>
    </w:p>
    <w:p>
      <w:pPr>
        <w:spacing w:after="100"/>
      </w:pPr>
      <w:r>
        <w:rPr>
          <w:rFonts w:ascii="Calibri" w:hAnsi="Calibri" w:cs="Calibri" w:eastAsia="宋体"/>
        </w:rPr>
        <w:t>手术前两天，主刀大夫会再来检查一次你的手术条件并确认你采取的术式和更追求的方面。</w:t>
      </w:r>
    </w:p>
    <w:p>
      <w:pPr>
        <w:spacing w:after="100"/>
      </w:pPr>
      <w:r>
        <w:rPr>
          <w:rFonts w:ascii="Calibri" w:hAnsi="Calibri" w:cs="Calibri" w:eastAsia="宋体"/>
        </w:rPr>
        <w:t>手术前一天大夫会带你签字，说清楚可能的并发症并开始清空肠胃，此外还会让你提前购买模具（没错三院的模具要自己买，最好买硅胶的）。期间需要短时间内喝下两盒聚乙二醇，清空肠胃后还要再进行一次灌肠，折腾完这些大概也就该睡觉了，安心睡去准备迎接新生吧。</w:t>
      </w:r>
    </w:p>
    <w:p>
      <w:pPr>
        <w:pStyle w:val="Heading4"/>
      </w:pPr>
      <w:r>
        <w:rPr>
          <w:rFonts w:ascii="Calibri" w:hAnsi="Calibri" w:cs="Calibri" w:eastAsia="宋体"/>
        </w:rPr>
        <w:t>手术后</w:t>
      </w:r>
    </w:p>
    <w:p>
      <w:pPr>
        <w:spacing w:before="20" w:after="40"/>
        <w:ind w:left="425" w:hanging="312"/>
      </w:pPr>
      <w:r>
        <w:rPr>
          <w:rFonts w:ascii="Calibri" w:hAnsi="Calibri" w:cs="Calibri" w:eastAsia="宋体"/>
        </w:rPr>
        <w:t xml:space="preserve">• </w:t>
      </w:r>
      <w:r>
        <w:rPr>
          <w:rFonts w:ascii="Calibri" w:hAnsi="Calibri" w:cs="Calibri" w:eastAsia="宋体"/>
        </w:rPr>
        <w:t>三院的止疼做的很好，止疼泵里的强力止疼药会保证头几天基本不会有什么疼痛</w:t>
      </w:r>
    </w:p>
    <w:p>
      <w:pPr>
        <w:spacing w:before="20" w:after="40"/>
        <w:ind w:left="425" w:hanging="312"/>
      </w:pPr>
      <w:r>
        <w:rPr>
          <w:rFonts w:ascii="Calibri" w:hAnsi="Calibri" w:cs="Calibri" w:eastAsia="宋体"/>
        </w:rPr>
        <w:t xml:space="preserve">• </w:t>
      </w:r>
      <w:r>
        <w:rPr>
          <w:rFonts w:ascii="Calibri" w:hAnsi="Calibri" w:cs="Calibri" w:eastAsia="宋体"/>
        </w:rPr>
        <w:t>术后第二天大夫就会告诉你可以吃东西</w:t>
      </w:r>
    </w:p>
    <w:p>
      <w:pPr>
        <w:spacing w:before="20" w:after="40"/>
        <w:ind w:left="425" w:hanging="312"/>
      </w:pPr>
      <w:r>
        <w:rPr>
          <w:rFonts w:ascii="Calibri" w:hAnsi="Calibri" w:cs="Calibri" w:eastAsia="宋体"/>
        </w:rPr>
        <w:t xml:space="preserve">• </w:t>
      </w:r>
      <w:r>
        <w:rPr>
          <w:rFonts w:ascii="Calibri" w:hAnsi="Calibri" w:cs="Calibri" w:eastAsia="宋体"/>
        </w:rPr>
        <w:t>记得和护士多要一个枕头，侧身躺时垫着一条腿会让你舒服不少</w:t>
      </w:r>
    </w:p>
    <w:p>
      <w:pPr>
        <w:spacing w:before="20" w:after="40"/>
        <w:ind w:left="425" w:hanging="312"/>
      </w:pPr>
      <w:r>
        <w:rPr>
          <w:rFonts w:ascii="Calibri" w:hAnsi="Calibri" w:cs="Calibri" w:eastAsia="宋体"/>
        </w:rPr>
        <w:t xml:space="preserve">• </w:t>
      </w:r>
      <w:r>
        <w:rPr>
          <w:rFonts w:ascii="Calibri" w:hAnsi="Calibri" w:cs="Calibri" w:eastAsia="宋体"/>
        </w:rPr>
        <w:t>由于刀口的炎症你会有持续的低烧，这不必担心</w:t>
      </w:r>
    </w:p>
    <w:p>
      <w:pPr>
        <w:spacing w:after="100"/>
      </w:pPr>
      <w:r>
        <w:rPr>
          <w:rFonts w:ascii="Calibri" w:hAnsi="Calibri" w:cs="Calibri" w:eastAsia="宋体"/>
        </w:rPr>
        <w:t>大约术后第五天，大夫会取出里面塞的纱布。大夫会要求你用淋浴头冲洗刀口。此时起可以尽量下床走动。通模具也是这一天开始。下体渗出液体要勤清理。</w:t>
      </w:r>
    </w:p>
    <w:p>
      <w:pPr>
        <w:spacing w:after="100"/>
      </w:pPr>
      <w:r>
        <w:rPr>
          <w:rFonts w:ascii="Calibri" w:hAnsi="Calibri" w:cs="Calibri" w:eastAsia="宋体"/>
        </w:rPr>
        <w:t>引流管的线需要术后 14 天拆除，如果可以尽量住院到那会在医院拆线，而且晚出院你也恢复的好一些。</w:t>
      </w:r>
    </w:p>
    <w:p>
      <w:pPr>
        <w:spacing w:after="100"/>
      </w:pPr>
      <w:r>
        <w:rPr>
          <w:rFonts w:ascii="Calibri" w:hAnsi="Calibri" w:cs="Calibri" w:eastAsia="宋体"/>
        </w:rPr>
        <w:t>尿管，三院要求术后 4~6 周才能拔出，所以在外地的小姐姐可以先回家，到时候在当地医院挂一个泌尿外科的号就可以拔掉。</w:t>
      </w:r>
    </w:p>
    <w:p>
      <w:pPr>
        <w:spacing w:after="100"/>
      </w:pPr>
      <w:r>
        <w:rPr>
          <w:rFonts w:ascii="Calibri" w:hAnsi="Calibri" w:cs="Calibri" w:eastAsia="宋体"/>
        </w:rPr>
        <w:t>出院后到办理住院的窗口办理退费，取得诊断证明（这里注意要提前咨询户籍所在地的派出所改证需要的材料，与管床医生沟通，以便提前帮你准备）。病历要在术后 7 个工作日才能出来，所以就可以暂时不管了（在微信公众号上可以办理邮寄病历）。</w:t>
      </w:r>
    </w:p>
    <w:p>
      <w:pPr>
        <w:spacing w:after="100"/>
      </w:pPr>
      <w:r>
        <w:rPr>
          <w:rFonts w:ascii="Calibri" w:hAnsi="Calibri" w:cs="Calibri" w:eastAsia="宋体"/>
        </w:rPr>
        <w:t>出院后去公证处去办理诊断证明的公证（这个最好在北京办，外地的公证处核实北京医院的材料很麻烦）。</w:t>
      </w:r>
    </w:p>
    <w:p>
      <w:pPr>
        <w:spacing w:before="120" w:after="120"/>
        <w:pBdr>
          <w:bottom w:val="single" w:sz="6" w:space="1" w:color="C9CDD4"/>
        </w:pBdr>
      </w:pPr>
    </w:p>
    <w:p>
      <w:pPr>
        <w:spacing w:after="100"/>
      </w:pPr>
      <w:r>
        <w:rPr>
          <w:rFonts w:ascii="Calibri" w:hAnsi="Calibri" w:cs="Calibri" w:eastAsia="宋体"/>
        </w:rPr>
        <w:t>本页面编辑参考了</w:t>
      </w:r>
      <w:r>
        <w:rPr>
          <w:rFonts w:ascii="Calibri" w:hAnsi="Calibri" w:cs="Calibri" w:eastAsia="宋体"/>
        </w:rPr>
        <w:t>https://zhuanlan.zhihu.com/p/464156579</w:t>
      </w:r>
      <w:r>
        <w:rPr>
          <w:rFonts w:ascii="Calibri" w:hAnsi="Calibri" w:cs="Calibri" w:eastAsia="宋体"/>
        </w:rPr>
        <w:t xml:space="preserve"> (</w:t>
      </w:r>
      <w:r>
        <w:rPr>
          <w:rFonts w:ascii="Calibri" w:hAnsi="Calibri" w:cs="Calibri" w:eastAsia="宋体"/>
        </w:rPr>
        <w:t>https://archive.is/uZkop</w:t>
      </w:r>
      <w:r>
        <w:rPr>
          <w:rFonts w:ascii="Calibri" w:hAnsi="Calibri" w:cs="Calibri" w:eastAsia="宋体"/>
        </w:rPr>
        <w:t>)</w:t>
      </w:r>
    </w:p>
    <w:p>
      <w:pPr>
        <w:pStyle w:val="Heading4"/>
      </w:pPr>
      <w:r>
        <w:rPr>
          <w:rFonts w:ascii="Calibri" w:hAnsi="Calibri" w:cs="Calibri" w:eastAsia="宋体"/>
        </w:rPr>
        <w:t>术后评价</w:t>
      </w:r>
    </w:p>
    <w:p>
      <w:pPr>
        <w:keepNext/>
        <w:spacing w:before="120" w:after="40"/>
        <w:pBdr>
          <w:bottom w:val="single" w:sz="6" w:space="1" w:color="D4D8DE"/>
        </w:pBdr>
      </w:pPr>
      <w:r>
        <w:rPr>
          <w:rFonts w:ascii="Calibri" w:hAnsi="Calibri" w:cs="Calibri" w:eastAsia="微软雅黑"/>
          <w:b/>
        </w:rPr>
        <w:t>▸ 点击展开</w:t>
      </w:r>
    </w:p>
    <w:p>
      <w:pPr>
        <w:pStyle w:val="Heading5"/>
      </w:pPr>
      <w:r>
        <w:rPr>
          <w:rFonts w:ascii="Calibri" w:hAnsi="Calibri" w:cs="Calibri" w:eastAsia="宋体"/>
        </w:rPr>
        <w:t>2026 年 5 月手术</w:t>
      </w:r>
    </w:p>
    <w:p>
      <w:pPr>
        <w:spacing w:before="20" w:after="40"/>
        <w:ind w:left="425" w:hanging="312"/>
      </w:pPr>
      <w:r>
        <w:rPr>
          <w:rFonts w:ascii="Calibri" w:hAnsi="Calibri" w:cs="Calibri" w:eastAsia="宋体"/>
        </w:rPr>
        <w:t xml:space="preserve">• </w:t>
      </w:r>
      <w:r>
        <w:rPr>
          <w:rFonts w:ascii="Calibri" w:hAnsi="Calibri" w:cs="Calibri" w:eastAsia="宋体"/>
        </w:rPr>
        <w:t>术后 3 个月拍摄</w:t>
      </w:r>
    </w:p>
    <w:p>
      <w:pPr>
        <w:pStyle w:val="Heading3"/>
      </w:pPr>
      <w:r>
        <w:rPr>
          <w:rFonts w:ascii="Calibri" w:hAnsi="Calibri" w:cs="Calibri" w:eastAsia="微软雅黑"/>
        </w:rPr>
        <w:t>4.7.6  上海九院</w:t>
      </w:r>
    </w:p>
    <w:p>
      <w:pPr>
        <w:spacing w:after="160"/>
      </w:pPr>
      <w:r>
        <w:rPr>
          <w:rFonts w:ascii="Calibri" w:hAnsi="Calibri" w:cs="Calibri" w:eastAsia="宋体"/>
          <w:color w:val="6B7280"/>
          <w:sz w:val="16"/>
        </w:rPr>
        <w:t>原文：https://mtf.wiki/zh-cn/docs/srs/china/sh9 · 最近更新：2026年8月3日</w:t>
      </w:r>
    </w:p>
    <w:p>
      <w:pPr>
        <w:pStyle w:val="Heading4"/>
      </w:pPr>
      <w:r>
        <w:rPr>
          <w:rFonts w:ascii="Calibri" w:hAnsi="Calibri" w:cs="Calibri" w:eastAsia="宋体"/>
        </w:rPr>
        <w:t>九院跨性别序列治疗团队</w:t>
      </w:r>
    </w:p>
    <w:p>
      <w:pPr>
        <w:spacing w:after="100"/>
      </w:pPr>
      <w:r>
        <w:rPr>
          <w:rFonts w:ascii="Calibri" w:hAnsi="Calibri" w:cs="Calibri" w:eastAsia="宋体"/>
        </w:rPr>
        <w:t>团队：</w:t>
      </w:r>
    </w:p>
    <w:p>
      <w:pPr>
        <w:spacing w:before="20" w:after="40"/>
        <w:ind w:left="425" w:hanging="312"/>
      </w:pPr>
      <w:r>
        <w:rPr>
          <w:rFonts w:ascii="Calibri" w:hAnsi="Calibri" w:cs="Calibri" w:eastAsia="宋体"/>
        </w:rPr>
        <w:t xml:space="preserve">• </w:t>
      </w:r>
      <w:r>
        <w:rPr>
          <w:rFonts w:ascii="Calibri" w:hAnsi="Calibri" w:cs="Calibri" w:eastAsia="宋体"/>
        </w:rPr>
        <w:t>刘阳</w:t>
      </w:r>
      <w:r>
        <w:rPr>
          <w:rFonts w:ascii="Calibri" w:hAnsi="Calibri" w:cs="Calibri" w:eastAsia="宋体"/>
        </w:rPr>
        <w:t>（主任医师）</w:t>
      </w:r>
    </w:p>
    <w:p>
      <w:pPr>
        <w:spacing w:before="20" w:after="40"/>
        <w:ind w:left="425" w:hanging="312"/>
      </w:pPr>
      <w:r>
        <w:rPr>
          <w:rFonts w:ascii="Calibri" w:hAnsi="Calibri" w:cs="Calibri" w:eastAsia="宋体"/>
        </w:rPr>
        <w:t xml:space="preserve">• </w:t>
      </w:r>
      <w:r>
        <w:rPr>
          <w:rFonts w:ascii="Calibri" w:hAnsi="Calibri" w:cs="Calibri" w:eastAsia="宋体"/>
        </w:rPr>
        <w:t>程辰</w:t>
      </w:r>
      <w:r>
        <w:rPr>
          <w:rFonts w:ascii="Calibri" w:hAnsi="Calibri" w:cs="Calibri" w:eastAsia="宋体"/>
        </w:rPr>
        <w:t>（主治医师）</w:t>
      </w:r>
    </w:p>
    <w:p>
      <w:pPr>
        <w:spacing w:before="20" w:after="40"/>
        <w:ind w:left="425" w:hanging="312"/>
      </w:pPr>
      <w:r>
        <w:rPr>
          <w:rFonts w:ascii="Calibri" w:hAnsi="Calibri" w:cs="Calibri" w:eastAsia="宋体"/>
        </w:rPr>
        <w:t xml:space="preserve">• </w:t>
      </w:r>
      <w:r>
        <w:rPr>
          <w:rFonts w:ascii="Calibri" w:hAnsi="Calibri" w:cs="Calibri" w:eastAsia="宋体"/>
        </w:rPr>
        <w:t>张盈帆</w:t>
      </w:r>
      <w:r>
        <w:rPr>
          <w:rFonts w:ascii="Calibri" w:hAnsi="Calibri" w:cs="Calibri" w:eastAsia="宋体"/>
        </w:rPr>
        <w:t>（副主任医师）</w:t>
      </w:r>
    </w:p>
    <w:p>
      <w:pPr>
        <w:spacing w:before="20" w:after="40"/>
        <w:ind w:left="425" w:hanging="312"/>
      </w:pPr>
      <w:r>
        <w:rPr>
          <w:rFonts w:ascii="Calibri" w:hAnsi="Calibri" w:cs="Calibri" w:eastAsia="宋体"/>
        </w:rPr>
        <w:t xml:space="preserve">• </w:t>
      </w:r>
      <w:r>
        <w:rPr>
          <w:rFonts w:ascii="Calibri" w:hAnsi="Calibri" w:cs="Calibri" w:eastAsia="宋体"/>
        </w:rPr>
        <w:t>麻荪香</w:t>
      </w:r>
      <w:r>
        <w:rPr>
          <w:rFonts w:ascii="Calibri" w:hAnsi="Calibri" w:cs="Calibri" w:eastAsia="宋体"/>
        </w:rPr>
        <w:t>（副主任医师）</w:t>
      </w:r>
    </w:p>
    <w:p>
      <w:pPr>
        <w:spacing w:before="20" w:after="40"/>
        <w:ind w:left="425" w:hanging="312"/>
      </w:pPr>
      <w:r>
        <w:rPr>
          <w:rFonts w:ascii="Calibri" w:hAnsi="Calibri" w:cs="Calibri" w:eastAsia="宋体"/>
        </w:rPr>
        <w:t xml:space="preserve">• </w:t>
      </w:r>
      <w:r>
        <w:rPr>
          <w:rFonts w:ascii="Calibri" w:hAnsi="Calibri" w:cs="Calibri" w:eastAsia="宋体"/>
        </w:rPr>
        <w:t>周怡雯</w:t>
      </w:r>
      <w:r>
        <w:rPr>
          <w:rFonts w:ascii="Calibri" w:hAnsi="Calibri" w:cs="Calibri" w:eastAsia="宋体"/>
        </w:rPr>
        <w:t>（住院医师）</w:t>
      </w:r>
    </w:p>
    <w:p>
      <w:pPr>
        <w:spacing w:after="100"/>
      </w:pPr>
      <w:r>
        <w:rPr>
          <w:rFonts w:ascii="Calibri" w:hAnsi="Calibri" w:cs="Calibri" w:eastAsia="宋体"/>
        </w:rPr>
        <w:t>特别顾问：</w:t>
      </w:r>
    </w:p>
    <w:p>
      <w:pPr>
        <w:spacing w:before="20" w:after="40"/>
        <w:ind w:left="425" w:hanging="312"/>
      </w:pPr>
      <w:r>
        <w:rPr>
          <w:rFonts w:ascii="Calibri" w:hAnsi="Calibri" w:cs="Calibri" w:eastAsia="宋体"/>
        </w:rPr>
        <w:t xml:space="preserve">• </w:t>
      </w:r>
      <w:r>
        <w:rPr>
          <w:rFonts w:ascii="Calibri" w:hAnsi="Calibri" w:cs="Calibri" w:eastAsia="宋体"/>
        </w:rPr>
        <w:t>程开祥</w:t>
      </w:r>
      <w:r>
        <w:rPr>
          <w:rFonts w:ascii="Calibri" w:hAnsi="Calibri" w:cs="Calibri" w:eastAsia="宋体"/>
        </w:rPr>
        <w:t>（副主任医师）</w:t>
      </w:r>
    </w:p>
    <w:p>
      <w:pPr>
        <w:spacing w:after="100"/>
      </w:pPr>
      <w:r>
        <w:rPr>
          <w:rFonts w:ascii="Calibri" w:hAnsi="Calibri" w:cs="Calibri" w:eastAsia="宋体"/>
        </w:rPr>
        <w:t>其中 MtF SRS：</w:t>
      </w:r>
    </w:p>
    <w:p>
      <w:pPr>
        <w:spacing w:before="20" w:after="40"/>
        <w:ind w:left="425" w:hanging="312"/>
      </w:pPr>
      <w:r>
        <w:rPr>
          <w:rFonts w:ascii="Calibri" w:hAnsi="Calibri" w:cs="Calibri" w:eastAsia="宋体"/>
        </w:rPr>
        <w:t xml:space="preserve">• </w:t>
      </w:r>
      <w:r>
        <w:rPr>
          <w:rFonts w:ascii="Calibri" w:hAnsi="Calibri" w:cs="Calibri" w:eastAsia="宋体"/>
        </w:rPr>
        <w:t>刘阳</w:t>
      </w:r>
      <w:r>
        <w:rPr>
          <w:rFonts w:ascii="Calibri" w:hAnsi="Calibri" w:cs="Calibri" w:eastAsia="宋体"/>
        </w:rPr>
        <w:t>（主任医师）</w:t>
      </w:r>
    </w:p>
    <w:p>
      <w:pPr>
        <w:spacing w:before="20" w:after="40"/>
        <w:ind w:left="425" w:hanging="312"/>
      </w:pPr>
      <w:r>
        <w:rPr>
          <w:rFonts w:ascii="Calibri" w:hAnsi="Calibri" w:cs="Calibri" w:eastAsia="宋体"/>
        </w:rPr>
        <w:t xml:space="preserve">• </w:t>
      </w:r>
      <w:r>
        <w:rPr>
          <w:rFonts w:ascii="Calibri" w:hAnsi="Calibri" w:cs="Calibri" w:eastAsia="宋体"/>
        </w:rPr>
        <w:t>麻荪香</w:t>
      </w:r>
      <w:r>
        <w:rPr>
          <w:rFonts w:ascii="Calibri" w:hAnsi="Calibri" w:cs="Calibri" w:eastAsia="宋体"/>
        </w:rPr>
        <w:t>（副主任医师）</w:t>
      </w:r>
    </w:p>
    <w:p>
      <w:pPr>
        <w:spacing w:before="20" w:after="40"/>
        <w:ind w:left="425" w:hanging="312"/>
      </w:pPr>
      <w:r>
        <w:rPr>
          <w:rFonts w:ascii="Calibri" w:hAnsi="Calibri" w:cs="Calibri" w:eastAsia="宋体"/>
        </w:rPr>
        <w:t xml:space="preserve">• </w:t>
      </w:r>
      <w:r>
        <w:rPr>
          <w:rFonts w:ascii="Calibri" w:hAnsi="Calibri" w:cs="Calibri" w:eastAsia="宋体"/>
        </w:rPr>
        <w:t>程开祥</w:t>
      </w:r>
      <w:r>
        <w:rPr>
          <w:rFonts w:ascii="Calibri" w:hAnsi="Calibri" w:cs="Calibri" w:eastAsia="宋体"/>
        </w:rPr>
        <w:t>（副主任医师）</w:t>
      </w:r>
    </w:p>
    <w:p>
      <w:pPr>
        <w:pStyle w:val="Heading4"/>
      </w:pPr>
      <w:r>
        <w:rPr>
          <w:rFonts w:ascii="Calibri" w:hAnsi="Calibri" w:cs="Calibri" w:eastAsia="宋体"/>
        </w:rPr>
        <w:t>挂号与就诊</w:t>
      </w:r>
    </w:p>
    <w:p>
      <w:pPr>
        <w:pStyle w:val="Heading5"/>
      </w:pPr>
      <w:r>
        <w:rPr>
          <w:rFonts w:ascii="Calibri" w:hAnsi="Calibri" w:cs="Calibri" w:eastAsia="宋体"/>
        </w:rPr>
        <w:t>挂号方式</w:t>
      </w:r>
    </w:p>
    <w:p>
      <w:pPr>
        <w:spacing w:before="20" w:after="40"/>
        <w:ind w:left="425" w:hanging="312"/>
      </w:pPr>
      <w:r>
        <w:rPr>
          <w:rFonts w:ascii="Calibri" w:hAnsi="Calibri" w:cs="Calibri" w:eastAsia="宋体"/>
        </w:rPr>
        <w:t xml:space="preserve">1. </w:t>
      </w:r>
      <w:r>
        <w:rPr>
          <w:rFonts w:ascii="Calibri" w:hAnsi="Calibri" w:cs="Calibri" w:eastAsia="宋体"/>
        </w:rPr>
        <w:t>在微信「搜一搜」中搜索「上海九院」，点击「预约挂号」</w:t>
      </w:r>
    </w:p>
    <w:p>
      <w:pPr>
        <w:spacing w:before="20" w:after="40"/>
        <w:ind w:left="425" w:hanging="312"/>
      </w:pPr>
      <w:r>
        <w:rPr>
          <w:rFonts w:ascii="Calibri" w:hAnsi="Calibri" w:cs="Calibri" w:eastAsia="宋体"/>
        </w:rPr>
        <w:t xml:space="preserve">2. </w:t>
      </w:r>
      <w:r>
        <w:rPr>
          <w:rFonts w:ascii="Calibri" w:hAnsi="Calibri" w:cs="Calibri" w:eastAsia="宋体"/>
        </w:rPr>
        <w:t>选择「门诊预约」，完成预约</w:t>
      </w:r>
    </w:p>
    <w:p>
      <w:pPr>
        <w:spacing w:before="20" w:after="40"/>
        <w:ind w:left="425" w:hanging="312"/>
      </w:pPr>
      <w:r>
        <w:rPr>
          <w:rFonts w:ascii="Calibri" w:hAnsi="Calibri" w:cs="Calibri" w:eastAsia="宋体"/>
        </w:rPr>
        <w:t xml:space="preserve">3. </w:t>
      </w:r>
      <w:r>
        <w:rPr>
          <w:rFonts w:ascii="Calibri" w:hAnsi="Calibri" w:cs="Calibri" w:eastAsia="宋体"/>
        </w:rPr>
        <w:t>就诊当天前往「我的预约」页面完成挂号支付</w:t>
      </w:r>
    </w:p>
    <w:p>
      <w:pPr>
        <w:spacing w:before="20" w:after="40"/>
        <w:ind w:left="425" w:hanging="312"/>
      </w:pPr>
      <w:r>
        <w:rPr>
          <w:rFonts w:ascii="Calibri" w:hAnsi="Calibri" w:cs="Calibri" w:eastAsia="宋体"/>
        </w:rPr>
        <w:t xml:space="preserve">4. </w:t>
      </w:r>
      <w:r>
        <w:rPr>
          <w:rFonts w:ascii="Calibri" w:hAnsi="Calibri" w:cs="Calibri" w:eastAsia="宋体"/>
        </w:rPr>
        <w:t>到达</w:t>
      </w:r>
      <w:r>
        <w:rPr>
          <w:rFonts w:ascii="Calibri" w:hAnsi="Calibri" w:cs="Calibri" w:eastAsia="宋体"/>
          <w:b/>
        </w:rPr>
        <w:t>南部园区新门诊楼 9 楼整复外科</w:t>
      </w:r>
      <w:r>
        <w:rPr>
          <w:rFonts w:ascii="Calibri" w:hAnsi="Calibri" w:cs="Calibri" w:eastAsia="宋体"/>
        </w:rPr>
        <w:t>，在右前方扫描就诊码完成挂号登记</w:t>
      </w:r>
    </w:p>
    <w:p>
      <w:pPr>
        <w:pStyle w:val="Heading5"/>
      </w:pPr>
      <w:r>
        <w:rPr>
          <w:rFonts w:ascii="Calibri" w:hAnsi="Calibri" w:cs="Calibri" w:eastAsia="宋体"/>
        </w:rPr>
        <w:t>需要挂的门诊</w:t>
      </w:r>
    </w:p>
    <w:p>
      <w:pPr>
        <w:spacing w:after="100"/>
      </w:pPr>
      <w:r>
        <w:rPr>
          <w:rFonts w:ascii="Calibri" w:hAnsi="Calibri" w:cs="Calibri" w:eastAsia="宋体"/>
        </w:rPr>
        <w:t>SRS 流程需要分别挂以下两个门诊：</w:t>
      </w:r>
    </w:p>
    <w:tbl>
      <w:tblPr>
        <w:tblStyle w:val="TableGrid"/>
        <w:tblW w:type="auto" w:w="0"/>
        <w:jc w:val="center"/>
        <w:tblLayout w:type="fixed"/>
        <w:tblLook w:firstColumn="1" w:firstRow="1" w:lastColumn="0" w:lastRow="0" w:noHBand="0" w:noVBand="1" w:val="04A0"/>
      </w:tblPr>
      <w:tblGrid>
        <w:gridCol w:w="5017"/>
        <w:gridCol w:w="1204"/>
        <w:gridCol w:w="1070"/>
        <w:gridCol w:w="2007"/>
      </w:tblGrid>
      <w:tr>
        <w:trPr>
          <w:tblHeader/>
        </w:trPr>
        <w:tc>
          <w:tcPr>
            <w:tcW w:type="dxa" w:w="5017"/>
            <w:shd w:val="clear" w:color="auto" w:fill="EDF1F7"/>
          </w:tcPr>
          <w:p>
            <w:pPr>
              <w:spacing w:before="40" w:after="40" w:line="276" w:lineRule="auto"/>
            </w:pPr>
            <w:r>
              <w:rPr>
                <w:b/>
                <w:sz w:val="18"/>
              </w:rPr>
            </w:r>
            <w:r>
              <w:rPr>
                <w:rFonts w:ascii="Calibri" w:hAnsi="Calibri" w:cs="Calibri" w:eastAsia="宋体"/>
                <w:b/>
                <w:sz w:val="18"/>
              </w:rPr>
              <w:t>门诊</w:t>
            </w:r>
          </w:p>
        </w:tc>
        <w:tc>
          <w:tcPr>
            <w:tcW w:type="dxa" w:w="1204"/>
            <w:shd w:val="clear" w:color="auto" w:fill="EDF1F7"/>
          </w:tcPr>
          <w:p>
            <w:pPr>
              <w:spacing w:before="40" w:after="40" w:line="276" w:lineRule="auto"/>
            </w:pPr>
            <w:r>
              <w:rPr>
                <w:b/>
                <w:sz w:val="18"/>
              </w:rPr>
            </w:r>
            <w:r>
              <w:rPr>
                <w:rFonts w:ascii="Calibri" w:hAnsi="Calibri" w:cs="Calibri" w:eastAsia="宋体"/>
                <w:b/>
                <w:sz w:val="18"/>
              </w:rPr>
              <w:t>出诊时间</w:t>
            </w:r>
          </w:p>
        </w:tc>
        <w:tc>
          <w:tcPr>
            <w:tcW w:type="dxa" w:w="1070"/>
            <w:shd w:val="clear" w:color="auto" w:fill="EDF1F7"/>
          </w:tcPr>
          <w:p>
            <w:pPr>
              <w:spacing w:before="40" w:after="40" w:line="276" w:lineRule="auto"/>
            </w:pPr>
            <w:r>
              <w:rPr>
                <w:b/>
                <w:sz w:val="18"/>
              </w:rPr>
            </w:r>
            <w:r>
              <w:rPr>
                <w:rFonts w:ascii="Calibri" w:hAnsi="Calibri" w:cs="Calibri" w:eastAsia="宋体"/>
                <w:b/>
                <w:sz w:val="18"/>
              </w:rPr>
              <w:t>挂号费</w:t>
            </w:r>
          </w:p>
        </w:tc>
        <w:tc>
          <w:tcPr>
            <w:tcW w:type="dxa" w:w="2007"/>
            <w:shd w:val="clear" w:color="auto" w:fill="EDF1F7"/>
          </w:tcPr>
          <w:p>
            <w:pPr>
              <w:spacing w:before="40" w:after="40" w:line="276" w:lineRule="auto"/>
            </w:pPr>
            <w:r>
              <w:rPr>
                <w:b/>
                <w:sz w:val="18"/>
              </w:rPr>
            </w:r>
            <w:r>
              <w:rPr>
                <w:rFonts w:ascii="Calibri" w:hAnsi="Calibri" w:cs="Calibri" w:eastAsia="宋体"/>
                <w:b/>
                <w:sz w:val="18"/>
              </w:rPr>
              <w:t>用途</w:t>
            </w:r>
          </w:p>
        </w:tc>
      </w:tr>
      <w:tr>
        <w:tc>
          <w:tcPr>
            <w:tcW w:type="dxa" w:w="5017"/>
          </w:tcPr>
          <w:p>
            <w:pPr>
              <w:spacing w:before="40" w:after="40" w:line="276" w:lineRule="auto"/>
            </w:pPr>
            <w:r>
              <w:rPr>
                <w:sz w:val="18"/>
              </w:rPr>
            </w:r>
            <w:r>
              <w:rPr>
                <w:rFonts w:ascii="Calibri" w:hAnsi="Calibri" w:cs="Calibri" w:eastAsia="宋体"/>
                <w:sz w:val="18"/>
              </w:rPr>
              <w:t>整复外科 刘阳（主任医师）</w:t>
            </w:r>
          </w:p>
        </w:tc>
        <w:tc>
          <w:tcPr>
            <w:tcW w:type="dxa" w:w="1204"/>
          </w:tcPr>
          <w:p>
            <w:pPr>
              <w:spacing w:before="40" w:after="40" w:line="276" w:lineRule="auto"/>
            </w:pPr>
            <w:r>
              <w:rPr>
                <w:sz w:val="18"/>
              </w:rPr>
            </w:r>
            <w:r>
              <w:rPr>
                <w:rFonts w:ascii="Calibri" w:hAnsi="Calibri" w:cs="Calibri" w:eastAsia="宋体"/>
                <w:sz w:val="18"/>
              </w:rPr>
              <w:t>每周一</w:t>
            </w:r>
          </w:p>
        </w:tc>
        <w:tc>
          <w:tcPr>
            <w:tcW w:type="dxa" w:w="1070"/>
          </w:tcPr>
          <w:p>
            <w:pPr>
              <w:spacing w:before="40" w:after="40" w:line="276" w:lineRule="auto"/>
            </w:pPr>
            <w:r>
              <w:rPr>
                <w:sz w:val="18"/>
              </w:rPr>
            </w:r>
            <w:r>
              <w:rPr>
                <w:rFonts w:ascii="Calibri" w:hAnsi="Calibri" w:cs="Calibri" w:eastAsia="宋体"/>
                <w:sz w:val="18"/>
              </w:rPr>
              <w:t>50 元</w:t>
            </w:r>
          </w:p>
        </w:tc>
        <w:tc>
          <w:tcPr>
            <w:tcW w:type="dxa" w:w="2007"/>
          </w:tcPr>
          <w:p>
            <w:pPr>
              <w:spacing w:before="40" w:after="40" w:line="276" w:lineRule="auto"/>
            </w:pPr>
            <w:r>
              <w:rPr>
                <w:sz w:val="18"/>
              </w:rPr>
            </w:r>
            <w:r>
              <w:rPr>
                <w:rFonts w:ascii="Calibri" w:hAnsi="Calibri" w:cs="Calibri" w:eastAsia="宋体"/>
                <w:sz w:val="18"/>
              </w:rPr>
              <w:t>面诊、评估</w:t>
            </w:r>
          </w:p>
        </w:tc>
      </w:tr>
      <w:tr>
        <w:tc>
          <w:tcPr>
            <w:tcW w:type="dxa" w:w="5017"/>
          </w:tcPr>
          <w:p>
            <w:pPr>
              <w:spacing w:before="40" w:after="40" w:line="276" w:lineRule="auto"/>
            </w:pPr>
            <w:r>
              <w:rPr>
                <w:sz w:val="18"/>
              </w:rPr>
            </w:r>
            <w:r>
              <w:rPr>
                <w:rFonts w:ascii="Calibri" w:hAnsi="Calibri" w:cs="Calibri" w:eastAsia="宋体"/>
                <w:sz w:val="18"/>
              </w:rPr>
              <w:t>整复外科 性别医学专科门诊</w:t>
            </w:r>
          </w:p>
        </w:tc>
        <w:tc>
          <w:tcPr>
            <w:tcW w:type="dxa" w:w="1204"/>
          </w:tcPr>
          <w:p>
            <w:pPr>
              <w:spacing w:before="40" w:after="40" w:line="276" w:lineRule="auto"/>
            </w:pPr>
            <w:r>
              <w:rPr>
                <w:sz w:val="18"/>
              </w:rPr>
            </w:r>
            <w:r>
              <w:rPr>
                <w:rFonts w:ascii="Calibri" w:hAnsi="Calibri" w:cs="Calibri" w:eastAsia="宋体"/>
                <w:sz w:val="18"/>
              </w:rPr>
              <w:t>每周二</w:t>
            </w:r>
          </w:p>
        </w:tc>
        <w:tc>
          <w:tcPr>
            <w:tcW w:type="dxa" w:w="1070"/>
          </w:tcPr>
          <w:p>
            <w:pPr>
              <w:spacing w:before="40" w:after="40" w:line="276" w:lineRule="auto"/>
            </w:pPr>
            <w:r>
              <w:rPr>
                <w:sz w:val="18"/>
              </w:rPr>
            </w:r>
            <w:r>
              <w:rPr>
                <w:rFonts w:ascii="Calibri" w:hAnsi="Calibri" w:cs="Calibri" w:eastAsia="宋体"/>
                <w:sz w:val="18"/>
              </w:rPr>
              <w:t>25 元</w:t>
            </w:r>
          </w:p>
        </w:tc>
        <w:tc>
          <w:tcPr>
            <w:tcW w:type="dxa" w:w="2007"/>
          </w:tcPr>
          <w:p>
            <w:pPr>
              <w:spacing w:before="40" w:after="40" w:line="276" w:lineRule="auto"/>
            </w:pPr>
            <w:r>
              <w:rPr>
                <w:sz w:val="18"/>
              </w:rPr>
            </w:r>
            <w:r>
              <w:rPr>
                <w:rFonts w:ascii="Calibri" w:hAnsi="Calibri" w:cs="Calibri" w:eastAsia="宋体"/>
                <w:sz w:val="18"/>
              </w:rPr>
              <w:t>提交手术审核材料、排期</w:t>
            </w:r>
          </w:p>
        </w:tc>
      </w:tr>
    </w:tbl>
    <w:p>
      <w:pPr>
        <w:spacing w:after="100"/>
      </w:pPr>
      <w:r>
        <w:rPr>
          <w:rFonts w:ascii="Calibri" w:hAnsi="Calibri" w:cs="Calibri" w:eastAsia="宋体"/>
        </w:rPr>
        <w:t>两个门诊均</w:t>
      </w:r>
      <w:r>
        <w:rPr>
          <w:rFonts w:ascii="Calibri" w:hAnsi="Calibri" w:cs="Calibri" w:eastAsia="宋体"/>
          <w:b/>
        </w:rPr>
        <w:t>需要父母一方陪同前往</w:t>
      </w:r>
      <w:r>
        <w:rPr>
          <w:rFonts w:ascii="Calibri" w:hAnsi="Calibri" w:cs="Calibri" w:eastAsia="宋体"/>
        </w:rPr>
        <w:t>。</w:t>
      </w:r>
    </w:p>
    <w:p>
      <w:pPr>
        <w:pStyle w:val="Heading4"/>
      </w:pPr>
      <w:r>
        <w:rPr>
          <w:rFonts w:ascii="Calibri" w:hAnsi="Calibri" w:cs="Calibri" w:eastAsia="宋体"/>
        </w:rPr>
        <w:t>问诊内容</w:t>
      </w:r>
    </w:p>
    <w:p>
      <w:pPr>
        <w:spacing w:after="100"/>
      </w:pPr>
      <w:r>
        <w:rPr>
          <w:rFonts w:ascii="Calibri" w:hAnsi="Calibri" w:cs="Calibri" w:eastAsia="宋体"/>
        </w:rPr>
        <w:t>需在性别医学专科门诊或刘阳主任专家门诊线下面诊。</w:t>
      </w:r>
    </w:p>
    <w:p>
      <w:pPr>
        <w:spacing w:after="100"/>
      </w:pPr>
      <w:r>
        <w:rPr>
          <w:rFonts w:ascii="Calibri" w:hAnsi="Calibri" w:cs="Calibri" w:eastAsia="宋体"/>
        </w:rPr>
        <w:t>以下为早期就诊记录，</w:t>
      </w:r>
      <w:r>
        <w:rPr>
          <w:rFonts w:ascii="Calibri" w:hAnsi="Calibri" w:cs="Calibri" w:eastAsia="宋体"/>
          <w:b/>
        </w:rPr>
        <w:t>未必会被问及</w:t>
      </w:r>
      <w:r>
        <w:rPr>
          <w:rFonts w:ascii="Calibri" w:hAnsi="Calibri" w:cs="Calibri" w:eastAsia="宋体"/>
        </w:rPr>
        <w:t>——笔者 2026 年 7 月的问诊中，下列内容均未涉及，也没有进行体检。是否进行检查与提问，或与医生对就诊人的外貌印象有关：</w:t>
      </w:r>
    </w:p>
    <w:p>
      <w:pPr>
        <w:spacing w:before="20" w:after="40"/>
        <w:ind w:left="425" w:hanging="312"/>
      </w:pPr>
      <w:r>
        <w:rPr>
          <w:rFonts w:ascii="Calibri" w:hAnsi="Calibri" w:cs="Calibri" w:eastAsia="宋体"/>
        </w:rPr>
        <w:t xml:space="preserve">1. </w:t>
      </w:r>
      <w:r>
        <w:rPr>
          <w:rFonts w:ascii="Calibri" w:hAnsi="Calibri" w:cs="Calibri" w:eastAsia="宋体"/>
        </w:rPr>
        <w:t>会详细询问 使用激素的时长，用量，效果及感受（比如身体有哪些变化）</w:t>
      </w:r>
    </w:p>
    <w:p>
      <w:pPr>
        <w:spacing w:before="20" w:after="40"/>
        <w:ind w:left="425" w:hanging="312"/>
      </w:pPr>
      <w:r>
        <w:rPr>
          <w:rFonts w:ascii="Calibri" w:hAnsi="Calibri" w:cs="Calibri" w:eastAsia="宋体"/>
        </w:rPr>
        <w:t xml:space="preserve">2. </w:t>
      </w:r>
      <w:r>
        <w:rPr>
          <w:rFonts w:ascii="Calibri" w:hAnsi="Calibri" w:cs="Calibri" w:eastAsia="宋体"/>
        </w:rPr>
        <w:t>会详细询问 RLE 细节及感受/打算</w:t>
      </w:r>
    </w:p>
    <w:p>
      <w:pPr>
        <w:spacing w:before="20" w:after="40"/>
        <w:ind w:left="425" w:hanging="312"/>
      </w:pPr>
      <w:r>
        <w:rPr>
          <w:rFonts w:ascii="Calibri" w:hAnsi="Calibri" w:cs="Calibri" w:eastAsia="宋体"/>
        </w:rPr>
        <w:t xml:space="preserve">3. </w:t>
      </w:r>
      <w:r>
        <w:rPr>
          <w:rFonts w:ascii="Calibri" w:hAnsi="Calibri" w:cs="Calibri" w:eastAsia="宋体"/>
        </w:rPr>
        <w:t>会询问是否合并其他精神类疾病</w:t>
      </w:r>
    </w:p>
    <w:p>
      <w:pPr>
        <w:spacing w:before="20" w:after="40"/>
        <w:ind w:left="425" w:hanging="312"/>
      </w:pPr>
      <w:r>
        <w:rPr>
          <w:rFonts w:ascii="Calibri" w:hAnsi="Calibri" w:cs="Calibri" w:eastAsia="宋体"/>
        </w:rPr>
        <w:t xml:space="preserve">4. </w:t>
      </w:r>
      <w:r>
        <w:rPr>
          <w:rFonts w:ascii="Calibri" w:hAnsi="Calibri" w:cs="Calibri" w:eastAsia="宋体"/>
        </w:rPr>
        <w:t>（可能）需要体检（脱光，医生视检胸部和阴部）</w:t>
      </w:r>
    </w:p>
    <w:p>
      <w:pPr>
        <w:spacing w:before="20" w:after="40"/>
        <w:ind w:left="425" w:hanging="312"/>
      </w:pPr>
      <w:r>
        <w:rPr>
          <w:rFonts w:ascii="Calibri" w:hAnsi="Calibri" w:cs="Calibri" w:eastAsia="宋体"/>
        </w:rPr>
        <w:t xml:space="preserve">5. </w:t>
      </w:r>
      <w:r>
        <w:rPr>
          <w:rFonts w:ascii="Calibri" w:hAnsi="Calibri" w:cs="Calibri" w:eastAsia="宋体"/>
        </w:rPr>
        <w:t>甚至询问你去哪个厕所（预约 SRS）</w:t>
      </w:r>
    </w:p>
    <w:p>
      <w:pPr>
        <w:spacing w:after="100"/>
      </w:pPr>
      <w:r>
        <w:rPr>
          <w:rFonts w:ascii="Calibri" w:hAnsi="Calibri" w:cs="Calibri" w:eastAsia="宋体"/>
        </w:rPr>
        <w:t>若年龄低于 22 岁，且无学业上的必要，或并没有对自己的身体感到厌恶、只是想修改证件性别，可能会被医师劝告慎重考虑。</w:t>
      </w:r>
    </w:p>
    <w:p>
      <w:pPr>
        <w:spacing w:after="100"/>
      </w:pPr>
      <w:r>
        <w:rPr>
          <w:rFonts w:ascii="Calibri" w:hAnsi="Calibri" w:cs="Calibri" w:eastAsia="宋体"/>
        </w:rPr>
        <w:t>此种情况下仍然可以先行排期，且在排期过程中可以取消。先行排期的目的之一，是给就诊人和父母提供考虑清楚的时间。</w:t>
      </w:r>
    </w:p>
    <w:p>
      <w:pPr>
        <w:pStyle w:val="Heading4"/>
      </w:pPr>
      <w:r>
        <w:rPr>
          <w:rFonts w:ascii="Calibri" w:hAnsi="Calibri" w:cs="Calibri" w:eastAsia="宋体"/>
        </w:rPr>
        <w:t>准入条件</w:t>
      </w:r>
    </w:p>
    <w:p>
      <w:pPr>
        <w:pStyle w:val="Heading5"/>
      </w:pPr>
      <w:r>
        <w:rPr>
          <w:rFonts w:ascii="Calibri" w:hAnsi="Calibri" w:cs="Calibri" w:eastAsia="宋体"/>
        </w:rPr>
        <w:t>性别重置术（生殖器切除 + 再造、乳腺切除）</w:t>
      </w:r>
    </w:p>
    <w:p>
      <w:pPr>
        <w:spacing w:before="20" w:after="40"/>
        <w:ind w:left="425" w:hanging="312"/>
      </w:pPr>
      <w:r>
        <w:rPr>
          <w:rFonts w:ascii="Calibri" w:hAnsi="Calibri" w:cs="Calibri" w:eastAsia="宋体"/>
        </w:rPr>
        <w:t xml:space="preserve">1. </w:t>
      </w:r>
      <w:r>
        <w:rPr>
          <w:rFonts w:ascii="Calibri" w:hAnsi="Calibri" w:cs="Calibri" w:eastAsia="宋体"/>
        </w:rPr>
        <w:t>年满 18 周岁</w:t>
      </w:r>
    </w:p>
    <w:p>
      <w:pPr>
        <w:spacing w:before="20" w:after="40"/>
        <w:ind w:left="425" w:hanging="312"/>
      </w:pPr>
      <w:r>
        <w:rPr>
          <w:rFonts w:ascii="Calibri" w:hAnsi="Calibri" w:cs="Calibri" w:eastAsia="宋体"/>
        </w:rPr>
        <w:t xml:space="preserve">2. </w:t>
      </w:r>
      <w:r>
        <w:rPr>
          <w:rFonts w:ascii="Calibri" w:hAnsi="Calibri" w:cs="Calibri" w:eastAsia="宋体"/>
        </w:rPr>
        <w:t>当地公安部门出具的手术对象无在案犯罪记录证明</w:t>
      </w:r>
    </w:p>
    <w:p>
      <w:pPr>
        <w:spacing w:before="20" w:after="40"/>
        <w:ind w:left="425" w:hanging="312"/>
      </w:pPr>
      <w:r>
        <w:rPr>
          <w:rFonts w:ascii="Calibri" w:hAnsi="Calibri" w:cs="Calibri" w:eastAsia="宋体"/>
        </w:rPr>
        <w:t xml:space="preserve">3. </w:t>
      </w:r>
      <w:r>
        <w:rPr>
          <w:rFonts w:ascii="Calibri" w:hAnsi="Calibri" w:cs="Calibri" w:eastAsia="宋体"/>
        </w:rPr>
        <w:t>未在婚姻状态（若相关部门无法开具，可免去提交《未在婚姻状态证明》）</w:t>
      </w:r>
    </w:p>
    <w:p>
      <w:pPr>
        <w:spacing w:before="20" w:after="40"/>
        <w:ind w:left="425" w:hanging="312"/>
      </w:pPr>
      <w:r>
        <w:rPr>
          <w:rFonts w:ascii="Calibri" w:hAnsi="Calibri" w:cs="Calibri" w:eastAsia="宋体"/>
        </w:rPr>
        <w:t xml:space="preserve">4. </w:t>
      </w:r>
      <w:r>
        <w:rPr>
          <w:rFonts w:ascii="Calibri" w:hAnsi="Calibri" w:cs="Calibri" w:eastAsia="宋体"/>
        </w:rPr>
        <w:t>三级医院精神科或心理科医师开具的易性症（性别焦虑，或性别不一致）诊断证明</w:t>
      </w:r>
    </w:p>
    <w:p>
      <w:pPr>
        <w:spacing w:before="20" w:after="40"/>
        <w:ind w:left="425" w:hanging="312"/>
      </w:pPr>
      <w:r>
        <w:rPr>
          <w:rFonts w:ascii="Calibri" w:hAnsi="Calibri" w:cs="Calibri" w:eastAsia="宋体"/>
        </w:rPr>
        <w:t xml:space="preserve">5. </w:t>
      </w:r>
      <w:r>
        <w:rPr>
          <w:rFonts w:ascii="Calibri" w:hAnsi="Calibri" w:cs="Calibri" w:eastAsia="宋体"/>
        </w:rPr>
        <w:t>手术对象本人要求手术并经本人签字的书面报告，并公证；手术对象提供已告知直系亲属拟行性别重置手术的相关证明，并进行公证（大于 35 周岁者可免公证）。直系亲属特殊情况不能配合进行公证的，可提交医务部门及伦理委员会讨论</w:t>
      </w:r>
    </w:p>
    <w:p>
      <w:pPr>
        <w:spacing w:after="100"/>
      </w:pPr>
      <w:r>
        <w:rPr>
          <w:rFonts w:ascii="Calibri" w:hAnsi="Calibri" w:cs="Calibri" w:eastAsia="宋体"/>
        </w:rPr>
        <w:t>此外，高血压、糖尿病需术前六个月平稳控制（无并发症）。</w:t>
      </w:r>
    </w:p>
    <w:p>
      <w:pPr>
        <w:pStyle w:val="Heading5"/>
      </w:pPr>
      <w:r>
        <w:rPr>
          <w:rFonts w:ascii="Calibri" w:hAnsi="Calibri" w:cs="Calibri" w:eastAsia="宋体"/>
        </w:rPr>
        <w:t>隆胸手术</w:t>
      </w:r>
    </w:p>
    <w:p>
      <w:pPr>
        <w:spacing w:before="20" w:after="40"/>
        <w:ind w:left="425" w:hanging="312"/>
      </w:pPr>
      <w:r>
        <w:rPr>
          <w:rFonts w:ascii="Calibri" w:hAnsi="Calibri" w:cs="Calibri" w:eastAsia="宋体"/>
        </w:rPr>
        <w:t xml:space="preserve">1. </w:t>
      </w:r>
      <w:r>
        <w:rPr>
          <w:rFonts w:ascii="Calibri" w:hAnsi="Calibri" w:cs="Calibri" w:eastAsia="宋体"/>
        </w:rPr>
        <w:t>年满 18 周岁</w:t>
      </w:r>
    </w:p>
    <w:p>
      <w:pPr>
        <w:spacing w:before="20" w:after="40"/>
        <w:ind w:left="425" w:hanging="312"/>
      </w:pPr>
      <w:r>
        <w:rPr>
          <w:rFonts w:ascii="Calibri" w:hAnsi="Calibri" w:cs="Calibri" w:eastAsia="宋体"/>
        </w:rPr>
        <w:t xml:space="preserve">2. </w:t>
      </w:r>
      <w:r>
        <w:rPr>
          <w:rFonts w:ascii="Calibri" w:hAnsi="Calibri" w:cs="Calibri" w:eastAsia="宋体"/>
        </w:rPr>
        <w:t>三级医院精神科或心理科医师开具的易性症（性别焦虑，或性别不一致）诊断证明</w:t>
      </w:r>
    </w:p>
    <w:p>
      <w:pPr>
        <w:pStyle w:val="Heading5"/>
      </w:pPr>
      <w:r>
        <w:rPr>
          <w:rFonts w:ascii="Calibri" w:hAnsi="Calibri" w:cs="Calibri" w:eastAsia="宋体"/>
        </w:rPr>
        <w:t>其他整形手术</w:t>
      </w:r>
    </w:p>
    <w:p>
      <w:pPr>
        <w:spacing w:before="20" w:after="40"/>
        <w:ind w:left="425" w:hanging="312"/>
      </w:pPr>
      <w:r>
        <w:rPr>
          <w:rFonts w:ascii="Calibri" w:hAnsi="Calibri" w:cs="Calibri" w:eastAsia="宋体"/>
        </w:rPr>
        <w:t xml:space="preserve">1. </w:t>
      </w:r>
      <w:r>
        <w:rPr>
          <w:rFonts w:ascii="Calibri" w:hAnsi="Calibri" w:cs="Calibri" w:eastAsia="宋体"/>
        </w:rPr>
        <w:t>年满 18 周岁，本人有手术需求；若 18 周岁以下需父母陪同并签字</w:t>
      </w:r>
    </w:p>
    <w:p>
      <w:pPr>
        <w:spacing w:after="100"/>
      </w:pPr>
      <w:r>
        <w:rPr>
          <w:rFonts w:ascii="Calibri" w:hAnsi="Calibri" w:cs="Calibri" w:eastAsia="宋体"/>
        </w:rPr>
        <w:t>以上准入条件出自院方提供的书面说明：</w:t>
      </w:r>
    </w:p>
    <w:p>
      <w:pPr>
        <w:keepNext/>
        <w:spacing w:before="120" w:after="40"/>
        <w:pBdr>
          <w:bottom w:val="single" w:sz="6" w:space="1" w:color="D4D8DE"/>
        </w:pBdr>
      </w:pPr>
      <w:r>
        <w:rPr>
          <w:rFonts w:ascii="Calibri" w:hAnsi="Calibri" w:cs="Calibri" w:eastAsia="微软雅黑"/>
          <w:b/>
        </w:rPr>
        <w:t>▸ 展开查看</w:t>
      </w:r>
    </w:p>
    <w:p>
      <w:pPr>
        <w:pStyle w:val="Heading4"/>
      </w:pPr>
      <w:r>
        <w:rPr>
          <w:rFonts w:ascii="Calibri" w:hAnsi="Calibri" w:cs="Calibri" w:eastAsia="宋体"/>
        </w:rPr>
        <w:t>所需材料</w:t>
      </w:r>
    </w:p>
    <w:p>
      <w:pPr>
        <w:pStyle w:val="Heading5"/>
      </w:pPr>
      <w:r>
        <w:rPr>
          <w:rFonts w:ascii="Calibri" w:hAnsi="Calibri" w:cs="Calibri" w:eastAsia="宋体"/>
        </w:rPr>
        <w:t>就诊时必须提供</w:t>
      </w:r>
    </w:p>
    <w:p>
      <w:pPr>
        <w:spacing w:before="20" w:after="40"/>
        <w:ind w:left="425" w:hanging="312"/>
      </w:pPr>
      <w:r>
        <w:rPr>
          <w:rFonts w:ascii="Calibri" w:hAnsi="Calibri" w:cs="Calibri" w:eastAsia="宋体"/>
        </w:rPr>
        <w:t xml:space="preserve">1. </w:t>
      </w:r>
      <w:r>
        <w:rPr>
          <w:rFonts w:ascii="Calibri" w:hAnsi="Calibri" w:cs="Calibri" w:eastAsia="宋体"/>
          <w:b/>
        </w:rPr>
        <w:t>三甲医院开具的易性症 / 性别不一致诊断证明</w:t>
      </w:r>
    </w:p>
    <w:p>
      <w:pPr>
        <w:spacing w:before="20" w:after="40"/>
        <w:ind w:left="425" w:hanging="312"/>
      </w:pPr>
      <w:r>
        <w:rPr>
          <w:rFonts w:ascii="Calibri" w:hAnsi="Calibri" w:cs="Calibri" w:eastAsia="宋体"/>
        </w:rPr>
        <w:t xml:space="preserve">2. </w:t>
      </w:r>
      <w:r>
        <w:rPr>
          <w:rFonts w:ascii="Calibri" w:hAnsi="Calibri" w:cs="Calibri" w:eastAsia="宋体"/>
          <w:b/>
        </w:rPr>
        <w:t>经公证处公证的《本人性别重置手术申请书》与《父母知情同意书》</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诊断证明</w:t>
      </w:r>
    </w:p>
    <w:p>
      <w:pPr>
        <w:shd w:val="clear" w:color="auto" w:fill="FFFBEB"/>
        <w:pBdr>
          <w:left w:val="single" w:sz="18" w:space="6" w:color="F59E0B"/>
        </w:pBdr>
        <w:spacing w:after="40"/>
      </w:pPr>
      <w:r>
        <w:rPr>
          <w:rFonts w:ascii="Calibri" w:hAnsi="Calibri" w:cs="Calibri" w:eastAsia="宋体"/>
        </w:rPr>
        <w:t>病历是</w:t>
      </w:r>
      <w:r>
        <w:rPr>
          <w:rFonts w:ascii="Calibri" w:hAnsi="Calibri" w:cs="Calibri" w:eastAsia="宋体"/>
          <w:b/>
        </w:rPr>
        <w:t>不可用</w:t>
      </w:r>
      <w:r>
        <w:rPr>
          <w:rFonts w:ascii="Calibri" w:hAnsi="Calibri" w:cs="Calibri" w:eastAsia="宋体"/>
        </w:rPr>
        <w:t>的，即使病历上有诊断字样；需要是明确的、带有医院公章的</w:t>
      </w:r>
      <w:r>
        <w:rPr>
          <w:rFonts w:ascii="Calibri" w:hAnsi="Calibri" w:cs="Calibri" w:eastAsia="宋体"/>
          <w:b/>
        </w:rPr>
        <w:t>诊断书</w:t>
      </w:r>
      <w:r>
        <w:rPr>
          <w:rFonts w:ascii="Calibri" w:hAnsi="Calibri" w:cs="Calibri" w:eastAsia="宋体"/>
        </w:rPr>
        <w:t>。</w:t>
      </w:r>
    </w:p>
    <w:p>
      <w:pPr>
        <w:shd w:val="clear" w:color="auto" w:fill="FFFBEB"/>
        <w:pBdr>
          <w:left w:val="single" w:sz="18" w:space="6" w:color="F59E0B"/>
        </w:pBdr>
        <w:spacing w:after="40"/>
      </w:pPr>
      <w:r>
        <w:rPr>
          <w:rFonts w:ascii="Calibri" w:hAnsi="Calibri" w:cs="Calibri" w:eastAsia="宋体"/>
        </w:rPr>
        <w:t>半年以内全国三甲医院精神科出具的诊断证明均认可，同时需提交至少两次门诊病历记录。</w:t>
      </w:r>
    </w:p>
    <w:p>
      <w:pPr>
        <w:shd w:val="clear" w:color="auto" w:fill="FFFBEB"/>
        <w:pBdr>
          <w:left w:val="single" w:sz="18" w:space="6" w:color="F59E0B"/>
        </w:pBdr>
        <w:spacing w:after="40"/>
      </w:pPr>
      <w:r>
        <w:rPr>
          <w:rFonts w:ascii="Calibri" w:hAnsi="Calibri" w:cs="Calibri" w:eastAsia="宋体"/>
        </w:rPr>
        <w:t>院方推荐的开具医师：上海市精神卫生中心 陆峥、刘娜；北京回龙观医院 邸晓兰、过斌；北医六院 丛中。</w:t>
      </w:r>
    </w:p>
    <w:p>
      <w:pPr>
        <w:spacing w:after="100"/>
      </w:pPr>
      <w:r>
        <w:rPr>
          <w:rFonts w:ascii="Calibri" w:hAnsi="Calibri" w:cs="Calibri" w:eastAsia="宋体"/>
        </w:rPr>
        <w:t>公证材料的格式可参考</w:t>
      </w:r>
      <w:r>
        <w:rPr>
          <w:rFonts w:ascii="Calibri" w:hAnsi="Calibri" w:cs="Calibri" w:eastAsia="宋体"/>
        </w:rPr>
        <w:t>《跨性别女性（MtF）生殖器手术须知》</w:t>
      </w:r>
      <w:r>
        <w:rPr>
          <w:rFonts w:ascii="Calibri" w:hAnsi="Calibri" w:cs="Calibri" w:eastAsia="宋体"/>
        </w:rPr>
        <w:t>。年龄在 35 周岁以上不需提交公证。公证流程详见</w:t>
      </w:r>
      <w:r>
        <w:rPr>
          <w:rFonts w:ascii="Calibri" w:hAnsi="Calibri" w:cs="Calibri" w:eastAsia="宋体"/>
        </w:rPr>
        <w:t>术前公证</w:t>
      </w:r>
      <w:r>
        <w:rPr>
          <w:rFonts w:ascii="Calibri" w:hAnsi="Calibri" w:cs="Calibri" w:eastAsia="宋体"/>
        </w:rPr>
        <w:t>。</w:t>
      </w:r>
    </w:p>
    <w:p>
      <w:pPr>
        <w:pStyle w:val="Heading5"/>
      </w:pPr>
      <w:r>
        <w:rPr>
          <w:rFonts w:ascii="Calibri" w:hAnsi="Calibri" w:cs="Calibri" w:eastAsia="宋体"/>
        </w:rPr>
        <w:t>可在就诊后补交</w:t>
      </w:r>
    </w:p>
    <w:p>
      <w:pPr>
        <w:spacing w:after="100"/>
      </w:pPr>
      <w:r>
        <w:rPr>
          <w:rFonts w:ascii="Calibri" w:hAnsi="Calibri" w:cs="Calibri" w:eastAsia="宋体"/>
          <w:b/>
        </w:rPr>
        <w:t>无犯罪记录证明</w:t>
      </w:r>
      <w:r>
        <w:rPr>
          <w:rFonts w:ascii="Calibri" w:hAnsi="Calibri" w:cs="Calibri" w:eastAsia="宋体"/>
        </w:rPr>
        <w:t>可在就诊后通过</w:t>
      </w:r>
      <w:r>
        <w:rPr>
          <w:rFonts w:ascii="Calibri" w:hAnsi="Calibri" w:cs="Calibri" w:eastAsia="宋体"/>
          <w:b/>
        </w:rPr>
        <w:t>在线问诊</w:t>
      </w:r>
      <w:r>
        <w:rPr>
          <w:rFonts w:ascii="Calibri" w:hAnsi="Calibri" w:cs="Calibri" w:eastAsia="宋体"/>
        </w:rPr>
        <w:t>提交给医生。该证明可在户籍地政府办事小程序在线开具。</w:t>
      </w:r>
    </w:p>
    <w:p>
      <w:pPr>
        <w:pStyle w:val="Heading4"/>
      </w:pPr>
      <w:r>
        <w:rPr>
          <w:rFonts w:ascii="Calibri" w:hAnsi="Calibri" w:cs="Calibri" w:eastAsia="宋体"/>
        </w:rPr>
        <w:t>排期</w:t>
      </w:r>
    </w:p>
    <w:p>
      <w:pPr>
        <w:spacing w:after="100"/>
      </w:pPr>
      <w:r>
        <w:rPr>
          <w:rFonts w:ascii="Calibri" w:hAnsi="Calibri" w:cs="Calibri" w:eastAsia="宋体"/>
        </w:rPr>
        <w:t>排期在</w:t>
      </w:r>
      <w:r>
        <w:rPr>
          <w:rFonts w:ascii="Calibri" w:hAnsi="Calibri" w:cs="Calibri" w:eastAsia="宋体"/>
          <w:b/>
        </w:rPr>
        <w:t>性别医学专科门诊</w:t>
      </w:r>
      <w:r>
        <w:rPr>
          <w:rFonts w:ascii="Calibri" w:hAnsi="Calibri" w:cs="Calibri" w:eastAsia="宋体"/>
        </w:rPr>
        <w:t>进行，所有资料提交完毕后即可开始排期。</w:t>
      </w:r>
    </w:p>
    <w:p>
      <w:pPr>
        <w:spacing w:after="100"/>
      </w:pPr>
      <w:r>
        <w:rPr>
          <w:rFonts w:ascii="Calibri" w:hAnsi="Calibri" w:cs="Calibri" w:eastAsia="宋体"/>
        </w:rPr>
        <w:t>手术排期约为半年左右。</w:t>
      </w:r>
    </w:p>
    <w:p>
      <w:pPr>
        <w:spacing w:after="100"/>
      </w:pPr>
      <w:r>
        <w:rPr>
          <w:rFonts w:ascii="Calibri" w:hAnsi="Calibri" w:cs="Calibri" w:eastAsia="宋体"/>
        </w:rPr>
        <w:t>例：2026 年 7 月 28 日咨询零深度术式，需排到 2027 年 3 月。</w:t>
      </w:r>
    </w:p>
    <w:p>
      <w:pPr>
        <w:pStyle w:val="Heading4"/>
      </w:pPr>
      <w:r>
        <w:rPr>
          <w:rFonts w:ascii="Calibri" w:hAnsi="Calibri" w:cs="Calibri" w:eastAsia="宋体"/>
        </w:rPr>
        <w:t>术式与费用</w:t>
      </w:r>
    </w:p>
    <w:tbl>
      <w:tblPr>
        <w:tblStyle w:val="TableGrid"/>
        <w:tblW w:type="auto" w:w="0"/>
        <w:jc w:val="center"/>
        <w:tblLayout w:type="fixed"/>
        <w:tblLook w:firstColumn="1" w:firstRow="1" w:lastColumn="0" w:lastRow="0" w:noHBand="0" w:noVBand="1" w:val="04A0"/>
      </w:tblPr>
      <w:tblGrid>
        <w:gridCol w:w="4042"/>
        <w:gridCol w:w="2425"/>
        <w:gridCol w:w="2830"/>
      </w:tblGrid>
      <w:tr>
        <w:trPr>
          <w:tblHeader/>
        </w:trPr>
        <w:tc>
          <w:tcPr>
            <w:tcW w:type="dxa" w:w="4042"/>
            <w:shd w:val="clear" w:color="auto" w:fill="EDF1F7"/>
          </w:tcPr>
          <w:p>
            <w:pPr>
              <w:spacing w:before="40" w:after="40" w:line="276" w:lineRule="auto"/>
            </w:pPr>
            <w:r>
              <w:rPr>
                <w:b/>
                <w:sz w:val="18"/>
              </w:rPr>
            </w:r>
            <w:r>
              <w:rPr>
                <w:rFonts w:ascii="Calibri" w:hAnsi="Calibri" w:cs="Calibri" w:eastAsia="宋体"/>
                <w:b/>
                <w:sz w:val="18"/>
              </w:rPr>
              <w:t>术式</w:t>
            </w:r>
          </w:p>
        </w:tc>
        <w:tc>
          <w:tcPr>
            <w:tcW w:type="dxa" w:w="2425"/>
            <w:shd w:val="clear" w:color="auto" w:fill="EDF1F7"/>
          </w:tcPr>
          <w:p>
            <w:pPr>
              <w:spacing w:before="40" w:after="40" w:line="276" w:lineRule="auto"/>
            </w:pPr>
            <w:r>
              <w:rPr>
                <w:b/>
                <w:sz w:val="18"/>
              </w:rPr>
            </w:r>
            <w:r>
              <w:rPr>
                <w:rFonts w:ascii="Calibri" w:hAnsi="Calibri" w:cs="Calibri" w:eastAsia="宋体"/>
                <w:b/>
                <w:sz w:val="18"/>
              </w:rPr>
              <w:t>费用</w:t>
            </w:r>
          </w:p>
        </w:tc>
        <w:tc>
          <w:tcPr>
            <w:tcW w:type="dxa" w:w="2830"/>
            <w:shd w:val="clear" w:color="auto" w:fill="EDF1F7"/>
          </w:tcPr>
          <w:p>
            <w:pPr>
              <w:spacing w:before="40" w:after="40" w:line="276" w:lineRule="auto"/>
            </w:pPr>
            <w:r>
              <w:rPr>
                <w:b/>
                <w:sz w:val="18"/>
              </w:rPr>
            </w:r>
            <w:r>
              <w:rPr>
                <w:rFonts w:ascii="Calibri" w:hAnsi="Calibri" w:cs="Calibri" w:eastAsia="宋体"/>
                <w:b/>
                <w:sz w:val="18"/>
              </w:rPr>
              <w:t>住院时长</w:t>
            </w:r>
          </w:p>
        </w:tc>
      </w:tr>
      <w:tr>
        <w:tc>
          <w:tcPr>
            <w:tcW w:type="dxa" w:w="4042"/>
          </w:tcPr>
          <w:p>
            <w:pPr>
              <w:spacing w:before="40" w:after="40" w:line="276" w:lineRule="auto"/>
            </w:pPr>
            <w:r>
              <w:rPr>
                <w:sz w:val="18"/>
              </w:rPr>
            </w:r>
            <w:r>
              <w:rPr>
                <w:rFonts w:ascii="Calibri" w:hAnsi="Calibri" w:cs="Calibri" w:eastAsia="宋体"/>
                <w:sz w:val="18"/>
              </w:rPr>
              <w:t>零深度术式</w:t>
            </w:r>
          </w:p>
        </w:tc>
        <w:tc>
          <w:tcPr>
            <w:tcW w:type="dxa" w:w="2425"/>
          </w:tcPr>
          <w:p>
            <w:pPr>
              <w:spacing w:before="40" w:after="40" w:line="276" w:lineRule="auto"/>
            </w:pPr>
            <w:r>
              <w:rPr>
                <w:sz w:val="18"/>
              </w:rPr>
            </w:r>
            <w:r>
              <w:rPr>
                <w:rFonts w:ascii="Calibri" w:hAnsi="Calibri" w:cs="Calibri" w:eastAsia="宋体"/>
                <w:sz w:val="18"/>
              </w:rPr>
              <w:t>6 万元</w:t>
            </w:r>
          </w:p>
        </w:tc>
        <w:tc>
          <w:tcPr>
            <w:tcW w:type="dxa" w:w="2830"/>
          </w:tcPr>
          <w:p>
            <w:pPr>
              <w:spacing w:before="40" w:after="40" w:line="276" w:lineRule="auto"/>
            </w:pPr>
            <w:r>
              <w:rPr>
                <w:sz w:val="18"/>
              </w:rPr>
            </w:r>
            <w:r>
              <w:rPr>
                <w:rFonts w:ascii="Calibri" w:hAnsi="Calibri" w:cs="Calibri" w:eastAsia="宋体"/>
                <w:sz w:val="18"/>
              </w:rPr>
              <w:t>约 2 周</w:t>
            </w:r>
          </w:p>
        </w:tc>
      </w:tr>
      <w:tr>
        <w:tc>
          <w:tcPr>
            <w:tcW w:type="dxa" w:w="4042"/>
          </w:tcPr>
          <w:p>
            <w:pPr>
              <w:spacing w:before="40" w:after="40" w:line="276" w:lineRule="auto"/>
            </w:pPr>
            <w:r>
              <w:rPr>
                <w:sz w:val="18"/>
              </w:rPr>
            </w:r>
            <w:r>
              <w:rPr>
                <w:rFonts w:ascii="Calibri" w:hAnsi="Calibri" w:cs="Calibri" w:eastAsia="宋体"/>
                <w:sz w:val="18"/>
              </w:rPr>
              <w:t>PI 皮瓣术式</w:t>
            </w:r>
          </w:p>
        </w:tc>
        <w:tc>
          <w:tcPr>
            <w:tcW w:type="dxa" w:w="2425"/>
          </w:tcPr>
          <w:p>
            <w:pPr>
              <w:spacing w:before="40" w:after="40" w:line="276" w:lineRule="auto"/>
            </w:pPr>
            <w:r>
              <w:rPr>
                <w:sz w:val="18"/>
              </w:rPr>
            </w:r>
            <w:r>
              <w:rPr>
                <w:rFonts w:ascii="Calibri" w:hAnsi="Calibri" w:cs="Calibri" w:eastAsia="宋体"/>
                <w:sz w:val="18"/>
              </w:rPr>
              <w:t>7 - 8 万元</w:t>
            </w:r>
          </w:p>
        </w:tc>
        <w:tc>
          <w:tcPr>
            <w:tcW w:type="dxa" w:w="2830"/>
          </w:tcPr>
          <w:p>
            <w:pPr>
              <w:spacing w:before="40" w:after="40" w:line="276" w:lineRule="auto"/>
            </w:pPr>
            <w:r>
              <w:rPr>
                <w:sz w:val="18"/>
              </w:rPr>
            </w:r>
            <w:r>
              <w:rPr>
                <w:rFonts w:ascii="Calibri" w:hAnsi="Calibri" w:cs="Calibri" w:eastAsia="宋体"/>
                <w:sz w:val="18"/>
              </w:rPr>
              <w:t>—</w:t>
            </w:r>
          </w:p>
        </w:tc>
      </w:tr>
    </w:tbl>
    <w:p>
      <w:pPr>
        <w:spacing w:before="20" w:after="40"/>
        <w:ind w:left="425" w:hanging="312"/>
      </w:pPr>
      <w:r>
        <w:rPr>
          <w:rFonts w:ascii="Calibri" w:hAnsi="Calibri" w:cs="Calibri" w:eastAsia="宋体"/>
        </w:rPr>
        <w:t xml:space="preserve">• </w:t>
      </w:r>
      <w:r>
        <w:rPr>
          <w:rFonts w:ascii="Calibri" w:hAnsi="Calibri" w:cs="Calibri" w:eastAsia="宋体"/>
        </w:rPr>
        <w:t>零深度术式的费用与住院时长最后更新于 2026 年 7 月。</w:t>
      </w:r>
    </w:p>
    <w:p>
      <w:pPr>
        <w:spacing w:before="20" w:after="40"/>
        <w:ind w:left="425" w:hanging="312"/>
      </w:pPr>
      <w:r>
        <w:rPr>
          <w:rFonts w:ascii="Calibri" w:hAnsi="Calibri" w:cs="Calibri" w:eastAsia="宋体"/>
        </w:rPr>
        <w:t xml:space="preserve">• </w:t>
      </w:r>
      <w:r>
        <w:rPr>
          <w:rFonts w:ascii="Calibri" w:hAnsi="Calibri" w:cs="Calibri" w:eastAsia="宋体"/>
        </w:rPr>
        <w:t>PI 皮瓣术式费用最后更新于 2021 年 11 月，可能已有变动。</w:t>
      </w:r>
    </w:p>
    <w:p>
      <w:pPr>
        <w:keepNext/>
        <w:spacing w:before="120" w:after="40"/>
        <w:pBdr>
          <w:bottom w:val="single" w:sz="6" w:space="1" w:color="D4D8DE"/>
        </w:pBdr>
      </w:pPr>
      <w:r>
        <w:rPr>
          <w:rFonts w:ascii="Calibri" w:hAnsi="Calibri" w:cs="Calibri" w:eastAsia="微软雅黑"/>
          <w:b/>
        </w:rPr>
        <w:t>▸ 展开查看费用明细</w:t>
      </w:r>
    </w:p>
    <w:p>
      <w:pPr>
        <w:spacing w:after="100"/>
      </w:pPr>
      <w:r>
        <w:rPr>
          <w:rFonts w:ascii="Calibri" w:hAnsi="Calibri" w:cs="Calibri" w:eastAsia="宋体"/>
        </w:rPr>
        <w:t>术后可能会要求一段时间内 24 小时佩戴模具。模具或需自行购买。</w:t>
      </w:r>
    </w:p>
    <w:p>
      <w:pPr>
        <w:pStyle w:val="Heading4"/>
      </w:pPr>
      <w:r>
        <w:rPr>
          <w:rFonts w:ascii="Calibri" w:hAnsi="Calibri" w:cs="Calibri" w:eastAsia="宋体"/>
        </w:rPr>
        <w:t>术前准备</w:t>
      </w:r>
    </w:p>
    <w:p>
      <w:pPr>
        <w:pStyle w:val="Heading5"/>
      </w:pPr>
      <w:r>
        <w:rPr>
          <w:rFonts w:ascii="Calibri" w:hAnsi="Calibri" w:cs="Calibri" w:eastAsia="宋体"/>
        </w:rPr>
        <w:t>会阴部激光脱毛（皮瓣术式）</w:t>
      </w:r>
    </w:p>
    <w:p>
      <w:pPr>
        <w:spacing w:after="100"/>
      </w:pPr>
      <w:r>
        <w:rPr>
          <w:rFonts w:ascii="Calibri" w:hAnsi="Calibri" w:cs="Calibri" w:eastAsia="宋体"/>
        </w:rPr>
        <w:t>皮瓣术式通常采用阴囊 + 阴茎皮瓣法行阴道再造，</w:t>
      </w:r>
      <w:r>
        <w:rPr>
          <w:rFonts w:ascii="Calibri" w:hAnsi="Calibri" w:cs="Calibri" w:eastAsia="宋体"/>
          <w:b/>
        </w:rPr>
        <w:t>需要术前激光脱毛</w:t>
      </w:r>
      <w:r>
        <w:rPr>
          <w:rFonts w:ascii="Calibri" w:hAnsi="Calibri" w:cs="Calibri" w:eastAsia="宋体"/>
        </w:rPr>
        <w:t>，确保无毛发生长，否则术后阴道内可能残留毛发，导致感染等情况，并且无法术后脱毛。</w:t>
      </w:r>
    </w:p>
    <w:p>
      <w:pPr>
        <w:spacing w:before="20" w:after="40"/>
        <w:ind w:left="425" w:hanging="312"/>
      </w:pPr>
      <w:r>
        <w:rPr>
          <w:rFonts w:ascii="Calibri" w:hAnsi="Calibri" w:cs="Calibri" w:eastAsia="宋体"/>
        </w:rPr>
        <w:t xml:space="preserve">• </w:t>
      </w:r>
      <w:r>
        <w:rPr>
          <w:rFonts w:ascii="Calibri" w:hAnsi="Calibri" w:cs="Calibri" w:eastAsia="宋体"/>
        </w:rPr>
        <w:t>脱毛区域：阴囊全区域、阴茎根部、肛周</w:t>
      </w:r>
    </w:p>
    <w:p>
      <w:pPr>
        <w:spacing w:before="20" w:after="40"/>
        <w:ind w:left="425" w:hanging="312"/>
      </w:pPr>
      <w:r>
        <w:rPr>
          <w:rFonts w:ascii="Calibri" w:hAnsi="Calibri" w:cs="Calibri" w:eastAsia="宋体"/>
        </w:rPr>
        <w:t xml:space="preserve">• </w:t>
      </w:r>
      <w:r>
        <w:rPr>
          <w:rFonts w:ascii="Calibri" w:hAnsi="Calibri" w:cs="Calibri" w:eastAsia="宋体"/>
        </w:rPr>
        <w:t>脱毛疗程：1 月 1 次，至少 6 ~ 8 次</w:t>
      </w:r>
    </w:p>
    <w:p>
      <w:pPr>
        <w:spacing w:before="20" w:after="40"/>
        <w:ind w:left="425" w:hanging="312"/>
      </w:pPr>
      <w:r>
        <w:rPr>
          <w:rFonts w:ascii="Calibri" w:hAnsi="Calibri" w:cs="Calibri" w:eastAsia="宋体"/>
        </w:rPr>
        <w:t xml:space="preserve">• </w:t>
      </w:r>
      <w:r>
        <w:rPr>
          <w:rFonts w:ascii="Calibri" w:hAnsi="Calibri" w:cs="Calibri" w:eastAsia="宋体"/>
        </w:rPr>
        <w:t>脱毛机构：九院暂无会阴激光脱毛项目，需在外院进行。可自行搜寻专业的男士脱毛机构（普通脱毛机构可能只接待顺性别女性私密脱毛）</w:t>
      </w:r>
    </w:p>
    <w:p>
      <w:pPr>
        <w:pStyle w:val="Heading4"/>
      </w:pPr>
      <w:r>
        <w:rPr>
          <w:rFonts w:ascii="Calibri" w:hAnsi="Calibri" w:cs="Calibri" w:eastAsia="宋体"/>
        </w:rPr>
        <w:t>手术评价</w:t>
      </w:r>
    </w:p>
    <w:p>
      <w:pPr>
        <w:spacing w:after="100"/>
      </w:pPr>
      <w:r>
        <w:rPr>
          <w:rFonts w:ascii="Calibri" w:hAnsi="Calibri" w:cs="Calibri" w:eastAsia="宋体"/>
        </w:rPr>
        <w:t>刘阳医生，2021 年 11 月手术</w:t>
      </w:r>
    </w:p>
    <w:p>
      <w:pPr>
        <w:keepNext/>
        <w:spacing w:before="120" w:after="40"/>
        <w:pBdr>
          <w:bottom w:val="single" w:sz="6" w:space="1" w:color="D4D8DE"/>
        </w:pBdr>
      </w:pPr>
      <w:r>
        <w:rPr>
          <w:rFonts w:ascii="Calibri" w:hAnsi="Calibri" w:cs="Calibri" w:eastAsia="微软雅黑"/>
          <w:b/>
        </w:rPr>
        <w:t>▸ 展开查看</w:t>
      </w:r>
    </w:p>
    <w:p>
      <w:pPr>
        <w:spacing w:after="100"/>
      </w:pPr>
      <w:r>
        <w:rPr>
          <w:rFonts w:ascii="Calibri" w:hAnsi="Calibri" w:cs="Calibri" w:eastAsia="宋体"/>
        </w:rPr>
        <w:t>术后 1 个月拍摄</w:t>
      </w:r>
    </w:p>
    <w:p>
      <w:pPr>
        <w:spacing w:after="100"/>
      </w:pPr>
      <w:r>
        <w:rPr>
          <w:rFonts w:ascii="Calibri" w:hAnsi="Calibri" w:cs="Calibri" w:eastAsia="宋体"/>
        </w:rPr>
        <w:t>术后 18 个月拍摄</w:t>
      </w:r>
    </w:p>
    <w:p>
      <w:pPr>
        <w:pStyle w:val="Heading3"/>
      </w:pPr>
      <w:r>
        <w:rPr>
          <w:rFonts w:ascii="Calibri" w:hAnsi="Calibri" w:cs="Calibri" w:eastAsia="微软雅黑"/>
        </w:rPr>
        <w:t>4.7.7  四川大学华西医院｜许学文</w:t>
      </w:r>
    </w:p>
    <w:p>
      <w:pPr>
        <w:spacing w:after="160"/>
      </w:pPr>
      <w:r>
        <w:rPr>
          <w:rFonts w:ascii="Calibri" w:hAnsi="Calibri" w:cs="Calibri" w:eastAsia="宋体"/>
          <w:color w:val="6B7280"/>
          <w:sz w:val="16"/>
        </w:rPr>
        <w:t>原文：https://mtf.wiki/zh-cn/docs/srs/china/xu-xuewen · 最近更新：2026年3月2日</w:t>
      </w:r>
    </w:p>
    <w:p>
      <w:pPr>
        <w:spacing w:after="100"/>
      </w:pPr>
      <w:r>
        <w:rPr>
          <w:rFonts w:ascii="Calibri" w:hAnsi="Calibri" w:cs="Calibri" w:eastAsia="宋体"/>
        </w:rPr>
        <w:t>医生姓名：</w:t>
      </w:r>
      <w:r>
        <w:rPr>
          <w:rFonts w:ascii="Calibri" w:hAnsi="Calibri" w:cs="Calibri" w:eastAsia="宋体"/>
        </w:rPr>
        <w:t>许学文</w:t>
      </w:r>
    </w:p>
    <w:p>
      <w:pPr>
        <w:spacing w:after="100"/>
      </w:pPr>
      <w:r>
        <w:rPr>
          <w:rFonts w:ascii="Calibri" w:hAnsi="Calibri" w:cs="Calibri" w:eastAsia="宋体"/>
        </w:rPr>
        <w:t>所在医院：</w:t>
      </w:r>
      <w:r>
        <w:rPr>
          <w:rFonts w:ascii="Calibri" w:hAnsi="Calibri" w:cs="Calibri" w:eastAsia="宋体"/>
        </w:rPr>
        <w:t>四川大学华西医院（本部）</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风险警示</w:t>
      </w:r>
    </w:p>
    <w:p>
      <w:pPr>
        <w:shd w:val="clear" w:color="auto" w:fill="FFFBEB"/>
        <w:pBdr>
          <w:left w:val="single" w:sz="18" w:space="6" w:color="F59E0B"/>
        </w:pBdr>
        <w:spacing w:after="40"/>
      </w:pPr>
      <w:r>
        <w:rPr>
          <w:rFonts w:ascii="Calibri" w:hAnsi="Calibri" w:cs="Calibri" w:eastAsia="宋体"/>
        </w:rPr>
        <w:t>依据「四川省卫生健康委员会」于 2020 年 10 月 20 日发布的《关于同意四川省第四人民医院等 4 家医疗机构限制类医疗技术备案的公告》</w:t>
      </w:r>
    </w:p>
    <w:p>
      <w:pPr>
        <w:shd w:val="clear" w:color="auto" w:fill="FFFBEB"/>
        <w:pBdr>
          <w:left w:val="single" w:sz="18" w:space="6" w:color="F59E0B"/>
        </w:pBdr>
        <w:spacing w:after="40"/>
      </w:pPr>
      <w:r>
        <w:rPr>
          <w:rFonts w:ascii="Calibri" w:hAnsi="Calibri" w:cs="Calibri" w:eastAsia="宋体"/>
        </w:rPr>
        <w:t>该院于 2020 年 10 月取得「性别重置手术」资质</w:t>
      </w:r>
    </w:p>
    <w:p>
      <w:pPr>
        <w:shd w:val="clear" w:color="auto" w:fill="FFFBEB"/>
        <w:pBdr>
          <w:left w:val="single" w:sz="18" w:space="6" w:color="F59E0B"/>
        </w:pBdr>
        <w:spacing w:after="40"/>
      </w:pPr>
      <w:r>
        <w:rPr>
          <w:rFonts w:ascii="Calibri" w:hAnsi="Calibri" w:cs="Calibri" w:eastAsia="宋体"/>
        </w:rPr>
        <w:t>全文请参见：</w:t>
      </w:r>
      <w:r>
        <w:rPr>
          <w:rFonts w:ascii="Calibri" w:hAnsi="Calibri" w:cs="Calibri" w:eastAsia="宋体"/>
        </w:rPr>
        <w:t>http://wsjkw.sc.gov.cn/scwsjkw/gggs/2020/10/20/be6a18c65f8f4ab29c52d8b682947f18.shtml</w:t>
      </w:r>
      <w:r>
        <w:rPr>
          <w:rFonts w:ascii="Calibri" w:hAnsi="Calibri" w:cs="Calibri" w:eastAsia="宋体"/>
        </w:rPr>
        <w:t xml:space="preserve"> (</w:t>
      </w:r>
      <w:r>
        <w:rPr>
          <w:rFonts w:ascii="Calibri" w:hAnsi="Calibri" w:cs="Calibri" w:eastAsia="宋体"/>
        </w:rPr>
        <w:t>https://web.archive.org/web/20220915084717/http://wsjkw.sc.gov.cn/scwsjkw/gggs/2020/10/20/be6a18c65f8f4ab29c52d8b682947f18.shtml</w:t>
      </w:r>
      <w:r>
        <w:rPr>
          <w:rFonts w:ascii="Calibri" w:hAnsi="Calibri" w:cs="Calibri" w:eastAsia="宋体"/>
        </w:rPr>
        <w:t>)</w:t>
      </w:r>
    </w:p>
    <w:p>
      <w:pPr>
        <w:pStyle w:val="Heading4"/>
      </w:pPr>
      <w:r>
        <w:rPr>
          <w:rFonts w:ascii="Calibri" w:hAnsi="Calibri" w:cs="Calibri" w:eastAsia="宋体"/>
        </w:rPr>
        <w:t>前置条件</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医生可能还有其他的一些要求，建议就诊时明确问清楚，避免入院后再被拒绝手术造成经济损失。</w:t>
      </w:r>
    </w:p>
    <w:p>
      <w:pPr>
        <w:spacing w:before="20" w:after="40"/>
        <w:ind w:left="425" w:hanging="312"/>
      </w:pPr>
      <w:r>
        <w:rPr>
          <w:rFonts w:ascii="Calibri" w:hAnsi="Calibri" w:cs="Calibri" w:eastAsia="宋体"/>
        </w:rPr>
        <w:t xml:space="preserve">1. </w:t>
      </w:r>
      <w:r>
        <w:rPr>
          <w:rFonts w:ascii="Calibri" w:hAnsi="Calibri" w:cs="Calibri" w:eastAsia="宋体"/>
        </w:rPr>
        <w:t>年龄满 18 周岁</w:t>
      </w:r>
    </w:p>
    <w:p>
      <w:pPr>
        <w:spacing w:before="20" w:after="40"/>
        <w:ind w:left="425" w:hanging="312"/>
      </w:pPr>
      <w:r>
        <w:rPr>
          <w:rFonts w:ascii="Calibri" w:hAnsi="Calibri" w:cs="Calibri" w:eastAsia="宋体"/>
        </w:rPr>
        <w:t xml:space="preserve">2. </w:t>
      </w:r>
      <w:r>
        <w:rPr>
          <w:rFonts w:ascii="Calibri" w:hAnsi="Calibri" w:cs="Calibri" w:eastAsia="宋体"/>
        </w:rPr>
        <w:t>较为女性化外表（指头发）</w:t>
      </w:r>
    </w:p>
    <w:p>
      <w:pPr>
        <w:spacing w:before="20" w:after="40"/>
        <w:ind w:left="425" w:hanging="312"/>
      </w:pPr>
      <w:r>
        <w:rPr>
          <w:rFonts w:ascii="Calibri" w:hAnsi="Calibri" w:cs="Calibri" w:eastAsia="宋体"/>
        </w:rPr>
        <w:t xml:space="preserve">3. </w:t>
      </w:r>
      <w:r>
        <w:rPr>
          <w:rFonts w:ascii="Calibri" w:hAnsi="Calibri" w:cs="Calibri" w:eastAsia="宋体"/>
        </w:rPr>
        <w:t xml:space="preserve">「性身份障碍」证明（市以上精神卫生中心持续一年就诊或者 </w:t>
      </w:r>
      <w:r>
        <w:rPr>
          <w:rFonts w:ascii="Calibri" w:hAnsi="Calibri" w:cs="Calibri" w:eastAsia="宋体"/>
        </w:rPr>
        <w:t>四川省精神医学中心</w:t>
      </w:r>
      <w:r>
        <w:rPr>
          <w:rFonts w:ascii="Calibri" w:hAnsi="Calibri" w:cs="Calibri" w:eastAsia="宋体"/>
        </w:rPr>
        <w:t xml:space="preserve"> / </w:t>
      </w:r>
      <w:r>
        <w:rPr>
          <w:rFonts w:ascii="Calibri" w:hAnsi="Calibri" w:cs="Calibri" w:eastAsia="宋体"/>
        </w:rPr>
        <w:t>华西医院心理卫生中心</w:t>
      </w:r>
      <w:r>
        <w:rPr>
          <w:rFonts w:ascii="Calibri" w:hAnsi="Calibri" w:cs="Calibri" w:eastAsia="宋体"/>
        </w:rPr>
        <w:t xml:space="preserve"> 持续半年就诊）</w:t>
      </w:r>
      <w:r>
        <w:rPr>
          <w:rFonts w:ascii="Calibri" w:hAnsi="Calibri" w:cs="Calibri" w:eastAsia="宋体"/>
          <w:vertAlign w:val="superscript"/>
        </w:rPr>
        <w:t>1</w:t>
      </w:r>
    </w:p>
    <w:p>
      <w:pPr>
        <w:spacing w:before="20" w:after="40"/>
        <w:ind w:left="425" w:hanging="312"/>
      </w:pPr>
      <w:r>
        <w:rPr>
          <w:rFonts w:ascii="Calibri" w:hAnsi="Calibri" w:cs="Calibri" w:eastAsia="宋体"/>
        </w:rPr>
        <w:t xml:space="preserve">4. </w:t>
      </w:r>
      <w:r>
        <w:rPr>
          <w:rFonts w:ascii="Calibri" w:hAnsi="Calibri" w:cs="Calibri" w:eastAsia="宋体"/>
        </w:rPr>
        <w:t>如已结婚，需要本人和配偶申请书（需要公证）</w:t>
      </w:r>
    </w:p>
    <w:p>
      <w:pPr>
        <w:spacing w:before="20" w:after="40"/>
        <w:ind w:left="425" w:hanging="312"/>
      </w:pPr>
      <w:r>
        <w:rPr>
          <w:rFonts w:ascii="Calibri" w:hAnsi="Calibri" w:cs="Calibri" w:eastAsia="宋体"/>
        </w:rPr>
        <w:t xml:space="preserve">5. </w:t>
      </w:r>
      <w:r>
        <w:rPr>
          <w:rFonts w:ascii="Calibri" w:hAnsi="Calibri" w:cs="Calibri" w:eastAsia="宋体"/>
        </w:rPr>
        <w:t>父母双方知情同意书（需要公证）</w:t>
      </w:r>
    </w:p>
    <w:p>
      <w:pPr>
        <w:spacing w:before="20" w:after="40"/>
        <w:ind w:left="425" w:hanging="312"/>
      </w:pPr>
      <w:r>
        <w:rPr>
          <w:rFonts w:ascii="Calibri" w:hAnsi="Calibri" w:cs="Calibri" w:eastAsia="宋体"/>
        </w:rPr>
        <w:t xml:space="preserve">6. </w:t>
      </w:r>
      <w:r>
        <w:rPr>
          <w:rFonts w:ascii="Calibri" w:hAnsi="Calibri" w:cs="Calibri" w:eastAsia="宋体"/>
        </w:rPr>
        <w:t>父亲或者母亲其中一方需在门诊及手术期间陪同，如无条件，可远程联系</w:t>
      </w:r>
    </w:p>
    <w:p>
      <w:pPr>
        <w:spacing w:before="20" w:after="40"/>
        <w:ind w:left="425" w:hanging="312"/>
      </w:pPr>
      <w:r>
        <w:rPr>
          <w:rFonts w:ascii="Calibri" w:hAnsi="Calibri" w:cs="Calibri" w:eastAsia="宋体"/>
        </w:rPr>
        <w:t xml:space="preserve">7. </w:t>
      </w:r>
      <w:r>
        <w:rPr>
          <w:rFonts w:ascii="Calibri" w:hAnsi="Calibri" w:cs="Calibri" w:eastAsia="宋体"/>
        </w:rPr>
        <w:t xml:space="preserve">无 </w:t>
      </w:r>
      <w:r>
        <w:rPr>
          <w:rFonts w:ascii="Calibri" w:hAnsi="Calibri" w:cs="Calibri" w:eastAsia="宋体"/>
        </w:rPr>
        <w:t>HIV</w:t>
      </w:r>
    </w:p>
    <w:p>
      <w:pPr>
        <w:spacing w:before="20" w:after="40"/>
        <w:ind w:left="425" w:hanging="312"/>
      </w:pPr>
      <w:r>
        <w:rPr>
          <w:rFonts w:ascii="Calibri" w:hAnsi="Calibri" w:cs="Calibri" w:eastAsia="宋体"/>
        </w:rPr>
        <w:t xml:space="preserve">8. </w:t>
      </w:r>
      <w:r>
        <w:rPr>
          <w:rFonts w:ascii="Calibri" w:hAnsi="Calibri" w:cs="Calibri" w:eastAsia="宋体"/>
        </w:rPr>
        <w:t>需要提前告知（慢性）基础疾病及家族慢性病史</w:t>
      </w:r>
    </w:p>
    <w:p>
      <w:pPr>
        <w:spacing w:before="20" w:after="40"/>
        <w:ind w:left="425" w:hanging="312"/>
      </w:pPr>
      <w:r>
        <w:rPr>
          <w:rFonts w:ascii="Calibri" w:hAnsi="Calibri" w:cs="Calibri" w:eastAsia="宋体"/>
        </w:rPr>
        <w:t xml:space="preserve">9. </w:t>
      </w:r>
      <w:r>
        <w:rPr>
          <w:rFonts w:ascii="Calibri" w:hAnsi="Calibri" w:cs="Calibri" w:eastAsia="宋体"/>
        </w:rPr>
        <w:t>由户口所在地派出所开具的无犯罪记录证明</w:t>
      </w:r>
    </w:p>
    <w:p>
      <w:pPr>
        <w:pStyle w:val="Heading4"/>
      </w:pPr>
      <w:r>
        <w:rPr>
          <w:rFonts w:ascii="Calibri" w:hAnsi="Calibri" w:cs="Calibri" w:eastAsia="宋体"/>
        </w:rPr>
        <w:t>费用</w:t>
      </w:r>
    </w:p>
    <w:p>
      <w:pPr>
        <w:spacing w:after="100"/>
      </w:pPr>
      <w:r>
        <w:rPr>
          <w:rFonts w:ascii="Calibri" w:hAnsi="Calibri" w:cs="Calibri" w:eastAsia="宋体"/>
          <w:b/>
        </w:rPr>
        <w:t>皮瓣 SRS</w:t>
      </w:r>
      <w:r>
        <w:rPr>
          <w:rFonts w:ascii="Calibri" w:hAnsi="Calibri" w:cs="Calibri" w:eastAsia="宋体"/>
        </w:rPr>
        <w:t xml:space="preserve"> 在手术顺利的情况下需要 7 万元左右。</w:t>
      </w:r>
    </w:p>
    <w:p>
      <w:pPr>
        <w:spacing w:after="100"/>
      </w:pPr>
      <w:r>
        <w:rPr>
          <w:rFonts w:ascii="Calibri" w:hAnsi="Calibri" w:cs="Calibri" w:eastAsia="宋体"/>
          <w:b/>
        </w:rPr>
        <w:t>喉结整形术</w:t>
      </w:r>
      <w:r>
        <w:rPr>
          <w:rFonts w:ascii="Calibri" w:hAnsi="Calibri" w:cs="Calibri" w:eastAsia="宋体"/>
        </w:rPr>
        <w:t xml:space="preserve"> 喉结缩小手术无需住院，手术费用约 9 千到 1.4 万元左右。</w:t>
      </w:r>
    </w:p>
    <w:p>
      <w:pPr>
        <w:pStyle w:val="Heading4"/>
      </w:pPr>
      <w:r>
        <w:rPr>
          <w:rFonts w:ascii="Calibri" w:hAnsi="Calibri" w:cs="Calibri" w:eastAsia="宋体"/>
        </w:rPr>
        <w:t>挂号</w:t>
      </w:r>
    </w:p>
    <w:p>
      <w:pPr>
        <w:spacing w:after="100"/>
      </w:pPr>
      <w:r>
        <w:rPr>
          <w:rFonts w:ascii="Calibri" w:hAnsi="Calibri" w:cs="Calibri" w:eastAsia="宋体"/>
        </w:rPr>
        <w:t>可以在微信公众号「</w:t>
      </w:r>
      <w:r>
        <w:rPr>
          <w:rFonts w:ascii="Calibri" w:hAnsi="Calibri" w:cs="Calibri" w:eastAsia="宋体"/>
        </w:rPr>
        <w:t>四川大学华西医院</w:t>
      </w:r>
      <w:r>
        <w:rPr>
          <w:rFonts w:ascii="Calibri" w:hAnsi="Calibri" w:cs="Calibri" w:eastAsia="宋体"/>
        </w:rPr>
        <w:t xml:space="preserve">」或「华医通」APP 的 整形外科 中找到 许学文 医生 </w:t>
      </w:r>
    </w:p>
    <w:p>
      <w:pPr>
        <w:spacing w:after="100"/>
      </w:pPr>
      <w:r>
        <w:rPr>
          <w:rFonts w:ascii="Calibri" w:hAnsi="Calibri" w:cs="Calibri" w:eastAsia="宋体"/>
        </w:rPr>
        <w:t>门诊号源预约周期为 7 天，每天早上 8:00 开放第 7 天的号源</w:t>
      </w:r>
    </w:p>
    <w:p>
      <w:pPr>
        <w:spacing w:after="100"/>
      </w:pPr>
      <w:r>
        <w:rPr>
          <w:rFonts w:ascii="Calibri" w:hAnsi="Calibri" w:cs="Calibri" w:eastAsia="宋体"/>
        </w:rPr>
        <w:t xml:space="preserve">许学文主任每周二上午出诊 </w:t>
      </w:r>
    </w:p>
    <w:p>
      <w:pPr>
        <w:pStyle w:val="Heading4"/>
      </w:pPr>
      <w:r>
        <w:rPr>
          <w:rFonts w:ascii="Calibri" w:hAnsi="Calibri" w:cs="Calibri" w:eastAsia="宋体"/>
        </w:rPr>
        <w:t>入院手术</w:t>
      </w:r>
    </w:p>
    <w:p>
      <w:pPr>
        <w:spacing w:before="20" w:after="40"/>
        <w:ind w:left="425" w:hanging="312"/>
      </w:pPr>
      <w:r>
        <w:rPr>
          <w:rFonts w:ascii="Calibri" w:hAnsi="Calibri" w:cs="Calibri" w:eastAsia="宋体"/>
        </w:rPr>
        <w:t xml:space="preserve">1. </w:t>
      </w:r>
      <w:r>
        <w:rPr>
          <w:rFonts w:ascii="Calibri" w:hAnsi="Calibri" w:cs="Calibri" w:eastAsia="宋体"/>
        </w:rPr>
        <w:t>需密切关注当地新冠疫情政策</w:t>
      </w:r>
    </w:p>
    <w:p>
      <w:pPr>
        <w:spacing w:before="20" w:after="40"/>
        <w:ind w:left="425" w:hanging="312"/>
      </w:pPr>
      <w:r>
        <w:rPr>
          <w:rFonts w:ascii="Calibri" w:hAnsi="Calibri" w:cs="Calibri" w:eastAsia="宋体"/>
        </w:rPr>
        <w:t xml:space="preserve">2. </w:t>
      </w:r>
      <w:r>
        <w:rPr>
          <w:rFonts w:ascii="Calibri" w:hAnsi="Calibri" w:cs="Calibri" w:eastAsia="宋体"/>
        </w:rPr>
        <w:t>院内管理严格，一患一护，禁点外卖，院内病房有红旗连锁二维码，可购入日常用品，送至门口</w:t>
      </w:r>
    </w:p>
    <w:p>
      <w:pPr>
        <w:spacing w:before="20" w:after="40"/>
        <w:ind w:left="425" w:hanging="312"/>
      </w:pPr>
      <w:r>
        <w:rPr>
          <w:rFonts w:ascii="Calibri" w:hAnsi="Calibri" w:cs="Calibri" w:eastAsia="宋体"/>
        </w:rPr>
        <w:t xml:space="preserve">3. </w:t>
      </w:r>
      <w:r>
        <w:rPr>
          <w:rFonts w:ascii="Calibri" w:hAnsi="Calibri" w:cs="Calibri" w:eastAsia="宋体"/>
        </w:rPr>
        <w:t>入院后禁止外出，相关的方便用品（如手机支架）可提前准备好，陪护可有限进出住院大楼</w:t>
      </w:r>
    </w:p>
    <w:p>
      <w:pPr>
        <w:spacing w:before="20" w:after="40"/>
        <w:ind w:left="425" w:hanging="312"/>
      </w:pPr>
      <w:r>
        <w:rPr>
          <w:rFonts w:ascii="Calibri" w:hAnsi="Calibri" w:cs="Calibri" w:eastAsia="宋体"/>
        </w:rPr>
        <w:t xml:space="preserve">4. </w:t>
      </w:r>
      <w:r>
        <w:rPr>
          <w:rFonts w:ascii="Calibri" w:hAnsi="Calibri" w:cs="Calibri" w:eastAsia="宋体"/>
        </w:rPr>
        <w:t>若需请护工，价格为每天 240+40/50（陪护个人要求）元</w:t>
      </w:r>
    </w:p>
    <w:p>
      <w:pPr>
        <w:spacing w:before="20" w:after="40"/>
        <w:ind w:left="425" w:hanging="312"/>
      </w:pPr>
      <w:r>
        <w:rPr>
          <w:rFonts w:ascii="Calibri" w:hAnsi="Calibri" w:cs="Calibri" w:eastAsia="宋体"/>
        </w:rPr>
        <w:t xml:space="preserve">5. </w:t>
      </w:r>
      <w:r>
        <w:rPr>
          <w:rFonts w:ascii="Calibri" w:hAnsi="Calibri" w:cs="Calibri" w:eastAsia="宋体"/>
        </w:rPr>
        <w:t>整形外科病房位于 1 楼或 5 楼，床位紧张。未手术时可能安排至多人病房，手术准备日开始一般安排至单人间，但因位于 1 楼，较为嘈杂，可能影响睡眠</w:t>
      </w:r>
    </w:p>
    <w:p>
      <w:pPr>
        <w:spacing w:before="20" w:after="40"/>
        <w:ind w:left="425" w:hanging="312"/>
      </w:pPr>
      <w:r>
        <w:rPr>
          <w:rFonts w:ascii="Calibri" w:hAnsi="Calibri" w:cs="Calibri" w:eastAsia="宋体"/>
        </w:rPr>
        <w:t xml:space="preserve">6. </w:t>
      </w:r>
      <w:r>
        <w:rPr>
          <w:rFonts w:ascii="Calibri" w:hAnsi="Calibri" w:cs="Calibri" w:eastAsia="宋体"/>
        </w:rPr>
        <w:t>可找院方开具《病情证明书》，否则只会提供出院小结。若需司法鉴定，在隔壁也有华西司法鉴定中心。院方表示不能开具三甲医院证明。</w:t>
      </w:r>
    </w:p>
    <w:p>
      <w:pPr>
        <w:keepNext/>
        <w:spacing w:before="120" w:after="40"/>
        <w:pBdr>
          <w:bottom w:val="single" w:sz="6" w:space="1" w:color="D4D8DE"/>
        </w:pBdr>
      </w:pPr>
      <w:r>
        <w:rPr>
          <w:rFonts w:ascii="Calibri" w:hAnsi="Calibri" w:cs="Calibri" w:eastAsia="微软雅黑"/>
          <w:b/>
        </w:rPr>
        <w:t>▸ 病房图片</w:t>
      </w:r>
    </w:p>
    <w:p>
      <w:pPr>
        <w:pStyle w:val="Heading4"/>
      </w:pPr>
      <w:r>
        <w:rPr>
          <w:rFonts w:ascii="Calibri" w:hAnsi="Calibri" w:cs="Calibri" w:eastAsia="宋体"/>
        </w:rPr>
        <w:t>术后情况</w:t>
      </w:r>
    </w:p>
    <w:p>
      <w:pPr>
        <w:spacing w:before="20" w:after="40"/>
        <w:ind w:left="425" w:hanging="312"/>
      </w:pPr>
      <w:r>
        <w:rPr>
          <w:rFonts w:ascii="Calibri" w:hAnsi="Calibri" w:cs="Calibri" w:eastAsia="宋体"/>
        </w:rPr>
        <w:t xml:space="preserve">1. </w:t>
      </w:r>
      <w:r>
        <w:rPr>
          <w:rFonts w:ascii="Calibri" w:hAnsi="Calibri" w:cs="Calibri" w:eastAsia="宋体"/>
        </w:rPr>
        <w:t>医院提供模具（2.5cm × 8cm，玻璃中空），</w:t>
      </w:r>
      <w:r>
        <w:rPr>
          <w:rFonts w:ascii="Calibri" w:hAnsi="Calibri" w:cs="Calibri" w:eastAsia="宋体"/>
          <w:b/>
        </w:rPr>
        <w:t>要求 24 小时佩戴</w:t>
      </w:r>
      <w:r>
        <w:rPr>
          <w:rFonts w:ascii="Calibri" w:hAnsi="Calibri" w:cs="Calibri" w:eastAsia="宋体"/>
          <w:vertAlign w:val="superscript"/>
        </w:rPr>
        <w:t>2</w:t>
      </w:r>
    </w:p>
    <w:p>
      <w:pPr>
        <w:spacing w:before="20" w:after="40"/>
        <w:ind w:left="425" w:hanging="312"/>
      </w:pPr>
      <w:r>
        <w:rPr>
          <w:rFonts w:ascii="Calibri" w:hAnsi="Calibri" w:cs="Calibri" w:eastAsia="宋体"/>
        </w:rPr>
        <w:t xml:space="preserve">2. </w:t>
      </w:r>
      <w:r>
        <w:rPr>
          <w:rFonts w:ascii="Calibri" w:hAnsi="Calibri" w:cs="Calibri" w:eastAsia="宋体"/>
        </w:rPr>
        <w:t>病历复印可在术后 14 天网上申请，自提或到付</w:t>
      </w:r>
    </w:p>
    <w:p>
      <w:pPr>
        <w:spacing w:before="20" w:after="40"/>
        <w:ind w:left="425" w:hanging="312"/>
      </w:pPr>
      <w:r>
        <w:rPr>
          <w:rFonts w:ascii="Calibri" w:hAnsi="Calibri" w:cs="Calibri" w:eastAsia="宋体"/>
        </w:rPr>
        <w:t xml:space="preserve">3. </w:t>
      </w:r>
      <w:r>
        <w:rPr>
          <w:rFonts w:ascii="Calibri" w:hAnsi="Calibri" w:cs="Calibri" w:eastAsia="宋体"/>
        </w:rPr>
        <w:t>术后可添加医生助理微信，或华西医院网上问诊咨询相关情况，也可去门诊复诊（无需挂号）</w:t>
      </w:r>
    </w:p>
    <w:p>
      <w:pPr>
        <w:keepNext/>
        <w:spacing w:before="120" w:after="40"/>
        <w:pBdr>
          <w:bottom w:val="single" w:sz="6" w:space="1" w:color="D4D8DE"/>
        </w:pBdr>
      </w:pPr>
      <w:r>
        <w:rPr>
          <w:rFonts w:ascii="Calibri" w:hAnsi="Calibri" w:cs="Calibri" w:eastAsia="微软雅黑"/>
          <w:b/>
        </w:rPr>
        <w:t>▸ 模具及医嘱</w:t>
      </w:r>
    </w:p>
    <w:p>
      <w:pPr>
        <w:pStyle w:val="Heading4"/>
      </w:pPr>
      <w:r>
        <w:rPr>
          <w:rFonts w:ascii="Calibri" w:hAnsi="Calibri" w:cs="Calibri" w:eastAsia="宋体"/>
        </w:rPr>
        <w:t>一位 MtF 的经历</w:t>
      </w:r>
    </w:p>
    <w:p>
      <w:pPr>
        <w:spacing w:before="20" w:after="40"/>
        <w:ind w:left="425" w:hanging="312"/>
      </w:pPr>
      <w:r>
        <w:rPr>
          <w:rFonts w:ascii="Calibri" w:hAnsi="Calibri" w:cs="Calibri" w:eastAsia="宋体"/>
        </w:rPr>
        <w:t xml:space="preserve">1. </w:t>
      </w:r>
      <w:r>
        <w:rPr>
          <w:rFonts w:ascii="Calibri" w:hAnsi="Calibri" w:cs="Calibri" w:eastAsia="宋体"/>
        </w:rPr>
        <w:t>从开取入院证到入院间隔约 1 个月左右，提前 4 日左右通知入院，在外地患者需注意接听电话</w:t>
      </w:r>
    </w:p>
    <w:p>
      <w:pPr>
        <w:spacing w:before="20" w:after="40"/>
        <w:ind w:left="425" w:hanging="312"/>
      </w:pPr>
      <w:r>
        <w:rPr>
          <w:rFonts w:ascii="Calibri" w:hAnsi="Calibri" w:cs="Calibri" w:eastAsia="宋体"/>
        </w:rPr>
        <w:t xml:space="preserve">2. </w:t>
      </w:r>
      <w:r>
        <w:rPr>
          <w:rFonts w:ascii="Calibri" w:hAnsi="Calibri" w:cs="Calibri" w:eastAsia="宋体"/>
        </w:rPr>
        <w:t>皮瓣术式入院证提示预交金 6 万元，由于手术不顺利，实际花费约 8.5 万元</w:t>
      </w:r>
    </w:p>
    <w:p>
      <w:pPr>
        <w:pStyle w:val="Heading5"/>
      </w:pPr>
      <w:r>
        <w:rPr>
          <w:rFonts w:ascii="Calibri" w:hAnsi="Calibri" w:cs="Calibri" w:eastAsia="宋体"/>
        </w:rPr>
        <w:t>手术流程</w:t>
      </w:r>
    </w:p>
    <w:tbl>
      <w:tblPr>
        <w:tblStyle w:val="TableGrid"/>
        <w:tblW w:type="auto" w:w="0"/>
        <w:jc w:val="center"/>
        <w:tblLayout w:type="fixed"/>
        <w:tblLook w:firstColumn="1" w:firstRow="1" w:lastColumn="0" w:lastRow="0" w:noHBand="0" w:noVBand="1" w:val="04A0"/>
      </w:tblPr>
      <w:tblGrid>
        <w:gridCol w:w="1690"/>
        <w:gridCol w:w="7607"/>
      </w:tblGrid>
      <w:tr>
        <w:trPr>
          <w:tblHeader/>
        </w:trPr>
        <w:tc>
          <w:tcPr>
            <w:tcW w:type="dxa" w:w="1690"/>
            <w:shd w:val="clear" w:color="auto" w:fill="EDF1F7"/>
          </w:tcPr>
          <w:p>
            <w:pPr>
              <w:spacing w:before="40" w:after="40" w:line="276" w:lineRule="auto"/>
            </w:pPr>
            <w:r>
              <w:rPr>
                <w:b/>
                <w:sz w:val="18"/>
              </w:rPr>
            </w:r>
            <w:r>
              <w:rPr>
                <w:rFonts w:ascii="Calibri" w:hAnsi="Calibri" w:cs="Calibri" w:eastAsia="宋体"/>
                <w:b/>
                <w:sz w:val="18"/>
              </w:rPr>
              <w:t>相对时间</w:t>
            </w:r>
          </w:p>
        </w:tc>
        <w:tc>
          <w:tcPr>
            <w:tcW w:type="dxa" w:w="7607"/>
            <w:shd w:val="clear" w:color="auto" w:fill="EDF1F7"/>
          </w:tcPr>
          <w:p>
            <w:pPr>
              <w:spacing w:before="40" w:after="40" w:line="276" w:lineRule="auto"/>
            </w:pPr>
            <w:r>
              <w:rPr>
                <w:b/>
                <w:sz w:val="18"/>
              </w:rPr>
            </w:r>
            <w:r>
              <w:rPr>
                <w:rFonts w:ascii="Calibri" w:hAnsi="Calibri" w:cs="Calibri" w:eastAsia="宋体"/>
                <w:b/>
                <w:sz w:val="18"/>
              </w:rPr>
              <w:t>事件</w:t>
            </w:r>
          </w:p>
        </w:tc>
      </w:tr>
      <w:tr>
        <w:tc>
          <w:tcPr>
            <w:tcW w:type="dxa" w:w="1690"/>
          </w:tcPr>
          <w:p>
            <w:pPr>
              <w:spacing w:before="40" w:after="40" w:line="276" w:lineRule="auto"/>
            </w:pPr>
            <w:r>
              <w:rPr>
                <w:sz w:val="18"/>
              </w:rPr>
            </w:r>
            <w:r>
              <w:rPr>
                <w:rFonts w:ascii="Calibri" w:hAnsi="Calibri" w:cs="Calibri" w:eastAsia="宋体"/>
                <w:sz w:val="18"/>
              </w:rPr>
              <w:t>-5 日至 -3 日</w:t>
            </w:r>
          </w:p>
        </w:tc>
        <w:tc>
          <w:tcPr>
            <w:tcW w:type="dxa" w:w="7607"/>
          </w:tcPr>
          <w:p>
            <w:pPr>
              <w:spacing w:before="40" w:after="40" w:line="276" w:lineRule="auto"/>
            </w:pPr>
            <w:r>
              <w:rPr>
                <w:sz w:val="18"/>
              </w:rPr>
            </w:r>
            <w:r>
              <w:rPr>
                <w:rFonts w:ascii="Calibri" w:hAnsi="Calibri" w:cs="Calibri" w:eastAsia="宋体"/>
                <w:sz w:val="18"/>
              </w:rPr>
              <w:t>抽血与心电图检查、胸片检查、心理量表测试、便尿常规</w:t>
            </w:r>
          </w:p>
        </w:tc>
      </w:tr>
      <w:tr>
        <w:tc>
          <w:tcPr>
            <w:tcW w:type="dxa" w:w="1690"/>
          </w:tcPr>
          <w:p>
            <w:pPr>
              <w:spacing w:before="40" w:after="40" w:line="276" w:lineRule="auto"/>
            </w:pPr>
            <w:r>
              <w:rPr>
                <w:sz w:val="18"/>
              </w:rPr>
            </w:r>
            <w:r>
              <w:rPr>
                <w:rFonts w:ascii="Calibri" w:hAnsi="Calibri" w:cs="Calibri" w:eastAsia="宋体"/>
                <w:sz w:val="18"/>
              </w:rPr>
              <w:t>-1 日</w:t>
            </w:r>
          </w:p>
        </w:tc>
        <w:tc>
          <w:tcPr>
            <w:tcW w:type="dxa" w:w="7607"/>
          </w:tcPr>
          <w:p>
            <w:pPr>
              <w:spacing w:before="40" w:after="40" w:line="276" w:lineRule="auto"/>
            </w:pPr>
            <w:r>
              <w:rPr>
                <w:sz w:val="18"/>
              </w:rPr>
            </w:r>
            <w:r>
              <w:rPr>
                <w:rFonts w:ascii="Calibri" w:hAnsi="Calibri" w:cs="Calibri" w:eastAsia="宋体"/>
                <w:sz w:val="18"/>
              </w:rPr>
              <w:t>禁食，16:00 开始饮用泻药，术前 8 小时禁饮禁食，灌肠</w:t>
            </w:r>
          </w:p>
        </w:tc>
      </w:tr>
      <w:tr>
        <w:tc>
          <w:tcPr>
            <w:tcW w:type="dxa" w:w="1690"/>
          </w:tcPr>
          <w:p>
            <w:pPr>
              <w:spacing w:before="40" w:after="40" w:line="276" w:lineRule="auto"/>
            </w:pPr>
            <w:r>
              <w:rPr>
                <w:sz w:val="18"/>
              </w:rPr>
            </w:r>
            <w:r>
              <w:rPr>
                <w:rFonts w:ascii="Calibri" w:hAnsi="Calibri" w:cs="Calibri" w:eastAsia="宋体"/>
                <w:sz w:val="18"/>
              </w:rPr>
              <w:t>0 日</w:t>
            </w:r>
          </w:p>
        </w:tc>
        <w:tc>
          <w:tcPr>
            <w:tcW w:type="dxa" w:w="7607"/>
          </w:tcPr>
          <w:p>
            <w:pPr>
              <w:spacing w:before="40" w:after="40" w:line="276" w:lineRule="auto"/>
            </w:pPr>
            <w:r>
              <w:rPr>
                <w:sz w:val="18"/>
              </w:rPr>
            </w:r>
            <w:r>
              <w:rPr>
                <w:rFonts w:ascii="Calibri" w:hAnsi="Calibri" w:cs="Calibri" w:eastAsia="宋体"/>
                <w:sz w:val="18"/>
              </w:rPr>
              <w:t>手术</w:t>
            </w:r>
          </w:p>
        </w:tc>
      </w:tr>
      <w:tr>
        <w:tc>
          <w:tcPr>
            <w:tcW w:type="dxa" w:w="1690"/>
          </w:tcPr>
          <w:p>
            <w:pPr>
              <w:spacing w:before="40" w:after="40" w:line="276" w:lineRule="auto"/>
            </w:pPr>
            <w:r>
              <w:rPr>
                <w:sz w:val="18"/>
              </w:rPr>
            </w:r>
            <w:r>
              <w:rPr>
                <w:rFonts w:ascii="Calibri" w:hAnsi="Calibri" w:cs="Calibri" w:eastAsia="宋体"/>
                <w:sz w:val="18"/>
              </w:rPr>
              <w:t>0-3 日</w:t>
            </w:r>
          </w:p>
        </w:tc>
        <w:tc>
          <w:tcPr>
            <w:tcW w:type="dxa" w:w="7607"/>
          </w:tcPr>
          <w:p>
            <w:pPr>
              <w:spacing w:before="40" w:after="40" w:line="276" w:lineRule="auto"/>
            </w:pPr>
            <w:r>
              <w:rPr>
                <w:sz w:val="18"/>
              </w:rPr>
            </w:r>
            <w:r>
              <w:rPr>
                <w:rFonts w:ascii="Calibri" w:hAnsi="Calibri" w:cs="Calibri" w:eastAsia="宋体"/>
                <w:sz w:val="18"/>
              </w:rPr>
              <w:t>禁食</w:t>
            </w:r>
          </w:p>
        </w:tc>
      </w:tr>
      <w:tr>
        <w:tc>
          <w:tcPr>
            <w:tcW w:type="dxa" w:w="1690"/>
          </w:tcPr>
          <w:p>
            <w:pPr>
              <w:spacing w:before="40" w:after="40" w:line="276" w:lineRule="auto"/>
            </w:pPr>
            <w:r>
              <w:rPr>
                <w:sz w:val="18"/>
              </w:rPr>
            </w:r>
            <w:r>
              <w:rPr>
                <w:rFonts w:ascii="Calibri" w:hAnsi="Calibri" w:cs="Calibri" w:eastAsia="宋体"/>
                <w:sz w:val="18"/>
              </w:rPr>
              <w:t>4 日起</w:t>
            </w:r>
          </w:p>
        </w:tc>
        <w:tc>
          <w:tcPr>
            <w:tcW w:type="dxa" w:w="7607"/>
          </w:tcPr>
          <w:p>
            <w:pPr>
              <w:spacing w:before="40" w:after="40" w:line="276" w:lineRule="auto"/>
            </w:pPr>
            <w:r>
              <w:rPr>
                <w:sz w:val="18"/>
              </w:rPr>
            </w:r>
            <w:r>
              <w:rPr>
                <w:rFonts w:ascii="Calibri" w:hAnsi="Calibri" w:cs="Calibri" w:eastAsia="宋体"/>
                <w:sz w:val="18"/>
              </w:rPr>
              <w:t>开始半流质饮食，可轻微下地活动</w:t>
            </w:r>
          </w:p>
        </w:tc>
      </w:tr>
      <w:tr>
        <w:tc>
          <w:tcPr>
            <w:tcW w:type="dxa" w:w="1690"/>
          </w:tcPr>
          <w:p>
            <w:pPr>
              <w:spacing w:before="40" w:after="40" w:line="276" w:lineRule="auto"/>
            </w:pPr>
            <w:r>
              <w:rPr>
                <w:sz w:val="18"/>
              </w:rPr>
            </w:r>
            <w:r>
              <w:rPr>
                <w:rFonts w:ascii="Calibri" w:hAnsi="Calibri" w:cs="Calibri" w:eastAsia="宋体"/>
                <w:sz w:val="18"/>
              </w:rPr>
              <w:t>5 日</w:t>
            </w:r>
          </w:p>
        </w:tc>
        <w:tc>
          <w:tcPr>
            <w:tcW w:type="dxa" w:w="7607"/>
          </w:tcPr>
          <w:p>
            <w:pPr>
              <w:spacing w:before="40" w:after="40" w:line="276" w:lineRule="auto"/>
            </w:pPr>
            <w:r>
              <w:rPr>
                <w:sz w:val="18"/>
              </w:rPr>
            </w:r>
            <w:r>
              <w:rPr>
                <w:rFonts w:ascii="Calibri" w:hAnsi="Calibri" w:cs="Calibri" w:eastAsia="宋体"/>
                <w:sz w:val="18"/>
              </w:rPr>
              <w:t>拆除引流管</w:t>
            </w:r>
          </w:p>
        </w:tc>
      </w:tr>
      <w:tr>
        <w:tc>
          <w:tcPr>
            <w:tcW w:type="dxa" w:w="1690"/>
          </w:tcPr>
          <w:p>
            <w:pPr>
              <w:spacing w:before="40" w:after="40" w:line="276" w:lineRule="auto"/>
            </w:pPr>
            <w:r>
              <w:rPr>
                <w:sz w:val="18"/>
              </w:rPr>
            </w:r>
            <w:r>
              <w:rPr>
                <w:rFonts w:ascii="Calibri" w:hAnsi="Calibri" w:cs="Calibri" w:eastAsia="宋体"/>
                <w:sz w:val="18"/>
              </w:rPr>
              <w:t>18 日</w:t>
            </w:r>
          </w:p>
        </w:tc>
        <w:tc>
          <w:tcPr>
            <w:tcW w:type="dxa" w:w="7607"/>
          </w:tcPr>
          <w:p>
            <w:pPr>
              <w:spacing w:before="40" w:after="40" w:line="276" w:lineRule="auto"/>
            </w:pPr>
            <w:r>
              <w:rPr>
                <w:sz w:val="18"/>
              </w:rPr>
            </w:r>
            <w:r>
              <w:rPr>
                <w:rFonts w:ascii="Calibri" w:hAnsi="Calibri" w:cs="Calibri" w:eastAsia="宋体"/>
                <w:sz w:val="18"/>
              </w:rPr>
              <w:t>会阴部清创术+扩创术（局麻）</w:t>
            </w:r>
          </w:p>
        </w:tc>
      </w:tr>
      <w:tr>
        <w:tc>
          <w:tcPr>
            <w:tcW w:type="dxa" w:w="1690"/>
          </w:tcPr>
          <w:p>
            <w:pPr>
              <w:spacing w:before="40" w:after="40" w:line="276" w:lineRule="auto"/>
            </w:pPr>
            <w:r>
              <w:rPr>
                <w:sz w:val="18"/>
              </w:rPr>
            </w:r>
            <w:r>
              <w:rPr>
                <w:rFonts w:ascii="Calibri" w:hAnsi="Calibri" w:cs="Calibri" w:eastAsia="宋体"/>
                <w:sz w:val="18"/>
              </w:rPr>
              <w:t>32 日</w:t>
            </w:r>
          </w:p>
        </w:tc>
        <w:tc>
          <w:tcPr>
            <w:tcW w:type="dxa" w:w="7607"/>
          </w:tcPr>
          <w:p>
            <w:pPr>
              <w:spacing w:before="40" w:after="40" w:line="276" w:lineRule="auto"/>
            </w:pPr>
            <w:r>
              <w:rPr>
                <w:sz w:val="18"/>
              </w:rPr>
            </w:r>
            <w:r>
              <w:rPr>
                <w:rFonts w:ascii="Calibri" w:hAnsi="Calibri" w:cs="Calibri" w:eastAsia="宋体"/>
                <w:sz w:val="18"/>
              </w:rPr>
              <w:t>再造阴道扩创+植皮术（全麻）</w:t>
            </w:r>
          </w:p>
        </w:tc>
      </w:tr>
      <w:tr>
        <w:tc>
          <w:tcPr>
            <w:tcW w:type="dxa" w:w="1690"/>
          </w:tcPr>
          <w:p>
            <w:pPr>
              <w:spacing w:before="40" w:after="40" w:line="276" w:lineRule="auto"/>
            </w:pPr>
            <w:r>
              <w:rPr>
                <w:sz w:val="18"/>
              </w:rPr>
            </w:r>
            <w:r>
              <w:rPr>
                <w:rFonts w:ascii="Calibri" w:hAnsi="Calibri" w:cs="Calibri" w:eastAsia="宋体"/>
                <w:sz w:val="18"/>
              </w:rPr>
              <w:t>38 日</w:t>
            </w:r>
          </w:p>
        </w:tc>
        <w:tc>
          <w:tcPr>
            <w:tcW w:type="dxa" w:w="7607"/>
          </w:tcPr>
          <w:p>
            <w:pPr>
              <w:spacing w:before="40" w:after="40" w:line="276" w:lineRule="auto"/>
            </w:pPr>
            <w:r>
              <w:rPr>
                <w:sz w:val="18"/>
              </w:rPr>
            </w:r>
            <w:r>
              <w:rPr>
                <w:rFonts w:ascii="Calibri" w:hAnsi="Calibri" w:cs="Calibri" w:eastAsia="宋体"/>
                <w:sz w:val="18"/>
              </w:rPr>
              <w:t>拔尿管，出院</w:t>
            </w:r>
          </w:p>
        </w:tc>
      </w:tr>
    </w:tbl>
    <w:p>
      <w:pPr>
        <w:spacing w:before="20" w:after="40"/>
        <w:ind w:left="425" w:hanging="312"/>
      </w:pPr>
      <w:r>
        <w:rPr>
          <w:rFonts w:ascii="Calibri" w:hAnsi="Calibri" w:cs="Calibri" w:eastAsia="宋体"/>
        </w:rPr>
        <w:t xml:space="preserve">• </w:t>
      </w:r>
      <w:r>
        <w:rPr>
          <w:rFonts w:ascii="Calibri" w:hAnsi="Calibri" w:cs="Calibri" w:eastAsia="宋体"/>
        </w:rPr>
        <w:t>在第 12、14、17、20、22、24、26、28、31、34、36、38 日进行了拆包换药</w:t>
      </w:r>
    </w:p>
    <w:p>
      <w:pPr>
        <w:spacing w:before="20" w:after="40"/>
        <w:ind w:left="425" w:hanging="312"/>
      </w:pPr>
      <w:r>
        <w:rPr>
          <w:rFonts w:ascii="Calibri" w:hAnsi="Calibri" w:cs="Calibri" w:eastAsia="宋体"/>
        </w:rPr>
        <w:t xml:space="preserve">• </w:t>
      </w:r>
      <w:r>
        <w:rPr>
          <w:rFonts w:ascii="Calibri" w:hAnsi="Calibri" w:cs="Calibri" w:eastAsia="宋体"/>
        </w:rPr>
        <w:t>术后有镇痛泵（强烈建议选择），若还是疼痛可按铃打止痛针或申请开止痛药</w:t>
      </w:r>
    </w:p>
    <w:p>
      <w:pPr>
        <w:keepNext/>
        <w:spacing w:before="120" w:after="40"/>
        <w:pBdr>
          <w:bottom w:val="single" w:sz="6" w:space="1" w:color="D4D8DE"/>
        </w:pBdr>
      </w:pPr>
      <w:r>
        <w:rPr>
          <w:rFonts w:ascii="Calibri" w:hAnsi="Calibri" w:cs="Calibri" w:eastAsia="微软雅黑"/>
          <w:b/>
        </w:rPr>
        <w:t>▸ 手术详情</w:t>
      </w:r>
    </w:p>
    <w:p>
      <w:pPr>
        <w:pStyle w:val="Heading5"/>
      </w:pPr>
      <w:r>
        <w:rPr>
          <w:rFonts w:ascii="Calibri" w:hAnsi="Calibri" w:cs="Calibri" w:eastAsia="宋体"/>
        </w:rPr>
        <w:t>支出内容</w:t>
      </w:r>
    </w:p>
    <w:p>
      <w:pPr>
        <w:keepNext/>
        <w:spacing w:before="120" w:after="40"/>
        <w:pBdr>
          <w:bottom w:val="single" w:sz="6" w:space="1" w:color="D4D8DE"/>
        </w:pBdr>
      </w:pPr>
      <w:r>
        <w:rPr>
          <w:rFonts w:ascii="Calibri" w:hAnsi="Calibri" w:cs="Calibri" w:eastAsia="微软雅黑"/>
          <w:b/>
        </w:rPr>
        <w:t>▸ 账单图片</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若不满足条件，可以将其他地方开具的易性症诊断证明与其他辅助材料（如 HRT 激素单、门诊病历等）一并提交。住院时会请 华西心理卫生中心 会诊。 </w:t>
      </w:r>
    </w:p>
    <w:p>
      <w:pPr>
        <w:spacing w:before="20" w:after="40"/>
        <w:ind w:left="425" w:hanging="312"/>
      </w:pPr>
      <w:r>
        <w:rPr>
          <w:rFonts w:ascii="Calibri" w:hAnsi="Calibri" w:cs="Calibri" w:eastAsia="宋体"/>
        </w:rPr>
        <w:t xml:space="preserve">2. </w:t>
      </w:r>
      <w:r>
        <w:rPr>
          <w:rFonts w:ascii="Calibri" w:hAnsi="Calibri" w:cs="Calibri" w:eastAsia="宋体"/>
        </w:rPr>
        <w:t xml:space="preserve">这位 MtF 的情况并不能满足此要求，故她选择按照 </w:t>
      </w:r>
      <w:r>
        <w:rPr>
          <w:rFonts w:ascii="Calibri" w:hAnsi="Calibri" w:cs="Calibri" w:eastAsia="宋体"/>
        </w:rPr>
        <w:t>MtF Wiki</w:t>
      </w:r>
      <w:r>
        <w:rPr>
          <w:rFonts w:ascii="Calibri" w:hAnsi="Calibri" w:cs="Calibri" w:eastAsia="宋体"/>
        </w:rPr>
        <w:t xml:space="preserve"> 的 </w:t>
      </w:r>
      <w:r>
        <w:rPr>
          <w:rFonts w:ascii="Calibri" w:hAnsi="Calibri" w:cs="Calibri" w:eastAsia="宋体"/>
        </w:rPr>
        <w:t>术后护理</w:t>
      </w:r>
      <w:r>
        <w:rPr>
          <w:rFonts w:ascii="Calibri" w:hAnsi="Calibri" w:cs="Calibri" w:eastAsia="宋体"/>
        </w:rPr>
        <w:t xml:space="preserve"> 进行操作。建议多和当地医院加强联系，进行复查。 </w:t>
      </w:r>
    </w:p>
    <w:p>
      <w:pPr>
        <w:pStyle w:val="Heading3"/>
      </w:pPr>
      <w:r>
        <w:rPr>
          <w:rFonts w:ascii="Calibri" w:hAnsi="Calibri" w:cs="Calibri" w:eastAsia="微软雅黑"/>
        </w:rPr>
        <w:t>4.7.8  四川核工业四一六医院｜余道江</w:t>
      </w:r>
    </w:p>
    <w:p>
      <w:pPr>
        <w:spacing w:after="160"/>
      </w:pPr>
      <w:r>
        <w:rPr>
          <w:rFonts w:ascii="Calibri" w:hAnsi="Calibri" w:cs="Calibri" w:eastAsia="宋体"/>
          <w:color w:val="6B7280"/>
          <w:sz w:val="16"/>
        </w:rPr>
        <w:t>原文：https://mtf.wiki/zh-cn/docs/srs/china/416 · 最近更新：2022年8月13日</w:t>
      </w:r>
    </w:p>
    <w:p>
      <w:pPr>
        <w:spacing w:after="100"/>
      </w:pPr>
      <w:r>
        <w:rPr>
          <w:rFonts w:ascii="Calibri" w:hAnsi="Calibri" w:cs="Calibri" w:eastAsia="宋体"/>
        </w:rPr>
        <w:t>医生姓名：</w:t>
      </w:r>
      <w:r>
        <w:rPr>
          <w:rFonts w:ascii="Calibri" w:hAnsi="Calibri" w:cs="Calibri" w:eastAsia="宋体"/>
        </w:rPr>
        <w:t>余道江</w:t>
      </w:r>
    </w:p>
    <w:p>
      <w:pPr>
        <w:spacing w:after="100"/>
      </w:pPr>
      <w:r>
        <w:rPr>
          <w:rFonts w:ascii="Calibri" w:hAnsi="Calibri" w:cs="Calibri" w:eastAsia="宋体"/>
        </w:rPr>
        <w:t>所在医院：</w:t>
      </w:r>
      <w:r>
        <w:rPr>
          <w:rFonts w:ascii="Calibri" w:hAnsi="Calibri" w:cs="Calibri" w:eastAsia="宋体"/>
        </w:rPr>
        <w:t>四一六医院</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缺乏真实案例报告</w:t>
      </w:r>
    </w:p>
    <w:p>
      <w:pPr>
        <w:spacing w:after="100"/>
      </w:pPr>
      <w:r>
        <w:rPr>
          <w:rFonts w:ascii="Calibri" w:hAnsi="Calibri" w:cs="Calibri" w:eastAsia="宋体"/>
        </w:rPr>
        <w:t>余道江师承上海九院因此积累了大量丰富的临床和科研经验。一级专家/主任医师/博士导师。可使用皮瓣或结肠手术，目前医生较为推荐结肠进行手术，这样手术材料将会比较充足也会提供更好的使用体验，外阴部分相较于华西与省医院稍弱，疤痕隐藏较好，敏感度保留好。此医院床位比较轻松（一切顺利的情况下大约 1 周即可入院）。</w:t>
      </w:r>
    </w:p>
    <w:p>
      <w:pPr>
        <w:spacing w:after="100"/>
      </w:pPr>
      <w:r>
        <w:rPr>
          <w:rFonts w:ascii="Calibri" w:hAnsi="Calibri" w:cs="Calibri" w:eastAsia="宋体"/>
        </w:rPr>
        <w:t>据称手术前无需停止 HRT，尚待调查</w:t>
      </w:r>
    </w:p>
    <w:p>
      <w:pPr>
        <w:pStyle w:val="Heading4"/>
      </w:pPr>
      <w:r>
        <w:rPr>
          <w:rFonts w:ascii="Calibri" w:hAnsi="Calibri" w:cs="Calibri" w:eastAsia="宋体"/>
        </w:rPr>
        <w:t>前置条件</w:t>
      </w:r>
    </w:p>
    <w:p>
      <w:pPr>
        <w:spacing w:after="100"/>
      </w:pPr>
      <w:r>
        <w:rPr>
          <w:rFonts w:ascii="Calibri" w:hAnsi="Calibri" w:cs="Calibri" w:eastAsia="宋体"/>
        </w:rPr>
        <w:t xml:space="preserve">与 </w:t>
      </w:r>
      <w:r>
        <w:rPr>
          <w:rFonts w:ascii="Calibri" w:hAnsi="Calibri" w:cs="Calibri" w:eastAsia="宋体"/>
        </w:rPr>
        <w:t>四川大学华西医院</w:t>
      </w:r>
      <w:r>
        <w:rPr>
          <w:rFonts w:ascii="Calibri" w:hAnsi="Calibri" w:cs="Calibri" w:eastAsia="宋体"/>
        </w:rPr>
        <w:t xml:space="preserve"> 类似。</w:t>
      </w:r>
    </w:p>
    <w:p>
      <w:pPr>
        <w:pStyle w:val="Heading4"/>
      </w:pPr>
      <w:r>
        <w:rPr>
          <w:rFonts w:ascii="Calibri" w:hAnsi="Calibri" w:cs="Calibri" w:eastAsia="宋体"/>
        </w:rPr>
        <w:t>费用</w:t>
      </w:r>
    </w:p>
    <w:p>
      <w:pPr>
        <w:spacing w:after="100"/>
      </w:pPr>
      <w:r>
        <w:rPr>
          <w:rFonts w:ascii="Calibri" w:hAnsi="Calibri" w:cs="Calibri" w:eastAsia="宋体"/>
          <w:b/>
        </w:rPr>
        <w:t>结肠</w:t>
      </w:r>
      <w:r>
        <w:rPr>
          <w:rFonts w:ascii="Calibri" w:hAnsi="Calibri" w:cs="Calibri" w:eastAsia="宋体"/>
        </w:rPr>
        <w:t xml:space="preserve"> 结肠手术全部费用约为 5.5 万到 7 万元左右（包含住院及其他费用）</w:t>
      </w:r>
    </w:p>
    <w:p>
      <w:pPr>
        <w:spacing w:after="100"/>
      </w:pPr>
      <w:r>
        <w:rPr>
          <w:rFonts w:ascii="Calibri" w:hAnsi="Calibri" w:cs="Calibri" w:eastAsia="宋体"/>
          <w:b/>
        </w:rPr>
        <w:t>皮瓣</w:t>
      </w:r>
      <w:r>
        <w:rPr>
          <w:rFonts w:ascii="Calibri" w:hAnsi="Calibri" w:cs="Calibri" w:eastAsia="宋体"/>
        </w:rPr>
        <w:t xml:space="preserve"> PI 皮瓣手术全部费用约为 5 万到 6.5 万元左右（包含住院及其他费用）</w:t>
      </w:r>
    </w:p>
    <w:p>
      <w:pPr>
        <w:pStyle w:val="Heading4"/>
      </w:pPr>
      <w:r>
        <w:rPr>
          <w:rFonts w:ascii="Calibri" w:hAnsi="Calibri" w:cs="Calibri" w:eastAsia="宋体"/>
        </w:rPr>
        <w:t>挂号</w:t>
      </w:r>
    </w:p>
    <w:p>
      <w:pPr>
        <w:spacing w:after="100"/>
      </w:pPr>
      <w:r>
        <w:rPr>
          <w:rFonts w:ascii="Calibri" w:hAnsi="Calibri" w:cs="Calibri" w:eastAsia="宋体"/>
        </w:rPr>
        <w:t>微信公众号「</w:t>
      </w:r>
      <w:r>
        <w:rPr>
          <w:rFonts w:ascii="Calibri" w:hAnsi="Calibri" w:cs="Calibri" w:eastAsia="宋体"/>
        </w:rPr>
        <w:t>成医附二院核工业四一六医院</w:t>
      </w:r>
      <w:r>
        <w:rPr>
          <w:rFonts w:ascii="Calibri" w:hAnsi="Calibri" w:cs="Calibri" w:eastAsia="宋体"/>
        </w:rPr>
        <w:t>」，选择整形烧伤科(医疗美容科) 416 的号虽然不怎么紧张，但是还是建议提前一周挂号。</w:t>
      </w:r>
    </w:p>
    <w:p>
      <w:pPr>
        <w:pStyle w:val="Heading3"/>
      </w:pPr>
      <w:r>
        <w:rPr>
          <w:rFonts w:ascii="Calibri" w:hAnsi="Calibri" w:cs="Calibri" w:eastAsia="微软雅黑"/>
        </w:rPr>
        <w:t>4.7.9  安徽医科大学第一附属医院｜张贤生</w:t>
      </w:r>
    </w:p>
    <w:p>
      <w:pPr>
        <w:spacing w:after="160"/>
      </w:pPr>
      <w:r>
        <w:rPr>
          <w:rFonts w:ascii="Calibri" w:hAnsi="Calibri" w:cs="Calibri" w:eastAsia="宋体"/>
          <w:color w:val="6B7280"/>
          <w:sz w:val="16"/>
        </w:rPr>
        <w:t>原文：https://mtf.wiki/zh-cn/docs/srs/china/ayfy · 最近更新：2025年2月18日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该医院目前只确定可以做性腺切除，无 SRS 资质。</w:t>
      </w:r>
    </w:p>
    <w:p>
      <w:pPr>
        <w:pStyle w:val="Heading4"/>
      </w:pPr>
      <w:r>
        <w:rPr>
          <w:rFonts w:ascii="Calibri" w:hAnsi="Calibri" w:cs="Calibri" w:eastAsia="宋体"/>
        </w:rPr>
        <w:t>前置条件</w:t>
      </w:r>
    </w:p>
    <w:p>
      <w:pPr>
        <w:spacing w:after="100"/>
      </w:pPr>
      <w:r>
        <w:rPr>
          <w:rFonts w:ascii="Calibri" w:hAnsi="Calibri" w:cs="Calibri" w:eastAsia="宋体"/>
        </w:rPr>
        <w:t>需要家长签字同意，出示易性症/性别不一致等相关诊断证明，可能还需要其它材料</w:t>
      </w:r>
    </w:p>
    <w:p>
      <w:pPr>
        <w:pStyle w:val="Heading4"/>
      </w:pPr>
      <w:r>
        <w:rPr>
          <w:rFonts w:ascii="Calibri" w:hAnsi="Calibri" w:cs="Calibri" w:eastAsia="宋体"/>
        </w:rPr>
        <w:t>费用相关</w:t>
      </w:r>
    </w:p>
    <w:p>
      <w:pPr>
        <w:spacing w:after="100"/>
      </w:pPr>
      <w:r>
        <w:rPr>
          <w:rFonts w:ascii="Calibri" w:hAnsi="Calibri" w:cs="Calibri" w:eastAsia="宋体"/>
        </w:rPr>
        <w:t>住院预缴费 5000，总体花费在 8000 上下，可以使用社保</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术后需要住院三天</w:t>
      </w:r>
    </w:p>
    <w:p>
      <w:pPr>
        <w:spacing w:before="20" w:after="40"/>
        <w:ind w:left="425" w:hanging="312"/>
      </w:pPr>
      <w:r>
        <w:rPr>
          <w:rFonts w:ascii="Calibri" w:hAnsi="Calibri" w:cs="Calibri" w:eastAsia="宋体"/>
        </w:rPr>
        <w:t xml:space="preserve">2. </w:t>
      </w:r>
      <w:r>
        <w:rPr>
          <w:rFonts w:ascii="Calibri" w:hAnsi="Calibri" w:cs="Calibri" w:eastAsia="宋体"/>
        </w:rPr>
        <w:t>麻醉可以选择局麻与全麻</w:t>
      </w:r>
    </w:p>
    <w:p>
      <w:pPr>
        <w:spacing w:before="20" w:after="40"/>
        <w:ind w:left="425" w:hanging="312"/>
      </w:pPr>
      <w:r>
        <w:rPr>
          <w:rFonts w:ascii="Calibri" w:hAnsi="Calibri" w:cs="Calibri" w:eastAsia="宋体"/>
        </w:rPr>
        <w:t xml:space="preserve">3. </w:t>
      </w:r>
      <w:r>
        <w:rPr>
          <w:rFonts w:ascii="Calibri" w:hAnsi="Calibri" w:cs="Calibri" w:eastAsia="宋体"/>
        </w:rPr>
        <w:t xml:space="preserve">医生比较友好， </w:t>
      </w:r>
      <w:r>
        <w:rPr>
          <w:rFonts w:ascii="Calibri" w:hAnsi="Calibri" w:cs="Calibri" w:eastAsia="宋体"/>
          <w:strike/>
        </w:rPr>
        <w:t>你醒啦，你已经是女孩子啦</w:t>
      </w:r>
      <w:r>
        <w:rPr>
          <w:rFonts w:ascii="Calibri" w:hAnsi="Calibri" w:cs="Calibri" w:eastAsia="宋体"/>
        </w:rPr>
        <w:t xml:space="preserve"> ，不过没有单人病房</w:t>
      </w:r>
    </w:p>
    <w:p>
      <w:pPr>
        <w:pStyle w:val="Heading4"/>
      </w:pPr>
      <w:r>
        <w:rPr>
          <w:rFonts w:ascii="Calibri" w:hAnsi="Calibri" w:cs="Calibri" w:eastAsia="宋体"/>
        </w:rPr>
        <w:t>住院必须品</w:t>
      </w:r>
    </w:p>
    <w:p>
      <w:pPr>
        <w:spacing w:before="20" w:after="40"/>
        <w:ind w:left="425" w:hanging="312"/>
      </w:pPr>
      <w:r>
        <w:rPr>
          <w:rFonts w:ascii="Calibri" w:hAnsi="Calibri" w:cs="Calibri" w:eastAsia="宋体"/>
        </w:rPr>
        <w:t xml:space="preserve">1. </w:t>
      </w:r>
      <w:r>
        <w:rPr>
          <w:rFonts w:ascii="Calibri" w:hAnsi="Calibri" w:cs="Calibri" w:eastAsia="宋体"/>
        </w:rPr>
        <w:t>现金 100 元(手术前洗澡用的水卡，50 押金 50 水费，退卡也是退现金)</w:t>
      </w:r>
    </w:p>
    <w:p>
      <w:pPr>
        <w:spacing w:before="20" w:after="40"/>
        <w:ind w:left="425" w:hanging="312"/>
      </w:pPr>
      <w:r>
        <w:rPr>
          <w:rFonts w:ascii="Calibri" w:hAnsi="Calibri" w:cs="Calibri" w:eastAsia="宋体"/>
        </w:rPr>
        <w:t xml:space="preserve">2. </w:t>
      </w:r>
      <w:r>
        <w:rPr>
          <w:rFonts w:ascii="Calibri" w:hAnsi="Calibri" w:cs="Calibri" w:eastAsia="宋体"/>
        </w:rPr>
        <w:t>日常洗漱用品:洗脸盆，毛巾几条（洗脸和洗澡用），牙刷牙膏刷牙杯以及沐浴露洗发露之类水杯（医院里提供开水和每个床都配一个热水瓶）</w:t>
      </w:r>
    </w:p>
    <w:p>
      <w:pPr>
        <w:spacing w:before="20" w:after="40"/>
        <w:ind w:left="425" w:hanging="312"/>
      </w:pPr>
      <w:r>
        <w:rPr>
          <w:rFonts w:ascii="Calibri" w:hAnsi="Calibri" w:cs="Calibri" w:eastAsia="宋体"/>
        </w:rPr>
        <w:t xml:space="preserve">3. </w:t>
      </w:r>
      <w:r>
        <w:rPr>
          <w:rFonts w:ascii="Calibri" w:hAnsi="Calibri" w:cs="Calibri" w:eastAsia="宋体"/>
        </w:rPr>
        <w:t>纸巾拖鞋</w:t>
      </w:r>
    </w:p>
    <w:p>
      <w:pPr>
        <w:spacing w:before="20" w:after="40"/>
        <w:ind w:left="425" w:hanging="312"/>
      </w:pPr>
      <w:r>
        <w:rPr>
          <w:rFonts w:ascii="Calibri" w:hAnsi="Calibri" w:cs="Calibri" w:eastAsia="宋体"/>
        </w:rPr>
        <w:t xml:space="preserve">4. </w:t>
      </w:r>
      <w:r>
        <w:rPr>
          <w:rFonts w:ascii="Calibri" w:hAnsi="Calibri" w:cs="Calibri" w:eastAsia="宋体"/>
        </w:rPr>
        <w:t>饭盒两个，筷子和勺子(住院费里包括了每天的三餐费用十五元)</w:t>
      </w:r>
    </w:p>
    <w:p>
      <w:pPr>
        <w:spacing w:before="20" w:after="40"/>
        <w:ind w:left="425" w:hanging="312"/>
      </w:pPr>
      <w:r>
        <w:rPr>
          <w:rFonts w:ascii="Calibri" w:hAnsi="Calibri" w:cs="Calibri" w:eastAsia="宋体"/>
        </w:rPr>
        <w:t xml:space="preserve">5. </w:t>
      </w:r>
      <w:r>
        <w:rPr>
          <w:rFonts w:ascii="Calibri" w:hAnsi="Calibri" w:cs="Calibri" w:eastAsia="宋体"/>
        </w:rPr>
        <w:t>尿壶(手术结束当天不能下地)</w:t>
      </w:r>
    </w:p>
    <w:p>
      <w:pPr>
        <w:spacing w:before="20" w:after="40"/>
        <w:ind w:left="425" w:hanging="312"/>
      </w:pPr>
      <w:r>
        <w:rPr>
          <w:rFonts w:ascii="Calibri" w:hAnsi="Calibri" w:cs="Calibri" w:eastAsia="宋体"/>
        </w:rPr>
        <w:t xml:space="preserve">6. </w:t>
      </w:r>
      <w:r>
        <w:rPr>
          <w:rFonts w:ascii="Calibri" w:hAnsi="Calibri" w:cs="Calibri" w:eastAsia="宋体"/>
        </w:rPr>
        <w:t>医用护垫（以免术后漏液）</w:t>
      </w:r>
    </w:p>
    <w:p>
      <w:pPr>
        <w:spacing w:before="20" w:after="40"/>
        <w:ind w:left="425" w:hanging="312"/>
      </w:pPr>
      <w:r>
        <w:rPr>
          <w:rFonts w:ascii="Calibri" w:hAnsi="Calibri" w:cs="Calibri" w:eastAsia="宋体"/>
        </w:rPr>
        <w:t xml:space="preserve">7. </w:t>
      </w:r>
      <w:r>
        <w:rPr>
          <w:rFonts w:ascii="Calibri" w:hAnsi="Calibri" w:cs="Calibri" w:eastAsia="宋体"/>
        </w:rPr>
        <w:t>医用敷贴（医院里换药用的，出院后一两个月里应该还要用）</w:t>
      </w:r>
    </w:p>
    <w:p>
      <w:pPr>
        <w:spacing w:before="20" w:after="40"/>
        <w:ind w:left="425" w:hanging="312"/>
      </w:pPr>
      <w:r>
        <w:rPr>
          <w:rFonts w:ascii="Calibri" w:hAnsi="Calibri" w:cs="Calibri" w:eastAsia="宋体"/>
        </w:rPr>
        <w:t xml:space="preserve">8. </w:t>
      </w:r>
      <w:r>
        <w:rPr>
          <w:rFonts w:ascii="Calibri" w:hAnsi="Calibri" w:cs="Calibri" w:eastAsia="宋体"/>
        </w:rPr>
        <w:t>棉棒(手术当天禁食水，患者可能大约 20 小时不能喝水，嘴巴很干，需要用棉棒沾水润嘴唇)</w:t>
      </w:r>
    </w:p>
    <w:p>
      <w:pPr>
        <w:pStyle w:val="Heading4"/>
      </w:pPr>
      <w:r>
        <w:rPr>
          <w:rFonts w:ascii="Calibri" w:hAnsi="Calibri" w:cs="Calibri" w:eastAsia="宋体"/>
        </w:rPr>
        <w:t>入院通知</w:t>
      </w:r>
    </w:p>
    <w:p>
      <w:pPr>
        <w:keepNext/>
        <w:spacing w:before="120" w:after="40"/>
        <w:pBdr>
          <w:bottom w:val="single" w:sz="6" w:space="1" w:color="D4D8DE"/>
        </w:pBdr>
      </w:pPr>
      <w:r>
        <w:rPr>
          <w:rFonts w:ascii="Calibri" w:hAnsi="Calibri" w:cs="Calibri" w:eastAsia="微软雅黑"/>
          <w:b/>
        </w:rPr>
        <w:t>▸ 展开查看</w:t>
      </w:r>
    </w:p>
    <w:p>
      <w:pPr>
        <w:spacing w:after="100"/>
      </w:pPr>
      <w:r>
        <w:rPr>
          <w:rFonts w:ascii="Calibri" w:hAnsi="Calibri" w:cs="Calibri" w:eastAsia="宋体"/>
          <w:strike/>
        </w:rPr>
        <w:t>医生也吐槽了医院病症更新不及时没有易性症相关诊断，所以诊断为两畸的 性别不清</w:t>
      </w:r>
    </w:p>
    <w:p>
      <w:pPr>
        <w:pStyle w:val="Heading4"/>
      </w:pPr>
      <w:r>
        <w:rPr>
          <w:rFonts w:ascii="Calibri" w:hAnsi="Calibri" w:cs="Calibri" w:eastAsia="宋体"/>
        </w:rPr>
        <w:t>费用清单</w:t>
      </w:r>
    </w:p>
    <w:p>
      <w:pPr>
        <w:keepNext/>
        <w:spacing w:before="120" w:after="40"/>
        <w:pBdr>
          <w:bottom w:val="single" w:sz="6" w:space="1" w:color="D4D8DE"/>
        </w:pBdr>
      </w:pPr>
      <w:r>
        <w:rPr>
          <w:rFonts w:ascii="Calibri" w:hAnsi="Calibri" w:cs="Calibri" w:eastAsia="微软雅黑"/>
          <w:b/>
        </w:rPr>
        <w:t>▸ 展开查看</w:t>
      </w:r>
    </w:p>
    <w:p>
      <w:pPr>
        <w:pStyle w:val="Heading3"/>
      </w:pPr>
      <w:r>
        <w:rPr>
          <w:rFonts w:ascii="Calibri" w:hAnsi="Calibri" w:cs="Calibri" w:eastAsia="微软雅黑"/>
        </w:rPr>
        <w:t>4.7.10  广州华侨医院｜刘宏伟</w:t>
      </w:r>
    </w:p>
    <w:p>
      <w:pPr>
        <w:spacing w:after="160"/>
      </w:pPr>
      <w:r>
        <w:rPr>
          <w:rFonts w:ascii="Calibri" w:hAnsi="Calibri" w:cs="Calibri" w:eastAsia="宋体"/>
          <w:color w:val="6B7280"/>
          <w:sz w:val="16"/>
        </w:rPr>
        <w:t>原文：https://mtf.wiki/zh-cn/docs/srs/china/jd120 · 最近更新：2025年4月7日</w:t>
      </w:r>
    </w:p>
    <w:p>
      <w:pPr>
        <w:spacing w:after="100"/>
      </w:pPr>
      <w:r>
        <w:rPr>
          <w:rFonts w:ascii="Calibri" w:hAnsi="Calibri" w:cs="Calibri" w:eastAsia="宋体"/>
        </w:rPr>
        <w:t>医生姓名：</w:t>
      </w:r>
      <w:r>
        <w:rPr>
          <w:rFonts w:ascii="Calibri" w:hAnsi="Calibri" w:cs="Calibri" w:eastAsia="宋体"/>
        </w:rPr>
        <w:t>刘宏伟</w:t>
      </w:r>
    </w:p>
    <w:p>
      <w:pPr>
        <w:spacing w:after="100"/>
      </w:pPr>
      <w:r>
        <w:rPr>
          <w:rFonts w:ascii="Calibri" w:hAnsi="Calibri" w:cs="Calibri" w:eastAsia="宋体"/>
        </w:rPr>
        <w:t>所在医院：</w:t>
      </w:r>
      <w:r>
        <w:rPr>
          <w:rFonts w:ascii="Calibri" w:hAnsi="Calibri" w:cs="Calibri" w:eastAsia="宋体"/>
        </w:rPr>
        <w:t>暨南大学附属第一医院（广州华侨医院）</w:t>
      </w:r>
    </w:p>
    <w:p>
      <w:pPr>
        <w:pStyle w:val="Heading4"/>
      </w:pPr>
      <w:r>
        <w:rPr>
          <w:rFonts w:ascii="Calibri" w:hAnsi="Calibri" w:cs="Calibri" w:eastAsia="宋体"/>
        </w:rPr>
        <w:t>前置条件</w:t>
      </w:r>
    </w:p>
    <w:p>
      <w:pPr>
        <w:spacing w:before="20" w:after="40"/>
        <w:ind w:left="425" w:hanging="312"/>
      </w:pPr>
      <w:r>
        <w:rPr>
          <w:rFonts w:ascii="Calibri" w:hAnsi="Calibri" w:cs="Calibri" w:eastAsia="宋体"/>
        </w:rPr>
        <w:t xml:space="preserve">1. </w:t>
      </w:r>
      <w:r>
        <w:rPr>
          <w:rFonts w:ascii="Calibri" w:hAnsi="Calibri" w:cs="Calibri" w:eastAsia="宋体"/>
        </w:rPr>
        <w:t>无犯罪记录证明原件（由公安局出具）</w:t>
      </w:r>
    </w:p>
    <w:p>
      <w:pPr>
        <w:spacing w:before="20" w:after="40"/>
        <w:ind w:left="425" w:hanging="312"/>
      </w:pPr>
      <w:r>
        <w:rPr>
          <w:rFonts w:ascii="Calibri" w:hAnsi="Calibri" w:cs="Calibri" w:eastAsia="宋体"/>
        </w:rPr>
        <w:t xml:space="preserve">2. </w:t>
      </w:r>
      <w:r>
        <w:rPr>
          <w:rFonts w:ascii="Calibri" w:hAnsi="Calibri" w:cs="Calibri" w:eastAsia="宋体"/>
        </w:rPr>
        <w:t>直系亲属知情同意书（父母双方签字、按拇指手印，并需公证，如无特殊情况不接受其它直系亲属的知情同意书。父母离异情况下只需要一方的同意书公证即可，需要提交公证书原件。）</w:t>
      </w:r>
    </w:p>
    <w:p>
      <w:pPr>
        <w:spacing w:before="20" w:after="40"/>
        <w:ind w:left="425" w:hanging="312"/>
      </w:pPr>
      <w:r>
        <w:rPr>
          <w:rFonts w:ascii="Calibri" w:hAnsi="Calibri" w:cs="Calibri" w:eastAsia="宋体"/>
        </w:rPr>
        <w:t xml:space="preserve">3. </w:t>
      </w:r>
      <w:r>
        <w:rPr>
          <w:rFonts w:ascii="Calibri" w:hAnsi="Calibri" w:cs="Calibri" w:eastAsia="宋体"/>
        </w:rPr>
        <w:t>本人知情同意书原件</w:t>
      </w:r>
    </w:p>
    <w:p>
      <w:pPr>
        <w:spacing w:before="20" w:after="40"/>
        <w:ind w:left="425" w:hanging="312"/>
      </w:pPr>
      <w:r>
        <w:rPr>
          <w:rFonts w:ascii="Calibri" w:hAnsi="Calibri" w:cs="Calibri" w:eastAsia="宋体"/>
        </w:rPr>
        <w:t xml:space="preserve">4. </w:t>
      </w:r>
      <w:r>
        <w:rPr>
          <w:rFonts w:ascii="Calibri" w:hAnsi="Calibri" w:cs="Calibri" w:eastAsia="宋体"/>
        </w:rPr>
        <w:t>三甲医院精神心理科出具的「易性症」疾病诊断证明书原件</w:t>
      </w:r>
    </w:p>
    <w:p>
      <w:pPr>
        <w:pStyle w:val="Heading4"/>
      </w:pPr>
      <w:r>
        <w:rPr>
          <w:rFonts w:ascii="Calibri" w:hAnsi="Calibri" w:cs="Calibri" w:eastAsia="宋体"/>
        </w:rPr>
        <w:t>其它细节</w:t>
      </w:r>
    </w:p>
    <w:p>
      <w:pPr>
        <w:spacing w:before="20" w:after="40"/>
        <w:ind w:left="425" w:hanging="312"/>
      </w:pPr>
      <w:r>
        <w:rPr>
          <w:rFonts w:ascii="Calibri" w:hAnsi="Calibri" w:cs="Calibri" w:eastAsia="宋体"/>
        </w:rPr>
        <w:t xml:space="preserve">1. </w:t>
      </w:r>
      <w:r>
        <w:rPr>
          <w:rFonts w:ascii="Calibri" w:hAnsi="Calibri" w:cs="Calibri" w:eastAsia="宋体"/>
        </w:rPr>
        <w:t>手术需要伦理委员会开会批准，伦理委员会约每三个月召开一次会议。</w:t>
      </w:r>
    </w:p>
    <w:p>
      <w:pPr>
        <w:spacing w:before="20" w:after="40"/>
        <w:ind w:left="425" w:hanging="312"/>
      </w:pPr>
      <w:r>
        <w:rPr>
          <w:rFonts w:ascii="Calibri" w:hAnsi="Calibri" w:cs="Calibri" w:eastAsia="宋体"/>
        </w:rPr>
        <w:t xml:space="preserve">2. </w:t>
      </w:r>
      <w:r>
        <w:rPr>
          <w:rFonts w:ascii="Calibri" w:hAnsi="Calibri" w:cs="Calibri" w:eastAsia="宋体"/>
        </w:rPr>
        <w:t>术前需要按伦理委员会要求进行前列腺液和精液质量检测</w:t>
      </w:r>
    </w:p>
    <w:p>
      <w:pPr>
        <w:spacing w:before="20" w:after="40"/>
        <w:ind w:left="425" w:hanging="312"/>
      </w:pPr>
      <w:r>
        <w:rPr>
          <w:rFonts w:ascii="Calibri" w:hAnsi="Calibri" w:cs="Calibri" w:eastAsia="宋体"/>
        </w:rPr>
        <w:t xml:space="preserve">3. </w:t>
      </w:r>
      <w:r>
        <w:rPr>
          <w:rFonts w:ascii="Calibri" w:hAnsi="Calibri" w:cs="Calibri" w:eastAsia="宋体"/>
        </w:rPr>
        <w:t>术中切除组织（睾丸、附睾、海绵体等）均会被送去做成病理切片检查。</w:t>
      </w:r>
    </w:p>
    <w:p>
      <w:pPr>
        <w:spacing w:before="20" w:after="40"/>
        <w:ind w:left="425" w:hanging="312"/>
      </w:pPr>
      <w:r>
        <w:rPr>
          <w:rFonts w:ascii="Calibri" w:hAnsi="Calibri" w:cs="Calibri" w:eastAsia="宋体"/>
        </w:rPr>
        <w:t xml:space="preserve">4. </w:t>
      </w:r>
      <w:r>
        <w:rPr>
          <w:rFonts w:ascii="Calibri" w:hAnsi="Calibri" w:cs="Calibri" w:eastAsia="宋体"/>
        </w:rPr>
        <w:t>术前不需要停止雌激素类药品使用。</w:t>
      </w:r>
    </w:p>
    <w:p>
      <w:pPr>
        <w:pStyle w:val="Heading4"/>
      </w:pPr>
      <w:r>
        <w:rPr>
          <w:rFonts w:ascii="Calibri" w:hAnsi="Calibri" w:cs="Calibri" w:eastAsia="宋体"/>
        </w:rPr>
        <w:t>术式与费用</w:t>
      </w:r>
    </w:p>
    <w:p>
      <w:pPr>
        <w:spacing w:after="100"/>
      </w:pPr>
      <w:r>
        <w:rPr>
          <w:rFonts w:ascii="Calibri" w:hAnsi="Calibri" w:cs="Calibri" w:eastAsia="宋体"/>
          <w:b/>
        </w:rPr>
        <w:t>结肠</w:t>
      </w:r>
      <w:r>
        <w:rPr>
          <w:rFonts w:ascii="Calibri" w:hAnsi="Calibri" w:cs="Calibri" w:eastAsia="宋体"/>
        </w:rPr>
        <w:t xml:space="preserve"> 结肠手术全部费用约为 10 - 12 万元左右（包含住院及其他费用）</w:t>
      </w:r>
    </w:p>
    <w:p>
      <w:pPr>
        <w:spacing w:after="100"/>
      </w:pPr>
      <w:r>
        <w:rPr>
          <w:rFonts w:ascii="Calibri" w:hAnsi="Calibri" w:cs="Calibri" w:eastAsia="宋体"/>
          <w:b/>
        </w:rPr>
        <w:t>皮瓣</w:t>
      </w:r>
      <w:r>
        <w:rPr>
          <w:rFonts w:ascii="Calibri" w:hAnsi="Calibri" w:cs="Calibri" w:eastAsia="宋体"/>
        </w:rPr>
        <w:t xml:space="preserve"> 皮瓣手术全部费用约为 6 - 7 万元左右（包含住院及其他费用），外观逊色于结肠术式</w:t>
      </w:r>
    </w:p>
    <w:p>
      <w:pPr>
        <w:spacing w:after="100"/>
      </w:pPr>
      <w:r>
        <w:rPr>
          <w:rFonts w:ascii="Calibri" w:hAnsi="Calibri" w:cs="Calibri" w:eastAsia="宋体"/>
          <w:b/>
        </w:rPr>
        <w:t>0 深度</w:t>
      </w:r>
      <w:r>
        <w:rPr>
          <w:rFonts w:ascii="Calibri" w:hAnsi="Calibri" w:cs="Calibri" w:eastAsia="宋体"/>
        </w:rPr>
        <w:t xml:space="preserve"> 0 深度手术全部费用约为 5 - 6 万元左右（包含住院及其他费用）</w:t>
      </w:r>
    </w:p>
    <w:p>
      <w:pPr>
        <w:pStyle w:val="Heading4"/>
      </w:pPr>
      <w:r>
        <w:rPr>
          <w:rFonts w:ascii="Calibri" w:hAnsi="Calibri" w:cs="Calibri" w:eastAsia="宋体"/>
        </w:rPr>
        <w:t>挂号</w:t>
      </w:r>
    </w:p>
    <w:p>
      <w:pPr>
        <w:spacing w:after="100"/>
      </w:pPr>
      <w:r>
        <w:rPr>
          <w:rFonts w:ascii="Calibri" w:hAnsi="Calibri" w:cs="Calibri" w:eastAsia="宋体"/>
        </w:rPr>
        <w:t>微信公众号「</w:t>
      </w:r>
      <w:r>
        <w:rPr>
          <w:rFonts w:ascii="Calibri" w:hAnsi="Calibri" w:cs="Calibri" w:eastAsia="宋体"/>
        </w:rPr>
        <w:t>暨南大学附属第一医院</w:t>
      </w:r>
      <w:r>
        <w:rPr>
          <w:rFonts w:ascii="Calibri" w:hAnsi="Calibri" w:cs="Calibri" w:eastAsia="宋体"/>
        </w:rPr>
        <w:t>」（广州华侨医院），选择暨大总院 → 外科 → 整形美容科 → 整形美容外科门诊</w:t>
      </w:r>
    </w:p>
    <w:p>
      <w:pPr>
        <w:pStyle w:val="Heading4"/>
      </w:pPr>
      <w:r>
        <w:rPr>
          <w:rFonts w:ascii="Calibri" w:hAnsi="Calibri" w:cs="Calibri" w:eastAsia="宋体"/>
        </w:rPr>
        <w:t>另请参阅</w:t>
      </w:r>
    </w:p>
    <w:p>
      <w:pPr>
        <w:spacing w:before="20" w:after="40"/>
        <w:ind w:left="425" w:hanging="312"/>
      </w:pPr>
      <w:r>
        <w:rPr>
          <w:rFonts w:ascii="Calibri" w:hAnsi="Calibri" w:cs="Calibri" w:eastAsia="宋体"/>
        </w:rPr>
        <w:t xml:space="preserve">• </w:t>
      </w:r>
      <w:r>
        <w:rPr>
          <w:rFonts w:ascii="Calibri" w:hAnsi="Calibri" w:cs="Calibri" w:eastAsia="宋体"/>
        </w:rPr>
        <w:t>https://github.com/Samuyuki/SRSdoc</w:t>
      </w:r>
    </w:p>
    <w:p>
      <w:pPr>
        <w:pStyle w:val="Heading3"/>
      </w:pPr>
      <w:r>
        <w:rPr>
          <w:rFonts w:ascii="Calibri" w:hAnsi="Calibri" w:cs="Calibri" w:eastAsia="微软雅黑"/>
        </w:rPr>
        <w:t>4.7.11  深圳市罗湖区人民医院</w:t>
      </w:r>
    </w:p>
    <w:p>
      <w:pPr>
        <w:spacing w:after="160"/>
      </w:pPr>
      <w:r>
        <w:rPr>
          <w:rFonts w:ascii="Calibri" w:hAnsi="Calibri" w:cs="Calibri" w:eastAsia="宋体"/>
          <w:color w:val="6B7280"/>
          <w:sz w:val="16"/>
        </w:rPr>
        <w:t>原文：https://mtf.wiki/zh-cn/docs/srs/china/szlh · 最近更新：2026年2月12日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该医院无 SRS 资质，故来该院进行阴道成形术要求身份证上性别必须为女。</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本页面编写者为女假两性畸形，手术流程可能与跨性别女性略有出入，但大体相同，请以医生宣教为准。</w:t>
      </w:r>
    </w:p>
    <w:p>
      <w:pPr>
        <w:pStyle w:val="Heading4"/>
      </w:pPr>
      <w:r>
        <w:rPr>
          <w:rFonts w:ascii="Calibri" w:hAnsi="Calibri" w:cs="Calibri" w:eastAsia="宋体"/>
        </w:rPr>
        <w:t>基本情况</w:t>
      </w:r>
    </w:p>
    <w:p>
      <w:pPr>
        <w:spacing w:after="100"/>
      </w:pPr>
      <w:r>
        <w:rPr>
          <w:rFonts w:ascii="Calibri" w:hAnsi="Calibri" w:cs="Calibri" w:eastAsia="宋体"/>
        </w:rPr>
        <w:t>医院：</w:t>
      </w:r>
      <w:r>
        <w:rPr>
          <w:rFonts w:ascii="Calibri" w:hAnsi="Calibri" w:cs="Calibri" w:eastAsia="宋体"/>
        </w:rPr>
        <w:t>深圳市罗湖区人民医院</w:t>
      </w:r>
      <w:r>
        <w:rPr>
          <w:rFonts w:ascii="Calibri" w:hAnsi="Calibri" w:cs="Calibri" w:eastAsia="宋体"/>
        </w:rPr>
        <w:t>（院本部）</w:t>
      </w:r>
    </w:p>
    <w:p>
      <w:pPr>
        <w:spacing w:after="100"/>
      </w:pPr>
      <w:r>
        <w:rPr>
          <w:rFonts w:ascii="Calibri" w:hAnsi="Calibri" w:cs="Calibri" w:eastAsia="宋体"/>
        </w:rPr>
        <w:t>地址：</w:t>
      </w:r>
      <w:r>
        <w:rPr>
          <w:rFonts w:ascii="Calibri" w:hAnsi="Calibri" w:cs="Calibri" w:eastAsia="宋体"/>
        </w:rPr>
        <w:t>深圳市罗湖区友谊路 47 号</w:t>
      </w:r>
    </w:p>
    <w:p>
      <w:pPr>
        <w:spacing w:after="100"/>
      </w:pPr>
      <w:r>
        <w:rPr>
          <w:rFonts w:ascii="Calibri" w:hAnsi="Calibri" w:cs="Calibri" w:eastAsia="宋体"/>
        </w:rPr>
        <w:t>科室：</w:t>
      </w:r>
      <w:r>
        <w:rPr>
          <w:rFonts w:ascii="Calibri" w:hAnsi="Calibri" w:cs="Calibri" w:eastAsia="宋体"/>
        </w:rPr>
        <w:t>妇三科</w:t>
      </w:r>
    </w:p>
    <w:p>
      <w:pPr>
        <w:spacing w:after="100"/>
      </w:pPr>
      <w:r>
        <w:rPr>
          <w:rFonts w:ascii="Calibri" w:hAnsi="Calibri" w:cs="Calibri" w:eastAsia="宋体"/>
        </w:rPr>
        <w:t>医生：</w:t>
      </w:r>
    </w:p>
    <w:p>
      <w:pPr>
        <w:spacing w:before="20" w:after="40"/>
        <w:ind w:left="425" w:hanging="312"/>
      </w:pPr>
      <w:r>
        <w:rPr>
          <w:rFonts w:ascii="Calibri" w:hAnsi="Calibri" w:cs="Calibri" w:eastAsia="宋体"/>
        </w:rPr>
        <w:t xml:space="preserve">• </w:t>
      </w:r>
      <w:r>
        <w:rPr>
          <w:rFonts w:ascii="Calibri" w:hAnsi="Calibri" w:cs="Calibri" w:eastAsia="宋体"/>
        </w:rPr>
        <w:t>秦成路</w:t>
      </w:r>
      <w:r>
        <w:rPr>
          <w:rFonts w:ascii="Calibri" w:hAnsi="Calibri" w:cs="Calibri" w:eastAsia="宋体"/>
        </w:rPr>
        <w:t>（主刀医生，也是妇三科主任）</w:t>
      </w:r>
    </w:p>
    <w:p>
      <w:pPr>
        <w:spacing w:before="20" w:after="40"/>
        <w:ind w:left="425" w:hanging="312"/>
      </w:pPr>
      <w:r>
        <w:rPr>
          <w:rFonts w:ascii="Calibri" w:hAnsi="Calibri" w:cs="Calibri" w:eastAsia="宋体"/>
        </w:rPr>
        <w:t xml:space="preserve">• </w:t>
      </w:r>
      <w:r>
        <w:rPr>
          <w:rFonts w:ascii="Calibri" w:hAnsi="Calibri" w:cs="Calibri" w:eastAsia="宋体"/>
        </w:rPr>
        <w:t>张可、王惠子、马莉莉、梁茂莲、任俊旭、黎雪茹（随机分配，似乎可以要求更换医生，也有可能安排到其他医生）</w:t>
      </w:r>
    </w:p>
    <w:p>
      <w:pPr>
        <w:keepNext/>
        <w:spacing w:before="120" w:after="40"/>
        <w:pBdr>
          <w:bottom w:val="single" w:sz="6" w:space="1" w:color="D4D8DE"/>
        </w:pBdr>
      </w:pPr>
      <w:r>
        <w:rPr>
          <w:rFonts w:ascii="Calibri" w:hAnsi="Calibri" w:cs="Calibri" w:eastAsia="微软雅黑"/>
          <w:b/>
        </w:rPr>
        <w:t>▸ 医护简介</w:t>
      </w:r>
    </w:p>
    <w:p>
      <w:pPr>
        <w:spacing w:after="100"/>
      </w:pPr>
      <w:r>
        <w:rPr>
          <w:rFonts w:ascii="Calibri" w:hAnsi="Calibri" w:cs="Calibri" w:eastAsia="宋体"/>
        </w:rPr>
        <w:t>深圳市罗湖区人民医院是国内外进行阴道成形术最多的医院之一，以“罗湖术式”闻名海内外，对腹腔镜下的阴道成形术有非常丰富的经验。对于“石女”（即无阴道女性）来说，深圳市罗湖区人民医院是她们极其信赖的医院之一。近几年，该院接受过不少 SRS 术后修复的案例，也接受过不少在其他地方进行“零深度 SRS”后再来进行阴道成形术的案例，故该院对跨女手术的经验积累已经丰富。经费较为充足且对自己的阴道期望较高的跨女可以选择二次手术。</w:t>
      </w:r>
    </w:p>
    <w:p>
      <w:pPr>
        <w:spacing w:after="100"/>
      </w:pPr>
      <w:r>
        <w:rPr>
          <w:rFonts w:ascii="Calibri" w:hAnsi="Calibri" w:cs="Calibri" w:eastAsia="宋体"/>
        </w:rPr>
        <w:t>深圳市罗湖区人民医院对跨女一般是进行“回肠代阴道”术式，若有要求也可进行“乙状结肠代阴道”术式。对于为什么不给跨儿做腹膜术式或生物补片术式的原因，罗光楠教授做出了如下回复：</w:t>
      </w:r>
    </w:p>
    <w:p>
      <w:pPr>
        <w:spacing w:before="20" w:after="40"/>
        <w:ind w:left="425" w:hanging="312"/>
      </w:pPr>
      <w:r>
        <w:rPr>
          <w:rFonts w:ascii="Calibri" w:hAnsi="Calibri" w:cs="Calibri" w:eastAsia="宋体"/>
        </w:rPr>
        <w:t xml:space="preserve">1. </w:t>
      </w:r>
      <w:r>
        <w:rPr>
          <w:rFonts w:ascii="Calibri" w:hAnsi="Calibri" w:cs="Calibri" w:eastAsia="宋体"/>
        </w:rPr>
        <w:t>腹膜和补片对于无阴道女性仅仅只是作为“打框架”的作用。在无阴道女性的案例中，当阴道框架打好后，她会慢慢按照打好的框架生长出一个正常的女性阴道。而跨女没有卵巢，雌性激素分泌不够，也没有前庭大腺，故无法生长出正常的女性阴道。</w:t>
      </w:r>
    </w:p>
    <w:p>
      <w:pPr>
        <w:spacing w:before="20" w:after="40"/>
        <w:ind w:left="425" w:hanging="312"/>
      </w:pPr>
      <w:r>
        <w:rPr>
          <w:rFonts w:ascii="Calibri" w:hAnsi="Calibri" w:cs="Calibri" w:eastAsia="宋体"/>
        </w:rPr>
        <w:t xml:space="preserve">2. </w:t>
      </w:r>
      <w:r>
        <w:rPr>
          <w:rFonts w:ascii="Calibri" w:hAnsi="Calibri" w:cs="Calibri" w:eastAsia="宋体"/>
        </w:rPr>
        <w:t>对于 XY 雄激素不敏感综合征的患者，深圳市罗湖区人民医院也采用的是“回肠代阴道”术式。我们医院在以前也给雄激素不敏感综合征患者和跨儿做过腹膜，做过补片，效果都不如回肠代（阴道）好。</w:t>
      </w:r>
    </w:p>
    <w:p>
      <w:pPr>
        <w:spacing w:before="20" w:after="40"/>
        <w:ind w:left="425" w:hanging="312"/>
      </w:pPr>
      <w:r>
        <w:rPr>
          <w:rFonts w:ascii="Calibri" w:hAnsi="Calibri" w:cs="Calibri" w:eastAsia="宋体"/>
        </w:rPr>
        <w:t xml:space="preserve">3. </w:t>
      </w:r>
      <w:r>
        <w:rPr>
          <w:rFonts w:ascii="Calibri" w:hAnsi="Calibri" w:cs="Calibri" w:eastAsia="宋体"/>
        </w:rPr>
        <w:t>腹膜、补片是没有分泌作用的，自然分泌是需要腺体才能进行，腹膜、补片都只是半透膜，没有腺体，不可能有自然分泌。而且对于雌激素分泌不够的患者，在腹膜术后都有很明显的萎缩，通模具的时候很痛，补片亦然。</w:t>
      </w:r>
    </w:p>
    <w:p>
      <w:pPr>
        <w:spacing w:after="100"/>
      </w:pPr>
      <w:r>
        <w:rPr>
          <w:rFonts w:ascii="Calibri" w:hAnsi="Calibri" w:cs="Calibri" w:eastAsia="宋体"/>
        </w:rPr>
        <w:t>故我们在此只讨论该院进行“回肠代阴道”术式的优缺点。 回肠代阴道有相对自然的分泌，回肠内壁与阴道内壁相似，相比于乙状结肠分泌物的味道不大，可以获得足够的深度，不易萎缩，通模具要求低。 缺点在于会在腹部留下一块疤痕</w:t>
      </w:r>
      <w:r>
        <w:rPr>
          <w:rFonts w:ascii="Calibri" w:hAnsi="Calibri" w:cs="Calibri" w:eastAsia="宋体"/>
          <w:strike/>
        </w:rPr>
        <w:t>（可以说自己是余华，阑尾切了）</w:t>
      </w:r>
      <w:r>
        <w:rPr>
          <w:rFonts w:ascii="Calibri" w:hAnsi="Calibri" w:cs="Calibri" w:eastAsia="宋体"/>
        </w:rPr>
        <w:t>，分泌物仍然有异味并且呈棕色，对术前的灌肠清肠要求高。</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有案例表明，该院某些医生有反跨倾向，在门诊曾有医生因为患者的跨儿身份而拒绝让其住院并进行手术。因为该院妇一，妇二和妇三经常处于对立状态，故建议直接挂妇三科医生的号，以秦成路主任的号优先。</w:t>
      </w:r>
    </w:p>
    <w:p>
      <w:pPr>
        <w:pStyle w:val="Heading4"/>
      </w:pPr>
      <w:r>
        <w:rPr>
          <w:rFonts w:ascii="Calibri" w:hAnsi="Calibri" w:cs="Calibri" w:eastAsia="宋体"/>
        </w:rPr>
        <w:t>前置条件</w:t>
      </w:r>
    </w:p>
    <w:p>
      <w:pPr>
        <w:spacing w:after="100"/>
      </w:pPr>
      <w:r>
        <w:rPr>
          <w:rFonts w:ascii="Calibri" w:hAnsi="Calibri" w:cs="Calibri" w:eastAsia="宋体"/>
        </w:rPr>
        <w:t>已经是女性身份证。</w:t>
      </w:r>
    </w:p>
    <w:p>
      <w:pPr>
        <w:pStyle w:val="Heading4"/>
      </w:pPr>
      <w:r>
        <w:rPr>
          <w:rFonts w:ascii="Calibri" w:hAnsi="Calibri" w:cs="Calibri" w:eastAsia="宋体"/>
        </w:rPr>
        <w:t>费用构成</w:t>
      </w:r>
    </w:p>
    <w:p>
      <w:pPr>
        <w:spacing w:after="100"/>
      </w:pPr>
      <w:r>
        <w:rPr>
          <w:rFonts w:ascii="Calibri" w:hAnsi="Calibri" w:cs="Calibri" w:eastAsia="宋体"/>
        </w:rPr>
        <w:t>30,000 - 40,000 元，建议准备 40,000 元，一般来说在 35,000 元左右。</w:t>
      </w:r>
    </w:p>
    <w:p>
      <w:pPr>
        <w:pStyle w:val="Heading4"/>
      </w:pPr>
      <w:r>
        <w:rPr>
          <w:rFonts w:ascii="Calibri" w:hAnsi="Calibri" w:cs="Calibri" w:eastAsia="宋体"/>
        </w:rPr>
        <w:t>预约方法</w:t>
      </w:r>
    </w:p>
    <w:p>
      <w:pPr>
        <w:spacing w:after="100"/>
      </w:pPr>
      <w:r>
        <w:rPr>
          <w:rFonts w:ascii="Calibri" w:hAnsi="Calibri" w:cs="Calibri" w:eastAsia="宋体"/>
        </w:rPr>
        <w:t>在「</w:t>
      </w:r>
      <w:r>
        <w:rPr>
          <w:rFonts w:ascii="Calibri" w:hAnsi="Calibri" w:cs="Calibri" w:eastAsia="宋体"/>
        </w:rPr>
        <w:t>健康 160</w:t>
      </w:r>
      <w:r>
        <w:rPr>
          <w:rFonts w:ascii="Calibri" w:hAnsi="Calibri" w:cs="Calibri" w:eastAsia="宋体"/>
        </w:rPr>
        <w:t>」上挂妇三科医生的号，以秦成路主任的号优先，也可以挂常在门诊的姜莉萍、石瑾秋、张可医生的号。</w:t>
      </w:r>
    </w:p>
    <w:p>
      <w:pPr>
        <w:pStyle w:val="Heading4"/>
      </w:pPr>
      <w:r>
        <w:rPr>
          <w:rFonts w:ascii="Calibri" w:hAnsi="Calibri" w:cs="Calibri" w:eastAsia="宋体"/>
        </w:rPr>
        <w:t>术前准备</w:t>
      </w:r>
    </w:p>
    <w:p>
      <w:pPr>
        <w:spacing w:after="100"/>
      </w:pPr>
      <w:r>
        <w:rPr>
          <w:rFonts w:ascii="Calibri" w:hAnsi="Calibri" w:cs="Calibri" w:eastAsia="宋体"/>
        </w:rPr>
        <w:t>尽量有人陪护，如果实在没人陪护的话尽量请八天的护工，也就是从手术当天直到术后第七天。</w:t>
      </w:r>
    </w:p>
    <w:p>
      <w:pPr>
        <w:spacing w:before="20" w:after="40"/>
        <w:ind w:left="425" w:hanging="312"/>
      </w:pPr>
      <w:r>
        <w:rPr>
          <w:rFonts w:ascii="Calibri" w:hAnsi="Calibri" w:cs="Calibri" w:eastAsia="宋体"/>
        </w:rPr>
        <w:t xml:space="preserve">1. </w:t>
      </w:r>
      <w:r>
        <w:rPr>
          <w:rFonts w:ascii="Calibri" w:hAnsi="Calibri" w:cs="Calibri" w:eastAsia="宋体"/>
        </w:rPr>
        <w:t>电源插排</w:t>
      </w:r>
      <w:r>
        <w:rPr>
          <w:rFonts w:ascii="Calibri" w:hAnsi="Calibri" w:cs="Calibri" w:eastAsia="宋体"/>
          <w:vertAlign w:val="superscript"/>
        </w:rPr>
        <w:t>1</w:t>
      </w:r>
    </w:p>
    <w:p>
      <w:pPr>
        <w:spacing w:before="20" w:after="40"/>
        <w:ind w:left="425" w:hanging="312"/>
      </w:pPr>
      <w:r>
        <w:rPr>
          <w:rFonts w:ascii="Calibri" w:hAnsi="Calibri" w:cs="Calibri" w:eastAsia="宋体"/>
        </w:rPr>
        <w:t xml:space="preserve">2. </w:t>
      </w:r>
      <w:r>
        <w:rPr>
          <w:rFonts w:ascii="Calibri" w:hAnsi="Calibri" w:cs="Calibri" w:eastAsia="宋体"/>
        </w:rPr>
        <w:t>纯棉内裤（三角的最好，好放卫生巾，多买几条换洗）</w:t>
      </w:r>
      <w:r>
        <w:rPr>
          <w:rFonts w:ascii="Calibri" w:hAnsi="Calibri" w:cs="Calibri" w:eastAsia="宋体"/>
          <w:vertAlign w:val="superscript"/>
        </w:rPr>
        <w:t>2</w:t>
      </w:r>
    </w:p>
    <w:p>
      <w:pPr>
        <w:spacing w:before="20" w:after="40"/>
        <w:ind w:left="425" w:hanging="312"/>
      </w:pPr>
      <w:r>
        <w:rPr>
          <w:rFonts w:ascii="Calibri" w:hAnsi="Calibri" w:cs="Calibri" w:eastAsia="宋体"/>
        </w:rPr>
        <w:t xml:space="preserve">3. </w:t>
      </w:r>
      <w:r>
        <w:rPr>
          <w:rFonts w:ascii="Calibri" w:hAnsi="Calibri" w:cs="Calibri" w:eastAsia="宋体"/>
        </w:rPr>
        <w:t>避孕套（通模具用，平均一天需要两个）</w:t>
      </w:r>
      <w:r>
        <w:rPr>
          <w:rFonts w:ascii="Calibri" w:hAnsi="Calibri" w:cs="Calibri" w:eastAsia="宋体"/>
          <w:vertAlign w:val="superscript"/>
        </w:rPr>
        <w:t>3</w:t>
      </w:r>
    </w:p>
    <w:p>
      <w:pPr>
        <w:spacing w:before="20" w:after="40"/>
        <w:ind w:left="425" w:hanging="312"/>
      </w:pPr>
      <w:r>
        <w:rPr>
          <w:rFonts w:ascii="Calibri" w:hAnsi="Calibri" w:cs="Calibri" w:eastAsia="宋体"/>
        </w:rPr>
        <w:t xml:space="preserve">4. </w:t>
      </w:r>
      <w:r>
        <w:rPr>
          <w:rFonts w:ascii="Calibri" w:hAnsi="Calibri" w:cs="Calibri" w:eastAsia="宋体"/>
        </w:rPr>
        <w:t>牙刷、脸盆、拖鞋、一次性浴巾、面巾纸、梳子、毛巾、抽纸、发箍、免洗洗发水等日用品，吹风机在门口便民柜有</w:t>
      </w:r>
    </w:p>
    <w:p>
      <w:pPr>
        <w:spacing w:before="20" w:after="40"/>
        <w:ind w:left="425" w:hanging="312"/>
      </w:pPr>
      <w:r>
        <w:rPr>
          <w:rFonts w:ascii="Calibri" w:hAnsi="Calibri" w:cs="Calibri" w:eastAsia="宋体"/>
        </w:rPr>
        <w:t xml:space="preserve">5. </w:t>
      </w:r>
      <w:r>
        <w:rPr>
          <w:rFonts w:ascii="Calibri" w:hAnsi="Calibri" w:cs="Calibri" w:eastAsia="宋体"/>
        </w:rPr>
        <w:t>水杯（在门口便民柜有吸管，可以自取，也可以在百里臣买）</w:t>
      </w:r>
    </w:p>
    <w:p>
      <w:pPr>
        <w:spacing w:before="20" w:after="40"/>
        <w:ind w:left="425" w:hanging="312"/>
      </w:pPr>
      <w:r>
        <w:rPr>
          <w:rFonts w:ascii="Calibri" w:hAnsi="Calibri" w:cs="Calibri" w:eastAsia="宋体"/>
        </w:rPr>
        <w:t xml:space="preserve">6. </w:t>
      </w:r>
      <w:r>
        <w:rPr>
          <w:rFonts w:ascii="Calibri" w:hAnsi="Calibri" w:cs="Calibri" w:eastAsia="宋体"/>
        </w:rPr>
        <w:t>可以立起来的镜子（通模具的时候找准靶心，涂药也需要）</w:t>
      </w:r>
    </w:p>
    <w:p>
      <w:pPr>
        <w:spacing w:before="20" w:after="40"/>
        <w:ind w:left="425" w:hanging="312"/>
      </w:pPr>
      <w:r>
        <w:rPr>
          <w:rFonts w:ascii="Calibri" w:hAnsi="Calibri" w:cs="Calibri" w:eastAsia="宋体"/>
        </w:rPr>
        <w:t xml:space="preserve">7. </w:t>
      </w:r>
      <w:r>
        <w:rPr>
          <w:rFonts w:ascii="Calibri" w:hAnsi="Calibri" w:cs="Calibri" w:eastAsia="宋体"/>
        </w:rPr>
        <w:t>湿巾</w:t>
      </w:r>
    </w:p>
    <w:p>
      <w:pPr>
        <w:spacing w:after="100"/>
      </w:pPr>
      <w:r>
        <w:rPr>
          <w:rFonts w:ascii="Calibri" w:hAnsi="Calibri" w:cs="Calibri" w:eastAsia="宋体"/>
        </w:rPr>
        <w:t>Ps：病号服每天都会发，只要找那个勤劳辛苦的保洁阿姨要一套就行了。</w:t>
      </w:r>
    </w:p>
    <w:p>
      <w:pPr>
        <w:pStyle w:val="Heading4"/>
      </w:pPr>
      <w:r>
        <w:rPr>
          <w:rFonts w:ascii="Calibri" w:hAnsi="Calibri" w:cs="Calibri" w:eastAsia="宋体"/>
        </w:rPr>
        <w:t>手术流程</w:t>
      </w:r>
    </w:p>
    <w:p>
      <w:pPr>
        <w:spacing w:after="100"/>
      </w:pPr>
      <w:r>
        <w:rPr>
          <w:rFonts w:ascii="Calibri" w:hAnsi="Calibri" w:cs="Calibri" w:eastAsia="宋体"/>
        </w:rPr>
        <w:t>一般来说，问诊当天就可以住院。根据医院规定，住院后不可随意进出，每天晚上必须在床位上（晚上护士会查房），故建议在办理入院前提前玩好、吃好、睡好，准备好所有要买的东西，否则你将看到来自医院的十几个未接电话。</w:t>
      </w:r>
    </w:p>
    <w:p>
      <w:pPr>
        <w:spacing w:after="100"/>
      </w:pPr>
      <w:r>
        <w:rPr>
          <w:rFonts w:ascii="Calibri" w:hAnsi="Calibri" w:cs="Calibri" w:eastAsia="宋体"/>
        </w:rPr>
        <w:t>住院期间医生会开具雌二醇类药物，如补佳乐、雌二醇凝胶。请告知你的主管医生你每日的雌二醇摄入量，医生会酌情给你药物。</w:t>
      </w:r>
    </w:p>
    <w:p>
      <w:pPr>
        <w:spacing w:after="100"/>
      </w:pPr>
      <w:r>
        <w:rPr>
          <w:rFonts w:ascii="Calibri" w:hAnsi="Calibri" w:cs="Calibri" w:eastAsia="宋体"/>
        </w:rPr>
        <w:t>住院后，医生需要进行全方面的术前检查，并可能要求做染色体检查（大约 3000，检查 20 个位点），如果没有做染色体等结果都出来后便可手术，如果做了染色体检查请务必要求尽快手术。一般来说，手术是当天第一堂，也就是八点左右。</w:t>
      </w:r>
    </w:p>
    <w:p>
      <w:pPr>
        <w:spacing w:before="20" w:after="40"/>
        <w:ind w:left="425" w:hanging="312"/>
      </w:pPr>
      <w:r>
        <w:rPr>
          <w:rFonts w:ascii="Calibri" w:hAnsi="Calibri" w:cs="Calibri" w:eastAsia="宋体"/>
        </w:rPr>
        <w:t xml:space="preserve">• </w:t>
      </w:r>
      <w:r>
        <w:rPr>
          <w:rFonts w:ascii="Calibri" w:hAnsi="Calibri" w:cs="Calibri" w:eastAsia="宋体"/>
        </w:rPr>
        <w:t>术前第三天只允许吃半流质饮食，即粥类。</w:t>
      </w:r>
    </w:p>
    <w:p>
      <w:pPr>
        <w:spacing w:before="20" w:after="40"/>
        <w:ind w:left="425" w:hanging="312"/>
      </w:pPr>
      <w:r>
        <w:rPr>
          <w:rFonts w:ascii="Calibri" w:hAnsi="Calibri" w:cs="Calibri" w:eastAsia="宋体"/>
        </w:rPr>
        <w:t xml:space="preserve">• </w:t>
      </w:r>
      <w:r>
        <w:rPr>
          <w:rFonts w:ascii="Calibri" w:hAnsi="Calibri" w:cs="Calibri" w:eastAsia="宋体"/>
        </w:rPr>
        <w:t>术前第二天，流食。</w:t>
      </w:r>
    </w:p>
    <w:p>
      <w:pPr>
        <w:spacing w:before="20" w:after="40"/>
        <w:ind w:left="425" w:hanging="312"/>
      </w:pPr>
      <w:r>
        <w:rPr>
          <w:rFonts w:ascii="Calibri" w:hAnsi="Calibri" w:cs="Calibri" w:eastAsia="宋体"/>
        </w:rPr>
        <w:t xml:space="preserve">• </w:t>
      </w:r>
      <w:r>
        <w:rPr>
          <w:rFonts w:ascii="Calibri" w:hAnsi="Calibri" w:cs="Calibri" w:eastAsia="宋体"/>
        </w:rPr>
        <w:t>手术前一天，只能喝水，护士会让你在 14:00 开始喝泻药共 2000mL，必须在 17:00 前喝完，喝完后还需要喝 2000mL 纯净水。</w:t>
      </w:r>
      <w:r>
        <w:rPr>
          <w:rFonts w:ascii="Calibri" w:hAnsi="Calibri" w:cs="Calibri" w:eastAsia="宋体"/>
          <w:strike/>
        </w:rPr>
        <w:t>痛苦啊！！！</w:t>
      </w:r>
      <w:r>
        <w:rPr>
          <w:rFonts w:ascii="Calibri" w:hAnsi="Calibri" w:cs="Calibri" w:eastAsia="宋体"/>
        </w:rPr>
        <w:t>晚上 20:00 护士会先给你刮毛，然后给你灌肠，灌到第三次护士会让你拍照给她看，直到拉出清水为止。晚上十二点后，禁水。</w:t>
      </w:r>
    </w:p>
    <w:p>
      <w:pPr>
        <w:spacing w:before="20" w:after="40"/>
        <w:ind w:left="425" w:hanging="312"/>
      </w:pPr>
      <w:r>
        <w:rPr>
          <w:rFonts w:ascii="Calibri" w:hAnsi="Calibri" w:cs="Calibri" w:eastAsia="宋体"/>
        </w:rPr>
        <w:t xml:space="preserve">• </w:t>
      </w:r>
      <w:r>
        <w:rPr>
          <w:rFonts w:ascii="Calibri" w:hAnsi="Calibri" w:cs="Calibri" w:eastAsia="宋体"/>
        </w:rPr>
        <w:t>手术当天，护士会给你上止痛泵。止痛泵是少剂量周期性给你注射麻药。</w:t>
      </w:r>
      <w:r>
        <w:rPr>
          <w:rFonts w:ascii="Calibri" w:hAnsi="Calibri" w:cs="Calibri" w:eastAsia="宋体"/>
          <w:vertAlign w:val="superscript"/>
        </w:rPr>
        <w:t>4</w:t>
      </w:r>
    </w:p>
    <w:p>
      <w:pPr>
        <w:spacing w:before="20" w:after="40"/>
        <w:ind w:left="425" w:hanging="312"/>
      </w:pPr>
      <w:r>
        <w:rPr>
          <w:rFonts w:ascii="Calibri" w:hAnsi="Calibri" w:cs="Calibri" w:eastAsia="宋体"/>
        </w:rPr>
        <w:t xml:space="preserve">• </w:t>
      </w:r>
      <w:r>
        <w:rPr>
          <w:rFonts w:ascii="Calibri" w:hAnsi="Calibri" w:cs="Calibri" w:eastAsia="宋体"/>
        </w:rPr>
        <w:t>术后第一天，护士会来贴上排气贴，就像磁针一样。你得尽量翻身，尽量放屁，不然肚子会涨，会痛，然后开止痛泵，然后晕，晕了想吐，然后关掉，然后痛……如果觉得自己没办法熬过第二天晚上，就让护士开着直到你睡醒吧。</w:t>
      </w:r>
    </w:p>
    <w:p>
      <w:pPr>
        <w:spacing w:before="20" w:after="40"/>
        <w:ind w:left="425" w:hanging="312"/>
      </w:pPr>
      <w:r>
        <w:rPr>
          <w:rFonts w:ascii="Calibri" w:hAnsi="Calibri" w:cs="Calibri" w:eastAsia="宋体"/>
        </w:rPr>
        <w:t xml:space="preserve">• </w:t>
      </w:r>
      <w:r>
        <w:rPr>
          <w:rFonts w:ascii="Calibri" w:hAnsi="Calibri" w:cs="Calibri" w:eastAsia="宋体"/>
        </w:rPr>
        <w:t>术后第二天，你应该注意到你每天会吊一袋特别大的白色的乳状糊糊，</w:t>
      </w:r>
      <w:r>
        <w:rPr>
          <w:rFonts w:ascii="Calibri" w:hAnsi="Calibri" w:cs="Calibri" w:eastAsia="宋体"/>
          <w:strike/>
        </w:rPr>
        <w:t>那是奶茶，好好喝</w:t>
      </w:r>
      <w:r>
        <w:rPr>
          <w:rFonts w:ascii="Calibri" w:hAnsi="Calibri" w:cs="Calibri" w:eastAsia="宋体"/>
        </w:rPr>
        <w:t>。这时候你要努力下床走走了，尿袋可以绑在病号服裤腿上的绳子上，阴道引流管和盆腔引流管需要你自己拿着。走走有助于排气，也有助于得到医生护士和其他姐妹们的赞许。</w:t>
      </w:r>
    </w:p>
    <w:p>
      <w:pPr>
        <w:spacing w:before="20" w:after="40"/>
        <w:ind w:left="425" w:hanging="312"/>
      </w:pPr>
      <w:r>
        <w:rPr>
          <w:rFonts w:ascii="Calibri" w:hAnsi="Calibri" w:cs="Calibri" w:eastAsia="宋体"/>
        </w:rPr>
        <w:t xml:space="preserve">• </w:t>
      </w:r>
      <w:r>
        <w:rPr>
          <w:rFonts w:ascii="Calibri" w:hAnsi="Calibri" w:cs="Calibri" w:eastAsia="宋体"/>
        </w:rPr>
        <w:t>术后第三天，你应该要适应你每天两只手一起打针的情况了。</w:t>
      </w:r>
    </w:p>
    <w:p>
      <w:pPr>
        <w:spacing w:before="20" w:after="40"/>
        <w:ind w:left="425" w:hanging="312"/>
      </w:pPr>
      <w:r>
        <w:rPr>
          <w:rFonts w:ascii="Calibri" w:hAnsi="Calibri" w:cs="Calibri" w:eastAsia="宋体"/>
        </w:rPr>
        <w:t xml:space="preserve">• </w:t>
      </w:r>
      <w:r>
        <w:rPr>
          <w:rFonts w:ascii="Calibri" w:hAnsi="Calibri" w:cs="Calibri" w:eastAsia="宋体"/>
        </w:rPr>
        <w:t>第四天，努力下床走走，因为第五天医生会让你走到妇检室去的。</w:t>
      </w:r>
    </w:p>
    <w:p>
      <w:pPr>
        <w:spacing w:before="20" w:after="40"/>
        <w:ind w:left="425" w:hanging="312"/>
      </w:pPr>
      <w:r>
        <w:rPr>
          <w:rFonts w:ascii="Calibri" w:hAnsi="Calibri" w:cs="Calibri" w:eastAsia="宋体"/>
        </w:rPr>
        <w:t xml:space="preserve">• </w:t>
      </w:r>
      <w:r>
        <w:rPr>
          <w:rFonts w:ascii="Calibri" w:hAnsi="Calibri" w:cs="Calibri" w:eastAsia="宋体"/>
        </w:rPr>
        <w:t>第五天，医生会让你走到妇检室给你拔盆腔引流管，并且给你换药。到时候不要紧张，其实不疼，只是会有奇妙的感觉。有可能喷血，会需要换件衣服。</w:t>
      </w:r>
    </w:p>
    <w:p>
      <w:pPr>
        <w:spacing w:before="20" w:after="40"/>
        <w:ind w:left="425" w:hanging="312"/>
      </w:pPr>
      <w:r>
        <w:rPr>
          <w:rFonts w:ascii="Calibri" w:hAnsi="Calibri" w:cs="Calibri" w:eastAsia="宋体"/>
        </w:rPr>
        <w:t xml:space="preserve">• </w:t>
      </w:r>
      <w:r>
        <w:rPr>
          <w:rFonts w:ascii="Calibri" w:hAnsi="Calibri" w:cs="Calibri" w:eastAsia="宋体"/>
        </w:rPr>
        <w:t>第六天，放松心态，不会痛的，我都没痛。慢慢走到妇检室，医生会给你拔尿管，然后拆去阴道内的纱布。在拆完纱布后你的主管医生将会用她的手指夺去你的第一次（处女杀手雪茹姐，白手套近红手套出），这天不会要求通模具，但是医生会用手指给你扩一下，然后塞上油纱。在此之后，你可以吃半流质饮食了，但还是不要喝豆浆！</w:t>
      </w:r>
    </w:p>
    <w:p>
      <w:pPr>
        <w:spacing w:before="20" w:after="40"/>
        <w:ind w:left="425" w:hanging="312"/>
      </w:pPr>
      <w:r>
        <w:rPr>
          <w:rFonts w:ascii="Calibri" w:hAnsi="Calibri" w:cs="Calibri" w:eastAsia="宋体"/>
        </w:rPr>
        <w:t xml:space="preserve">• </w:t>
      </w:r>
      <w:r>
        <w:rPr>
          <w:rFonts w:ascii="Calibri" w:hAnsi="Calibri" w:cs="Calibri" w:eastAsia="宋体"/>
        </w:rPr>
        <w:t>第七天开始医生会让小红（一号模具，21mm 粗）侍寝，放松心态，如果痛可以让医生给你开止痛药或是盐酸利多卡因凝胶。如果开了的话务必在每次去妇检室做功课前一小时至半小时服用或涂抹。</w:t>
      </w:r>
    </w:p>
    <w:p>
      <w:pPr>
        <w:spacing w:before="20" w:after="40"/>
        <w:ind w:left="425" w:hanging="312"/>
      </w:pPr>
      <w:r>
        <w:rPr>
          <w:rFonts w:ascii="Calibri" w:hAnsi="Calibri" w:cs="Calibri" w:eastAsia="宋体"/>
        </w:rPr>
        <w:t xml:space="preserve">• </w:t>
      </w:r>
      <w:r>
        <w:rPr>
          <w:rFonts w:ascii="Calibri" w:hAnsi="Calibri" w:cs="Calibri" w:eastAsia="宋体"/>
        </w:rPr>
        <w:t>在第八天之后，留置针会全部拔去，你得听从医生的饮食建议，每天忍受小红的撕裂，在妇检室大哭大闹，最后到小蓝成功侍寝，自己上手。</w:t>
      </w:r>
    </w:p>
    <w:p>
      <w:pPr>
        <w:spacing w:before="20" w:after="40"/>
        <w:ind w:left="425" w:hanging="312"/>
      </w:pPr>
      <w:r>
        <w:rPr>
          <w:rFonts w:ascii="Calibri" w:hAnsi="Calibri" w:cs="Calibri" w:eastAsia="宋体"/>
        </w:rPr>
        <w:t xml:space="preserve">• </w:t>
      </w:r>
      <w:r>
        <w:rPr>
          <w:rFonts w:ascii="Calibri" w:hAnsi="Calibri" w:cs="Calibri" w:eastAsia="宋体"/>
        </w:rPr>
        <w:t>大概术后三周就可以要求出院了。出院前医生会评估恢复程度，并做检查，所以尽量在工作日内提出出院申请。</w:t>
      </w:r>
    </w:p>
    <w:p>
      <w:pPr>
        <w:pStyle w:val="Heading4"/>
      </w:pPr>
      <w:r>
        <w:rPr>
          <w:rFonts w:ascii="Calibri" w:hAnsi="Calibri" w:cs="Calibri" w:eastAsia="宋体"/>
        </w:rPr>
        <w:t>其他信息</w:t>
      </w:r>
    </w:p>
    <w:p>
      <w:pPr>
        <w:pStyle w:val="Heading5"/>
      </w:pPr>
      <w:r>
        <w:rPr>
          <w:rFonts w:ascii="Calibri" w:hAnsi="Calibri" w:cs="Calibri" w:eastAsia="宋体"/>
        </w:rPr>
        <w:t>饮食</w:t>
      </w:r>
    </w:p>
    <w:p>
      <w:pPr>
        <w:spacing w:before="20" w:after="40"/>
        <w:ind w:left="425" w:hanging="312"/>
      </w:pPr>
      <w:r>
        <w:rPr>
          <w:rFonts w:ascii="Calibri" w:hAnsi="Calibri" w:cs="Calibri" w:eastAsia="宋体"/>
        </w:rPr>
        <w:t xml:space="preserve">1. </w:t>
      </w:r>
      <w:r>
        <w:rPr>
          <w:rFonts w:ascii="Calibri" w:hAnsi="Calibri" w:cs="Calibri" w:eastAsia="宋体"/>
        </w:rPr>
        <w:t>门后面有食堂订餐二维码，早餐需要在前一天 18:00 前订购完毕，中餐需要在 8:00 前订购完毕，晚餐需要在当天 12:00 前订购完毕。（毕竟在罗湖区，外卖动辄 25+，如果受得了清淡的广东口味建议吃食堂饭菜）</w:t>
      </w:r>
    </w:p>
    <w:p>
      <w:pPr>
        <w:spacing w:before="20" w:after="40"/>
        <w:ind w:left="425" w:hanging="312"/>
      </w:pPr>
      <w:r>
        <w:rPr>
          <w:rFonts w:ascii="Calibri" w:hAnsi="Calibri" w:cs="Calibri" w:eastAsia="宋体"/>
        </w:rPr>
        <w:t xml:space="preserve">2. </w:t>
      </w:r>
      <w:r>
        <w:rPr>
          <w:rFonts w:ascii="Calibri" w:hAnsi="Calibri" w:cs="Calibri" w:eastAsia="宋体"/>
        </w:rPr>
        <w:t>流食期间，可以喝一些脉动、海之言、维他柠檬茶、维他果汁之类的饮料，也可以喝一些米糊。咖啡、牛奶、奶茶要少喝，不可以喝豆浆！</w:t>
      </w:r>
    </w:p>
    <w:p>
      <w:pPr>
        <w:spacing w:before="20" w:after="40"/>
        <w:ind w:left="425" w:hanging="312"/>
      </w:pPr>
      <w:r>
        <w:rPr>
          <w:rFonts w:ascii="Calibri" w:hAnsi="Calibri" w:cs="Calibri" w:eastAsia="宋体"/>
        </w:rPr>
        <w:t xml:space="preserve">3. </w:t>
      </w:r>
      <w:r>
        <w:rPr>
          <w:rFonts w:ascii="Calibri" w:hAnsi="Calibri" w:cs="Calibri" w:eastAsia="宋体"/>
        </w:rPr>
        <w:t>为了术后能在短时间内消灭臭逼，并预防肠梗阻和创口感染的发生，请务必遵守术前术后的禁食规则，请务必努力喝下 2000mL 的泻药！</w:t>
      </w:r>
    </w:p>
    <w:p>
      <w:pPr>
        <w:pStyle w:val="Heading5"/>
      </w:pPr>
      <w:r>
        <w:rPr>
          <w:rFonts w:ascii="Calibri" w:hAnsi="Calibri" w:cs="Calibri" w:eastAsia="宋体"/>
        </w:rPr>
        <w:t>通模具</w:t>
      </w:r>
    </w:p>
    <w:p>
      <w:pPr>
        <w:spacing w:after="100"/>
      </w:pPr>
      <w:r>
        <w:rPr>
          <w:rFonts w:ascii="Calibri" w:hAnsi="Calibri" w:cs="Calibri" w:eastAsia="宋体"/>
        </w:rPr>
        <w:t>在罗湖医院，这被叫做“做功课”。罗湖医院的做功课是将模具插入人造阴道后再抽插 30 下。医生届时会提供三根模具，长度都是 160mm，只是直径不同：</w:t>
      </w:r>
    </w:p>
    <w:p>
      <w:pPr>
        <w:spacing w:before="20" w:after="40"/>
        <w:ind w:left="425" w:hanging="312"/>
      </w:pPr>
      <w:r>
        <w:rPr>
          <w:rFonts w:ascii="Calibri" w:hAnsi="Calibri" w:cs="Calibri" w:eastAsia="宋体"/>
        </w:rPr>
        <w:t xml:space="preserve">• </w:t>
      </w:r>
      <w:r>
        <w:rPr>
          <w:rFonts w:ascii="Calibri" w:hAnsi="Calibri" w:cs="Calibri" w:eastAsia="宋体"/>
        </w:rPr>
        <w:t>红色模具（小红）：21mm</w:t>
      </w:r>
    </w:p>
    <w:p>
      <w:pPr>
        <w:spacing w:before="20" w:after="40"/>
        <w:ind w:left="425" w:hanging="312"/>
      </w:pPr>
      <w:r>
        <w:rPr>
          <w:rFonts w:ascii="Calibri" w:hAnsi="Calibri" w:cs="Calibri" w:eastAsia="宋体"/>
        </w:rPr>
        <w:t xml:space="preserve">• </w:t>
      </w:r>
      <w:r>
        <w:rPr>
          <w:rFonts w:ascii="Calibri" w:hAnsi="Calibri" w:cs="Calibri" w:eastAsia="宋体"/>
        </w:rPr>
        <w:t>蓝色模具（小蓝）：23mm</w:t>
      </w:r>
    </w:p>
    <w:p>
      <w:pPr>
        <w:spacing w:before="20" w:after="40"/>
        <w:ind w:left="425" w:hanging="312"/>
      </w:pPr>
      <w:r>
        <w:rPr>
          <w:rFonts w:ascii="Calibri" w:hAnsi="Calibri" w:cs="Calibri" w:eastAsia="宋体"/>
        </w:rPr>
        <w:t xml:space="preserve">• </w:t>
      </w:r>
      <w:r>
        <w:rPr>
          <w:rFonts w:ascii="Calibri" w:hAnsi="Calibri" w:cs="Calibri" w:eastAsia="宋体"/>
        </w:rPr>
        <w:t>绿色模具（小绿）：25mm</w:t>
      </w:r>
    </w:p>
    <w:p>
      <w:pPr>
        <w:spacing w:after="100"/>
      </w:pPr>
      <w:r>
        <w:rPr>
          <w:rFonts w:ascii="Calibri" w:hAnsi="Calibri" w:cs="Calibri" w:eastAsia="宋体"/>
        </w:rPr>
        <w:t>这一套是 750 元，需要你当场付钱而不能记在住院费用单上，所以在拆完纱布后第二天去妇检室时准备好钱，支持微信支付宝。 术后医生会要求一天做一次功课，在复查后可降低频率，有性生活后可停止。复查时间在出院时医生会告知。</w:t>
      </w:r>
    </w:p>
    <w:p>
      <w:pPr>
        <w:pStyle w:val="Heading5"/>
      </w:pPr>
      <w:r>
        <w:rPr>
          <w:rFonts w:ascii="Calibri" w:hAnsi="Calibri" w:cs="Calibri" w:eastAsia="宋体"/>
        </w:rPr>
        <w:t>关于妇三科</w:t>
      </w:r>
    </w:p>
    <w:p>
      <w:pPr>
        <w:shd w:val="clear" w:color="auto" w:fill="F7F8FA"/>
        <w:pBdr>
          <w:left w:val="single" w:sz="18" w:space="6" w:color="C9CDD4"/>
        </w:pBdr>
        <w:spacing w:after="40"/>
      </w:pPr>
      <w:r>
        <w:rPr>
          <w:rFonts w:ascii="Calibri" w:hAnsi="Calibri" w:cs="Calibri" w:eastAsia="宋体"/>
        </w:rPr>
        <w:t>妇三科是一个很温馨的科室，里面有保胎的，有子宫肌瘤的，有各种各样饱受妇科疾病折磨的姐妹们。但妇三科最主要的，还是各位无阴道女性。术后会有罗教授或秦主任的健康宣教，会有各位「石油」们的开怀大笑，经验分享，痛苦传递。在这里，我们没有什么特别的，大家都是普普通通的女孩子，都是平等而真诚的。在这里，石女们、XY 雄激素不敏感综合征或是其他原因的两畸患者们，亦或是在屏幕前的你，来了妇三科都是姐妹，都是世界上最美的女孩子。</w:t>
      </w:r>
    </w:p>
    <w:p>
      <w:pPr>
        <w:pStyle w:val="Heading5"/>
      </w:pPr>
      <w:r>
        <w:rPr>
          <w:rFonts w:ascii="Calibri" w:hAnsi="Calibri" w:cs="Calibri" w:eastAsia="宋体"/>
        </w:rPr>
        <w:t>资料图片</w:t>
      </w:r>
    </w:p>
    <w:p>
      <w:pPr>
        <w:keepNext/>
        <w:spacing w:before="120" w:after="40"/>
        <w:pBdr>
          <w:bottom w:val="single" w:sz="6" w:space="1" w:color="D4D8DE"/>
        </w:pBdr>
      </w:pPr>
      <w:r>
        <w:rPr>
          <w:rFonts w:ascii="Calibri" w:hAnsi="Calibri" w:cs="Calibri" w:eastAsia="微软雅黑"/>
          <w:b/>
        </w:rPr>
        <w:t>▸ 创口参考</w:t>
      </w:r>
    </w:p>
    <w:p>
      <w:pPr>
        <w:keepNext/>
        <w:spacing w:before="120" w:after="40"/>
        <w:pBdr>
          <w:bottom w:val="single" w:sz="6" w:space="1" w:color="D4D8DE"/>
        </w:pBdr>
      </w:pPr>
      <w:r>
        <w:rPr>
          <w:rFonts w:ascii="Calibri" w:hAnsi="Calibri" w:cs="Calibri" w:eastAsia="微软雅黑"/>
          <w:b/>
        </w:rPr>
        <w:t>▸ 医院环境</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注意一下，如果不幸被分到了四人间的最后一张床，你隔壁床头靠近你的插座是属于你的，是属于你的！请不要害怕直接索要并插上你的排插。 </w:t>
      </w:r>
    </w:p>
    <w:p>
      <w:pPr>
        <w:spacing w:before="20" w:after="40"/>
        <w:ind w:left="425" w:hanging="312"/>
      </w:pPr>
      <w:r>
        <w:rPr>
          <w:rFonts w:ascii="Calibri" w:hAnsi="Calibri" w:cs="Calibri" w:eastAsia="宋体"/>
        </w:rPr>
        <w:t xml:space="preserve">2. </w:t>
      </w:r>
      <w:r>
        <w:rPr>
          <w:rFonts w:ascii="Calibri" w:hAnsi="Calibri" w:cs="Calibri" w:eastAsia="宋体"/>
        </w:rPr>
        <w:t xml:space="preserve">当然，我更建议直接使用夜安裤，特别是晚上，分泌物巨多。但是医生可不这么想，医生会建议不用夜安裤，因为夜安裤不透气，可能导致外口感染发炎。 </w:t>
      </w:r>
    </w:p>
    <w:p>
      <w:pPr>
        <w:spacing w:before="20" w:after="40"/>
        <w:ind w:left="425" w:hanging="312"/>
      </w:pPr>
      <w:r>
        <w:rPr>
          <w:rFonts w:ascii="Calibri" w:hAnsi="Calibri" w:cs="Calibri" w:eastAsia="宋体"/>
        </w:rPr>
        <w:t xml:space="preserve">3. </w:t>
      </w:r>
      <w:r>
        <w:rPr>
          <w:rFonts w:ascii="Calibri" w:hAnsi="Calibri" w:cs="Calibri" w:eastAsia="宋体"/>
        </w:rPr>
        <w:t xml:space="preserve">医生在你通模具后会给你一些，但那不够用几天。这时你就需要去门诊大楼一楼，那里有免费的避孕套领取机器供各位使用，请不要怕，拿着身份证大胆去刷！ </w:t>
      </w:r>
    </w:p>
    <w:p>
      <w:pPr>
        <w:spacing w:before="20" w:after="40"/>
        <w:ind w:left="425" w:hanging="312"/>
      </w:pPr>
      <w:r>
        <w:rPr>
          <w:rFonts w:ascii="Calibri" w:hAnsi="Calibri" w:cs="Calibri" w:eastAsia="宋体"/>
        </w:rPr>
        <w:t xml:space="preserve">4. </w:t>
      </w:r>
      <w:r>
        <w:rPr>
          <w:rFonts w:ascii="Calibri" w:hAnsi="Calibri" w:cs="Calibri" w:eastAsia="宋体"/>
        </w:rPr>
        <w:t xml:space="preserve">非常沾灰的豆腐，因为不开会痛，开了会晕。如果痛就叫护士来开，如果晕就叫护士停掉吧，请仔细斟酌是否撤走！撤走了你就装不回去只能打屁股针止痛了！ </w:t>
      </w:r>
    </w:p>
    <w:p>
      <w:pPr>
        <w:pStyle w:val="Heading2"/>
      </w:pPr>
      <w:r>
        <w:rPr>
          <w:rFonts w:ascii="Calibri" w:hAnsi="Calibri" w:cs="Calibri" w:eastAsia="微软雅黑"/>
        </w:rPr>
        <w:t>4.8  泰国</w:t>
      </w:r>
    </w:p>
    <w:p>
      <w:pPr>
        <w:spacing w:after="160"/>
      </w:pPr>
      <w:r>
        <w:rPr>
          <w:rFonts w:ascii="Calibri" w:hAnsi="Calibri" w:cs="Calibri" w:eastAsia="宋体"/>
          <w:color w:val="6B7280"/>
          <w:sz w:val="16"/>
        </w:rPr>
        <w:t>原文：https://mtf.wiki/zh-cn/docs/srs/thailand</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4.8.1  SRS 综述（泰国）</w:t>
      </w:r>
    </w:p>
    <w:p>
      <w:pPr>
        <w:spacing w:after="160"/>
      </w:pPr>
      <w:r>
        <w:rPr>
          <w:rFonts w:ascii="Calibri" w:hAnsi="Calibri" w:cs="Calibri" w:eastAsia="宋体"/>
          <w:color w:val="6B7280"/>
          <w:sz w:val="16"/>
        </w:rPr>
        <w:t>原文：https://mtf.wiki/zh-cn/docs/srs/thailand/overview · 最近更新：2025年12月8日</w:t>
      </w:r>
    </w:p>
    <w:p>
      <w:pPr>
        <w:spacing w:after="100"/>
      </w:pPr>
      <w:r>
        <w:rPr>
          <w:rFonts w:ascii="Calibri" w:hAnsi="Calibri" w:cs="Calibri" w:eastAsia="宋体"/>
        </w:rPr>
        <w:t>Google Maps：</w:t>
      </w:r>
      <w:r>
        <w:rPr>
          <w:rFonts w:ascii="Calibri" w:hAnsi="Calibri" w:cs="Calibri" w:eastAsia="宋体"/>
        </w:rPr>
        <w:t>https://link.mtf.wiki/maps/th</w:t>
      </w:r>
    </w:p>
    <w:p>
      <w:pPr>
        <w:pStyle w:val="Heading4"/>
      </w:pPr>
      <w:r>
        <w:rPr>
          <w:rFonts w:ascii="Calibri" w:hAnsi="Calibri" w:cs="Calibri" w:eastAsia="宋体"/>
        </w:rPr>
        <w:t>术前科普</w:t>
      </w:r>
    </w:p>
    <w:p>
      <w:pPr>
        <w:spacing w:before="20" w:after="40"/>
        <w:ind w:left="425" w:hanging="312"/>
      </w:pPr>
      <w:r>
        <w:rPr>
          <w:rFonts w:ascii="Calibri" w:hAnsi="Calibri" w:cs="Calibri" w:eastAsia="宋体"/>
        </w:rPr>
        <w:t xml:space="preserve">1. </w:t>
      </w:r>
      <w:r>
        <w:rPr>
          <w:rFonts w:ascii="Calibri" w:hAnsi="Calibri" w:cs="Calibri" w:eastAsia="宋体"/>
        </w:rPr>
        <w:t>联系医院</w:t>
      </w:r>
    </w:p>
    <w:p>
      <w:pPr>
        <w:spacing w:before="20" w:after="40"/>
        <w:ind w:left="822" w:hanging="312"/>
      </w:pPr>
      <w:r>
        <w:rPr>
          <w:rFonts w:ascii="Calibri" w:hAnsi="Calibri" w:cs="Calibri" w:eastAsia="宋体"/>
        </w:rPr>
        <w:t xml:space="preserve">1. </w:t>
      </w:r>
      <w:r>
        <w:rPr>
          <w:rFonts w:ascii="Calibri" w:hAnsi="Calibri" w:cs="Calibri" w:eastAsia="宋体"/>
        </w:rPr>
        <w:t>普遍而言，在有手术意向时应该联系医院进行咨询，最直接的方法就是通过邮件直接联系官方，大多数医院官方缺少中文服务，用</w:t>
      </w:r>
      <w:r>
        <w:rPr>
          <w:rFonts w:ascii="Calibri" w:hAnsi="Calibri" w:cs="Calibri" w:eastAsia="宋体"/>
          <w:b/>
        </w:rPr>
        <w:t>英文</w:t>
      </w:r>
      <w:r>
        <w:rPr>
          <w:rFonts w:ascii="Calibri" w:hAnsi="Calibri" w:cs="Calibri" w:eastAsia="宋体"/>
        </w:rPr>
        <w:t>联系可能会取得比较快的进展。</w:t>
      </w:r>
    </w:p>
    <w:p>
      <w:pPr>
        <w:spacing w:before="20" w:after="40"/>
        <w:ind w:left="822" w:hanging="312"/>
      </w:pPr>
      <w:r>
        <w:rPr>
          <w:rFonts w:ascii="Calibri" w:hAnsi="Calibri" w:cs="Calibri" w:eastAsia="宋体"/>
        </w:rPr>
        <w:t xml:space="preserve">2. </w:t>
      </w:r>
      <w:r>
        <w:rPr>
          <w:rFonts w:ascii="Calibri" w:hAnsi="Calibri" w:cs="Calibri" w:eastAsia="宋体"/>
        </w:rPr>
        <w:t>很多医院存在一些各种形式的中介，也有很多手术中介可以帮助联系泰国医院，多数泰国医院都有一些中文中介。值得注意的是，有一些医院通过官方渠道联系后，也可能被转交到中介处理，也有些医院存在</w:t>
      </w:r>
      <w:r>
        <w:rPr>
          <w:rFonts w:ascii="Calibri" w:hAnsi="Calibri" w:cs="Calibri" w:eastAsia="宋体"/>
          <w:b/>
        </w:rPr>
        <w:t>不同中介与医院官方报价不一致</w:t>
      </w:r>
      <w:r>
        <w:rPr>
          <w:rFonts w:ascii="Calibri" w:hAnsi="Calibri" w:cs="Calibri" w:eastAsia="宋体"/>
        </w:rPr>
        <w:t>的情况</w:t>
      </w:r>
    </w:p>
    <w:p>
      <w:pPr>
        <w:spacing w:before="20" w:after="40"/>
        <w:ind w:left="822" w:hanging="312"/>
      </w:pPr>
      <w:r>
        <w:rPr>
          <w:rFonts w:ascii="Calibri" w:hAnsi="Calibri" w:cs="Calibri" w:eastAsia="宋体"/>
        </w:rPr>
        <w:t xml:space="preserve">3. </w:t>
      </w:r>
      <w:r>
        <w:rPr>
          <w:rFonts w:ascii="Calibri" w:hAnsi="Calibri" w:cs="Calibri" w:eastAsia="宋体"/>
        </w:rPr>
        <w:t>除中介以外，还有一些翻译/陪护也可以帮助联系医院。</w:t>
      </w:r>
    </w:p>
    <w:p>
      <w:pPr>
        <w:spacing w:before="20" w:after="40"/>
        <w:ind w:left="822" w:hanging="312"/>
      </w:pPr>
      <w:r>
        <w:rPr>
          <w:rFonts w:ascii="Calibri" w:hAnsi="Calibri" w:cs="Calibri" w:eastAsia="宋体"/>
        </w:rPr>
        <w:t xml:space="preserve">4. </w:t>
      </w:r>
      <w:r>
        <w:rPr>
          <w:rFonts w:ascii="Calibri" w:hAnsi="Calibri" w:cs="Calibri" w:eastAsia="宋体"/>
        </w:rPr>
        <w:t>医院信息页会列出一些活跃的中介以及翻译/陪护的联系方式。(按拼音首字母排序)</w:t>
      </w:r>
    </w:p>
    <w:p>
      <w:pPr>
        <w:spacing w:before="20" w:after="40"/>
        <w:ind w:left="425" w:hanging="312"/>
      </w:pPr>
      <w:r>
        <w:rPr>
          <w:rFonts w:ascii="Calibri" w:hAnsi="Calibri" w:cs="Calibri" w:eastAsia="宋体"/>
        </w:rPr>
        <w:t xml:space="preserve">2. </w:t>
      </w:r>
      <w:r>
        <w:rPr>
          <w:rFonts w:ascii="Calibri" w:hAnsi="Calibri" w:cs="Calibri" w:eastAsia="宋体"/>
        </w:rPr>
        <w:t>其他参见：</w:t>
      </w:r>
      <w:r>
        <w:rPr>
          <w:rFonts w:ascii="Calibri" w:hAnsi="Calibri" w:cs="Calibri" w:eastAsia="宋体"/>
        </w:rPr>
        <w:t>术前科普</w:t>
      </w:r>
    </w:p>
    <w:p>
      <w:pPr>
        <w:pStyle w:val="Heading5"/>
      </w:pPr>
      <w:r>
        <w:rPr>
          <w:rFonts w:ascii="Calibri" w:hAnsi="Calibri" w:cs="Calibri" w:eastAsia="宋体"/>
        </w:rPr>
        <w:t>术后抗感染与药物过敏史</w:t>
      </w:r>
    </w:p>
    <w:p>
      <w:pPr>
        <w:spacing w:after="100"/>
      </w:pPr>
      <w:r>
        <w:rPr>
          <w:rFonts w:ascii="Calibri" w:hAnsi="Calibri" w:cs="Calibri" w:eastAsia="宋体"/>
        </w:rPr>
        <w:t>手术总的来说创伤较大，外科医师倾向于在术后预防性使用抗生素抗细菌感染。在选择抗生素时，由于出院后的随访多在外科医师独立开诊的诊所，外科医师不容易请到感染科、过敏反应科等内科医师会诊，也不具备在诊所进行药物过敏抢救的条件，所以倾向于较为保守地按照被手术者的药物过敏史，选择与过敏史严格不存在交叉过敏的抗生素。然而，一些术后常见的引起感染的细菌（如大肠杆菌）常常对这些抗生素耐药：2022年泰国大肠杆菌对青霉素过敏者常常使用的沙星类药物</w:t>
      </w:r>
      <w:r>
        <w:rPr>
          <w:rFonts w:ascii="Calibri" w:hAnsi="Calibri" w:cs="Calibri" w:eastAsia="宋体"/>
        </w:rPr>
        <w:t>耐药率超过50%</w:t>
      </w:r>
      <w:r>
        <w:rPr>
          <w:rFonts w:ascii="Calibri" w:hAnsi="Calibri" w:cs="Calibri" w:eastAsia="宋体"/>
        </w:rPr>
        <w:t>。</w:t>
      </w:r>
    </w:p>
    <w:p>
      <w:pPr>
        <w:spacing w:after="100"/>
      </w:pPr>
      <w:r>
        <w:rPr>
          <w:rFonts w:ascii="Calibri" w:hAnsi="Calibri" w:cs="Calibri" w:eastAsia="宋体"/>
        </w:rPr>
        <w:t>因此，对于存在药物过敏史的被术者，需要做好有可能需要使用毒副作用更大、需要另外付费的价格更昂贵的二线抗生素的心理和物质准备，或者考虑是否更适合在国内综合性医院住院手术；或者对于不确定自己是否真的存在过敏史，考虑提前利用科学方法（如</w:t>
      </w:r>
      <w:r>
        <w:rPr>
          <w:rFonts w:ascii="Calibri" w:hAnsi="Calibri" w:cs="Calibri" w:eastAsia="宋体"/>
        </w:rPr>
        <w:t>药物激发试验</w:t>
      </w:r>
      <w:r>
        <w:rPr>
          <w:rFonts w:ascii="Calibri" w:hAnsi="Calibri" w:cs="Calibri" w:eastAsia="宋体"/>
        </w:rPr>
        <w:t>等）排除自己的可能药物过敏。</w:t>
      </w:r>
    </w:p>
    <w:p>
      <w:pPr>
        <w:pStyle w:val="Heading4"/>
      </w:pPr>
      <w:r>
        <w:rPr>
          <w:rFonts w:ascii="Calibri" w:hAnsi="Calibri" w:cs="Calibri" w:eastAsia="宋体"/>
        </w:rPr>
        <w:t>法律依据</w:t>
      </w:r>
    </w:p>
    <w:p>
      <w:pPr>
        <w:spacing w:after="100"/>
      </w:pPr>
      <w:r>
        <w:rPr>
          <w:rFonts w:ascii="Calibri" w:hAnsi="Calibri" w:cs="Calibri" w:eastAsia="宋体"/>
        </w:rPr>
        <w:t xml:space="preserve">依据 </w:t>
      </w:r>
      <w:r>
        <w:rPr>
          <w:rFonts w:ascii="Calibri" w:hAnsi="Calibri" w:cs="Calibri" w:eastAsia="宋体"/>
        </w:rPr>
        <w:t>《医学委员会关于变性手术治疗的医疗行业规定的伦理条例（佛历 2552 年 ）》</w:t>
      </w:r>
      <w:r>
        <w:rPr>
          <w:rFonts w:ascii="Calibri" w:hAnsi="Calibri" w:cs="Calibri" w:eastAsia="宋体"/>
        </w:rPr>
        <w:t xml:space="preserve"> 与 </w:t>
      </w:r>
      <w:r>
        <w:rPr>
          <w:rFonts w:ascii="Calibri" w:hAnsi="Calibri" w:cs="Calibri" w:eastAsia="宋体"/>
        </w:rPr>
        <w:t>《医学委员会关于为性身份困惑或希望通过接受变性手术进行治疗的人提供指导的公告》</w:t>
      </w:r>
      <w:r>
        <w:rPr>
          <w:rFonts w:ascii="Calibri" w:hAnsi="Calibri" w:cs="Calibri" w:eastAsia="宋体"/>
        </w:rPr>
        <w:t>，在泰国接受性别重置手术，需要：</w:t>
      </w:r>
    </w:p>
    <w:p>
      <w:pPr>
        <w:spacing w:before="20" w:after="40"/>
        <w:ind w:left="822" w:hanging="312"/>
      </w:pPr>
      <w:r>
        <w:rPr>
          <w:rFonts w:ascii="Calibri" w:hAnsi="Calibri" w:cs="Calibri" w:eastAsia="宋体"/>
        </w:rPr>
        <w:t xml:space="preserve">1. </w:t>
      </w:r>
      <w:r>
        <w:rPr>
          <w:rFonts w:ascii="Calibri" w:hAnsi="Calibri" w:cs="Calibri" w:eastAsia="宋体"/>
        </w:rPr>
        <w:t>年满 18 岁，但未满 20 岁，必须得到合法父母或授权监护人的同意</w:t>
      </w:r>
    </w:p>
    <w:p>
      <w:pPr>
        <w:spacing w:before="20" w:after="40"/>
        <w:ind w:left="822" w:hanging="312"/>
      </w:pPr>
      <w:r>
        <w:rPr>
          <w:rFonts w:ascii="Calibri" w:hAnsi="Calibri" w:cs="Calibri" w:eastAsia="宋体"/>
        </w:rPr>
        <w:t xml:space="preserve">2. </w:t>
      </w:r>
      <w:r>
        <w:rPr>
          <w:rFonts w:ascii="Calibri" w:hAnsi="Calibri" w:cs="Calibri" w:eastAsia="宋体"/>
        </w:rPr>
        <w:t>已满 20 岁</w:t>
      </w:r>
    </w:p>
    <w:p>
      <w:pPr>
        <w:spacing w:before="20" w:after="40"/>
        <w:ind w:left="425" w:hanging="312"/>
      </w:pPr>
      <w:r>
        <w:rPr>
          <w:rFonts w:ascii="Calibri" w:hAnsi="Calibri" w:cs="Calibri" w:eastAsia="宋体"/>
        </w:rPr>
        <w:t xml:space="preserve">2. </w:t>
      </w:r>
      <w:r>
        <w:rPr>
          <w:rFonts w:ascii="Calibri" w:hAnsi="Calibri" w:cs="Calibri" w:eastAsia="宋体"/>
        </w:rPr>
        <w:t>至少两名精神科医生的鉴定，对于已有精神科证明的外国人，则必须在手术前接受至少一名泰国精神科医生的评估</w:t>
      </w:r>
    </w:p>
    <w:p>
      <w:pPr>
        <w:spacing w:before="20" w:after="40"/>
        <w:ind w:left="425" w:hanging="312"/>
      </w:pPr>
      <w:r>
        <w:rPr>
          <w:rFonts w:ascii="Calibri" w:hAnsi="Calibri" w:cs="Calibri" w:eastAsia="宋体"/>
        </w:rPr>
        <w:t xml:space="preserve">3. </w:t>
      </w:r>
      <w:r>
        <w:rPr>
          <w:rFonts w:ascii="Calibri" w:hAnsi="Calibri" w:cs="Calibri" w:eastAsia="宋体"/>
        </w:rPr>
        <w:t>至少度过了一年的女性生活（</w:t>
      </w:r>
      <w:r>
        <w:rPr>
          <w:rFonts w:ascii="Calibri" w:hAnsi="Calibri" w:cs="Calibri" w:eastAsia="宋体"/>
        </w:rPr>
        <w:t>RLE</w:t>
      </w:r>
      <w:r>
        <w:rPr>
          <w:rFonts w:ascii="Calibri" w:hAnsi="Calibri" w:cs="Calibri" w:eastAsia="宋体"/>
        </w:rPr>
        <w:t>）</w:t>
      </w:r>
    </w:p>
    <w:p>
      <w:pPr>
        <w:pStyle w:val="Heading4"/>
      </w:pPr>
      <w:r>
        <w:rPr>
          <w:rFonts w:ascii="Calibri" w:hAnsi="Calibri" w:cs="Calibri" w:eastAsia="宋体"/>
        </w:rPr>
        <w:t>手术术式</w:t>
      </w:r>
    </w:p>
    <w:p>
      <w:pPr>
        <w:spacing w:after="100"/>
      </w:pPr>
      <w:r>
        <w:rPr>
          <w:rFonts w:ascii="Calibri" w:hAnsi="Calibri" w:cs="Calibri" w:eastAsia="宋体"/>
        </w:rPr>
        <w:t>具体参见：</w:t>
      </w:r>
      <w:r>
        <w:rPr>
          <w:rFonts w:ascii="Calibri" w:hAnsi="Calibri" w:cs="Calibri" w:eastAsia="宋体"/>
        </w:rPr>
        <w:t>手术技术</w:t>
      </w:r>
    </w:p>
    <w:tbl>
      <w:tblPr>
        <w:tblStyle w:val="TableGrid"/>
        <w:tblW w:type="auto" w:w="0"/>
        <w:jc w:val="center"/>
        <w:tblLayout w:type="fixed"/>
        <w:tblLook w:firstColumn="1" w:firstRow="1" w:lastColumn="0" w:lastRow="0" w:noHBand="0" w:noVBand="1" w:val="04A0"/>
      </w:tblPr>
      <w:tblGrid>
        <w:gridCol w:w="3347"/>
        <w:gridCol w:w="1488"/>
        <w:gridCol w:w="1488"/>
        <w:gridCol w:w="1488"/>
        <w:gridCol w:w="1488"/>
      </w:tblGrid>
      <w:tr>
        <w:trPr>
          <w:tblHeader/>
        </w:trPr>
        <w:tc>
          <w:tcPr>
            <w:tcW w:type="dxa" w:w="3347"/>
            <w:shd w:val="clear" w:color="auto" w:fill="EDF1F7"/>
          </w:tcPr>
          <w:p>
            <w:pPr>
              <w:spacing w:before="40" w:after="40" w:line="276" w:lineRule="auto"/>
            </w:pPr>
            <w:r>
              <w:rPr>
                <w:b/>
                <w:sz w:val="18"/>
              </w:rPr>
            </w:r>
            <w:r>
              <w:rPr>
                <w:rFonts w:ascii="Calibri" w:hAnsi="Calibri" w:cs="Calibri" w:eastAsia="宋体"/>
                <w:b/>
                <w:sz w:val="18"/>
              </w:rPr>
              <w:t>医生/医院</w:t>
            </w:r>
          </w:p>
        </w:tc>
        <w:tc>
          <w:tcPr>
            <w:tcW w:type="dxa" w:w="1488"/>
            <w:shd w:val="clear" w:color="auto" w:fill="EDF1F7"/>
          </w:tcPr>
          <w:p>
            <w:pPr>
              <w:spacing w:before="40" w:after="40" w:line="276" w:lineRule="auto"/>
            </w:pPr>
            <w:r>
              <w:rPr>
                <w:b/>
                <w:sz w:val="18"/>
              </w:rPr>
            </w:r>
            <w:r>
              <w:rPr>
                <w:rFonts w:ascii="Calibri" w:hAnsi="Calibri" w:cs="Calibri" w:eastAsia="宋体"/>
                <w:b/>
                <w:sz w:val="18"/>
              </w:rPr>
              <w:t>PI</w:t>
            </w:r>
          </w:p>
        </w:tc>
        <w:tc>
          <w:tcPr>
            <w:tcW w:type="dxa" w:w="1488"/>
            <w:shd w:val="clear" w:color="auto" w:fill="EDF1F7"/>
          </w:tcPr>
          <w:p>
            <w:pPr>
              <w:spacing w:before="40" w:after="40" w:line="276" w:lineRule="auto"/>
            </w:pPr>
            <w:r>
              <w:rPr>
                <w:b/>
                <w:sz w:val="18"/>
              </w:rPr>
            </w:r>
            <w:r>
              <w:rPr>
                <w:rFonts w:ascii="Calibri" w:hAnsi="Calibri" w:cs="Calibri" w:eastAsia="宋体"/>
                <w:b/>
                <w:sz w:val="18"/>
              </w:rPr>
              <w:t>非 PI</w:t>
            </w:r>
          </w:p>
        </w:tc>
        <w:tc>
          <w:tcPr>
            <w:tcW w:type="dxa" w:w="1488"/>
            <w:shd w:val="clear" w:color="auto" w:fill="EDF1F7"/>
          </w:tcPr>
          <w:p>
            <w:pPr>
              <w:spacing w:before="40" w:after="40" w:line="276" w:lineRule="auto"/>
            </w:pPr>
            <w:r>
              <w:rPr>
                <w:b/>
                <w:sz w:val="18"/>
              </w:rPr>
            </w:r>
            <w:r>
              <w:rPr>
                <w:rFonts w:ascii="Calibri" w:hAnsi="Calibri" w:cs="Calibri" w:eastAsia="宋体"/>
                <w:b/>
                <w:sz w:val="18"/>
              </w:rPr>
              <w:t>结肠</w:t>
            </w:r>
          </w:p>
        </w:tc>
        <w:tc>
          <w:tcPr>
            <w:tcW w:type="dxa" w:w="1488"/>
            <w:shd w:val="clear" w:color="auto" w:fill="EDF1F7"/>
          </w:tcPr>
          <w:p>
            <w:pPr>
              <w:spacing w:before="40" w:after="40" w:line="276" w:lineRule="auto"/>
            </w:pPr>
            <w:r>
              <w:rPr>
                <w:b/>
                <w:sz w:val="18"/>
              </w:rPr>
            </w:r>
            <w:r>
              <w:rPr>
                <w:rFonts w:ascii="Calibri" w:hAnsi="Calibri" w:cs="Calibri" w:eastAsia="宋体"/>
                <w:b/>
                <w:sz w:val="18"/>
              </w:rPr>
              <w:t>腹膜</w:t>
            </w:r>
          </w:p>
        </w:tc>
      </w:tr>
      <w:tr>
        <w:tc>
          <w:tcPr>
            <w:tcW w:type="dxa" w:w="3347"/>
          </w:tcPr>
          <w:p>
            <w:pPr>
              <w:spacing w:before="40" w:after="40" w:line="276" w:lineRule="auto"/>
            </w:pPr>
            <w:r>
              <w:rPr>
                <w:sz w:val="18"/>
              </w:rPr>
            </w:r>
            <w:r>
              <w:rPr>
                <w:rFonts w:ascii="Calibri" w:hAnsi="Calibri" w:cs="Calibri" w:eastAsia="宋体"/>
                <w:sz w:val="18"/>
              </w:rPr>
              <w:t>PAI/Burin</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sz w:val="18"/>
              </w:rPr>
              <w:t>Chettasak</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r>
              <w:rPr>
                <w:rFonts w:ascii="Calibri" w:hAnsi="Calibri" w:cs="Calibri" w:eastAsia="宋体"/>
                <w:sz w:val="18"/>
              </w:rPr>
              <w:t>✅</w:t>
            </w:r>
          </w:p>
        </w:tc>
      </w:tr>
      <w:tr>
        <w:tc>
          <w:tcPr>
            <w:tcW w:type="dxa" w:w="3347"/>
          </w:tcPr>
          <w:p>
            <w:pPr>
              <w:spacing w:before="40" w:after="40" w:line="276" w:lineRule="auto"/>
            </w:pPr>
            <w:r>
              <w:rPr>
                <w:sz w:val="18"/>
              </w:rPr>
            </w:r>
            <w:r>
              <w:rPr>
                <w:rFonts w:ascii="Calibri" w:hAnsi="Calibri" w:cs="Calibri" w:eastAsia="宋体"/>
                <w:sz w:val="18"/>
              </w:rPr>
              <w:t>Greechart</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sz w:val="18"/>
              </w:rPr>
              <w:t>Kamol</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r>
              <w:rPr>
                <w:rFonts w:ascii="Calibri" w:hAnsi="Calibri" w:cs="Calibri" w:eastAsia="宋体"/>
                <w:sz w:val="18"/>
              </w:rPr>
              <w:t>✅</w:t>
            </w:r>
          </w:p>
        </w:tc>
      </w:tr>
      <w:tr>
        <w:tc>
          <w:tcPr>
            <w:tcW w:type="dxa" w:w="3347"/>
          </w:tcPr>
          <w:p>
            <w:pPr>
              <w:spacing w:before="40" w:after="40" w:line="276" w:lineRule="auto"/>
            </w:pPr>
            <w:r>
              <w:rPr>
                <w:sz w:val="18"/>
              </w:rPr>
            </w:r>
            <w:r>
              <w:rPr>
                <w:rFonts w:ascii="Calibri" w:hAnsi="Calibri" w:cs="Calibri" w:eastAsia="宋体"/>
                <w:sz w:val="18"/>
              </w:rPr>
              <w:t>Suporn/Bank</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c>
          <w:tcPr>
            <w:tcW w:type="dxa" w:w="1488"/>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sz w:val="18"/>
              </w:rPr>
              <w:t>Thiti</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sz w:val="18"/>
              </w:rPr>
              <w:t>Yanhee</w:t>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w:t>
            </w:r>
          </w:p>
        </w:tc>
        <w:tc>
          <w:tcPr>
            <w:tcW w:type="dxa" w:w="1488"/>
          </w:tcPr>
          <w:p>
            <w:pPr>
              <w:spacing w:before="40" w:after="40" w:line="276" w:lineRule="auto"/>
            </w:pPr>
            <w:r>
              <w:rPr>
                <w:sz w:val="18"/>
              </w:rPr>
            </w:r>
          </w:p>
        </w:tc>
      </w:tr>
    </w:tbl>
    <w:p>
      <w:pPr>
        <w:pStyle w:val="Heading4"/>
      </w:pPr>
      <w:r>
        <w:rPr>
          <w:rFonts w:ascii="Calibri" w:hAnsi="Calibri" w:cs="Calibri" w:eastAsia="宋体"/>
        </w:rPr>
        <w:t>费用预期</w:t>
      </w:r>
    </w:p>
    <w:p>
      <w:pPr>
        <w:spacing w:after="100"/>
      </w:pPr>
      <w:r>
        <w:rPr>
          <w:rFonts w:ascii="Calibri" w:hAnsi="Calibri" w:cs="Calibri" w:eastAsia="宋体"/>
        </w:rPr>
        <w:t>皮瓣手术的预期为：</w:t>
      </w:r>
      <w:r>
        <w:rPr>
          <w:rFonts w:ascii="Calibri" w:hAnsi="Calibri" w:cs="Calibri" w:eastAsia="宋体"/>
        </w:rPr>
        <w:t>THB 300,000.00</w:t>
      </w:r>
    </w:p>
    <w:p>
      <w:pPr>
        <w:pStyle w:val="Heading4"/>
      </w:pPr>
      <w:r>
        <w:rPr>
          <w:rFonts w:ascii="Calibri" w:hAnsi="Calibri" w:cs="Calibri" w:eastAsia="宋体"/>
        </w:rPr>
        <w:t>旅行指南</w:t>
      </w:r>
    </w:p>
    <w:p>
      <w:pPr>
        <w:spacing w:after="100"/>
      </w:pPr>
      <w:r>
        <w:rPr>
          <w:rFonts w:ascii="Calibri" w:hAnsi="Calibri" w:cs="Calibri" w:eastAsia="宋体"/>
        </w:rPr>
        <w:t>参见：</w:t>
      </w:r>
      <w:r>
        <w:rPr>
          <w:rFonts w:ascii="Calibri" w:hAnsi="Calibri" w:cs="Calibri" w:eastAsia="宋体"/>
        </w:rPr>
        <w:t>旅行指南</w:t>
      </w:r>
    </w:p>
    <w:p>
      <w:pPr>
        <w:spacing w:after="100"/>
      </w:pPr>
      <w:r>
        <w:rPr>
          <w:rFonts w:ascii="Calibri" w:hAnsi="Calibri" w:cs="Calibri" w:eastAsia="宋体"/>
        </w:rPr>
        <w:t>花篮接力：</w:t>
      </w:r>
      <w:r>
        <w:rPr>
          <w:rFonts w:ascii="Calibri" w:hAnsi="Calibri" w:cs="Calibri" w:eastAsia="宋体"/>
        </w:rPr>
        <w:t>花篮接力统计及讨论</w:t>
      </w:r>
    </w:p>
    <w:p>
      <w:pPr>
        <w:pStyle w:val="Heading4"/>
      </w:pPr>
      <w:r>
        <w:rPr>
          <w:rFonts w:ascii="Calibri" w:hAnsi="Calibri" w:cs="Calibri" w:eastAsia="宋体"/>
        </w:rPr>
        <w:t>术后事项</w:t>
      </w:r>
    </w:p>
    <w:p>
      <w:pPr>
        <w:spacing w:after="100"/>
      </w:pPr>
      <w:r>
        <w:rPr>
          <w:rFonts w:ascii="Calibri" w:hAnsi="Calibri" w:cs="Calibri" w:eastAsia="宋体"/>
        </w:rPr>
        <w:t>证件变更指引</w:t>
      </w:r>
      <w:r>
        <w:rPr>
          <w:rFonts w:ascii="Calibri" w:hAnsi="Calibri" w:cs="Calibri" w:eastAsia="宋体"/>
        </w:rPr>
        <w:t>，一般需要按「B)司法鉴定」操作。</w:t>
      </w:r>
    </w:p>
    <w:p>
      <w:pPr>
        <w:pStyle w:val="Heading3"/>
      </w:pPr>
      <w:r>
        <w:rPr>
          <w:rFonts w:ascii="Calibri" w:hAnsi="Calibri" w:cs="Calibri" w:eastAsia="微软雅黑"/>
        </w:rPr>
        <w:t>4.8.2  泰国旅行指南</w:t>
      </w:r>
    </w:p>
    <w:p>
      <w:pPr>
        <w:spacing w:after="160"/>
      </w:pPr>
      <w:r>
        <w:rPr>
          <w:rFonts w:ascii="Calibri" w:hAnsi="Calibri" w:cs="Calibri" w:eastAsia="宋体"/>
          <w:color w:val="6B7280"/>
          <w:sz w:val="16"/>
        </w:rPr>
        <w:t>原文：https://mtf.wiki/zh-cn/docs/srs/thailand/thailand-tips · 最近更新：2025年12月8日</w:t>
      </w:r>
    </w:p>
    <w:p>
      <w:pPr>
        <w:pStyle w:val="Heading4"/>
      </w:pPr>
      <w:r>
        <w:rPr>
          <w:rFonts w:ascii="Calibri" w:hAnsi="Calibri" w:cs="Calibri" w:eastAsia="宋体"/>
        </w:rPr>
        <w:t>出行前物品准备</w:t>
      </w:r>
    </w:p>
    <w:p>
      <w:pPr>
        <w:spacing w:before="20" w:after="40"/>
        <w:ind w:left="425" w:hanging="312"/>
      </w:pPr>
      <w:r>
        <w:rPr>
          <w:rFonts w:ascii="Calibri" w:hAnsi="Calibri" w:cs="Calibri" w:eastAsia="宋体"/>
        </w:rPr>
        <w:t xml:space="preserve">• </w:t>
      </w:r>
      <w:r>
        <w:rPr>
          <w:rFonts w:ascii="Calibri" w:hAnsi="Calibri" w:cs="Calibri" w:eastAsia="宋体"/>
        </w:rPr>
        <w:t>考虑到术后回国时的体力问题，建议最多准备一个行李箱和一个背包。</w:t>
      </w:r>
    </w:p>
    <w:p>
      <w:pPr>
        <w:spacing w:before="20" w:after="40"/>
        <w:ind w:left="425" w:hanging="312"/>
      </w:pPr>
      <w:r>
        <w:rPr>
          <w:rFonts w:ascii="Calibri" w:hAnsi="Calibri" w:cs="Calibri" w:eastAsia="宋体"/>
        </w:rPr>
        <w:t xml:space="preserve">• </w:t>
      </w:r>
      <w:r>
        <w:rPr>
          <w:rFonts w:ascii="Calibri" w:hAnsi="Calibri" w:cs="Calibri" w:eastAsia="宋体"/>
        </w:rPr>
        <w:t>检查您的所有文件证件，可能包括身份证、护照。请确认离境时护照有效期在 6 个月以上。</w:t>
      </w:r>
    </w:p>
    <w:p>
      <w:pPr>
        <w:spacing w:before="20" w:after="40"/>
        <w:ind w:left="425" w:hanging="312"/>
      </w:pPr>
      <w:r>
        <w:rPr>
          <w:rFonts w:ascii="Calibri" w:hAnsi="Calibri" w:cs="Calibri" w:eastAsia="宋体"/>
        </w:rPr>
        <w:t xml:space="preserve">• </w:t>
      </w:r>
      <w:r>
        <w:rPr>
          <w:rFonts w:ascii="Calibri" w:hAnsi="Calibri" w:cs="Calibri" w:eastAsia="宋体"/>
        </w:rPr>
        <w:t>准备泰铢现金，泰国是现金社会。</w:t>
      </w:r>
    </w:p>
    <w:p>
      <w:pPr>
        <w:spacing w:before="20" w:after="40"/>
        <w:ind w:left="425" w:hanging="312"/>
      </w:pPr>
      <w:r>
        <w:rPr>
          <w:rFonts w:ascii="Calibri" w:hAnsi="Calibri" w:cs="Calibri" w:eastAsia="宋体"/>
        </w:rPr>
        <w:t xml:space="preserve">• </w:t>
      </w:r>
      <w:r>
        <w:rPr>
          <w:rFonts w:ascii="Calibri" w:hAnsi="Calibri" w:cs="Calibri" w:eastAsia="宋体"/>
        </w:rPr>
        <w:t>开通手机卡漫游服务，以防刷卡时漏接银行电话短信。</w:t>
      </w:r>
      <w:r>
        <w:rPr>
          <w:rFonts w:ascii="Calibri" w:hAnsi="Calibri" w:cs="Calibri" w:eastAsia="宋体"/>
        </w:rPr>
        <w:t>请准备回国代理或开启漫游流量以防国内应用封号</w:t>
      </w:r>
      <w:r>
        <w:rPr>
          <w:rFonts w:ascii="Calibri" w:hAnsi="Calibri" w:cs="Calibri" w:eastAsia="宋体"/>
          <w:vertAlign w:val="superscript"/>
        </w:rPr>
        <w:t>（仅限中国）</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不用准备太多常服，但建议准备两套以上睡裙。</w:t>
      </w:r>
    </w:p>
    <w:p>
      <w:pPr>
        <w:spacing w:before="20" w:after="40"/>
        <w:ind w:left="425" w:hanging="312"/>
      </w:pPr>
      <w:r>
        <w:rPr>
          <w:rFonts w:ascii="Calibri" w:hAnsi="Calibri" w:cs="Calibri" w:eastAsia="宋体"/>
        </w:rPr>
        <w:t xml:space="preserve">• </w:t>
      </w:r>
      <w:r>
        <w:rPr>
          <w:rFonts w:ascii="Calibri" w:hAnsi="Calibri" w:cs="Calibri" w:eastAsia="宋体"/>
        </w:rPr>
        <w:t xml:space="preserve">不必携带 HRT 药物（可以带一支 </w:t>
      </w:r>
      <w:r>
        <w:rPr>
          <w:rFonts w:ascii="Calibri" w:hAnsi="Calibri" w:cs="Calibri" w:eastAsia="宋体"/>
        </w:rPr>
        <w:t>爱斯妥凝胶</w:t>
      </w:r>
      <w:r>
        <w:rPr>
          <w:rFonts w:ascii="Calibri" w:hAnsi="Calibri" w:cs="Calibri" w:eastAsia="宋体"/>
        </w:rPr>
        <w:t>），因为泰国药品价格较为便宜。</w:t>
      </w:r>
      <w:r>
        <w:br/>
      </w:r>
    </w:p>
    <w:p>
      <w:pPr>
        <w:spacing w:before="20" w:after="40"/>
        <w:ind w:left="822" w:hanging="312"/>
      </w:pPr>
      <w:r>
        <w:rPr>
          <w:rFonts w:ascii="Calibri" w:hAnsi="Calibri" w:cs="Calibri" w:eastAsia="宋体"/>
        </w:rPr>
        <w:t xml:space="preserve">◦ </w:t>
      </w:r>
      <w:r>
        <w:rPr>
          <w:rFonts w:ascii="Calibri" w:hAnsi="Calibri" w:cs="Calibri" w:eastAsia="宋体"/>
        </w:rPr>
        <w:t>如果你平时使用针剂，请提前预约手术结束后去哪里打针。</w:t>
      </w:r>
    </w:p>
    <w:p>
      <w:pPr>
        <w:spacing w:before="20" w:after="40"/>
        <w:ind w:left="822" w:hanging="312"/>
      </w:pPr>
      <w:r>
        <w:rPr>
          <w:rFonts w:ascii="Calibri" w:hAnsi="Calibri" w:cs="Calibri" w:eastAsia="宋体"/>
        </w:rPr>
        <w:t xml:space="preserve">◦ </w:t>
      </w:r>
      <w:r>
        <w:rPr>
          <w:rFonts w:ascii="Calibri" w:hAnsi="Calibri" w:cs="Calibri" w:eastAsia="宋体"/>
        </w:rPr>
        <w:t>你可能会希望考虑预留一些行李箱空间，以便在回国时带回一些药物和润滑液。</w:t>
      </w:r>
    </w:p>
    <w:p>
      <w:pPr>
        <w:spacing w:before="20" w:after="40"/>
        <w:ind w:left="425" w:hanging="312"/>
      </w:pPr>
      <w:r>
        <w:rPr>
          <w:rFonts w:ascii="Calibri" w:hAnsi="Calibri" w:cs="Calibri" w:eastAsia="宋体"/>
        </w:rPr>
        <w:t xml:space="preserve">• </w:t>
      </w:r>
      <w:r>
        <w:rPr>
          <w:rFonts w:ascii="Calibri" w:hAnsi="Calibri" w:cs="Calibri" w:eastAsia="宋体"/>
        </w:rPr>
        <w:t>有长期用药的请计算好足够的量。如需使用精神类药物，请咨询专业人士。术后前 7 天内出现睡眠障碍是合理的。</w:t>
      </w:r>
    </w:p>
    <w:p>
      <w:pPr>
        <w:spacing w:before="20" w:after="40"/>
        <w:ind w:left="425" w:hanging="312"/>
      </w:pPr>
      <w:r>
        <w:rPr>
          <w:rFonts w:ascii="Calibri" w:hAnsi="Calibri" w:cs="Calibri" w:eastAsia="宋体"/>
        </w:rPr>
        <w:t xml:space="preserve">• </w:t>
      </w:r>
      <w:r>
        <w:rPr>
          <w:rFonts w:ascii="Calibri" w:hAnsi="Calibri" w:cs="Calibri" w:eastAsia="宋体"/>
        </w:rPr>
        <w:t>降噪耳机有助于改善您的旅程体验</w:t>
      </w:r>
    </w:p>
    <w:p>
      <w:pPr>
        <w:spacing w:before="20" w:after="40"/>
        <w:ind w:left="425" w:hanging="312"/>
      </w:pPr>
      <w:r>
        <w:rPr>
          <w:rFonts w:ascii="Calibri" w:hAnsi="Calibri" w:cs="Calibri" w:eastAsia="宋体"/>
        </w:rPr>
        <w:t xml:space="preserve">• </w:t>
      </w:r>
      <w:r>
        <w:rPr>
          <w:rFonts w:ascii="Calibri" w:hAnsi="Calibri" w:cs="Calibri" w:eastAsia="宋体"/>
        </w:rPr>
        <w:t>旅店可能会提供插座转换器。如果需要，三脚插座请购买「美标」转换器。</w:t>
      </w:r>
      <w:r>
        <w:rPr>
          <w:rFonts w:ascii="Calibri" w:hAnsi="Calibri" w:cs="Calibri" w:eastAsia="宋体"/>
        </w:rPr>
        <w:t>两脚插头设备不需要转换器。</w:t>
      </w:r>
    </w:p>
    <w:p>
      <w:pPr>
        <w:spacing w:before="20" w:after="40"/>
        <w:ind w:left="425" w:hanging="312"/>
      </w:pPr>
      <w:r>
        <w:rPr>
          <w:rFonts w:ascii="Calibri" w:hAnsi="Calibri" w:cs="Calibri" w:eastAsia="宋体"/>
        </w:rPr>
        <w:t xml:space="preserve">• </w:t>
      </w:r>
      <w:r>
        <w:rPr>
          <w:rFonts w:ascii="Calibri" w:hAnsi="Calibri" w:cs="Calibri" w:eastAsia="宋体"/>
        </w:rPr>
        <w:t xml:space="preserve">TrueMove、dtac 等泰国运营商电话卡，可以于国内、泰国机场、泰国 711 购买，可在 711 或者营业厅等地充值余额。可以通过 </w:t>
      </w:r>
      <w:r>
        <w:rPr>
          <w:rFonts w:ascii="Calibri" w:hAnsi="Calibri" w:cs="Calibri" w:eastAsia="宋体"/>
        </w:rPr>
        <w:t>Airalo</w:t>
      </w:r>
      <w:r>
        <w:rPr>
          <w:rFonts w:ascii="Calibri" w:hAnsi="Calibri" w:cs="Calibri" w:eastAsia="宋体"/>
        </w:rPr>
        <w:t xml:space="preserve"> 购买 eSIM 卡。目前 dtac 和 AIS 提供中文的网上营业厅，网上充话费可以使用支付宝和信用卡付费。此外，dtac 提供中文客服。</w:t>
      </w:r>
    </w:p>
    <w:p>
      <w:pPr>
        <w:spacing w:before="20" w:after="40"/>
        <w:ind w:left="425" w:hanging="312"/>
      </w:pPr>
      <w:r>
        <w:rPr>
          <w:rFonts w:ascii="Calibri" w:hAnsi="Calibri" w:cs="Calibri" w:eastAsia="宋体"/>
        </w:rPr>
        <w:t xml:space="preserve">• </w:t>
      </w:r>
      <w:r>
        <w:rPr>
          <w:rFonts w:ascii="Calibri" w:hAnsi="Calibri" w:cs="Calibri" w:eastAsia="宋体"/>
        </w:rPr>
        <w:t>记得带上你的宜家鲨鲨 Blåhaj（睡觉的时候夹着比较舒适）</w:t>
      </w:r>
    </w:p>
    <w:p>
      <w:pPr>
        <w:pStyle w:val="Heading4"/>
      </w:pPr>
      <w:r>
        <w:rPr>
          <w:rFonts w:ascii="Calibri" w:hAnsi="Calibri" w:cs="Calibri" w:eastAsia="宋体"/>
        </w:rPr>
        <w:t>精神科医生诊断证明</w:t>
      </w:r>
    </w:p>
    <w:p>
      <w:pPr>
        <w:spacing w:after="100"/>
      </w:pPr>
      <w:r>
        <w:rPr>
          <w:rFonts w:ascii="Calibri" w:hAnsi="Calibri" w:cs="Calibri" w:eastAsia="宋体"/>
        </w:rPr>
        <w:t>目前泰国 SRS 需两封精神科的证明，若携带一份在国内开出的证明可以节省在泰国会见心理医生的费用，</w:t>
      </w:r>
      <w:r>
        <w:rPr>
          <w:rFonts w:ascii="Calibri" w:hAnsi="Calibri" w:cs="Calibri" w:eastAsia="宋体"/>
          <w:b/>
        </w:rPr>
        <w:t>精神科证明上需要有「建议手术」的字样。</w:t>
      </w:r>
      <w:r>
        <w:rPr>
          <w:rFonts w:ascii="Calibri" w:hAnsi="Calibri" w:cs="Calibri" w:eastAsia="宋体"/>
        </w:rPr>
        <w:t xml:space="preserve"> 如果是中文的证明，具体的翻译等要求请咨询你的医院。</w:t>
      </w:r>
    </w:p>
    <w:p>
      <w:pPr>
        <w:spacing w:before="20" w:after="40"/>
        <w:ind w:left="425" w:hanging="312"/>
      </w:pPr>
      <w:r>
        <w:rPr>
          <w:rFonts w:ascii="Calibri" w:hAnsi="Calibri" w:cs="Calibri" w:eastAsia="宋体"/>
        </w:rPr>
        <w:t xml:space="preserve">• </w:t>
      </w:r>
      <w:r>
        <w:rPr>
          <w:rFonts w:ascii="Calibri" w:hAnsi="Calibri" w:cs="Calibri" w:eastAsia="宋体"/>
        </w:rPr>
        <w:t>Suporn Clinic 要求提供公证翻译件，需要且必须要一份证明，之后由泰国的心理医生开具第二份证明。</w:t>
      </w:r>
    </w:p>
    <w:p>
      <w:pPr>
        <w:spacing w:before="20" w:after="40"/>
        <w:ind w:left="425" w:hanging="312"/>
      </w:pPr>
      <w:r>
        <w:rPr>
          <w:rFonts w:ascii="Calibri" w:hAnsi="Calibri" w:cs="Calibri" w:eastAsia="宋体"/>
        </w:rPr>
        <w:t xml:space="preserve">• </w:t>
      </w:r>
      <w:r>
        <w:rPr>
          <w:rFonts w:ascii="Calibri" w:hAnsi="Calibri" w:cs="Calibri" w:eastAsia="宋体"/>
        </w:rPr>
        <w:t>PAI 直接会预约两位泰国的精神科医生；</w:t>
      </w:r>
    </w:p>
    <w:p>
      <w:pPr>
        <w:spacing w:before="20" w:after="40"/>
        <w:ind w:left="425" w:hanging="312"/>
      </w:pPr>
      <w:r>
        <w:rPr>
          <w:rFonts w:ascii="Calibri" w:hAnsi="Calibri" w:cs="Calibri" w:eastAsia="宋体"/>
        </w:rPr>
        <w:t xml:space="preserve">• </w:t>
      </w:r>
      <w:r>
        <w:rPr>
          <w:rFonts w:ascii="Calibri" w:hAnsi="Calibri" w:cs="Calibri" w:eastAsia="宋体"/>
        </w:rPr>
        <w:t>Kamol 医院内部有心理医生，可以直接开具证明，费用已经包含。</w:t>
      </w:r>
    </w:p>
    <w:p>
      <w:pPr>
        <w:spacing w:before="20" w:after="40"/>
        <w:ind w:left="425" w:hanging="312"/>
      </w:pPr>
      <w:r>
        <w:rPr>
          <w:rFonts w:ascii="Calibri" w:hAnsi="Calibri" w:cs="Calibri" w:eastAsia="宋体"/>
        </w:rPr>
        <w:t xml:space="preserve">• </w:t>
      </w:r>
      <w:r>
        <w:rPr>
          <w:rFonts w:ascii="Calibri" w:hAnsi="Calibri" w:cs="Calibri" w:eastAsia="宋体"/>
        </w:rPr>
        <w:t>水门诊所需要自己想办法获取诊断证明，他们不提供帮助。</w:t>
      </w:r>
    </w:p>
    <w:p>
      <w:pPr>
        <w:pStyle w:val="Heading4"/>
      </w:pPr>
      <w:r>
        <w:rPr>
          <w:rFonts w:ascii="Calibri" w:hAnsi="Calibri" w:cs="Calibri" w:eastAsia="宋体"/>
        </w:rPr>
        <w:t>请勿携带违反泰国法律的物品</w:t>
      </w:r>
    </w:p>
    <w:p>
      <w:pPr>
        <w:spacing w:before="20" w:after="40"/>
        <w:ind w:left="425" w:hanging="312"/>
      </w:pPr>
      <w:r>
        <w:rPr>
          <w:rFonts w:ascii="Calibri" w:hAnsi="Calibri" w:cs="Calibri" w:eastAsia="宋体"/>
        </w:rPr>
        <w:t xml:space="preserve">• </w:t>
      </w:r>
      <w:r>
        <w:rPr>
          <w:rFonts w:ascii="Calibri" w:hAnsi="Calibri" w:cs="Calibri" w:eastAsia="宋体"/>
          <w:b/>
        </w:rPr>
        <w:t>与性有关的物品。例如性玩具、色情影像、色情书刊等。</w:t>
      </w:r>
      <w:r>
        <w:rPr>
          <w:rFonts w:ascii="Calibri" w:hAnsi="Calibri" w:cs="Calibri" w:eastAsia="宋体"/>
        </w:rPr>
        <w:t xml:space="preserve"> 入境可能被海关查没。电击器类（特别是含配件）也可能被认为是性玩具。</w:t>
      </w:r>
    </w:p>
    <w:p>
      <w:pPr>
        <w:spacing w:before="20" w:after="40"/>
        <w:ind w:left="425" w:hanging="312"/>
      </w:pPr>
      <w:r>
        <w:rPr>
          <w:rFonts w:ascii="Calibri" w:hAnsi="Calibri" w:cs="Calibri" w:eastAsia="宋体"/>
        </w:rPr>
        <w:t xml:space="preserve">• </w:t>
      </w:r>
      <w:r>
        <w:rPr>
          <w:rFonts w:ascii="Calibri" w:hAnsi="Calibri" w:cs="Calibri" w:eastAsia="宋体"/>
        </w:rPr>
        <w:t>电子烟。</w:t>
      </w:r>
    </w:p>
    <w:p>
      <w:pPr>
        <w:spacing w:before="20" w:after="40"/>
        <w:ind w:left="425" w:hanging="312"/>
      </w:pPr>
      <w:r>
        <w:rPr>
          <w:rFonts w:ascii="Calibri" w:hAnsi="Calibri" w:cs="Calibri" w:eastAsia="宋体"/>
        </w:rPr>
        <w:t xml:space="preserve">• </w:t>
      </w:r>
      <w:r>
        <w:rPr>
          <w:rFonts w:ascii="Calibri" w:hAnsi="Calibri" w:cs="Calibri" w:eastAsia="宋体"/>
        </w:rPr>
        <w:t>赌博用品，如扑克牌、骰子、麻将、棋牌等。</w:t>
      </w:r>
    </w:p>
    <w:p>
      <w:pPr>
        <w:spacing w:before="20" w:after="40"/>
        <w:ind w:left="425" w:hanging="312"/>
      </w:pPr>
      <w:r>
        <w:rPr>
          <w:rFonts w:ascii="Calibri" w:hAnsi="Calibri" w:cs="Calibri" w:eastAsia="宋体"/>
        </w:rPr>
        <w:t xml:space="preserve">• </w:t>
      </w:r>
      <w:r>
        <w:rPr>
          <w:rFonts w:ascii="Calibri" w:hAnsi="Calibri" w:cs="Calibri" w:eastAsia="宋体"/>
        </w:rPr>
        <w:t>珊瑚、贝壳、象牙制品、燕窝及任何动植物制品。</w:t>
      </w:r>
      <w:r>
        <w:br/>
      </w:r>
    </w:p>
    <w:p>
      <w:pPr>
        <w:spacing w:before="20" w:after="40"/>
        <w:ind w:left="822" w:hanging="312"/>
      </w:pPr>
      <w:r>
        <w:rPr>
          <w:rFonts w:ascii="Calibri" w:hAnsi="Calibri" w:cs="Calibri" w:eastAsia="宋体"/>
        </w:rPr>
        <w:t xml:space="preserve">◦ </w:t>
      </w:r>
      <w:r>
        <w:rPr>
          <w:rFonts w:ascii="Calibri" w:hAnsi="Calibri" w:cs="Calibri" w:eastAsia="宋体"/>
        </w:rPr>
        <w:t>任何大象的身体组成部分、分泌物、制品在泰国都是违法的。</w:t>
      </w:r>
    </w:p>
    <w:p>
      <w:pPr>
        <w:spacing w:before="20" w:after="40"/>
        <w:ind w:left="425" w:hanging="312"/>
      </w:pPr>
      <w:r>
        <w:rPr>
          <w:rFonts w:ascii="Calibri" w:hAnsi="Calibri" w:cs="Calibri" w:eastAsia="宋体"/>
        </w:rPr>
        <w:t xml:space="preserve">• </w:t>
      </w:r>
      <w:r>
        <w:rPr>
          <w:rFonts w:ascii="Calibri" w:hAnsi="Calibri" w:cs="Calibri" w:eastAsia="宋体"/>
        </w:rPr>
        <w:t>每名游客只能携带一条烟（200 支烟或 250 克烟草或 50 支雪茄）。</w:t>
      </w:r>
    </w:p>
    <w:p>
      <w:pPr>
        <w:spacing w:before="20" w:after="40"/>
        <w:ind w:left="425" w:hanging="312"/>
      </w:pPr>
      <w:r>
        <w:rPr>
          <w:rFonts w:ascii="Calibri" w:hAnsi="Calibri" w:cs="Calibri" w:eastAsia="宋体"/>
        </w:rPr>
        <w:t xml:space="preserve">• </w:t>
      </w:r>
      <w:r>
        <w:rPr>
          <w:rFonts w:ascii="Calibri" w:hAnsi="Calibri" w:cs="Calibri" w:eastAsia="宋体"/>
        </w:rPr>
        <w:t>盗版图书及音像制品。合法图书及音像制品每种限携带 1 份。</w:t>
      </w:r>
    </w:p>
    <w:p>
      <w:pPr>
        <w:spacing w:before="20" w:after="40"/>
        <w:ind w:left="425" w:hanging="312"/>
      </w:pPr>
      <w:r>
        <w:rPr>
          <w:rFonts w:ascii="Calibri" w:hAnsi="Calibri" w:cs="Calibri" w:eastAsia="宋体"/>
        </w:rPr>
        <w:t xml:space="preserve">• </w:t>
      </w:r>
      <w:r>
        <w:rPr>
          <w:rFonts w:ascii="Calibri" w:hAnsi="Calibri" w:cs="Calibri" w:eastAsia="宋体"/>
        </w:rPr>
        <w:t>宗教物品。</w:t>
      </w:r>
    </w:p>
    <w:p>
      <w:pPr>
        <w:pStyle w:val="Heading4"/>
      </w:pPr>
      <w:r>
        <w:rPr>
          <w:rFonts w:ascii="Calibri" w:hAnsi="Calibri" w:cs="Calibri" w:eastAsia="宋体"/>
        </w:rPr>
        <w:t>入境</w:t>
      </w:r>
    </w:p>
    <w:p>
      <w:pPr>
        <w:spacing w:after="100"/>
      </w:pPr>
      <w:r>
        <w:rPr>
          <w:rFonts w:ascii="Calibri" w:hAnsi="Calibri" w:cs="Calibri" w:eastAsia="宋体"/>
        </w:rPr>
        <w:t>当前泰国对中国普通护照持有人实行免签证，普通护照持有人可以免签证入境 60 天，入境后可以缴纳延期费用后延长30天（或转换成其他签证），已经足够应付术后恢复不好等情况。 如果你因为特殊情况需要申请签证，请参考以下内容：</w:t>
      </w:r>
    </w:p>
    <w:p>
      <w:pPr>
        <w:spacing w:after="100"/>
      </w:pPr>
      <w:r>
        <w:rPr>
          <w:rFonts w:ascii="Calibri" w:hAnsi="Calibri" w:cs="Calibri" w:eastAsia="宋体"/>
        </w:rPr>
        <w:t>泰国电子签证申请入口</w:t>
      </w:r>
    </w:p>
    <w:p>
      <w:pPr>
        <w:spacing w:after="100"/>
      </w:pPr>
      <w:r>
        <w:rPr>
          <w:rFonts w:ascii="Calibri" w:hAnsi="Calibri" w:cs="Calibri" w:eastAsia="宋体"/>
        </w:rPr>
        <w:t>（2023 年 3 月）特别注意上海领馆出签仍然很慢，请考虑落地签。</w:t>
      </w:r>
    </w:p>
    <w:p>
      <w:pPr>
        <w:keepNext/>
        <w:spacing w:before="120" w:after="40"/>
        <w:pBdr>
          <w:bottom w:val="single" w:sz="6" w:space="1" w:color="D4D8DE"/>
        </w:pBdr>
      </w:pPr>
      <w:r>
        <w:rPr>
          <w:rFonts w:ascii="Calibri" w:hAnsi="Calibri" w:cs="Calibri" w:eastAsia="微软雅黑"/>
          <w:b/>
        </w:rPr>
        <w:t>▸ 使领馆选择</w:t>
      </w:r>
    </w:p>
    <w:p>
      <w:pPr>
        <w:spacing w:after="100"/>
      </w:pPr>
      <w:r>
        <w:rPr>
          <w:rFonts w:ascii="Calibri" w:hAnsi="Calibri" w:cs="Calibri" w:eastAsia="宋体"/>
        </w:rPr>
        <w:t>在申请泰国电子签证时，请按照护照签发地到对应的使领馆进行申请。</w:t>
      </w:r>
    </w:p>
    <w:tbl>
      <w:tblPr>
        <w:tblStyle w:val="TableGrid"/>
        <w:tblW w:type="auto" w:w="0"/>
        <w:jc w:val="center"/>
        <w:tblLayout w:type="fixed"/>
        <w:tblLook w:firstColumn="1" w:firstRow="1" w:lastColumn="0" w:lastRow="0" w:noHBand="0" w:noVBand="1" w:val="04A0"/>
      </w:tblPr>
      <w:tblGrid>
        <w:gridCol w:w="4427"/>
        <w:gridCol w:w="4870"/>
      </w:tblGrid>
      <w:tr>
        <w:trPr>
          <w:tblHeader/>
        </w:trPr>
        <w:tc>
          <w:tcPr>
            <w:tcW w:type="dxa" w:w="4427"/>
            <w:shd w:val="clear" w:color="auto" w:fill="EDF1F7"/>
          </w:tcPr>
          <w:p>
            <w:pPr>
              <w:spacing w:before="40" w:after="40" w:line="276" w:lineRule="auto"/>
            </w:pPr>
            <w:r>
              <w:rPr>
                <w:b/>
                <w:sz w:val="18"/>
              </w:rPr>
            </w:r>
            <w:r>
              <w:rPr>
                <w:rFonts w:ascii="Calibri" w:hAnsi="Calibri" w:cs="Calibri" w:eastAsia="宋体"/>
                <w:b/>
                <w:sz w:val="18"/>
              </w:rPr>
              <w:t>使馆</w:t>
            </w:r>
          </w:p>
        </w:tc>
        <w:tc>
          <w:tcPr>
            <w:tcW w:type="dxa" w:w="4870"/>
            <w:shd w:val="clear" w:color="auto" w:fill="EDF1F7"/>
          </w:tcPr>
          <w:p>
            <w:pPr>
              <w:spacing w:before="40" w:after="40" w:line="276" w:lineRule="auto"/>
            </w:pPr>
            <w:r>
              <w:rPr>
                <w:b/>
                <w:sz w:val="18"/>
              </w:rPr>
            </w:r>
            <w:r>
              <w:rPr>
                <w:rFonts w:ascii="Calibri" w:hAnsi="Calibri" w:cs="Calibri" w:eastAsia="宋体"/>
                <w:b/>
                <w:sz w:val="18"/>
              </w:rPr>
              <w:t>地区</w:t>
            </w:r>
          </w:p>
        </w:tc>
      </w:tr>
      <w:tr>
        <w:tc>
          <w:tcPr>
            <w:tcW w:type="dxa" w:w="4427"/>
          </w:tcPr>
          <w:p>
            <w:pPr>
              <w:spacing w:before="40" w:after="40" w:line="276" w:lineRule="auto"/>
            </w:pPr>
            <w:r>
              <w:rPr>
                <w:sz w:val="18"/>
              </w:rPr>
            </w:r>
            <w:r>
              <w:rPr>
                <w:rFonts w:ascii="Calibri" w:hAnsi="Calibri" w:cs="Calibri" w:eastAsia="宋体"/>
                <w:sz w:val="18"/>
              </w:rPr>
              <w:t>泰王国驻华大使馆（北京）</w:t>
            </w:r>
          </w:p>
        </w:tc>
        <w:tc>
          <w:tcPr>
            <w:tcW w:type="dxa" w:w="4870"/>
          </w:tcPr>
          <w:p>
            <w:pPr>
              <w:spacing w:before="40" w:after="40" w:line="276" w:lineRule="auto"/>
            </w:pPr>
            <w:r>
              <w:rPr>
                <w:sz w:val="18"/>
              </w:rPr>
            </w:r>
            <w:r>
              <w:rPr>
                <w:rFonts w:ascii="Calibri" w:hAnsi="Calibri" w:cs="Calibri" w:eastAsia="宋体"/>
                <w:sz w:val="18"/>
              </w:rPr>
              <w:t>北京市、天津市、河北省、黑龙江省、吉林省、</w:t>
            </w:r>
            <w:r>
              <w:rPr>
                <w:sz w:val="18"/>
              </w:rPr>
              <w:br/>
            </w:r>
            <w:r>
              <w:rPr>
                <w:sz w:val="18"/>
              </w:rPr>
              <w:br/>
            </w:r>
            <w:r>
              <w:rPr>
                <w:rFonts w:ascii="Calibri" w:hAnsi="Calibri" w:cs="Calibri" w:eastAsia="宋体"/>
                <w:sz w:val="18"/>
              </w:rPr>
              <w:t>辽宁省、山西省、河南省、湖北省、青海省、</w:t>
            </w:r>
            <w:r>
              <w:rPr>
                <w:sz w:val="18"/>
              </w:rPr>
              <w:br/>
            </w:r>
            <w:r>
              <w:rPr>
                <w:sz w:val="18"/>
              </w:rPr>
              <w:br/>
            </w:r>
            <w:r>
              <w:rPr>
                <w:rFonts w:ascii="Calibri" w:hAnsi="Calibri" w:cs="Calibri" w:eastAsia="宋体"/>
                <w:sz w:val="18"/>
              </w:rPr>
              <w:t>内蒙古自治区、西藏自治区、新疆维吾尔自治区</w:t>
            </w:r>
          </w:p>
        </w:tc>
      </w:tr>
      <w:tr>
        <w:tc>
          <w:tcPr>
            <w:tcW w:type="dxa" w:w="4427"/>
          </w:tcPr>
          <w:p>
            <w:pPr>
              <w:spacing w:before="40" w:after="40" w:line="276" w:lineRule="auto"/>
            </w:pPr>
            <w:r>
              <w:rPr>
                <w:sz w:val="18"/>
              </w:rPr>
            </w:r>
            <w:r>
              <w:rPr>
                <w:rFonts w:ascii="Calibri" w:hAnsi="Calibri" w:cs="Calibri" w:eastAsia="宋体"/>
                <w:sz w:val="18"/>
              </w:rPr>
              <w:t>泰王国驻上海总领事馆</w:t>
            </w:r>
          </w:p>
        </w:tc>
        <w:tc>
          <w:tcPr>
            <w:tcW w:type="dxa" w:w="4870"/>
          </w:tcPr>
          <w:p>
            <w:pPr>
              <w:spacing w:before="40" w:after="40" w:line="276" w:lineRule="auto"/>
            </w:pPr>
            <w:r>
              <w:rPr>
                <w:sz w:val="18"/>
              </w:rPr>
            </w:r>
            <w:r>
              <w:rPr>
                <w:rFonts w:ascii="Calibri" w:hAnsi="Calibri" w:cs="Calibri" w:eastAsia="宋体"/>
                <w:sz w:val="18"/>
              </w:rPr>
              <w:t>上海市、江苏省、浙江省、安徽省</w:t>
            </w:r>
          </w:p>
        </w:tc>
      </w:tr>
      <w:tr>
        <w:tc>
          <w:tcPr>
            <w:tcW w:type="dxa" w:w="4427"/>
          </w:tcPr>
          <w:p>
            <w:pPr>
              <w:spacing w:before="40" w:after="40" w:line="276" w:lineRule="auto"/>
            </w:pPr>
            <w:r>
              <w:rPr>
                <w:sz w:val="18"/>
              </w:rPr>
            </w:r>
            <w:r>
              <w:rPr>
                <w:rFonts w:ascii="Calibri" w:hAnsi="Calibri" w:cs="Calibri" w:eastAsia="宋体"/>
                <w:sz w:val="18"/>
              </w:rPr>
              <w:t>泰王国驻广州总领事馆</w:t>
            </w:r>
          </w:p>
        </w:tc>
        <w:tc>
          <w:tcPr>
            <w:tcW w:type="dxa" w:w="4870"/>
          </w:tcPr>
          <w:p>
            <w:pPr>
              <w:spacing w:before="40" w:after="40" w:line="276" w:lineRule="auto"/>
            </w:pPr>
            <w:r>
              <w:rPr>
                <w:sz w:val="18"/>
              </w:rPr>
            </w:r>
            <w:r>
              <w:rPr>
                <w:rFonts w:ascii="Calibri" w:hAnsi="Calibri" w:cs="Calibri" w:eastAsia="宋体"/>
                <w:sz w:val="18"/>
              </w:rPr>
              <w:t>广东省、海南省</w:t>
            </w:r>
          </w:p>
        </w:tc>
      </w:tr>
      <w:tr>
        <w:tc>
          <w:tcPr>
            <w:tcW w:type="dxa" w:w="4427"/>
          </w:tcPr>
          <w:p>
            <w:pPr>
              <w:spacing w:before="40" w:after="40" w:line="276" w:lineRule="auto"/>
            </w:pPr>
            <w:r>
              <w:rPr>
                <w:sz w:val="18"/>
              </w:rPr>
            </w:r>
            <w:r>
              <w:rPr>
                <w:rFonts w:ascii="Calibri" w:hAnsi="Calibri" w:cs="Calibri" w:eastAsia="宋体"/>
                <w:sz w:val="18"/>
              </w:rPr>
              <w:t>泰王国驻西安总领事馆</w:t>
            </w:r>
          </w:p>
        </w:tc>
        <w:tc>
          <w:tcPr>
            <w:tcW w:type="dxa" w:w="4870"/>
          </w:tcPr>
          <w:p>
            <w:pPr>
              <w:spacing w:before="40" w:after="40" w:line="276" w:lineRule="auto"/>
            </w:pPr>
            <w:r>
              <w:rPr>
                <w:sz w:val="18"/>
              </w:rPr>
            </w:r>
            <w:r>
              <w:rPr>
                <w:rFonts w:ascii="Calibri" w:hAnsi="Calibri" w:cs="Calibri" w:eastAsia="宋体"/>
                <w:sz w:val="18"/>
              </w:rPr>
              <w:t>陕西省、甘肃省、宁夏回族自治区</w:t>
            </w:r>
          </w:p>
        </w:tc>
      </w:tr>
      <w:tr>
        <w:tc>
          <w:tcPr>
            <w:tcW w:type="dxa" w:w="4427"/>
          </w:tcPr>
          <w:p>
            <w:pPr>
              <w:spacing w:before="40" w:after="40" w:line="276" w:lineRule="auto"/>
            </w:pPr>
            <w:r>
              <w:rPr>
                <w:sz w:val="18"/>
              </w:rPr>
            </w:r>
            <w:r>
              <w:rPr>
                <w:rFonts w:ascii="Calibri" w:hAnsi="Calibri" w:cs="Calibri" w:eastAsia="宋体"/>
                <w:sz w:val="18"/>
              </w:rPr>
              <w:t>泰王国驻昆明总领事馆</w:t>
            </w:r>
          </w:p>
        </w:tc>
        <w:tc>
          <w:tcPr>
            <w:tcW w:type="dxa" w:w="4870"/>
          </w:tcPr>
          <w:p>
            <w:pPr>
              <w:spacing w:before="40" w:after="40" w:line="276" w:lineRule="auto"/>
            </w:pPr>
            <w:r>
              <w:rPr>
                <w:sz w:val="18"/>
              </w:rPr>
            </w:r>
            <w:r>
              <w:rPr>
                <w:rFonts w:ascii="Calibri" w:hAnsi="Calibri" w:cs="Calibri" w:eastAsia="宋体"/>
                <w:sz w:val="18"/>
              </w:rPr>
              <w:t>云南省、贵州省、湖南省</w:t>
            </w:r>
          </w:p>
        </w:tc>
      </w:tr>
      <w:tr>
        <w:tc>
          <w:tcPr>
            <w:tcW w:type="dxa" w:w="4427"/>
          </w:tcPr>
          <w:p>
            <w:pPr>
              <w:spacing w:before="40" w:after="40" w:line="276" w:lineRule="auto"/>
            </w:pPr>
            <w:r>
              <w:rPr>
                <w:sz w:val="18"/>
              </w:rPr>
            </w:r>
            <w:r>
              <w:rPr>
                <w:rFonts w:ascii="Calibri" w:hAnsi="Calibri" w:cs="Calibri" w:eastAsia="宋体"/>
                <w:sz w:val="18"/>
              </w:rPr>
              <w:t>泰王国驻成都总领事馆</w:t>
            </w:r>
          </w:p>
        </w:tc>
        <w:tc>
          <w:tcPr>
            <w:tcW w:type="dxa" w:w="4870"/>
          </w:tcPr>
          <w:p>
            <w:pPr>
              <w:spacing w:before="40" w:after="40" w:line="276" w:lineRule="auto"/>
            </w:pPr>
            <w:r>
              <w:rPr>
                <w:sz w:val="18"/>
              </w:rPr>
            </w:r>
            <w:r>
              <w:rPr>
                <w:rFonts w:ascii="Calibri" w:hAnsi="Calibri" w:cs="Calibri" w:eastAsia="宋体"/>
                <w:sz w:val="18"/>
              </w:rPr>
              <w:t>四川省、重庆市</w:t>
            </w:r>
          </w:p>
        </w:tc>
      </w:tr>
      <w:tr>
        <w:tc>
          <w:tcPr>
            <w:tcW w:type="dxa" w:w="4427"/>
          </w:tcPr>
          <w:p>
            <w:pPr>
              <w:spacing w:before="40" w:after="40" w:line="276" w:lineRule="auto"/>
            </w:pPr>
            <w:r>
              <w:rPr>
                <w:sz w:val="18"/>
              </w:rPr>
            </w:r>
            <w:r>
              <w:rPr>
                <w:rFonts w:ascii="Calibri" w:hAnsi="Calibri" w:cs="Calibri" w:eastAsia="宋体"/>
                <w:sz w:val="18"/>
              </w:rPr>
              <w:t>泰王国驻厦门总领事馆</w:t>
            </w:r>
          </w:p>
        </w:tc>
        <w:tc>
          <w:tcPr>
            <w:tcW w:type="dxa" w:w="4870"/>
          </w:tcPr>
          <w:p>
            <w:pPr>
              <w:spacing w:before="40" w:after="40" w:line="276" w:lineRule="auto"/>
            </w:pPr>
            <w:r>
              <w:rPr>
                <w:sz w:val="18"/>
              </w:rPr>
            </w:r>
            <w:r>
              <w:rPr>
                <w:rFonts w:ascii="Calibri" w:hAnsi="Calibri" w:cs="Calibri" w:eastAsia="宋体"/>
                <w:sz w:val="18"/>
              </w:rPr>
              <w:t>福建省、江西省</w:t>
            </w:r>
          </w:p>
        </w:tc>
      </w:tr>
      <w:tr>
        <w:tc>
          <w:tcPr>
            <w:tcW w:type="dxa" w:w="4427"/>
          </w:tcPr>
          <w:p>
            <w:pPr>
              <w:spacing w:before="40" w:after="40" w:line="276" w:lineRule="auto"/>
            </w:pPr>
            <w:r>
              <w:rPr>
                <w:sz w:val="18"/>
              </w:rPr>
            </w:r>
            <w:r>
              <w:rPr>
                <w:rFonts w:ascii="Calibri" w:hAnsi="Calibri" w:cs="Calibri" w:eastAsia="宋体"/>
                <w:sz w:val="18"/>
              </w:rPr>
              <w:t>泰王国驻南宁总领事馆</w:t>
            </w:r>
          </w:p>
        </w:tc>
        <w:tc>
          <w:tcPr>
            <w:tcW w:type="dxa" w:w="4870"/>
          </w:tcPr>
          <w:p>
            <w:pPr>
              <w:spacing w:before="40" w:after="40" w:line="276" w:lineRule="auto"/>
            </w:pPr>
            <w:r>
              <w:rPr>
                <w:sz w:val="18"/>
              </w:rPr>
            </w:r>
            <w:r>
              <w:rPr>
                <w:rFonts w:ascii="Calibri" w:hAnsi="Calibri" w:cs="Calibri" w:eastAsia="宋体"/>
                <w:sz w:val="18"/>
              </w:rPr>
              <w:t>广西壮族自治区</w:t>
            </w:r>
          </w:p>
        </w:tc>
      </w:tr>
      <w:tr>
        <w:tc>
          <w:tcPr>
            <w:tcW w:type="dxa" w:w="4427"/>
          </w:tcPr>
          <w:p>
            <w:pPr>
              <w:spacing w:before="40" w:after="40" w:line="276" w:lineRule="auto"/>
            </w:pPr>
            <w:r>
              <w:rPr>
                <w:sz w:val="18"/>
              </w:rPr>
            </w:r>
            <w:r>
              <w:rPr>
                <w:rFonts w:ascii="Calibri" w:hAnsi="Calibri" w:cs="Calibri" w:eastAsia="宋体"/>
                <w:sz w:val="18"/>
              </w:rPr>
              <w:t>泰王国驻青岛总领事馆</w:t>
            </w:r>
          </w:p>
        </w:tc>
        <w:tc>
          <w:tcPr>
            <w:tcW w:type="dxa" w:w="4870"/>
          </w:tcPr>
          <w:p>
            <w:pPr>
              <w:spacing w:before="40" w:after="40" w:line="276" w:lineRule="auto"/>
            </w:pPr>
            <w:r>
              <w:rPr>
                <w:sz w:val="18"/>
              </w:rPr>
            </w:r>
            <w:r>
              <w:rPr>
                <w:rFonts w:ascii="Calibri" w:hAnsi="Calibri" w:cs="Calibri" w:eastAsia="宋体"/>
                <w:sz w:val="18"/>
              </w:rPr>
              <w:t>山东省</w:t>
            </w:r>
          </w:p>
        </w:tc>
      </w:tr>
    </w:tbl>
    <w:p>
      <w:pPr>
        <w:pStyle w:val="Heading4"/>
      </w:pPr>
      <w:r>
        <w:rPr>
          <w:rFonts w:ascii="Calibri" w:hAnsi="Calibri" w:cs="Calibri" w:eastAsia="宋体"/>
        </w:rPr>
        <w:t>实用 APP</w:t>
      </w:r>
    </w:p>
    <w:p>
      <w:pPr>
        <w:spacing w:after="100"/>
      </w:pPr>
      <w:r>
        <w:rPr>
          <w:rFonts w:ascii="Calibri" w:hAnsi="Calibri" w:cs="Calibri" w:eastAsia="宋体"/>
        </w:rPr>
        <w:t xml:space="preserve">国行 Android 手机启用 Play Store </w:t>
      </w:r>
      <w:r>
        <w:rPr>
          <w:rFonts w:ascii="Calibri" w:hAnsi="Calibri" w:cs="Calibri" w:eastAsia="宋体"/>
        </w:rPr>
        <w:t>下载</w:t>
      </w:r>
      <w:r>
        <w:rPr>
          <w:rFonts w:ascii="Calibri" w:hAnsi="Calibri" w:cs="Calibri" w:eastAsia="宋体"/>
        </w:rPr>
        <w:t>（需要手机本来内置谷歌服务）</w:t>
      </w:r>
    </w:p>
    <w:p>
      <w:pPr>
        <w:spacing w:after="100"/>
      </w:pPr>
      <w:r>
        <w:rPr>
          <w:rFonts w:ascii="Calibri" w:hAnsi="Calibri" w:cs="Calibri" w:eastAsia="宋体"/>
        </w:rPr>
        <w:t xml:space="preserve">购物平台 ThisShop </w:t>
      </w:r>
      <w:r>
        <w:rPr>
          <w:rFonts w:ascii="Calibri" w:hAnsi="Calibri" w:cs="Calibri" w:eastAsia="宋体"/>
        </w:rPr>
        <w:t>下载</w:t>
      </w:r>
    </w:p>
    <w:p>
      <w:pPr>
        <w:spacing w:after="100"/>
      </w:pPr>
      <w:r>
        <w:rPr>
          <w:rFonts w:ascii="Calibri" w:hAnsi="Calibri" w:cs="Calibri" w:eastAsia="宋体"/>
        </w:rPr>
        <w:t xml:space="preserve">谷歌翻译 </w:t>
      </w:r>
      <w:r>
        <w:rPr>
          <w:rFonts w:ascii="Calibri" w:hAnsi="Calibri" w:cs="Calibri" w:eastAsia="宋体"/>
        </w:rPr>
        <w:t>iOS</w:t>
      </w:r>
      <w:r>
        <w:rPr>
          <w:rFonts w:ascii="Calibri" w:hAnsi="Calibri" w:cs="Calibri" w:eastAsia="宋体"/>
        </w:rPr>
        <w:t xml:space="preserve"> </w:t>
      </w:r>
      <w:r>
        <w:rPr>
          <w:rFonts w:ascii="Calibri" w:hAnsi="Calibri" w:cs="Calibri" w:eastAsia="宋体"/>
        </w:rPr>
        <w:t>Android</w:t>
      </w:r>
    </w:p>
    <w:p>
      <w:pPr>
        <w:spacing w:after="100"/>
      </w:pPr>
      <w:r>
        <w:rPr>
          <w:rFonts w:ascii="Calibri" w:hAnsi="Calibri" w:cs="Calibri" w:eastAsia="宋体"/>
        </w:rPr>
        <w:t xml:space="preserve">百度翻译 </w:t>
      </w:r>
      <w:r>
        <w:rPr>
          <w:rFonts w:ascii="Calibri" w:hAnsi="Calibri" w:cs="Calibri" w:eastAsia="宋体"/>
        </w:rPr>
        <w:t>下载</w:t>
      </w:r>
    </w:p>
    <w:p>
      <w:pPr>
        <w:spacing w:after="100"/>
      </w:pPr>
      <w:r>
        <w:rPr>
          <w:rFonts w:ascii="Calibri" w:hAnsi="Calibri" w:cs="Calibri" w:eastAsia="宋体"/>
        </w:rPr>
        <w:t xml:space="preserve">打车与外卖 Grab </w:t>
      </w:r>
      <w:r>
        <w:rPr>
          <w:rFonts w:ascii="Calibri" w:hAnsi="Calibri" w:cs="Calibri" w:eastAsia="宋体"/>
        </w:rPr>
        <w:t>下载</w:t>
      </w:r>
    </w:p>
    <w:p>
      <w:pPr>
        <w:spacing w:after="100"/>
      </w:pPr>
      <w:r>
        <w:rPr>
          <w:rFonts w:ascii="Calibri" w:hAnsi="Calibri" w:cs="Calibri" w:eastAsia="宋体"/>
        </w:rPr>
        <w:t xml:space="preserve">外卖 FoodPanda </w:t>
      </w:r>
      <w:r>
        <w:rPr>
          <w:rFonts w:ascii="Calibri" w:hAnsi="Calibri" w:cs="Calibri" w:eastAsia="宋体"/>
        </w:rPr>
        <w:t>iOS</w:t>
      </w:r>
      <w:r>
        <w:rPr>
          <w:rFonts w:ascii="Calibri" w:hAnsi="Calibri" w:cs="Calibri" w:eastAsia="宋体"/>
        </w:rPr>
        <w:t xml:space="preserve"> </w:t>
      </w:r>
      <w:r>
        <w:rPr>
          <w:rFonts w:ascii="Calibri" w:hAnsi="Calibri" w:cs="Calibri" w:eastAsia="宋体"/>
        </w:rPr>
        <w:t>Android</w:t>
      </w:r>
    </w:p>
    <w:p>
      <w:pPr>
        <w:spacing w:after="100"/>
      </w:pPr>
      <w:r>
        <w:rPr>
          <w:rFonts w:ascii="Calibri" w:hAnsi="Calibri" w:cs="Calibri" w:eastAsia="宋体"/>
        </w:rPr>
        <w:t xml:space="preserve">中餐外卖平台 悟空 GokooFood </w:t>
      </w:r>
      <w:r>
        <w:rPr>
          <w:rFonts w:ascii="Calibri" w:hAnsi="Calibri" w:cs="Calibri" w:eastAsia="宋体"/>
        </w:rPr>
        <w:t>iOS</w:t>
      </w:r>
      <w:r>
        <w:rPr>
          <w:rFonts w:ascii="Calibri" w:hAnsi="Calibri" w:cs="Calibri" w:eastAsia="宋体"/>
        </w:rPr>
        <w:t xml:space="preserve"> </w:t>
      </w:r>
      <w:r>
        <w:rPr>
          <w:rFonts w:ascii="Calibri" w:hAnsi="Calibri" w:cs="Calibri" w:eastAsia="宋体"/>
        </w:rPr>
        <w:t>Android</w:t>
      </w:r>
    </w:p>
    <w:p>
      <w:pPr>
        <w:spacing w:after="100"/>
      </w:pPr>
      <w:r>
        <w:rPr>
          <w:rFonts w:ascii="Calibri" w:hAnsi="Calibri" w:cs="Calibri" w:eastAsia="宋体"/>
        </w:rPr>
        <w:t>都可以用国际信用卡或者现金支付，所以沒有国际信用卡也不用担心。</w:t>
      </w:r>
    </w:p>
    <w:p>
      <w:pPr>
        <w:pStyle w:val="Heading4"/>
      </w:pPr>
      <w:r>
        <w:rPr>
          <w:rFonts w:ascii="Calibri" w:hAnsi="Calibri" w:cs="Calibri" w:eastAsia="宋体"/>
        </w:rPr>
        <w:t>术前准备物品</w:t>
      </w:r>
    </w:p>
    <w:p>
      <w:pPr>
        <w:spacing w:after="100"/>
      </w:pPr>
      <w:r>
        <w:rPr>
          <w:rFonts w:ascii="Calibri" w:hAnsi="Calibri" w:cs="Calibri" w:eastAsia="宋体"/>
        </w:rPr>
        <w:t>流食期间食物：</w:t>
      </w:r>
    </w:p>
    <w:p>
      <w:pPr>
        <w:spacing w:before="20" w:after="40"/>
        <w:ind w:left="425" w:hanging="312"/>
      </w:pPr>
      <w:r>
        <w:rPr>
          <w:rFonts w:ascii="Calibri" w:hAnsi="Calibri" w:cs="Calibri" w:eastAsia="宋体"/>
        </w:rPr>
        <w:t xml:space="preserve">• </w:t>
      </w:r>
      <w:r>
        <w:rPr>
          <w:rFonts w:ascii="Calibri" w:hAnsi="Calibri" w:cs="Calibri" w:eastAsia="宋体"/>
        </w:rPr>
        <w:t>椰汁推荐</w:t>
      </w:r>
    </w:p>
    <w:p>
      <w:pPr>
        <w:spacing w:before="20" w:after="40"/>
        <w:ind w:left="425" w:hanging="312"/>
      </w:pPr>
      <w:r>
        <w:rPr>
          <w:rFonts w:ascii="Calibri" w:hAnsi="Calibri" w:cs="Calibri" w:eastAsia="宋体"/>
        </w:rPr>
        <w:t xml:space="preserve">• </w:t>
      </w:r>
      <w:r>
        <w:rPr>
          <w:rFonts w:ascii="Calibri" w:hAnsi="Calibri" w:cs="Calibri" w:eastAsia="宋体"/>
        </w:rPr>
        <w:t>橙汁可能有果渣</w:t>
      </w:r>
    </w:p>
    <w:p>
      <w:pPr>
        <w:spacing w:before="20" w:after="40"/>
        <w:ind w:left="425" w:hanging="312"/>
      </w:pPr>
      <w:r>
        <w:rPr>
          <w:rFonts w:ascii="Calibri" w:hAnsi="Calibri" w:cs="Calibri" w:eastAsia="宋体"/>
        </w:rPr>
        <w:t xml:space="preserve">• </w:t>
      </w:r>
      <w:r>
        <w:rPr>
          <w:rFonts w:ascii="Calibri" w:hAnsi="Calibri" w:cs="Calibri" w:eastAsia="宋体"/>
        </w:rPr>
        <w:t>果冻没有饱腹感</w:t>
      </w:r>
    </w:p>
    <w:p>
      <w:pPr>
        <w:spacing w:before="20" w:after="40"/>
        <w:ind w:left="425" w:hanging="312"/>
      </w:pPr>
      <w:r>
        <w:rPr>
          <w:rFonts w:ascii="Calibri" w:hAnsi="Calibri" w:cs="Calibri" w:eastAsia="宋体"/>
        </w:rPr>
        <w:t xml:space="preserve">• </w:t>
      </w:r>
      <w:r>
        <w:rPr>
          <w:rFonts w:ascii="Calibri" w:hAnsi="Calibri" w:cs="Calibri" w:eastAsia="宋体"/>
        </w:rPr>
        <w:t>蜂蜜推荐</w:t>
      </w:r>
    </w:p>
    <w:p>
      <w:pPr>
        <w:spacing w:after="100"/>
      </w:pPr>
      <w:r>
        <w:rPr>
          <w:rFonts w:ascii="Calibri" w:hAnsi="Calibri" w:cs="Calibri" w:eastAsia="宋体"/>
        </w:rPr>
        <w:t>日用品准备：</w:t>
      </w:r>
    </w:p>
    <w:p>
      <w:pPr>
        <w:spacing w:before="20" w:after="40"/>
        <w:ind w:left="425" w:hanging="312"/>
      </w:pPr>
      <w:r>
        <w:rPr>
          <w:rFonts w:ascii="Calibri" w:hAnsi="Calibri" w:cs="Calibri" w:eastAsia="宋体"/>
        </w:rPr>
        <w:t xml:space="preserve">• </w:t>
      </w:r>
      <w:r>
        <w:rPr>
          <w:rFonts w:ascii="Calibri" w:hAnsi="Calibri" w:cs="Calibri" w:eastAsia="宋体"/>
        </w:rPr>
        <w:t>免洗洗发水（会有一段时间不能洗澡）</w:t>
      </w:r>
    </w:p>
    <w:p>
      <w:pPr>
        <w:spacing w:before="20" w:after="40"/>
        <w:ind w:left="425" w:hanging="312"/>
      </w:pPr>
      <w:r>
        <w:rPr>
          <w:rFonts w:ascii="Calibri" w:hAnsi="Calibri" w:cs="Calibri" w:eastAsia="宋体"/>
        </w:rPr>
        <w:t xml:space="preserve">• </w:t>
      </w:r>
      <w:r>
        <w:rPr>
          <w:rFonts w:ascii="Calibri" w:hAnsi="Calibri" w:cs="Calibri" w:eastAsia="宋体"/>
        </w:rPr>
        <w:t>Kleenex 软抽纸，4 包以上</w:t>
      </w:r>
    </w:p>
    <w:p>
      <w:pPr>
        <w:spacing w:before="20" w:after="40"/>
        <w:ind w:left="425" w:hanging="312"/>
      </w:pPr>
      <w:r>
        <w:rPr>
          <w:rFonts w:ascii="Calibri" w:hAnsi="Calibri" w:cs="Calibri" w:eastAsia="宋体"/>
        </w:rPr>
        <w:t xml:space="preserve">• </w:t>
      </w:r>
      <w:r>
        <w:rPr>
          <w:rFonts w:ascii="Calibri" w:hAnsi="Calibri" w:cs="Calibri" w:eastAsia="宋体"/>
        </w:rPr>
        <w:t>婴儿湿巾</w:t>
      </w:r>
    </w:p>
    <w:p>
      <w:pPr>
        <w:spacing w:before="20" w:after="40"/>
        <w:ind w:left="425" w:hanging="312"/>
      </w:pPr>
      <w:r>
        <w:rPr>
          <w:rFonts w:ascii="Calibri" w:hAnsi="Calibri" w:cs="Calibri" w:eastAsia="宋体"/>
        </w:rPr>
        <w:t xml:space="preserve">• </w:t>
      </w:r>
      <w:r>
        <w:rPr>
          <w:rFonts w:ascii="Calibri" w:hAnsi="Calibri" w:cs="Calibri" w:eastAsia="宋体"/>
        </w:rPr>
        <w:t>护理垫（英文 incontinence pad）</w:t>
      </w:r>
    </w:p>
    <w:p>
      <w:pPr>
        <w:spacing w:before="20" w:after="40"/>
        <w:ind w:left="425" w:hanging="312"/>
      </w:pPr>
      <w:r>
        <w:rPr>
          <w:rFonts w:ascii="Calibri" w:hAnsi="Calibri" w:cs="Calibri" w:eastAsia="宋体"/>
        </w:rPr>
        <w:t xml:space="preserve">• </w:t>
      </w:r>
      <w:r>
        <w:rPr>
          <w:rFonts w:ascii="Calibri" w:hAnsi="Calibri" w:cs="Calibri" w:eastAsia="宋体"/>
        </w:rPr>
        <w:t>棉签</w:t>
      </w:r>
    </w:p>
    <w:p>
      <w:pPr>
        <w:spacing w:before="20" w:after="40"/>
        <w:ind w:left="425" w:hanging="312"/>
      </w:pPr>
      <w:r>
        <w:rPr>
          <w:rFonts w:ascii="Calibri" w:hAnsi="Calibri" w:cs="Calibri" w:eastAsia="宋体"/>
        </w:rPr>
        <w:t xml:space="preserve">• </w:t>
      </w:r>
      <w:r>
        <w:rPr>
          <w:rFonts w:ascii="Calibri" w:hAnsi="Calibri" w:cs="Calibri" w:eastAsia="宋体"/>
        </w:rPr>
        <w:t>卫生巾（日用，结合自己体形选用，一般 25cm 可用）</w:t>
      </w:r>
    </w:p>
    <w:p>
      <w:pPr>
        <w:spacing w:before="20" w:after="40"/>
        <w:ind w:left="425" w:hanging="312"/>
      </w:pPr>
      <w:r>
        <w:rPr>
          <w:rFonts w:ascii="Calibri" w:hAnsi="Calibri" w:cs="Calibri" w:eastAsia="宋体"/>
        </w:rPr>
        <w:t xml:space="preserve">• </w:t>
      </w:r>
      <w:r>
        <w:rPr>
          <w:rFonts w:ascii="Calibri" w:hAnsi="Calibri" w:cs="Calibri" w:eastAsia="宋体"/>
        </w:rPr>
        <w:t>Baby powder</w:t>
      </w:r>
    </w:p>
    <w:p>
      <w:pPr>
        <w:spacing w:before="20" w:after="40"/>
        <w:ind w:left="425" w:hanging="312"/>
      </w:pPr>
      <w:r>
        <w:rPr>
          <w:rFonts w:ascii="Calibri" w:hAnsi="Calibri" w:cs="Calibri" w:eastAsia="宋体"/>
        </w:rPr>
        <w:t xml:space="preserve">• </w:t>
      </w:r>
      <w:r>
        <w:rPr>
          <w:rFonts w:ascii="Calibri" w:hAnsi="Calibri" w:cs="Calibri" w:eastAsia="宋体"/>
        </w:rPr>
        <w:t>小镜子（医院出院可能提供，但是带有灯光的化妆镜可能更方便用于术后观察手术部位）</w:t>
      </w:r>
    </w:p>
    <w:p>
      <w:pPr>
        <w:pStyle w:val="Heading4"/>
      </w:pPr>
      <w:r>
        <w:rPr>
          <w:rFonts w:ascii="Calibri" w:hAnsi="Calibri" w:cs="Calibri" w:eastAsia="宋体"/>
        </w:rPr>
        <w:t>泰国常见公序良俗规定</w:t>
      </w:r>
    </w:p>
    <w:p>
      <w:pPr>
        <w:spacing w:before="20" w:after="40"/>
        <w:ind w:left="425" w:hanging="312"/>
      </w:pPr>
      <w:r>
        <w:rPr>
          <w:rFonts w:ascii="Calibri" w:hAnsi="Calibri" w:cs="Calibri" w:eastAsia="宋体"/>
        </w:rPr>
        <w:t xml:space="preserve">• </w:t>
      </w:r>
      <w:r>
        <w:rPr>
          <w:rFonts w:ascii="Calibri" w:hAnsi="Calibri" w:cs="Calibri" w:eastAsia="宋体"/>
        </w:rPr>
        <w:t>海滩区域禁止吸烟。</w:t>
      </w:r>
    </w:p>
    <w:p>
      <w:pPr>
        <w:spacing w:before="20" w:after="40"/>
        <w:ind w:left="425" w:hanging="312"/>
      </w:pPr>
      <w:r>
        <w:rPr>
          <w:rFonts w:ascii="Calibri" w:hAnsi="Calibri" w:cs="Calibri" w:eastAsia="宋体"/>
        </w:rPr>
        <w:t xml:space="preserve">• </w:t>
      </w:r>
      <w:r>
        <w:rPr>
          <w:rFonts w:ascii="Calibri" w:hAnsi="Calibri" w:cs="Calibri" w:eastAsia="宋体"/>
        </w:rPr>
        <w:t>为防止野生鸽子生长，禁止投喂鸽子。</w:t>
      </w:r>
    </w:p>
    <w:p>
      <w:pPr>
        <w:spacing w:before="20" w:after="40"/>
        <w:ind w:left="425" w:hanging="312"/>
      </w:pPr>
      <w:r>
        <w:rPr>
          <w:rFonts w:ascii="Calibri" w:hAnsi="Calibri" w:cs="Calibri" w:eastAsia="宋体"/>
        </w:rPr>
        <w:t xml:space="preserve">• </w:t>
      </w:r>
      <w:r>
        <w:rPr>
          <w:rFonts w:ascii="Calibri" w:hAnsi="Calibri" w:cs="Calibri" w:eastAsia="宋体"/>
        </w:rPr>
        <w:t>禁止投喂野生鱼类。</w:t>
      </w:r>
    </w:p>
    <w:p>
      <w:pPr>
        <w:spacing w:before="20" w:after="40"/>
        <w:ind w:left="425" w:hanging="312"/>
      </w:pPr>
      <w:r>
        <w:rPr>
          <w:rFonts w:ascii="Calibri" w:hAnsi="Calibri" w:cs="Calibri" w:eastAsia="宋体"/>
        </w:rPr>
        <w:t xml:space="preserve">• </w:t>
      </w:r>
      <w:r>
        <w:rPr>
          <w:rFonts w:ascii="Calibri" w:hAnsi="Calibri" w:cs="Calibri" w:eastAsia="宋体"/>
        </w:rPr>
        <w:t>不得亵渎宗教、</w:t>
      </w:r>
      <w:r>
        <w:rPr>
          <w:rFonts w:ascii="Calibri" w:hAnsi="Calibri" w:cs="Calibri" w:eastAsia="宋体"/>
          <w:b/>
        </w:rPr>
        <w:t>议论皇室</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禁止赌博，包括在旅店内玩扑克牌。</w:t>
      </w:r>
    </w:p>
    <w:p>
      <w:pPr>
        <w:pStyle w:val="Heading4"/>
      </w:pPr>
      <w:r>
        <w:rPr>
          <w:rFonts w:ascii="Calibri" w:hAnsi="Calibri" w:cs="Calibri" w:eastAsia="宋体"/>
        </w:rPr>
        <w:t>散装泰语</w:t>
      </w:r>
    </w:p>
    <w:p>
      <w:pPr>
        <w:spacing w:after="100"/>
      </w:pPr>
      <w:r>
        <w:rPr>
          <w:rFonts w:ascii="Calibri" w:hAnsi="Calibri" w:cs="Calibri" w:eastAsia="宋体"/>
        </w:rPr>
        <w:t>基本使用汉语拼音谐音表示，但是 e 表示 ye 的 e（ㄝ），用 ə 表示「鹅」（ㄜ）的音。多一个声调 â 发音比 ā 更高一点。b, d, g 结尾就是用 b, d, g 的口型收尾，讲粤语、客家话、</w:t>
      </w:r>
      <w:r>
        <w:rPr>
          <w:rFonts w:ascii="Calibri" w:hAnsi="Calibri" w:cs="Calibri" w:eastAsia="宋体"/>
        </w:rPr>
        <w:t>闽南话</w:t>
      </w:r>
      <w:r>
        <w:rPr>
          <w:rFonts w:ascii="Calibri" w:hAnsi="Calibri" w:cs="Calibri" w:eastAsia="宋体"/>
        </w:rPr>
        <w:t>的朋友对此应该比较熟悉。</w:t>
      </w:r>
    </w:p>
    <w:tbl>
      <w:tblPr>
        <w:tblStyle w:val="TableGrid"/>
        <w:tblW w:type="auto" w:w="0"/>
        <w:jc w:val="center"/>
        <w:tblLayout w:type="fixed"/>
        <w:tblLook w:firstColumn="1" w:firstRow="1" w:lastColumn="0" w:lastRow="0" w:noHBand="0" w:noVBand="1" w:val="04A0"/>
      </w:tblPr>
      <w:tblGrid>
        <w:gridCol w:w="3542"/>
        <w:gridCol w:w="5756"/>
      </w:tblGrid>
      <w:tr>
        <w:trPr>
          <w:tblHeader/>
        </w:trPr>
        <w:tc>
          <w:tcPr>
            <w:tcW w:type="dxa" w:w="3542"/>
            <w:shd w:val="clear" w:color="auto" w:fill="EDF1F7"/>
          </w:tcPr>
          <w:p>
            <w:pPr>
              <w:spacing w:before="40" w:after="40" w:line="276" w:lineRule="auto"/>
            </w:pPr>
            <w:r>
              <w:rPr>
                <w:b/>
                <w:sz w:val="18"/>
              </w:rPr>
            </w:r>
            <w:r>
              <w:rPr>
                <w:rFonts w:ascii="Calibri" w:hAnsi="Calibri" w:cs="Calibri" w:eastAsia="宋体"/>
                <w:b/>
                <w:sz w:val="18"/>
              </w:rPr>
              <w:t>中文</w:t>
            </w:r>
          </w:p>
        </w:tc>
        <w:tc>
          <w:tcPr>
            <w:tcW w:type="dxa" w:w="5756"/>
            <w:shd w:val="clear" w:color="auto" w:fill="EDF1F7"/>
          </w:tcPr>
          <w:p>
            <w:pPr>
              <w:spacing w:before="40" w:after="40" w:line="276" w:lineRule="auto"/>
            </w:pPr>
            <w:r>
              <w:rPr>
                <w:b/>
                <w:sz w:val="18"/>
              </w:rPr>
            </w:r>
            <w:r>
              <w:rPr>
                <w:rFonts w:ascii="Calibri" w:hAnsi="Calibri" w:cs="Calibri" w:eastAsia="宋体"/>
                <w:b/>
                <w:sz w:val="18"/>
              </w:rPr>
              <w:t>散装泰语</w:t>
            </w:r>
          </w:p>
        </w:tc>
      </w:tr>
      <w:tr>
        <w:tc>
          <w:tcPr>
            <w:tcW w:type="dxa" w:w="3542"/>
          </w:tcPr>
          <w:p>
            <w:pPr>
              <w:spacing w:before="40" w:after="40" w:line="276" w:lineRule="auto"/>
            </w:pPr>
            <w:r>
              <w:rPr>
                <w:sz w:val="18"/>
              </w:rPr>
            </w:r>
            <w:r>
              <w:rPr>
                <w:rFonts w:ascii="Calibri" w:hAnsi="Calibri" w:cs="Calibri" w:eastAsia="宋体"/>
                <w:sz w:val="18"/>
              </w:rPr>
              <w:t>好的、是的、对的</w:t>
            </w:r>
          </w:p>
        </w:tc>
        <w:tc>
          <w:tcPr>
            <w:tcW w:type="dxa" w:w="5756"/>
          </w:tcPr>
          <w:p>
            <w:pPr>
              <w:spacing w:before="40" w:after="40" w:line="276" w:lineRule="auto"/>
            </w:pPr>
            <w:r>
              <w:rPr>
                <w:sz w:val="18"/>
              </w:rPr>
            </w:r>
            <w:r>
              <w:rPr>
                <w:rFonts w:ascii="Calibri" w:hAnsi="Calibri" w:cs="Calibri" w:eastAsia="宋体"/>
                <w:sz w:val="18"/>
              </w:rPr>
              <w:t>chài「菜」</w:t>
            </w:r>
          </w:p>
        </w:tc>
      </w:tr>
      <w:tr>
        <w:tc>
          <w:tcPr>
            <w:tcW w:type="dxa" w:w="3542"/>
          </w:tcPr>
          <w:p>
            <w:pPr>
              <w:spacing w:before="40" w:after="40" w:line="276" w:lineRule="auto"/>
            </w:pPr>
            <w:r>
              <w:rPr>
                <w:sz w:val="18"/>
              </w:rPr>
            </w:r>
            <w:r>
              <w:rPr>
                <w:rFonts w:ascii="Calibri" w:hAnsi="Calibri" w:cs="Calibri" w:eastAsia="宋体"/>
                <w:sz w:val="18"/>
              </w:rPr>
              <w:t>不</w:t>
            </w:r>
          </w:p>
        </w:tc>
        <w:tc>
          <w:tcPr>
            <w:tcW w:type="dxa" w:w="5756"/>
          </w:tcPr>
          <w:p>
            <w:pPr>
              <w:spacing w:before="40" w:after="40" w:line="276" w:lineRule="auto"/>
            </w:pPr>
            <w:r>
              <w:rPr>
                <w:sz w:val="18"/>
              </w:rPr>
            </w:r>
            <w:r>
              <w:rPr>
                <w:rFonts w:ascii="Calibri" w:hAnsi="Calibri" w:cs="Calibri" w:eastAsia="宋体"/>
                <w:sz w:val="18"/>
              </w:rPr>
              <w:t>mài「卖」</w:t>
            </w:r>
          </w:p>
        </w:tc>
      </w:tr>
      <w:tr>
        <w:tc>
          <w:tcPr>
            <w:tcW w:type="dxa" w:w="3542"/>
          </w:tcPr>
          <w:p>
            <w:pPr>
              <w:spacing w:before="40" w:after="40" w:line="276" w:lineRule="auto"/>
            </w:pPr>
            <w:r>
              <w:rPr>
                <w:sz w:val="18"/>
              </w:rPr>
            </w:r>
            <w:r>
              <w:rPr>
                <w:rFonts w:ascii="Calibri" w:hAnsi="Calibri" w:cs="Calibri" w:eastAsia="宋体"/>
                <w:sz w:val="18"/>
              </w:rPr>
              <w:t>谢谢</w:t>
            </w:r>
          </w:p>
        </w:tc>
        <w:tc>
          <w:tcPr>
            <w:tcW w:type="dxa" w:w="5756"/>
          </w:tcPr>
          <w:p>
            <w:pPr>
              <w:spacing w:before="40" w:after="40" w:line="276" w:lineRule="auto"/>
            </w:pPr>
            <w:r>
              <w:rPr>
                <w:sz w:val="18"/>
              </w:rPr>
            </w:r>
            <w:r>
              <w:rPr>
                <w:rFonts w:ascii="Calibri" w:hAnsi="Calibri" w:cs="Calibri" w:eastAsia="宋体"/>
                <w:sz w:val="18"/>
              </w:rPr>
              <w:t>kǎob kūn kà</w:t>
            </w:r>
          </w:p>
        </w:tc>
      </w:tr>
      <w:tr>
        <w:tc>
          <w:tcPr>
            <w:tcW w:type="dxa" w:w="3542"/>
          </w:tcPr>
          <w:p>
            <w:pPr>
              <w:spacing w:before="40" w:after="40" w:line="276" w:lineRule="auto"/>
            </w:pPr>
            <w:r>
              <w:rPr>
                <w:sz w:val="18"/>
              </w:rPr>
            </w:r>
            <w:r>
              <w:rPr>
                <w:rFonts w:ascii="Calibri" w:hAnsi="Calibri" w:cs="Calibri" w:eastAsia="宋体"/>
                <w:sz w:val="18"/>
              </w:rPr>
              <w:t>行、可以</w:t>
            </w:r>
          </w:p>
        </w:tc>
        <w:tc>
          <w:tcPr>
            <w:tcW w:type="dxa" w:w="5756"/>
          </w:tcPr>
          <w:p>
            <w:pPr>
              <w:spacing w:before="40" w:after="40" w:line="276" w:lineRule="auto"/>
            </w:pPr>
            <w:r>
              <w:rPr>
                <w:sz w:val="18"/>
              </w:rPr>
            </w:r>
            <w:r>
              <w:rPr>
                <w:rFonts w:ascii="Calibri" w:hAnsi="Calibri" w:cs="Calibri" w:eastAsia="宋体"/>
                <w:sz w:val="18"/>
              </w:rPr>
              <w:t>dài「带」</w:t>
            </w:r>
          </w:p>
        </w:tc>
      </w:tr>
      <w:tr>
        <w:tc>
          <w:tcPr>
            <w:tcW w:type="dxa" w:w="3542"/>
          </w:tcPr>
          <w:p>
            <w:pPr>
              <w:spacing w:before="40" w:after="40" w:line="276" w:lineRule="auto"/>
            </w:pPr>
            <w:r>
              <w:rPr>
                <w:sz w:val="18"/>
              </w:rPr>
            </w:r>
            <w:r>
              <w:rPr>
                <w:rFonts w:ascii="Calibri" w:hAnsi="Calibri" w:cs="Calibri" w:eastAsia="宋体"/>
                <w:sz w:val="18"/>
              </w:rPr>
              <w:t>在哪里</w:t>
            </w:r>
          </w:p>
        </w:tc>
        <w:tc>
          <w:tcPr>
            <w:tcW w:type="dxa" w:w="5756"/>
          </w:tcPr>
          <w:p>
            <w:pPr>
              <w:spacing w:before="40" w:after="40" w:line="276" w:lineRule="auto"/>
            </w:pPr>
            <w:r>
              <w:rPr>
                <w:sz w:val="18"/>
              </w:rPr>
            </w:r>
            <w:r>
              <w:rPr>
                <w:rFonts w:ascii="Calibri" w:hAnsi="Calibri" w:cs="Calibri" w:eastAsia="宋体"/>
                <w:sz w:val="18"/>
              </w:rPr>
              <w:t>yiǔ tì nái「有替奶」</w:t>
            </w:r>
          </w:p>
        </w:tc>
      </w:tr>
      <w:tr>
        <w:tc>
          <w:tcPr>
            <w:tcW w:type="dxa" w:w="3542"/>
          </w:tcPr>
          <w:p>
            <w:pPr>
              <w:spacing w:before="40" w:after="40" w:line="276" w:lineRule="auto"/>
            </w:pPr>
            <w:r>
              <w:rPr>
                <w:sz w:val="18"/>
              </w:rPr>
            </w:r>
            <w:r>
              <w:rPr>
                <w:rFonts w:ascii="Calibri" w:hAnsi="Calibri" w:cs="Calibri" w:eastAsia="宋体"/>
                <w:sz w:val="18"/>
              </w:rPr>
              <w:t>这/那个</w:t>
            </w:r>
          </w:p>
        </w:tc>
        <w:tc>
          <w:tcPr>
            <w:tcW w:type="dxa" w:w="5756"/>
          </w:tcPr>
          <w:p>
            <w:pPr>
              <w:spacing w:before="40" w:after="40" w:line="276" w:lineRule="auto"/>
            </w:pPr>
            <w:r>
              <w:rPr>
                <w:sz w:val="18"/>
              </w:rPr>
            </w:r>
            <w:r>
              <w:rPr>
                <w:rFonts w:ascii="Calibri" w:hAnsi="Calibri" w:cs="Calibri" w:eastAsia="宋体"/>
                <w:sz w:val="18"/>
              </w:rPr>
              <w:t>ān nî/nàn</w:t>
            </w:r>
          </w:p>
        </w:tc>
      </w:tr>
      <w:tr>
        <w:tc>
          <w:tcPr>
            <w:tcW w:type="dxa" w:w="3542"/>
          </w:tcPr>
          <w:p>
            <w:pPr>
              <w:spacing w:before="40" w:after="40" w:line="276" w:lineRule="auto"/>
            </w:pPr>
            <w:r>
              <w:rPr>
                <w:sz w:val="18"/>
              </w:rPr>
            </w:r>
            <w:r>
              <w:rPr>
                <w:rFonts w:ascii="Calibri" w:hAnsi="Calibri" w:cs="Calibri" w:eastAsia="宋体"/>
                <w:sz w:val="18"/>
              </w:rPr>
              <w:t>在这/那儿</w:t>
            </w:r>
          </w:p>
        </w:tc>
        <w:tc>
          <w:tcPr>
            <w:tcW w:type="dxa" w:w="5756"/>
          </w:tcPr>
          <w:p>
            <w:pPr>
              <w:spacing w:before="40" w:after="40" w:line="276" w:lineRule="auto"/>
            </w:pPr>
            <w:r>
              <w:rPr>
                <w:sz w:val="18"/>
              </w:rPr>
            </w:r>
            <w:r>
              <w:rPr>
                <w:rFonts w:ascii="Calibri" w:hAnsi="Calibri" w:cs="Calibri" w:eastAsia="宋体"/>
                <w:sz w:val="18"/>
              </w:rPr>
              <w:t>dōng nî/nàn</w:t>
            </w:r>
          </w:p>
        </w:tc>
      </w:tr>
      <w:tr>
        <w:tc>
          <w:tcPr>
            <w:tcW w:type="dxa" w:w="3542"/>
          </w:tcPr>
          <w:p>
            <w:pPr>
              <w:spacing w:before="40" w:after="40" w:line="276" w:lineRule="auto"/>
            </w:pPr>
            <w:r>
              <w:rPr>
                <w:sz w:val="18"/>
              </w:rPr>
            </w:r>
            <w:r>
              <w:rPr>
                <w:rFonts w:ascii="Calibri" w:hAnsi="Calibri" w:cs="Calibri" w:eastAsia="宋体"/>
                <w:sz w:val="18"/>
              </w:rPr>
              <w:t>水</w:t>
            </w:r>
          </w:p>
        </w:tc>
        <w:tc>
          <w:tcPr>
            <w:tcW w:type="dxa" w:w="5756"/>
          </w:tcPr>
          <w:p>
            <w:pPr>
              <w:spacing w:before="40" w:after="40" w:line="276" w:lineRule="auto"/>
            </w:pPr>
            <w:r>
              <w:rPr>
                <w:sz w:val="18"/>
              </w:rPr>
            </w:r>
            <w:r>
              <w:rPr>
                <w:rFonts w:ascii="Calibri" w:hAnsi="Calibri" w:cs="Calibri" w:eastAsia="宋体"/>
                <w:sz w:val="18"/>
              </w:rPr>
              <w:t>nâm</w:t>
            </w:r>
          </w:p>
        </w:tc>
      </w:tr>
      <w:tr>
        <w:tc>
          <w:tcPr>
            <w:tcW w:type="dxa" w:w="3542"/>
          </w:tcPr>
          <w:p>
            <w:pPr>
              <w:spacing w:before="40" w:after="40" w:line="276" w:lineRule="auto"/>
            </w:pPr>
            <w:r>
              <w:rPr>
                <w:sz w:val="18"/>
              </w:rPr>
            </w:r>
            <w:r>
              <w:rPr>
                <w:rFonts w:ascii="Calibri" w:hAnsi="Calibri" w:cs="Calibri" w:eastAsia="宋体"/>
                <w:sz w:val="18"/>
              </w:rPr>
              <w:t>厕所</w:t>
            </w:r>
          </w:p>
        </w:tc>
        <w:tc>
          <w:tcPr>
            <w:tcW w:type="dxa" w:w="5756"/>
          </w:tcPr>
          <w:p>
            <w:pPr>
              <w:spacing w:before="40" w:after="40" w:line="276" w:lineRule="auto"/>
            </w:pPr>
            <w:r>
              <w:rPr>
                <w:sz w:val="18"/>
              </w:rPr>
            </w:r>
            <w:r>
              <w:rPr>
                <w:rFonts w:ascii="Calibri" w:hAnsi="Calibri" w:cs="Calibri" w:eastAsia="宋体"/>
                <w:sz w:val="18"/>
              </w:rPr>
              <w:t>hàong nâm</w:t>
            </w:r>
          </w:p>
        </w:tc>
      </w:tr>
      <w:tr>
        <w:tc>
          <w:tcPr>
            <w:tcW w:type="dxa" w:w="3542"/>
          </w:tcPr>
          <w:p>
            <w:pPr>
              <w:spacing w:before="40" w:after="40" w:line="276" w:lineRule="auto"/>
            </w:pPr>
            <w:r>
              <w:rPr>
                <w:sz w:val="18"/>
              </w:rPr>
            </w:r>
            <w:r>
              <w:rPr>
                <w:rFonts w:ascii="Calibri" w:hAnsi="Calibri" w:cs="Calibri" w:eastAsia="宋体"/>
                <w:sz w:val="18"/>
              </w:rPr>
              <w:t>去</w:t>
            </w:r>
          </w:p>
        </w:tc>
        <w:tc>
          <w:tcPr>
            <w:tcW w:type="dxa" w:w="5756"/>
          </w:tcPr>
          <w:p>
            <w:pPr>
              <w:spacing w:before="40" w:after="40" w:line="276" w:lineRule="auto"/>
            </w:pPr>
            <w:r>
              <w:rPr>
                <w:sz w:val="18"/>
              </w:rPr>
            </w:r>
            <w:r>
              <w:rPr>
                <w:rFonts w:ascii="Calibri" w:hAnsi="Calibri" w:cs="Calibri" w:eastAsia="宋体"/>
                <w:sz w:val="18"/>
              </w:rPr>
              <w:t>bāi</w:t>
            </w:r>
          </w:p>
        </w:tc>
      </w:tr>
      <w:tr>
        <w:tc>
          <w:tcPr>
            <w:tcW w:type="dxa" w:w="3542"/>
          </w:tcPr>
          <w:p>
            <w:pPr>
              <w:spacing w:before="40" w:after="40" w:line="276" w:lineRule="auto"/>
            </w:pPr>
            <w:r>
              <w:rPr>
                <w:sz w:val="18"/>
              </w:rPr>
            </w:r>
            <w:r>
              <w:rPr>
                <w:rFonts w:ascii="Calibri" w:hAnsi="Calibri" w:cs="Calibri" w:eastAsia="宋体"/>
                <w:sz w:val="18"/>
              </w:rPr>
              <w:t>（很）疼</w:t>
            </w:r>
          </w:p>
        </w:tc>
        <w:tc>
          <w:tcPr>
            <w:tcW w:type="dxa" w:w="5756"/>
          </w:tcPr>
          <w:p>
            <w:pPr>
              <w:spacing w:before="40" w:after="40" w:line="276" w:lineRule="auto"/>
            </w:pPr>
            <w:r>
              <w:rPr>
                <w:sz w:val="18"/>
              </w:rPr>
            </w:r>
            <w:r>
              <w:rPr>
                <w:rFonts w:ascii="Calibri" w:hAnsi="Calibri" w:cs="Calibri" w:eastAsia="宋体"/>
                <w:sz w:val="18"/>
              </w:rPr>
              <w:t>jěb (màg)</w:t>
            </w:r>
          </w:p>
        </w:tc>
      </w:tr>
      <w:tr>
        <w:tc>
          <w:tcPr>
            <w:tcW w:type="dxa" w:w="3542"/>
          </w:tcPr>
          <w:p>
            <w:pPr>
              <w:spacing w:before="40" w:after="40" w:line="276" w:lineRule="auto"/>
            </w:pPr>
            <w:r>
              <w:rPr>
                <w:sz w:val="18"/>
              </w:rPr>
            </w:r>
            <w:r>
              <w:rPr>
                <w:rFonts w:ascii="Calibri" w:hAnsi="Calibri" w:cs="Calibri" w:eastAsia="宋体"/>
                <w:sz w:val="18"/>
              </w:rPr>
              <w:t>止痛药</w:t>
            </w:r>
          </w:p>
        </w:tc>
        <w:tc>
          <w:tcPr>
            <w:tcW w:type="dxa" w:w="5756"/>
          </w:tcPr>
          <w:p>
            <w:pPr>
              <w:spacing w:before="40" w:after="40" w:line="276" w:lineRule="auto"/>
            </w:pPr>
            <w:r>
              <w:rPr>
                <w:sz w:val="18"/>
              </w:rPr>
            </w:r>
            <w:r>
              <w:rPr>
                <w:rFonts w:ascii="Calibri" w:hAnsi="Calibri" w:cs="Calibri" w:eastAsia="宋体"/>
                <w:sz w:val="18"/>
              </w:rPr>
              <w:t>yā gè būad</w:t>
            </w:r>
          </w:p>
        </w:tc>
      </w:tr>
      <w:tr>
        <w:tc>
          <w:tcPr>
            <w:tcW w:type="dxa" w:w="3542"/>
          </w:tcPr>
          <w:p>
            <w:pPr>
              <w:spacing w:before="40" w:after="40" w:line="276" w:lineRule="auto"/>
            </w:pPr>
            <w:r>
              <w:rPr>
                <w:sz w:val="18"/>
              </w:rPr>
            </w:r>
            <w:r>
              <w:rPr>
                <w:rFonts w:ascii="Calibri" w:hAnsi="Calibri" w:cs="Calibri" w:eastAsia="宋体"/>
                <w:sz w:val="18"/>
              </w:rPr>
              <w:t>冷</w:t>
            </w:r>
          </w:p>
        </w:tc>
        <w:tc>
          <w:tcPr>
            <w:tcW w:type="dxa" w:w="5756"/>
          </w:tcPr>
          <w:p>
            <w:pPr>
              <w:spacing w:before="40" w:after="40" w:line="276" w:lineRule="auto"/>
            </w:pPr>
            <w:r>
              <w:rPr>
                <w:sz w:val="18"/>
              </w:rPr>
            </w:r>
            <w:r>
              <w:rPr>
                <w:rFonts w:ascii="Calibri" w:hAnsi="Calibri" w:cs="Calibri" w:eastAsia="宋体"/>
                <w:sz w:val="18"/>
              </w:rPr>
              <w:t>yen</w:t>
            </w:r>
          </w:p>
        </w:tc>
      </w:tr>
      <w:tr>
        <w:tc>
          <w:tcPr>
            <w:tcW w:type="dxa" w:w="3542"/>
          </w:tcPr>
          <w:p>
            <w:pPr>
              <w:spacing w:before="40" w:after="40" w:line="276" w:lineRule="auto"/>
            </w:pPr>
            <w:r>
              <w:rPr>
                <w:sz w:val="18"/>
              </w:rPr>
            </w:r>
            <w:r>
              <w:rPr>
                <w:rFonts w:ascii="Calibri" w:hAnsi="Calibri" w:cs="Calibri" w:eastAsia="宋体"/>
                <w:sz w:val="18"/>
              </w:rPr>
              <w:t>调高温度</w:t>
            </w:r>
          </w:p>
        </w:tc>
        <w:tc>
          <w:tcPr>
            <w:tcW w:type="dxa" w:w="5756"/>
          </w:tcPr>
          <w:p>
            <w:pPr>
              <w:spacing w:before="40" w:after="40" w:line="276" w:lineRule="auto"/>
            </w:pPr>
            <w:r>
              <w:rPr>
                <w:sz w:val="18"/>
              </w:rPr>
            </w:r>
            <w:r>
              <w:rPr>
                <w:rFonts w:ascii="Calibri" w:hAnsi="Calibri" w:cs="Calibri" w:eastAsia="宋体"/>
                <w:sz w:val="18"/>
              </w:rPr>
              <w:t>pə̀m ūn hǎ pūm</w:t>
            </w:r>
          </w:p>
        </w:tc>
      </w:tr>
      <w:tr>
        <w:tc>
          <w:tcPr>
            <w:tcW w:type="dxa" w:w="3542"/>
          </w:tcPr>
          <w:p>
            <w:pPr>
              <w:spacing w:before="40" w:after="40" w:line="276" w:lineRule="auto"/>
            </w:pPr>
            <w:r>
              <w:rPr>
                <w:sz w:val="18"/>
              </w:rPr>
            </w:r>
            <w:r>
              <w:rPr>
                <w:rFonts w:ascii="Calibri" w:hAnsi="Calibri" w:cs="Calibri" w:eastAsia="宋体"/>
                <w:sz w:val="18"/>
              </w:rPr>
              <w:t>开/关空调</w:t>
            </w:r>
          </w:p>
        </w:tc>
        <w:tc>
          <w:tcPr>
            <w:tcW w:type="dxa" w:w="5756"/>
          </w:tcPr>
          <w:p>
            <w:pPr>
              <w:spacing w:before="40" w:after="40" w:line="276" w:lineRule="auto"/>
            </w:pPr>
            <w:r>
              <w:rPr>
                <w:sz w:val="18"/>
              </w:rPr>
            </w:r>
            <w:r>
              <w:rPr>
                <w:rFonts w:ascii="Calibri" w:hAnsi="Calibri" w:cs="Calibri" w:eastAsia="宋体"/>
                <w:sz w:val="18"/>
              </w:rPr>
              <w:t>bəd/bid AC</w:t>
            </w:r>
          </w:p>
        </w:tc>
      </w:tr>
      <w:tr>
        <w:tc>
          <w:tcPr>
            <w:tcW w:type="dxa" w:w="3542"/>
          </w:tcPr>
          <w:p>
            <w:pPr>
              <w:spacing w:before="40" w:after="40" w:line="276" w:lineRule="auto"/>
            </w:pPr>
            <w:r>
              <w:rPr>
                <w:sz w:val="18"/>
              </w:rPr>
            </w:r>
            <w:r>
              <w:rPr>
                <w:rFonts w:ascii="Calibri" w:hAnsi="Calibri" w:cs="Calibri" w:eastAsia="宋体"/>
                <w:sz w:val="18"/>
              </w:rPr>
              <w:t>等一下</w:t>
            </w:r>
          </w:p>
        </w:tc>
        <w:tc>
          <w:tcPr>
            <w:tcW w:type="dxa" w:w="5756"/>
          </w:tcPr>
          <w:p>
            <w:pPr>
              <w:spacing w:before="40" w:after="40" w:line="276" w:lineRule="auto"/>
            </w:pPr>
            <w:r>
              <w:rPr>
                <w:sz w:val="18"/>
              </w:rPr>
            </w:r>
            <w:r>
              <w:rPr>
                <w:rFonts w:ascii="Calibri" w:hAnsi="Calibri" w:cs="Calibri" w:eastAsia="宋体"/>
                <w:sz w:val="18"/>
              </w:rPr>
              <w:t>ro sakrù</w:t>
            </w:r>
          </w:p>
        </w:tc>
      </w:tr>
      <w:tr>
        <w:tc>
          <w:tcPr>
            <w:tcW w:type="dxa" w:w="3542"/>
          </w:tcPr>
          <w:p>
            <w:pPr>
              <w:spacing w:before="40" w:after="40" w:line="276" w:lineRule="auto"/>
            </w:pPr>
            <w:r>
              <w:rPr>
                <w:sz w:val="18"/>
              </w:rPr>
            </w:r>
            <w:r>
              <w:rPr>
                <w:rFonts w:ascii="Calibri" w:hAnsi="Calibri" w:cs="Calibri" w:eastAsia="宋体"/>
                <w:sz w:val="18"/>
              </w:rPr>
              <w:t>吹风机</w:t>
            </w:r>
          </w:p>
        </w:tc>
        <w:tc>
          <w:tcPr>
            <w:tcW w:type="dxa" w:w="5756"/>
          </w:tcPr>
          <w:p>
            <w:pPr>
              <w:spacing w:before="40" w:after="40" w:line="276" w:lineRule="auto"/>
            </w:pPr>
            <w:r>
              <w:rPr>
                <w:sz w:val="18"/>
              </w:rPr>
            </w:r>
            <w:r>
              <w:rPr>
                <w:rFonts w:ascii="Calibri" w:hAnsi="Calibri" w:cs="Calibri" w:eastAsia="宋体"/>
                <w:sz w:val="18"/>
              </w:rPr>
              <w:t>tì bǎo póm</w:t>
            </w:r>
          </w:p>
        </w:tc>
      </w:tr>
    </w:tbl>
    <w:p>
      <w:pPr>
        <w:pStyle w:val="Heading5"/>
      </w:pPr>
      <w:r>
        <w:rPr>
          <w:rFonts w:ascii="Calibri" w:hAnsi="Calibri" w:cs="Calibri" w:eastAsia="宋体"/>
        </w:rPr>
        <w:t>通用散装英语口语</w:t>
      </w:r>
    </w:p>
    <w:p>
      <w:pPr>
        <w:spacing w:after="100"/>
      </w:pPr>
      <w:r>
        <w:rPr>
          <w:rFonts w:ascii="Calibri" w:hAnsi="Calibri" w:cs="Calibri" w:eastAsia="宋体"/>
        </w:rPr>
        <w:t>大便 poo-poo 小便 pee-pee 止痛药 painkiller</w:t>
      </w:r>
    </w:p>
    <w:p>
      <w:pPr>
        <w:pStyle w:val="Heading5"/>
      </w:pPr>
      <w:r>
        <w:rPr>
          <w:rFonts w:ascii="Calibri" w:hAnsi="Calibri" w:cs="Calibri" w:eastAsia="宋体"/>
        </w:rPr>
        <w:t>外卖备注实用语</w:t>
      </w:r>
    </w:p>
    <w:tbl>
      <w:tblPr>
        <w:tblStyle w:val="TableGrid"/>
        <w:tblW w:type="auto" w:w="0"/>
        <w:jc w:val="center"/>
        <w:tblLayout w:type="fixed"/>
        <w:tblLook w:firstColumn="1" w:firstRow="1" w:lastColumn="0" w:lastRow="0" w:noHBand="0" w:noVBand="1" w:val="04A0"/>
      </w:tblPr>
      <w:tblGrid>
        <w:gridCol w:w="2789"/>
        <w:gridCol w:w="6508"/>
      </w:tblGrid>
      <w:tr>
        <w:trPr>
          <w:tblHeader/>
        </w:trPr>
        <w:tc>
          <w:tcPr>
            <w:tcW w:type="dxa" w:w="2789"/>
            <w:shd w:val="clear" w:color="auto" w:fill="EDF1F7"/>
          </w:tcPr>
          <w:p>
            <w:pPr>
              <w:spacing w:before="40" w:after="40" w:line="276" w:lineRule="auto"/>
            </w:pPr>
            <w:r>
              <w:rPr>
                <w:b/>
                <w:sz w:val="18"/>
              </w:rPr>
            </w:r>
            <w:r>
              <w:rPr>
                <w:rFonts w:ascii="Calibri" w:hAnsi="Calibri" w:cs="Calibri" w:eastAsia="宋体"/>
                <w:b/>
                <w:sz w:val="18"/>
              </w:rPr>
              <w:t>中文</w:t>
            </w:r>
          </w:p>
        </w:tc>
        <w:tc>
          <w:tcPr>
            <w:tcW w:type="dxa" w:w="6508"/>
            <w:shd w:val="clear" w:color="auto" w:fill="EDF1F7"/>
          </w:tcPr>
          <w:p>
            <w:pPr>
              <w:spacing w:before="40" w:after="40" w:line="276" w:lineRule="auto"/>
            </w:pPr>
            <w:r>
              <w:rPr>
                <w:b/>
                <w:sz w:val="18"/>
              </w:rPr>
            </w:r>
            <w:r>
              <w:rPr>
                <w:rFonts w:ascii="Calibri" w:hAnsi="Calibri" w:cs="Calibri" w:eastAsia="宋体"/>
                <w:b/>
                <w:sz w:val="18"/>
              </w:rPr>
              <w:t>泰文</w:t>
            </w:r>
          </w:p>
        </w:tc>
      </w:tr>
      <w:tr>
        <w:tc>
          <w:tcPr>
            <w:tcW w:type="dxa" w:w="2789"/>
          </w:tcPr>
          <w:p>
            <w:pPr>
              <w:spacing w:before="40" w:after="40" w:line="276" w:lineRule="auto"/>
            </w:pPr>
            <w:r>
              <w:rPr>
                <w:sz w:val="18"/>
              </w:rPr>
            </w:r>
            <w:r>
              <w:rPr>
                <w:rFonts w:ascii="Calibri" w:hAnsi="Calibri" w:cs="Calibri" w:eastAsia="宋体"/>
                <w:sz w:val="18"/>
              </w:rPr>
              <w:t>不要辣</w:t>
            </w:r>
          </w:p>
        </w:tc>
        <w:tc>
          <w:tcPr>
            <w:tcW w:type="dxa" w:w="6508"/>
          </w:tcPr>
          <w:p>
            <w:pPr>
              <w:spacing w:before="40" w:after="40" w:line="276" w:lineRule="auto"/>
            </w:pPr>
            <w:r>
              <w:rPr>
                <w:sz w:val="18"/>
              </w:rPr>
            </w:r>
            <w:r>
              <w:rPr>
                <w:rFonts w:ascii="Calibri" w:hAnsi="Calibri" w:cs="Calibri" w:eastAsia="宋体"/>
                <w:sz w:val="18"/>
              </w:rPr>
              <w:t>ไม่เผ็ด</w:t>
            </w:r>
          </w:p>
        </w:tc>
      </w:tr>
      <w:tr>
        <w:tc>
          <w:tcPr>
            <w:tcW w:type="dxa" w:w="2789"/>
          </w:tcPr>
          <w:p>
            <w:pPr>
              <w:spacing w:before="40" w:after="40" w:line="276" w:lineRule="auto"/>
            </w:pPr>
            <w:r>
              <w:rPr>
                <w:sz w:val="18"/>
              </w:rPr>
            </w:r>
            <w:r>
              <w:rPr>
                <w:rFonts w:ascii="Calibri" w:hAnsi="Calibri" w:cs="Calibri" w:eastAsia="宋体"/>
                <w:sz w:val="18"/>
              </w:rPr>
              <w:t>不要花生</w:t>
            </w:r>
          </w:p>
        </w:tc>
        <w:tc>
          <w:tcPr>
            <w:tcW w:type="dxa" w:w="6508"/>
          </w:tcPr>
          <w:p>
            <w:pPr>
              <w:spacing w:before="40" w:after="40" w:line="276" w:lineRule="auto"/>
            </w:pPr>
            <w:r>
              <w:rPr>
                <w:sz w:val="18"/>
              </w:rPr>
            </w:r>
            <w:r>
              <w:rPr>
                <w:rFonts w:ascii="Calibri" w:hAnsi="Calibri" w:cs="Calibri" w:eastAsia="宋体"/>
                <w:sz w:val="18"/>
              </w:rPr>
              <w:t>ไม่เอาถั่วลิสง</w:t>
            </w:r>
          </w:p>
        </w:tc>
      </w:tr>
    </w:tbl>
    <w:p>
      <w:pPr>
        <w:pStyle w:val="Heading4"/>
      </w:pPr>
      <w:r>
        <w:rPr>
          <w:rFonts w:ascii="Calibri" w:hAnsi="Calibri" w:cs="Calibri" w:eastAsia="宋体"/>
        </w:rPr>
        <w:t>如果你手术后需要恢复使用性激素</w:t>
      </w:r>
    </w:p>
    <w:p>
      <w:pPr>
        <w:spacing w:after="100"/>
      </w:pPr>
      <w:r>
        <w:rPr>
          <w:rFonts w:ascii="Calibri" w:hAnsi="Calibri" w:cs="Calibri" w:eastAsia="宋体"/>
        </w:rPr>
        <w:t>如果你服用药物或使用凝胶，可以从国内携带，或者在泰国购买，非常方便。 如果你对于在医院进行针剂注射，可以带上病历证明等，以及你的药品的照片，联系你的诊所：</w:t>
      </w:r>
    </w:p>
    <w:p>
      <w:pPr>
        <w:spacing w:before="20" w:after="40"/>
        <w:ind w:left="425" w:hanging="312"/>
      </w:pPr>
      <w:r>
        <w:rPr>
          <w:rFonts w:ascii="Calibri" w:hAnsi="Calibri" w:cs="Calibri" w:eastAsia="宋体"/>
        </w:rPr>
        <w:t xml:space="preserve">• </w:t>
      </w:r>
      <w:r>
        <w:rPr>
          <w:rFonts w:ascii="Calibri" w:hAnsi="Calibri" w:cs="Calibri" w:eastAsia="宋体"/>
        </w:rPr>
        <w:t>如果你在 PAI 进行手术，PAI 诊所工作人员或者 Charee 可以帮忙预约 Phyathai 2 医院的妇科医生开单注射，费用为 1860 泰铢。</w:t>
      </w:r>
    </w:p>
    <w:p>
      <w:pPr>
        <w:spacing w:before="20" w:after="40"/>
        <w:ind w:left="425" w:hanging="312"/>
      </w:pPr>
      <w:r>
        <w:rPr>
          <w:rFonts w:ascii="Calibri" w:hAnsi="Calibri" w:cs="Calibri" w:eastAsia="宋体"/>
        </w:rPr>
        <w:t xml:space="preserve">• </w:t>
      </w:r>
      <w:r>
        <w:rPr>
          <w:rFonts w:ascii="Calibri" w:hAnsi="Calibri" w:cs="Calibri" w:eastAsia="宋体"/>
        </w:rPr>
        <w:t>如果你在 Kamol Hospital 进行手术，医院的工作人员可以帮助预约其他医院的妇科医生开具处方。（暂不确定是哪个医院）</w:t>
      </w:r>
    </w:p>
    <w:p>
      <w:pPr>
        <w:spacing w:before="20" w:after="40"/>
        <w:ind w:left="425" w:hanging="312"/>
      </w:pPr>
      <w:r>
        <w:rPr>
          <w:rFonts w:ascii="Calibri" w:hAnsi="Calibri" w:cs="Calibri" w:eastAsia="宋体"/>
        </w:rPr>
        <w:t xml:space="preserve">• </w:t>
      </w:r>
      <w:r>
        <w:rPr>
          <w:rFonts w:ascii="Calibri" w:hAnsi="Calibri" w:cs="Calibri" w:eastAsia="宋体"/>
        </w:rPr>
        <w:t>如果你在 Suporn Clinic 进行手术，复诊时诊所经理（Suporn 医生的妻子）可以帮忙联系 Samitivej 医院。</w:t>
      </w:r>
    </w:p>
    <w:p>
      <w:pPr>
        <w:spacing w:before="20" w:after="40"/>
        <w:ind w:left="425" w:hanging="312"/>
      </w:pPr>
      <w:r>
        <w:rPr>
          <w:rFonts w:ascii="Calibri" w:hAnsi="Calibri" w:cs="Calibri" w:eastAsia="宋体"/>
        </w:rPr>
        <w:t xml:space="preserve">• </w:t>
      </w:r>
      <w:r>
        <w:rPr>
          <w:rFonts w:ascii="Calibri" w:hAnsi="Calibri" w:cs="Calibri" w:eastAsia="宋体"/>
        </w:rPr>
        <w:t xml:space="preserve">如果你在水门诊所进行手术，由于诊所不提供任何协助，可以自行联系 Phyathai 2 医院的国际部门，预约 Unnop Jaisamrarn 医生。预约方法参见 </w:t>
      </w:r>
      <w:r>
        <w:rPr>
          <w:rFonts w:ascii="Calibri" w:hAnsi="Calibri" w:cs="Calibri" w:eastAsia="宋体"/>
        </w:rPr>
        <w:t>https://phyathai2international.com/en/make-an-appointment</w:t>
      </w:r>
      <w:r>
        <w:rPr>
          <w:rFonts w:ascii="Calibri" w:hAnsi="Calibri" w:cs="Calibri" w:eastAsia="宋体"/>
        </w:rPr>
        <w:t>，Phyathai 2 医院是国际医院，提供中文翻译服务。（如果遇上诊所不提供HRT的情况也可以使用此方法联系 Phyathai 2 医院。）</w:t>
      </w:r>
    </w:p>
    <w:p>
      <w:pPr>
        <w:pStyle w:val="Heading4"/>
      </w:pPr>
      <w:r>
        <w:rPr>
          <w:rFonts w:ascii="Calibri" w:hAnsi="Calibri" w:cs="Calibri" w:eastAsia="宋体"/>
        </w:rPr>
        <w:t>回国屯货建议</w:t>
      </w:r>
    </w:p>
    <w:p>
      <w:pPr>
        <w:spacing w:before="20" w:after="40"/>
        <w:ind w:left="425" w:hanging="312"/>
      </w:pPr>
      <w:r>
        <w:rPr>
          <w:rFonts w:ascii="Calibri" w:hAnsi="Calibri" w:cs="Calibri" w:eastAsia="宋体"/>
        </w:rPr>
        <w:t xml:space="preserve">• </w:t>
      </w:r>
      <w:r>
        <w:rPr>
          <w:rFonts w:ascii="Calibri" w:hAnsi="Calibri" w:cs="Calibri" w:eastAsia="宋体"/>
        </w:rPr>
        <w:t>润滑液（必备，参考所在医院使用的，一般可以在 shoppe 或 lazada 上购买）</w:t>
      </w:r>
    </w:p>
    <w:p>
      <w:pPr>
        <w:spacing w:before="20" w:after="40"/>
        <w:ind w:left="425" w:hanging="312"/>
      </w:pPr>
      <w:r>
        <w:rPr>
          <w:rFonts w:ascii="Calibri" w:hAnsi="Calibri" w:cs="Calibri" w:eastAsia="宋体"/>
        </w:rPr>
        <w:t xml:space="preserve">• </w:t>
      </w:r>
      <w:r>
        <w:rPr>
          <w:rFonts w:ascii="Calibri" w:hAnsi="Calibri" w:cs="Calibri" w:eastAsia="宋体"/>
        </w:rPr>
        <w:t>补佳乐（较国内便宜一半，可以去药店购买，可能只能使用现金支付）</w:t>
      </w:r>
    </w:p>
    <w:p>
      <w:pPr>
        <w:spacing w:before="20" w:after="40"/>
        <w:ind w:left="425" w:hanging="312"/>
      </w:pPr>
      <w:r>
        <w:rPr>
          <w:rFonts w:ascii="Calibri" w:hAnsi="Calibri" w:cs="Calibri" w:eastAsia="宋体"/>
        </w:rPr>
        <w:t xml:space="preserve">• </w:t>
      </w:r>
      <w:r>
        <w:rPr>
          <w:rFonts w:ascii="Calibri" w:hAnsi="Calibri" w:cs="Calibri" w:eastAsia="宋体"/>
        </w:rPr>
        <w:t>爱斯妥凝胶（较国内便宜一半，可以去药店购买，可能只能使用现金支付）</w:t>
      </w:r>
    </w:p>
    <w:p>
      <w:pPr>
        <w:spacing w:before="20" w:after="40"/>
        <w:ind w:left="425" w:hanging="312"/>
      </w:pPr>
      <w:r>
        <w:rPr>
          <w:rFonts w:ascii="Calibri" w:hAnsi="Calibri" w:cs="Calibri" w:eastAsia="宋体"/>
        </w:rPr>
        <w:t xml:space="preserve">• </w:t>
      </w:r>
      <w:r>
        <w:rPr>
          <w:rFonts w:ascii="Calibri" w:hAnsi="Calibri" w:cs="Calibri" w:eastAsia="宋体"/>
          <w:strike/>
        </w:rPr>
        <w:t>来都来了，和一般出国一样，买东西可以退税，电子产品也和国内有差价，有需要的话也可以</w:t>
      </w:r>
    </w:p>
    <w:p>
      <w:pPr>
        <w:pStyle w:val="Heading4"/>
      </w:pPr>
      <w:r>
        <w:rPr>
          <w:rFonts w:ascii="Calibri" w:hAnsi="Calibri" w:cs="Calibri" w:eastAsia="宋体"/>
        </w:rPr>
        <w:t>中华人民共和国驻泰王国大使馆</w:t>
      </w:r>
    </w:p>
    <w:p>
      <w:pPr>
        <w:spacing w:after="100"/>
      </w:pPr>
      <w:r>
        <w:rPr>
          <w:rFonts w:ascii="Calibri" w:hAnsi="Calibri" w:cs="Calibri" w:eastAsia="宋体"/>
        </w:rPr>
        <w:t>大使馆网站：</w:t>
      </w:r>
      <w:r>
        <w:rPr>
          <w:rFonts w:ascii="Calibri" w:hAnsi="Calibri" w:cs="Calibri" w:eastAsia="宋体"/>
        </w:rPr>
        <w:t>http://th.china-embassy.gov.cn</w:t>
      </w:r>
    </w:p>
    <w:p>
      <w:pPr>
        <w:spacing w:after="100"/>
      </w:pPr>
      <w:r>
        <w:rPr>
          <w:rFonts w:ascii="Calibri" w:hAnsi="Calibri" w:cs="Calibri" w:eastAsia="宋体"/>
        </w:rPr>
        <w:t>地址：</w:t>
      </w:r>
      <w:r>
        <w:rPr>
          <w:rFonts w:ascii="Calibri" w:hAnsi="Calibri" w:cs="Calibri" w:eastAsia="宋体"/>
        </w:rPr>
        <w:t>57 Ratchadaphisek Rd, Din Daeng, Bangkok 10400</w:t>
      </w:r>
    </w:p>
    <w:p>
      <w:pPr>
        <w:spacing w:after="100"/>
      </w:pPr>
      <w:r>
        <w:rPr>
          <w:rFonts w:ascii="Calibri" w:hAnsi="Calibri" w:cs="Calibri" w:eastAsia="宋体"/>
        </w:rPr>
        <w:t>电话：</w:t>
      </w:r>
      <w:r>
        <w:rPr>
          <w:rFonts w:ascii="Calibri" w:hAnsi="Calibri" w:cs="Calibri" w:eastAsia="宋体"/>
        </w:rPr>
        <w:t>+66 2-2450088</w:t>
      </w:r>
    </w:p>
    <w:p>
      <w:pPr>
        <w:spacing w:after="100"/>
      </w:pPr>
      <w:r>
        <w:rPr>
          <w:rFonts w:ascii="Calibri" w:hAnsi="Calibri" w:cs="Calibri" w:eastAsia="宋体"/>
        </w:rPr>
        <w:t>电子邮件：</w:t>
      </w:r>
      <w:r>
        <w:rPr>
          <w:rFonts w:ascii="Calibri" w:hAnsi="Calibri" w:cs="Calibri" w:eastAsia="宋体"/>
        </w:rPr>
        <w:t>chinaemb_th@mfa.gov.cn</w:t>
      </w:r>
    </w:p>
    <w:p>
      <w:pPr>
        <w:spacing w:after="100"/>
      </w:pPr>
      <w:r>
        <w:rPr>
          <w:rFonts w:ascii="Calibri" w:hAnsi="Calibri" w:cs="Calibri" w:eastAsia="宋体"/>
        </w:rPr>
        <w:t>领事保护电话：</w:t>
      </w:r>
      <w:r>
        <w:rPr>
          <w:rFonts w:ascii="Calibri" w:hAnsi="Calibri" w:cs="Calibri" w:eastAsia="宋体"/>
        </w:rPr>
        <w:t>+66 2-2457010</w:t>
      </w:r>
    </w:p>
    <w:p>
      <w:pPr>
        <w:pStyle w:val="Heading3"/>
      </w:pPr>
      <w:r>
        <w:rPr>
          <w:rFonts w:ascii="Calibri" w:hAnsi="Calibri" w:cs="Calibri" w:eastAsia="微软雅黑"/>
        </w:rPr>
        <w:t>4.8.3  中介信息</w:t>
      </w:r>
    </w:p>
    <w:p>
      <w:pPr>
        <w:spacing w:after="160"/>
      </w:pPr>
      <w:r>
        <w:rPr>
          <w:rFonts w:ascii="Calibri" w:hAnsi="Calibri" w:cs="Calibri" w:eastAsia="宋体"/>
          <w:color w:val="6B7280"/>
          <w:sz w:val="16"/>
        </w:rPr>
        <w:t>原文：https://mtf.wiki/zh-cn/docs/srs/thailand/intermediary · 最近更新：2025年8月17日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商业信息声明</w:t>
      </w:r>
    </w:p>
    <w:p>
      <w:pPr>
        <w:shd w:val="clear" w:color="auto" w:fill="FEF2F2"/>
        <w:pBdr>
          <w:left w:val="single" w:sz="18" w:space="6" w:color="EF4444"/>
        </w:pBdr>
        <w:spacing w:after="40"/>
      </w:pPr>
      <w:r>
        <w:rPr>
          <w:rFonts w:ascii="Calibri" w:hAnsi="Calibri" w:cs="Calibri" w:eastAsia="宋体"/>
        </w:rPr>
        <w:t xml:space="preserve">本页面所有信息由贡献者自行提供。本站作为不以盈利为目的的开源项目，与本页面所列任何实体 </w:t>
      </w:r>
      <w:r>
        <w:rPr>
          <w:rFonts w:ascii="Calibri" w:hAnsi="Calibri" w:cs="Calibri" w:eastAsia="宋体"/>
          <w:b/>
        </w:rPr>
        <w:t>无利益关系</w:t>
      </w:r>
      <w:r>
        <w:rPr>
          <w:rFonts w:ascii="Calibri" w:hAnsi="Calibri" w:cs="Calibri" w:eastAsia="宋体"/>
        </w:rPr>
        <w:t xml:space="preserve"> 。我们不对本页面所列出的实体提供任何承诺或担保，请自行根据社群相关信息甄别，谨慎选择。</w:t>
      </w:r>
    </w:p>
    <w:p>
      <w:pPr>
        <w:shd w:val="clear" w:color="auto" w:fill="FEF2F2"/>
        <w:pBdr>
          <w:left w:val="single" w:sz="18" w:space="6" w:color="EF4444"/>
        </w:pBdr>
        <w:spacing w:after="40"/>
      </w:pPr>
      <w:r>
        <w:rPr>
          <w:rFonts w:ascii="Calibri" w:hAnsi="Calibri" w:cs="Calibri" w:eastAsia="宋体"/>
        </w:rPr>
        <w:t>本站不为中介与本站读者造成的一切纠纷负责，但提供相关的用户讨论区：</w:t>
      </w:r>
      <w:r>
        <w:rPr>
          <w:rFonts w:ascii="Calibri" w:hAnsi="Calibri" w:cs="Calibri" w:eastAsia="宋体"/>
        </w:rPr>
        <w:t>https://github.com/project-trans/reports/discussions</w:t>
      </w:r>
    </w:p>
    <w:p>
      <w:pPr>
        <w:spacing w:after="100"/>
      </w:pPr>
      <w:r>
        <w:rPr>
          <w:rFonts w:ascii="Calibri" w:hAnsi="Calibri" w:cs="Calibri" w:eastAsia="宋体"/>
        </w:rPr>
        <w:t>部分医院允许有意向者者直接与医院联系并预约手术，也有部分医院可能会将所有来自特定地区的预约请求重定向至特定的非医院员工的第三者。为便利起见，本页面收集了所有已知的在泰国活跃的中介/陪护/志愿者。</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医疗建议</w:t>
      </w:r>
    </w:p>
    <w:p>
      <w:pPr>
        <w:shd w:val="clear" w:color="auto" w:fill="FFFBEB"/>
        <w:pBdr>
          <w:left w:val="single" w:sz="18" w:space="6" w:color="F59E0B"/>
        </w:pBdr>
        <w:spacing w:after="40"/>
      </w:pPr>
      <w:r>
        <w:rPr>
          <w:rFonts w:ascii="Calibri" w:hAnsi="Calibri" w:cs="Calibri" w:eastAsia="宋体"/>
        </w:rPr>
        <w:t>除特殊说明外，任何翻译/中介/陪护均无医学相关执业资质，医疗相关问题请向正规医院和/或执业医师寻求帮助，除执业医师外的任何人发表的任何言论不能构成有效力的医疗建议。</w:t>
      </w:r>
    </w:p>
    <w:p>
      <w:pPr>
        <w:shd w:val="clear" w:color="auto" w:fill="FFFBEB"/>
        <w:pBdr>
          <w:left w:val="single" w:sz="18" w:space="6" w:color="F59E0B"/>
        </w:pBdr>
        <w:spacing w:after="40"/>
      </w:pPr>
      <w:r>
        <w:rPr>
          <w:rFonts w:ascii="Calibri" w:hAnsi="Calibri" w:cs="Calibri" w:eastAsia="宋体"/>
        </w:rPr>
        <w:t>如遇突发情况，请自行斟酌经济条件后寻求正规医疗帮助，或紧急医疗服务。</w:t>
      </w:r>
    </w:p>
    <w:p>
      <w:pPr>
        <w:pStyle w:val="Heading4"/>
      </w:pPr>
      <w:r>
        <w:rPr>
          <w:rFonts w:ascii="Calibri" w:hAnsi="Calibri" w:cs="Calibri" w:eastAsia="宋体"/>
        </w:rPr>
        <w:t>Chettasak 医生（曾用名 Chettawut，蔡达武）</w:t>
      </w:r>
    </w:p>
    <w:p>
      <w:pPr>
        <w:spacing w:before="20" w:after="40"/>
        <w:ind w:left="425" w:hanging="312"/>
      </w:pPr>
      <w:r>
        <w:rPr>
          <w:rFonts w:ascii="Calibri" w:hAnsi="Calibri" w:cs="Calibri" w:eastAsia="宋体"/>
        </w:rPr>
        <w:t xml:space="preserve">• </w:t>
      </w:r>
      <w:r>
        <w:rPr>
          <w:rFonts w:ascii="Calibri" w:hAnsi="Calibri" w:cs="Calibri" w:eastAsia="宋体"/>
        </w:rPr>
        <w:t xml:space="preserve">梁金 </w:t>
      </w:r>
      <w:r>
        <w:rPr>
          <w:rFonts w:ascii="Calibri" w:hAnsi="Calibri" w:cs="Calibri" w:eastAsia="宋体"/>
        </w:rPr>
        <w:t xml:space="preserve"> LINE jin235</w:t>
      </w:r>
      <w:r>
        <w:rPr>
          <w:rFonts w:ascii="Calibri" w:hAnsi="Calibri" w:cs="Calibri" w:eastAsia="宋体"/>
        </w:rPr>
        <w:t>、</w:t>
      </w:r>
      <w:r>
        <w:rPr>
          <w:rFonts w:ascii="Calibri" w:hAnsi="Calibri" w:cs="Calibri" w:eastAsia="宋体"/>
        </w:rPr>
        <w:t>jinliang222@gmail.com</w:t>
      </w:r>
      <w:r>
        <w:rPr>
          <w:rFonts w:ascii="Calibri" w:hAnsi="Calibri" w:cs="Calibri" w:eastAsia="宋体"/>
        </w:rPr>
        <w:t>、</w:t>
      </w:r>
      <w:r>
        <w:rPr>
          <w:rFonts w:ascii="Calibri" w:hAnsi="Calibri" w:cs="Calibri" w:eastAsia="宋体"/>
        </w:rPr>
        <w:t xml:space="preserve"> Telegram info4ts</w:t>
      </w:r>
      <w:r>
        <w:rPr>
          <w:rFonts w:ascii="Calibri" w:hAnsi="Calibri" w:cs="Calibri" w:eastAsia="宋体"/>
        </w:rPr>
        <w:t>、</w:t>
      </w:r>
      <w:r>
        <w:rPr>
          <w:rFonts w:ascii="Calibri" w:hAnsi="Calibri" w:cs="Calibri" w:eastAsia="宋体"/>
        </w:rPr>
        <w:t xml:space="preserve"> 微信 LiangJin3039</w:t>
      </w:r>
    </w:p>
    <w:p>
      <w:pPr>
        <w:spacing w:after="100"/>
      </w:pPr>
      <w:r>
        <w:rPr>
          <w:rFonts w:ascii="Calibri" w:hAnsi="Calibri" w:cs="Calibri" w:eastAsia="宋体"/>
        </w:rPr>
        <w:t>从已知信息来看，大陆客人联系医院官方会被转交梁金，梁金处手术报价</w:t>
      </w:r>
      <w:r>
        <w:rPr>
          <w:rFonts w:ascii="Calibri" w:hAnsi="Calibri" w:cs="Calibri" w:eastAsia="宋体"/>
          <w:b/>
        </w:rPr>
        <w:t>低于</w:t>
      </w:r>
      <w:r>
        <w:rPr>
          <w:rFonts w:ascii="Calibri" w:hAnsi="Calibri" w:cs="Calibri" w:eastAsia="宋体"/>
        </w:rPr>
        <w:t>官方。</w:t>
      </w:r>
    </w:p>
    <w:p>
      <w:pPr>
        <w:spacing w:before="20" w:after="40"/>
        <w:ind w:left="425" w:hanging="312"/>
      </w:pPr>
      <w:r>
        <w:rPr>
          <w:rFonts w:ascii="Calibri" w:hAnsi="Calibri" w:cs="Calibri" w:eastAsia="宋体"/>
        </w:rPr>
        <w:t xml:space="preserve">• </w:t>
      </w:r>
      <w:r>
        <w:rPr>
          <w:rFonts w:ascii="Calibri" w:hAnsi="Calibri" w:cs="Calibri" w:eastAsia="宋体"/>
        </w:rPr>
        <w:t xml:space="preserve">曼谷雨 </w:t>
      </w:r>
      <w:r>
        <w:rPr>
          <w:rFonts w:ascii="Calibri" w:hAnsi="Calibri" w:cs="Calibri" w:eastAsia="宋体"/>
        </w:rPr>
        <w:t xml:space="preserve"> 微信 manguyu003</w:t>
      </w:r>
    </w:p>
    <w:p>
      <w:pPr>
        <w:spacing w:after="100"/>
      </w:pPr>
      <w:r>
        <w:rPr>
          <w:rFonts w:ascii="Calibri" w:hAnsi="Calibri" w:cs="Calibri" w:eastAsia="宋体"/>
        </w:rPr>
        <w:t>报价较高</w:t>
      </w:r>
    </w:p>
    <w:p>
      <w:pPr>
        <w:pStyle w:val="Heading4"/>
      </w:pPr>
      <w:r>
        <w:rPr>
          <w:rFonts w:ascii="Calibri" w:hAnsi="Calibri" w:cs="Calibri" w:eastAsia="宋体"/>
        </w:rPr>
        <w:t>PAI</w:t>
      </w:r>
    </w:p>
    <w:p>
      <w:pPr>
        <w:spacing w:before="20" w:after="40"/>
        <w:ind w:left="425" w:hanging="312"/>
      </w:pPr>
      <w:r>
        <w:rPr>
          <w:rFonts w:ascii="Calibri" w:hAnsi="Calibri" w:cs="Calibri" w:eastAsia="宋体"/>
        </w:rPr>
        <w:t xml:space="preserve">• </w:t>
      </w:r>
      <w:r>
        <w:rPr>
          <w:rFonts w:ascii="Calibri" w:hAnsi="Calibri" w:cs="Calibri" w:eastAsia="宋体"/>
        </w:rPr>
        <w:t xml:space="preserve">蓝莓 </w:t>
      </w:r>
      <w:r>
        <w:rPr>
          <w:rFonts w:ascii="Calibri" w:hAnsi="Calibri" w:cs="Calibri" w:eastAsia="宋体"/>
        </w:rPr>
        <w:t>联系方式</w:t>
      </w:r>
      <w:r>
        <w:rPr>
          <w:rFonts w:ascii="Calibri" w:hAnsi="Calibri" w:cs="Calibri" w:eastAsia="宋体"/>
        </w:rPr>
        <w:t>、</w:t>
      </w:r>
      <w:r>
        <w:rPr>
          <w:rFonts w:ascii="Calibri" w:hAnsi="Calibri" w:cs="Calibri" w:eastAsia="宋体"/>
        </w:rPr>
        <w:t xml:space="preserve"> Telegram chiba2333</w:t>
      </w:r>
      <w:r>
        <w:rPr>
          <w:rFonts w:ascii="Calibri" w:hAnsi="Calibri" w:cs="Calibri" w:eastAsia="宋体"/>
        </w:rPr>
        <w:t>、</w:t>
      </w:r>
      <w:r>
        <w:rPr>
          <w:rFonts w:ascii="Calibri" w:hAnsi="Calibri" w:cs="Calibri" w:eastAsia="宋体"/>
        </w:rPr>
        <w:t xml:space="preserve"> 微信 Strawberry960</w:t>
      </w:r>
      <w:r>
        <w:rPr>
          <w:rFonts w:ascii="Calibri" w:hAnsi="Calibri" w:cs="Calibri" w:eastAsia="宋体"/>
        </w:rPr>
        <w:t>、</w:t>
      </w:r>
      <w:r>
        <w:rPr>
          <w:rFonts w:ascii="Calibri" w:hAnsi="Calibri" w:cs="Calibri" w:eastAsia="宋体"/>
        </w:rPr>
        <w:t>qwq@qwwq.org</w:t>
      </w:r>
    </w:p>
    <w:p>
      <w:pPr>
        <w:spacing w:after="100"/>
      </w:pPr>
      <w:r>
        <w:rPr>
          <w:rFonts w:ascii="Calibri" w:hAnsi="Calibri" w:cs="Calibri" w:eastAsia="宋体"/>
        </w:rPr>
        <w:t>手术陪护，自身为术后 MtF，可按天陪护。</w:t>
      </w:r>
    </w:p>
    <w:p>
      <w:pPr>
        <w:spacing w:before="20" w:after="40"/>
        <w:ind w:left="425" w:hanging="312"/>
      </w:pPr>
      <w:r>
        <w:rPr>
          <w:rFonts w:ascii="Calibri" w:hAnsi="Calibri" w:cs="Calibri" w:eastAsia="宋体"/>
        </w:rPr>
        <w:t xml:space="preserve">• </w:t>
      </w:r>
      <w:r>
        <w:rPr>
          <w:rFonts w:ascii="Calibri" w:hAnsi="Calibri" w:cs="Calibri" w:eastAsia="宋体"/>
        </w:rPr>
        <w:t xml:space="preserve">Jessica/嘉嘉 </w:t>
      </w:r>
      <w:r>
        <w:rPr>
          <w:rFonts w:ascii="Calibri" w:hAnsi="Calibri" w:cs="Calibri" w:eastAsia="宋体"/>
        </w:rPr>
        <w:t xml:space="preserve"> 微信 JessicaLee9985</w:t>
      </w:r>
      <w:r>
        <w:rPr>
          <w:rFonts w:ascii="Calibri" w:hAnsi="Calibri" w:cs="Calibri" w:eastAsia="宋体"/>
        </w:rPr>
        <w:t>、</w:t>
      </w:r>
      <w:r>
        <w:rPr>
          <w:rFonts w:ascii="Calibri" w:hAnsi="Calibri" w:cs="Calibri" w:eastAsia="宋体"/>
        </w:rPr>
        <w:t xml:space="preserve"> Telegram jessicalee85</w:t>
      </w:r>
      <w:r>
        <w:rPr>
          <w:rFonts w:ascii="Calibri" w:hAnsi="Calibri" w:cs="Calibri" w:eastAsia="宋体"/>
        </w:rPr>
        <w:t>、</w:t>
      </w:r>
      <w:r>
        <w:rPr>
          <w:rFonts w:ascii="Calibri" w:hAnsi="Calibri" w:cs="Calibri" w:eastAsia="宋体"/>
        </w:rPr>
        <w:t xml:space="preserve"> LINE jessicalee74</w:t>
      </w:r>
    </w:p>
    <w:p>
      <w:pPr>
        <w:spacing w:after="100"/>
      </w:pPr>
      <w:r>
        <w:rPr>
          <w:rFonts w:ascii="Calibri" w:hAnsi="Calibri" w:cs="Calibri" w:eastAsia="宋体"/>
        </w:rPr>
        <w:t>手术陪护，自身为 MtF，PAI 官方认定 SRS 联络员。</w:t>
      </w:r>
    </w:p>
    <w:p>
      <w:pPr>
        <w:keepNext/>
        <w:spacing w:before="120" w:after="40"/>
        <w:pBdr>
          <w:bottom w:val="single" w:sz="6" w:space="1" w:color="D4D8DE"/>
        </w:pBdr>
      </w:pPr>
      <w:r>
        <w:rPr>
          <w:rFonts w:ascii="Calibri" w:hAnsi="Calibri" w:cs="Calibri" w:eastAsia="微软雅黑"/>
          <w:b/>
        </w:rPr>
        <w:t>▸ 相关证明</w:t>
      </w:r>
    </w:p>
    <w:p>
      <w:pPr>
        <w:spacing w:before="20" w:after="40"/>
        <w:ind w:left="425" w:hanging="312"/>
      </w:pPr>
      <w:r>
        <w:rPr>
          <w:rFonts w:ascii="Calibri" w:hAnsi="Calibri" w:cs="Calibri" w:eastAsia="宋体"/>
        </w:rPr>
        <w:t xml:space="preserve">• </w:t>
      </w:r>
      <w:r>
        <w:rPr>
          <w:rFonts w:ascii="Calibri" w:hAnsi="Calibri" w:cs="Calibri" w:eastAsia="宋体"/>
        </w:rPr>
        <w:t xml:space="preserve">李萍 </w:t>
      </w:r>
      <w:r>
        <w:rPr>
          <w:rFonts w:ascii="Calibri" w:hAnsi="Calibri" w:cs="Calibri" w:eastAsia="宋体"/>
        </w:rPr>
        <w:t xml:space="preserve"> 微信 liping8267758</w:t>
      </w:r>
    </w:p>
    <w:p>
      <w:pPr>
        <w:spacing w:after="100"/>
      </w:pPr>
      <w:r>
        <w:rPr>
          <w:rFonts w:ascii="Calibri" w:hAnsi="Calibri" w:cs="Calibri" w:eastAsia="宋体"/>
        </w:rPr>
        <w:t>PAI 官方认定 SRS 联络员。</w:t>
      </w:r>
    </w:p>
    <w:p>
      <w:pPr>
        <w:keepNext/>
        <w:spacing w:before="120" w:after="40"/>
        <w:pBdr>
          <w:bottom w:val="single" w:sz="6" w:space="1" w:color="D4D8DE"/>
        </w:pBdr>
      </w:pPr>
      <w:r>
        <w:rPr>
          <w:rFonts w:ascii="Calibri" w:hAnsi="Calibri" w:cs="Calibri" w:eastAsia="微软雅黑"/>
          <w:b/>
        </w:rPr>
        <w:t>▸ 相关证明</w:t>
      </w:r>
    </w:p>
    <w:p>
      <w:pPr>
        <w:spacing w:before="20" w:after="40"/>
        <w:ind w:left="425" w:hanging="312"/>
      </w:pPr>
      <w:r>
        <w:rPr>
          <w:rFonts w:ascii="Calibri" w:hAnsi="Calibri" w:cs="Calibri" w:eastAsia="宋体"/>
        </w:rPr>
        <w:t xml:space="preserve">• </w:t>
      </w:r>
      <w:r>
        <w:rPr>
          <w:rFonts w:ascii="Calibri" w:hAnsi="Calibri" w:cs="Calibri" w:eastAsia="宋体"/>
        </w:rPr>
        <w:t>Estetica Thailandia (Charee)</w:t>
      </w:r>
      <w:r>
        <w:rPr>
          <w:rFonts w:ascii="Calibri" w:hAnsi="Calibri" w:cs="Calibri" w:eastAsia="宋体"/>
        </w:rPr>
        <w:t xml:space="preserve"> </w:t>
      </w:r>
      <w:r>
        <w:br/>
      </w:r>
      <w:r>
        <w:br/>
      </w:r>
      <w:r>
        <w:rPr>
          <w:rFonts w:ascii="Calibri" w:hAnsi="Calibri" w:cs="Calibri" w:eastAsia="宋体"/>
        </w:rPr>
        <w:t>英文中介，不需要收取额外费用，需要基础英文沟通能力（面诊，复诊可配搭收费中文翻译）。</w:t>
      </w:r>
    </w:p>
    <w:p>
      <w:pPr>
        <w:spacing w:before="20" w:after="40"/>
        <w:ind w:left="425" w:hanging="312"/>
      </w:pPr>
      <w:r>
        <w:rPr>
          <w:rFonts w:ascii="Calibri" w:hAnsi="Calibri" w:cs="Calibri" w:eastAsia="宋体"/>
        </w:rPr>
        <w:t xml:space="preserve">• </w:t>
      </w:r>
      <w:r>
        <w:rPr>
          <w:rFonts w:ascii="Calibri" w:hAnsi="Calibri" w:cs="Calibri" w:eastAsia="宋体"/>
        </w:rPr>
        <w:t xml:space="preserve">梁金 </w:t>
      </w:r>
      <w:r>
        <w:br/>
      </w:r>
      <w:r>
        <w:br/>
      </w:r>
      <w:r>
        <w:rPr>
          <w:rFonts w:ascii="Calibri" w:hAnsi="Calibri" w:cs="Calibri" w:eastAsia="宋体"/>
        </w:rPr>
        <w:t>详情见上</w:t>
      </w:r>
    </w:p>
    <w:p>
      <w:pPr>
        <w:pStyle w:val="Heading4"/>
      </w:pPr>
      <w:r>
        <w:rPr>
          <w:rFonts w:ascii="Calibri" w:hAnsi="Calibri" w:cs="Calibri" w:eastAsia="宋体"/>
        </w:rPr>
        <w:t>Kamol</w:t>
      </w:r>
    </w:p>
    <w:p>
      <w:pPr>
        <w:pStyle w:val="Heading5"/>
      </w:pPr>
      <w:r>
        <w:rPr>
          <w:rFonts w:ascii="Calibri" w:hAnsi="Calibri" w:cs="Calibri" w:eastAsia="宋体"/>
        </w:rPr>
        <w:t>中介</w:t>
      </w:r>
    </w:p>
    <w:p>
      <w:pPr>
        <w:spacing w:after="100"/>
      </w:pPr>
      <w:r>
        <w:rPr>
          <w:rFonts w:ascii="Calibri" w:hAnsi="Calibri" w:cs="Calibri" w:eastAsia="宋体"/>
        </w:rPr>
        <w:t>这里的微信均为中文中介，均不为医院在职员工。</w:t>
      </w:r>
      <w:r>
        <w:rPr>
          <w:rFonts w:ascii="Calibri" w:hAnsi="Calibri" w:cs="Calibri" w:eastAsia="宋体"/>
          <w:b/>
        </w:rPr>
        <w:t>相关讨论页面</w:t>
      </w:r>
      <w:r>
        <w:rPr>
          <w:rFonts w:ascii="Calibri" w:hAnsi="Calibri" w:cs="Calibri" w:eastAsia="宋体"/>
          <w:b/>
        </w:rPr>
        <w:t>中列举了下述中介可能存在部分不恰当行为</w:t>
      </w:r>
      <w:r>
        <w:rPr>
          <w:rFonts w:ascii="Calibri" w:hAnsi="Calibri" w:cs="Calibri" w:eastAsia="宋体"/>
        </w:rPr>
        <w:t>，建议认真阅读后谨慎选择的。该医院有中文员工，若要考虑 kamol 可直接联系医院，无特别需要可能不必通过中介联系。</w:t>
      </w:r>
    </w:p>
    <w:p>
      <w:pPr>
        <w:spacing w:before="20" w:after="40"/>
        <w:ind w:left="425" w:hanging="312"/>
      </w:pPr>
      <w:r>
        <w:rPr>
          <w:rFonts w:ascii="Calibri" w:hAnsi="Calibri" w:cs="Calibri" w:eastAsia="宋体"/>
        </w:rPr>
        <w:t xml:space="preserve">• </w:t>
      </w:r>
      <w:r>
        <w:br/>
      </w:r>
      <w:r>
        <w:rPr>
          <w:rFonts w:ascii="Calibri" w:hAnsi="Calibri" w:cs="Calibri" w:eastAsia="宋体"/>
        </w:rPr>
        <w:t xml:space="preserve"> 微信 wuyanlii</w:t>
      </w:r>
      <w:r>
        <w:br/>
      </w:r>
    </w:p>
    <w:p>
      <w:pPr>
        <w:spacing w:before="20" w:after="40"/>
        <w:ind w:left="425" w:hanging="312"/>
      </w:pPr>
      <w:r>
        <w:rPr>
          <w:rFonts w:ascii="Calibri" w:hAnsi="Calibri" w:cs="Calibri" w:eastAsia="宋体"/>
        </w:rPr>
        <w:t xml:space="preserve">• </w:t>
      </w:r>
      <w:r>
        <w:br/>
      </w:r>
      <w:r>
        <w:rPr>
          <w:rFonts w:ascii="Calibri" w:hAnsi="Calibri" w:cs="Calibri" w:eastAsia="宋体"/>
        </w:rPr>
        <w:t xml:space="preserve"> 微信 xiaofeitum2</w:t>
      </w:r>
      <w:r>
        <w:br/>
      </w:r>
    </w:p>
    <w:p>
      <w:pPr>
        <w:pStyle w:val="Heading5"/>
      </w:pPr>
      <w:r>
        <w:rPr>
          <w:rFonts w:ascii="Calibri" w:hAnsi="Calibri" w:cs="Calibri" w:eastAsia="宋体"/>
        </w:rPr>
        <w:t>翻译陪护</w:t>
      </w:r>
    </w:p>
    <w:p>
      <w:pPr>
        <w:spacing w:before="20" w:after="40"/>
        <w:ind w:left="425" w:hanging="312"/>
      </w:pPr>
      <w:r>
        <w:rPr>
          <w:rFonts w:ascii="Calibri" w:hAnsi="Calibri" w:cs="Calibri" w:eastAsia="宋体"/>
        </w:rPr>
        <w:t xml:space="preserve">• </w:t>
      </w:r>
      <w:r>
        <w:rPr>
          <w:rFonts w:ascii="Calibri" w:hAnsi="Calibri" w:cs="Calibri" w:eastAsia="宋体"/>
        </w:rPr>
        <w:t xml:space="preserve">Jessica </w:t>
      </w:r>
      <w:r>
        <w:br/>
      </w:r>
      <w:r>
        <w:br/>
      </w:r>
      <w:r>
        <w:rPr>
          <w:rFonts w:ascii="Calibri" w:hAnsi="Calibri" w:cs="Calibri" w:eastAsia="宋体"/>
        </w:rPr>
        <w:t>详情见上</w:t>
      </w:r>
    </w:p>
    <w:p>
      <w:pPr>
        <w:pStyle w:val="Heading3"/>
      </w:pPr>
      <w:r>
        <w:rPr>
          <w:rFonts w:ascii="Calibri" w:hAnsi="Calibri" w:cs="Calibri" w:eastAsia="微软雅黑"/>
        </w:rPr>
        <w:t>4.8.4  Chettasak 医生</w:t>
      </w:r>
    </w:p>
    <w:p>
      <w:pPr>
        <w:spacing w:after="160"/>
      </w:pPr>
      <w:r>
        <w:rPr>
          <w:rFonts w:ascii="Calibri" w:hAnsi="Calibri" w:cs="Calibri" w:eastAsia="宋体"/>
          <w:color w:val="6B7280"/>
          <w:sz w:val="16"/>
        </w:rPr>
        <w:t>原文：https://mtf.wiki/zh-cn/docs/srs/thailand/chettawut · 最近更新：2025年8月17日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该医生存在一天内安排多台手术的情况，且有在手术期间出现在病房查房的目击报告</w:t>
      </w:r>
    </w:p>
    <w:p>
      <w:pPr>
        <w:shd w:val="clear" w:color="auto" w:fill="FFFBEB"/>
        <w:pBdr>
          <w:left w:val="single" w:sz="18" w:space="6" w:color="F59E0B"/>
        </w:pBdr>
        <w:spacing w:after="40"/>
      </w:pPr>
      <w:r>
        <w:rPr>
          <w:rFonts w:ascii="Calibri" w:hAnsi="Calibri" w:cs="Calibri" w:eastAsia="宋体"/>
        </w:rPr>
        <w:t>相关讨论：</w:t>
      </w:r>
      <w:r>
        <w:rPr>
          <w:rFonts w:ascii="Calibri" w:hAnsi="Calibri" w:cs="Calibri" w:eastAsia="宋体"/>
        </w:rPr>
        <w:t>issues#761</w:t>
      </w:r>
    </w:p>
    <w:p>
      <w:pPr>
        <w:pStyle w:val="Heading4"/>
      </w:pPr>
      <w:r>
        <w:rPr>
          <w:rFonts w:ascii="Calibri" w:hAnsi="Calibri" w:cs="Calibri" w:eastAsia="宋体"/>
        </w:rPr>
        <w:t>医生简介</w:t>
      </w:r>
    </w:p>
    <w:p>
      <w:pPr>
        <w:spacing w:before="20" w:after="40"/>
        <w:ind w:left="425" w:hanging="312"/>
      </w:pPr>
      <w:r>
        <w:rPr>
          <w:rFonts w:ascii="Calibri" w:hAnsi="Calibri" w:cs="Calibri" w:eastAsia="宋体"/>
        </w:rPr>
        <w:t xml:space="preserve">• </w:t>
      </w:r>
      <w:r>
        <w:rPr>
          <w:rFonts w:ascii="Calibri" w:hAnsi="Calibri" w:cs="Calibri" w:eastAsia="宋体"/>
        </w:rPr>
        <w:t>医生姓名：Chettasak（曾用名 Chettawut，蔡达武）</w:t>
      </w:r>
    </w:p>
    <w:p>
      <w:pPr>
        <w:spacing w:before="20" w:after="40"/>
        <w:ind w:left="425" w:hanging="312"/>
      </w:pPr>
      <w:r>
        <w:rPr>
          <w:rFonts w:ascii="Calibri" w:hAnsi="Calibri" w:cs="Calibri" w:eastAsia="宋体"/>
        </w:rPr>
        <w:t xml:space="preserve">• </w:t>
      </w:r>
      <w:r>
        <w:rPr>
          <w:rFonts w:ascii="Calibri" w:hAnsi="Calibri" w:cs="Calibri" w:eastAsia="宋体"/>
        </w:rPr>
        <w:t>所在医院：</w:t>
      </w:r>
      <w:r>
        <w:rPr>
          <w:rFonts w:ascii="Calibri" w:hAnsi="Calibri" w:cs="Calibri" w:eastAsia="宋体"/>
        </w:rPr>
        <w:t>WIH International Hospital</w:t>
      </w:r>
    </w:p>
    <w:p>
      <w:pPr>
        <w:spacing w:before="20" w:after="40"/>
        <w:ind w:left="425" w:hanging="312"/>
      </w:pPr>
      <w:r>
        <w:rPr>
          <w:rFonts w:ascii="Calibri" w:hAnsi="Calibri" w:cs="Calibri" w:eastAsia="宋体"/>
        </w:rPr>
        <w:t xml:space="preserve">• </w:t>
      </w:r>
      <w:r>
        <w:rPr>
          <w:rFonts w:ascii="Calibri" w:hAnsi="Calibri" w:cs="Calibri" w:eastAsia="宋体"/>
        </w:rPr>
        <w:t xml:space="preserve">官方网站: </w:t>
      </w:r>
      <w:r>
        <w:rPr>
          <w:rFonts w:ascii="Calibri" w:hAnsi="Calibri" w:cs="Calibri" w:eastAsia="宋体"/>
        </w:rPr>
        <w:t>WIH International hospital</w:t>
      </w:r>
    </w:p>
    <w:p>
      <w:pPr>
        <w:spacing w:before="20" w:after="40"/>
        <w:ind w:left="425" w:hanging="312"/>
      </w:pPr>
      <w:r>
        <w:rPr>
          <w:rFonts w:ascii="Calibri" w:hAnsi="Calibri" w:cs="Calibri" w:eastAsia="宋体"/>
        </w:rPr>
        <w:t xml:space="preserve">• </w:t>
      </w:r>
      <w:r>
        <w:rPr>
          <w:rFonts w:ascii="Calibri" w:hAnsi="Calibri" w:cs="Calibri" w:eastAsia="宋体"/>
        </w:rPr>
        <w:t>邮箱：</w:t>
      </w:r>
      <w:r>
        <w:rPr>
          <w:rFonts w:ascii="Calibri" w:hAnsi="Calibri" w:cs="Calibri" w:eastAsia="宋体"/>
        </w:rPr>
        <w:t>info@wihhospital.com</w:t>
      </w:r>
    </w:p>
    <w:p>
      <w:pPr>
        <w:spacing w:before="20" w:after="40"/>
        <w:ind w:left="425" w:hanging="312"/>
      </w:pPr>
      <w:r>
        <w:rPr>
          <w:rFonts w:ascii="Calibri" w:hAnsi="Calibri" w:cs="Calibri" w:eastAsia="宋体"/>
        </w:rPr>
        <w:t xml:space="preserve">• </w:t>
      </w:r>
      <w:r>
        <w:rPr>
          <w:rFonts w:ascii="Calibri" w:hAnsi="Calibri" w:cs="Calibri" w:eastAsia="宋体"/>
        </w:rPr>
        <w:t>电话：</w:t>
      </w:r>
      <w:r>
        <w:rPr>
          <w:rFonts w:ascii="Calibri" w:hAnsi="Calibri" w:cs="Calibri" w:eastAsia="宋体"/>
        </w:rPr>
        <w:t>+66 0-2078-8919</w:t>
      </w:r>
    </w:p>
    <w:p>
      <w:pPr>
        <w:spacing w:before="20" w:after="40"/>
        <w:ind w:left="425" w:hanging="312"/>
      </w:pPr>
      <w:r>
        <w:rPr>
          <w:rFonts w:ascii="Calibri" w:hAnsi="Calibri" w:cs="Calibri" w:eastAsia="宋体"/>
        </w:rPr>
        <w:t xml:space="preserve">• </w:t>
      </w:r>
      <w:r>
        <w:rPr>
          <w:rFonts w:ascii="Calibri" w:hAnsi="Calibri" w:cs="Calibri" w:eastAsia="宋体"/>
        </w:rPr>
        <w:t>LINE：</w:t>
      </w:r>
      <w:r>
        <w:rPr>
          <w:rFonts w:ascii="Calibri" w:hAnsi="Calibri" w:cs="Calibri" w:eastAsia="宋体"/>
        </w:rPr>
        <w:t xml:space="preserve"> LINE wihhospital</w:t>
      </w:r>
    </w:p>
    <w:p>
      <w:pPr>
        <w:pStyle w:val="Heading4"/>
      </w:pPr>
      <w:r>
        <w:rPr>
          <w:rFonts w:ascii="Calibri" w:hAnsi="Calibri" w:cs="Calibri" w:eastAsia="宋体"/>
        </w:rPr>
        <w:t>手术费用和缴费方式</w:t>
      </w:r>
    </w:p>
    <w:tbl>
      <w:tblPr>
        <w:tblStyle w:val="TableGrid"/>
        <w:tblW w:type="auto" w:w="0"/>
        <w:jc w:val="center"/>
        <w:tblLayout w:type="fixed"/>
        <w:tblLook w:firstColumn="1" w:firstRow="1" w:lastColumn="0" w:lastRow="0" w:noHBand="0" w:noVBand="1" w:val="04A0"/>
      </w:tblPr>
      <w:tblGrid>
        <w:gridCol w:w="2324"/>
        <w:gridCol w:w="4068"/>
        <w:gridCol w:w="1162"/>
        <w:gridCol w:w="1743"/>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手术方式</w:t>
            </w:r>
          </w:p>
        </w:tc>
        <w:tc>
          <w:tcPr>
            <w:tcW w:type="dxa" w:w="4068"/>
            <w:shd w:val="clear" w:color="auto" w:fill="EDF1F7"/>
          </w:tcPr>
          <w:p>
            <w:pPr>
              <w:spacing w:before="40" w:after="40" w:line="276" w:lineRule="auto"/>
            </w:pPr>
            <w:r>
              <w:rPr>
                <w:b/>
                <w:sz w:val="18"/>
              </w:rPr>
            </w:r>
            <w:r>
              <w:rPr>
                <w:rFonts w:ascii="Calibri" w:hAnsi="Calibri" w:cs="Calibri" w:eastAsia="宋体"/>
                <w:b/>
                <w:sz w:val="18"/>
              </w:rPr>
              <w:t>价格</w:t>
            </w:r>
          </w:p>
        </w:tc>
        <w:tc>
          <w:tcPr>
            <w:tcW w:type="dxa" w:w="1162"/>
            <w:shd w:val="clear" w:color="auto" w:fill="EDF1F7"/>
          </w:tcPr>
          <w:p>
            <w:pPr>
              <w:spacing w:before="40" w:after="40" w:line="276" w:lineRule="auto"/>
            </w:pPr>
            <w:r>
              <w:rPr>
                <w:b/>
                <w:sz w:val="18"/>
              </w:rPr>
            </w:r>
            <w:r>
              <w:rPr>
                <w:rFonts w:ascii="Calibri" w:hAnsi="Calibri" w:cs="Calibri" w:eastAsia="宋体"/>
                <w:b/>
                <w:sz w:val="18"/>
              </w:rPr>
              <w:t>最大允许BMI</w:t>
            </w:r>
          </w:p>
        </w:tc>
        <w:tc>
          <w:tcPr>
            <w:tcW w:type="dxa" w:w="1743"/>
            <w:shd w:val="clear" w:color="auto" w:fill="EDF1F7"/>
          </w:tcPr>
          <w:p>
            <w:pPr>
              <w:spacing w:before="40" w:after="40" w:line="276" w:lineRule="auto"/>
            </w:pPr>
            <w:r>
              <w:rPr>
                <w:b/>
                <w:sz w:val="18"/>
              </w:rPr>
            </w:r>
            <w:r>
              <w:rPr>
                <w:rFonts w:ascii="Calibri" w:hAnsi="Calibri" w:cs="Calibri" w:eastAsia="宋体"/>
                <w:b/>
                <w:sz w:val="18"/>
              </w:rPr>
              <w:t>阴道平均深度</w:t>
            </w:r>
          </w:p>
        </w:tc>
      </w:tr>
      <w:tr>
        <w:tc>
          <w:tcPr>
            <w:tcW w:type="dxa" w:w="2324"/>
          </w:tcPr>
          <w:p>
            <w:pPr>
              <w:spacing w:before="40" w:after="40" w:line="276" w:lineRule="auto"/>
            </w:pPr>
            <w:r>
              <w:rPr>
                <w:sz w:val="18"/>
              </w:rPr>
            </w:r>
            <w:r>
              <w:rPr>
                <w:rFonts w:ascii="Calibri" w:hAnsi="Calibri" w:cs="Calibri" w:eastAsia="宋体"/>
                <w:sz w:val="18"/>
              </w:rPr>
              <w:t>睾丸切除术</w:t>
            </w:r>
          </w:p>
        </w:tc>
        <w:tc>
          <w:tcPr>
            <w:tcW w:type="dxa" w:w="4068"/>
          </w:tcPr>
          <w:p>
            <w:pPr>
              <w:spacing w:before="40" w:after="40" w:line="276" w:lineRule="auto"/>
            </w:pPr>
            <w:r>
              <w:rPr>
                <w:sz w:val="18"/>
              </w:rPr>
            </w:r>
            <w:r>
              <w:rPr>
                <w:rFonts w:ascii="Calibri" w:hAnsi="Calibri" w:cs="Calibri" w:eastAsia="宋体"/>
                <w:sz w:val="18"/>
              </w:rPr>
              <w:t>THB 100,000.00</w:t>
            </w:r>
          </w:p>
        </w:tc>
        <w:tc>
          <w:tcPr>
            <w:tcW w:type="dxa" w:w="1162"/>
          </w:tcPr>
          <w:p>
            <w:pPr>
              <w:spacing w:before="40" w:after="40" w:line="276" w:lineRule="auto"/>
            </w:pPr>
            <w:r>
              <w:rPr>
                <w:sz w:val="18"/>
              </w:rPr>
            </w:r>
            <w:r>
              <w:rPr>
                <w:rFonts w:ascii="Calibri" w:hAnsi="Calibri" w:cs="Calibri" w:eastAsia="宋体"/>
                <w:sz w:val="18"/>
              </w:rPr>
              <w:t>N/A</w:t>
            </w:r>
          </w:p>
        </w:tc>
        <w:tc>
          <w:tcPr>
            <w:tcW w:type="dxa" w:w="1743"/>
          </w:tcPr>
          <w:p>
            <w:pPr>
              <w:spacing w:before="40" w:after="40" w:line="276" w:lineRule="auto"/>
            </w:pPr>
            <w:r>
              <w:rPr>
                <w:sz w:val="18"/>
              </w:rPr>
            </w:r>
            <w:r>
              <w:rPr>
                <w:rFonts w:ascii="Calibri" w:hAnsi="Calibri" w:cs="Calibri" w:eastAsia="宋体"/>
                <w:sz w:val="18"/>
              </w:rPr>
              <w:t>N/A</w:t>
            </w:r>
          </w:p>
        </w:tc>
      </w:tr>
      <w:tr>
        <w:tc>
          <w:tcPr>
            <w:tcW w:type="dxa" w:w="2324"/>
          </w:tcPr>
          <w:p>
            <w:pPr>
              <w:spacing w:before="40" w:after="40" w:line="276" w:lineRule="auto"/>
            </w:pPr>
            <w:r>
              <w:rPr>
                <w:sz w:val="18"/>
              </w:rPr>
            </w:r>
            <w:r>
              <w:rPr>
                <w:rFonts w:ascii="Calibri" w:hAnsi="Calibri" w:cs="Calibri" w:eastAsia="宋体"/>
                <w:sz w:val="18"/>
              </w:rPr>
              <w:t>零深度</w:t>
            </w:r>
          </w:p>
        </w:tc>
        <w:tc>
          <w:tcPr>
            <w:tcW w:type="dxa" w:w="4068"/>
          </w:tcPr>
          <w:p>
            <w:pPr>
              <w:spacing w:before="40" w:after="40" w:line="276" w:lineRule="auto"/>
            </w:pPr>
            <w:r>
              <w:rPr>
                <w:sz w:val="18"/>
              </w:rPr>
            </w:r>
            <w:r>
              <w:rPr>
                <w:rFonts w:ascii="Calibri" w:hAnsi="Calibri" w:cs="Calibri" w:eastAsia="宋体"/>
                <w:sz w:val="18"/>
              </w:rPr>
              <w:t>THB 340,000.00</w:t>
            </w:r>
          </w:p>
        </w:tc>
        <w:tc>
          <w:tcPr>
            <w:tcW w:type="dxa" w:w="1162"/>
          </w:tcPr>
          <w:p>
            <w:pPr>
              <w:spacing w:before="40" w:after="40" w:line="276" w:lineRule="auto"/>
            </w:pPr>
            <w:r>
              <w:rPr>
                <w:sz w:val="18"/>
              </w:rPr>
            </w:r>
            <w:r>
              <w:rPr>
                <w:rFonts w:ascii="Calibri" w:hAnsi="Calibri" w:cs="Calibri" w:eastAsia="宋体"/>
                <w:sz w:val="18"/>
              </w:rPr>
              <w:t>35</w:t>
            </w:r>
          </w:p>
        </w:tc>
        <w:tc>
          <w:tcPr>
            <w:tcW w:type="dxa" w:w="1743"/>
          </w:tcPr>
          <w:p>
            <w:pPr>
              <w:spacing w:before="40" w:after="40" w:line="276" w:lineRule="auto"/>
            </w:pPr>
            <w:r>
              <w:rPr>
                <w:sz w:val="18"/>
              </w:rPr>
            </w:r>
            <w:r>
              <w:rPr>
                <w:rFonts w:ascii="Calibri" w:hAnsi="Calibri" w:cs="Calibri" w:eastAsia="宋体"/>
                <w:sz w:val="18"/>
              </w:rPr>
              <w:t>无</w:t>
            </w:r>
          </w:p>
        </w:tc>
      </w:tr>
      <w:tr>
        <w:tc>
          <w:tcPr>
            <w:tcW w:type="dxa" w:w="2324"/>
          </w:tcPr>
          <w:p>
            <w:pPr>
              <w:spacing w:before="40" w:after="40" w:line="276" w:lineRule="auto"/>
            </w:pPr>
            <w:r>
              <w:rPr>
                <w:sz w:val="18"/>
              </w:rPr>
            </w:r>
            <w:r>
              <w:rPr>
                <w:rFonts w:ascii="Calibri" w:hAnsi="Calibri" w:cs="Calibri" w:eastAsia="宋体"/>
                <w:sz w:val="18"/>
              </w:rPr>
              <w:t>皮瓣</w:t>
            </w:r>
          </w:p>
        </w:tc>
        <w:tc>
          <w:tcPr>
            <w:tcW w:type="dxa" w:w="4068"/>
          </w:tcPr>
          <w:p>
            <w:pPr>
              <w:spacing w:before="40" w:after="40" w:line="276" w:lineRule="auto"/>
            </w:pPr>
            <w:r>
              <w:rPr>
                <w:sz w:val="18"/>
              </w:rPr>
            </w:r>
            <w:r>
              <w:rPr>
                <w:rFonts w:ascii="Calibri" w:hAnsi="Calibri" w:cs="Calibri" w:eastAsia="宋体"/>
                <w:sz w:val="18"/>
              </w:rPr>
              <w:t>THB 360,000.00</w:t>
            </w:r>
          </w:p>
        </w:tc>
        <w:tc>
          <w:tcPr>
            <w:tcW w:type="dxa" w:w="1162"/>
          </w:tcPr>
          <w:p>
            <w:pPr>
              <w:spacing w:before="40" w:after="40" w:line="276" w:lineRule="auto"/>
            </w:pPr>
            <w:r>
              <w:rPr>
                <w:sz w:val="18"/>
              </w:rPr>
            </w:r>
            <w:r>
              <w:rPr>
                <w:rFonts w:ascii="Calibri" w:hAnsi="Calibri" w:cs="Calibri" w:eastAsia="宋体"/>
                <w:sz w:val="18"/>
              </w:rPr>
              <w:t>32</w:t>
            </w:r>
          </w:p>
        </w:tc>
        <w:tc>
          <w:tcPr>
            <w:tcW w:type="dxa" w:w="1743"/>
          </w:tcPr>
          <w:p>
            <w:pPr>
              <w:spacing w:before="40" w:after="40" w:line="276" w:lineRule="auto"/>
            </w:pPr>
            <w:r>
              <w:rPr>
                <w:sz w:val="18"/>
              </w:rPr>
            </w:r>
            <w:r>
              <w:rPr>
                <w:rFonts w:ascii="Calibri" w:hAnsi="Calibri" w:cs="Calibri" w:eastAsia="宋体"/>
                <w:sz w:val="18"/>
              </w:rPr>
              <w:t>6 英寸</w:t>
            </w:r>
          </w:p>
        </w:tc>
      </w:tr>
      <w:tr>
        <w:tc>
          <w:tcPr>
            <w:tcW w:type="dxa" w:w="2324"/>
          </w:tcPr>
          <w:p>
            <w:pPr>
              <w:spacing w:before="40" w:after="40" w:line="276" w:lineRule="auto"/>
            </w:pPr>
            <w:r>
              <w:rPr>
                <w:sz w:val="18"/>
              </w:rPr>
            </w:r>
            <w:r>
              <w:rPr>
                <w:rFonts w:ascii="Calibri" w:hAnsi="Calibri" w:cs="Calibri" w:eastAsia="宋体"/>
                <w:sz w:val="18"/>
              </w:rPr>
              <w:t>结肠</w:t>
            </w:r>
          </w:p>
        </w:tc>
        <w:tc>
          <w:tcPr>
            <w:tcW w:type="dxa" w:w="4068"/>
          </w:tcPr>
          <w:p>
            <w:pPr>
              <w:spacing w:before="40" w:after="40" w:line="276" w:lineRule="auto"/>
            </w:pPr>
            <w:r>
              <w:rPr>
                <w:sz w:val="18"/>
              </w:rPr>
            </w:r>
            <w:r>
              <w:rPr>
                <w:rFonts w:ascii="Calibri" w:hAnsi="Calibri" w:cs="Calibri" w:eastAsia="宋体"/>
                <w:sz w:val="18"/>
              </w:rPr>
              <w:t>THB 550,000.00</w:t>
            </w:r>
          </w:p>
        </w:tc>
        <w:tc>
          <w:tcPr>
            <w:tcW w:type="dxa" w:w="1162"/>
          </w:tcPr>
          <w:p>
            <w:pPr>
              <w:spacing w:before="40" w:after="40" w:line="276" w:lineRule="auto"/>
            </w:pPr>
            <w:r>
              <w:rPr>
                <w:sz w:val="18"/>
              </w:rPr>
            </w:r>
          </w:p>
        </w:tc>
        <w:tc>
          <w:tcPr>
            <w:tcW w:type="dxa" w:w="1743"/>
          </w:tcPr>
          <w:p>
            <w:pPr>
              <w:spacing w:before="40" w:after="40" w:line="276" w:lineRule="auto"/>
            </w:pPr>
            <w:r>
              <w:rPr>
                <w:sz w:val="18"/>
              </w:rPr>
            </w:r>
          </w:p>
        </w:tc>
      </w:tr>
      <w:tr>
        <w:tc>
          <w:tcPr>
            <w:tcW w:type="dxa" w:w="2324"/>
          </w:tcPr>
          <w:p>
            <w:pPr>
              <w:spacing w:before="40" w:after="40" w:line="276" w:lineRule="auto"/>
            </w:pPr>
            <w:r>
              <w:rPr>
                <w:sz w:val="18"/>
              </w:rPr>
            </w:r>
            <w:r>
              <w:rPr>
                <w:rFonts w:ascii="Calibri" w:hAnsi="Calibri" w:cs="Calibri" w:eastAsia="宋体"/>
                <w:sz w:val="18"/>
              </w:rPr>
              <w:t>结肠（腹腔镜）</w:t>
            </w:r>
          </w:p>
        </w:tc>
        <w:tc>
          <w:tcPr>
            <w:tcW w:type="dxa" w:w="4068"/>
          </w:tcPr>
          <w:p>
            <w:pPr>
              <w:spacing w:before="40" w:after="40" w:line="276" w:lineRule="auto"/>
            </w:pPr>
            <w:r>
              <w:rPr>
                <w:sz w:val="18"/>
              </w:rPr>
            </w:r>
            <w:r>
              <w:rPr>
                <w:rFonts w:ascii="Calibri" w:hAnsi="Calibri" w:cs="Calibri" w:eastAsia="宋体"/>
                <w:sz w:val="18"/>
              </w:rPr>
              <w:t>THB 650,000.00</w:t>
            </w:r>
          </w:p>
        </w:tc>
        <w:tc>
          <w:tcPr>
            <w:tcW w:type="dxa" w:w="1162"/>
          </w:tcPr>
          <w:p>
            <w:pPr>
              <w:spacing w:before="40" w:after="40" w:line="276" w:lineRule="auto"/>
            </w:pPr>
            <w:r>
              <w:rPr>
                <w:sz w:val="18"/>
              </w:rPr>
            </w:r>
            <w:r>
              <w:rPr>
                <w:rFonts w:ascii="Calibri" w:hAnsi="Calibri" w:cs="Calibri" w:eastAsia="宋体"/>
                <w:sz w:val="18"/>
              </w:rPr>
              <w:t>28</w:t>
            </w:r>
          </w:p>
        </w:tc>
        <w:tc>
          <w:tcPr>
            <w:tcW w:type="dxa" w:w="1743"/>
          </w:tcPr>
          <w:p>
            <w:pPr>
              <w:spacing w:before="40" w:after="40" w:line="276" w:lineRule="auto"/>
            </w:pPr>
            <w:r>
              <w:rPr>
                <w:sz w:val="18"/>
              </w:rPr>
            </w:r>
            <w:r>
              <w:rPr>
                <w:rFonts w:ascii="Calibri" w:hAnsi="Calibri" w:cs="Calibri" w:eastAsia="宋体"/>
                <w:sz w:val="18"/>
              </w:rPr>
              <w:t>7.5 英寸</w:t>
            </w:r>
          </w:p>
        </w:tc>
      </w:tr>
      <w:tr>
        <w:tc>
          <w:tcPr>
            <w:tcW w:type="dxa" w:w="2324"/>
          </w:tcPr>
          <w:p>
            <w:pPr>
              <w:spacing w:before="40" w:after="40" w:line="276" w:lineRule="auto"/>
            </w:pPr>
            <w:r>
              <w:rPr>
                <w:sz w:val="18"/>
              </w:rPr>
            </w:r>
            <w:r>
              <w:rPr>
                <w:rFonts w:ascii="Calibri" w:hAnsi="Calibri" w:cs="Calibri" w:eastAsia="宋体"/>
                <w:sz w:val="18"/>
              </w:rPr>
              <w:t>腹膜</w:t>
            </w:r>
          </w:p>
        </w:tc>
        <w:tc>
          <w:tcPr>
            <w:tcW w:type="dxa" w:w="4068"/>
          </w:tcPr>
          <w:p>
            <w:pPr>
              <w:spacing w:before="40" w:after="40" w:line="276" w:lineRule="auto"/>
            </w:pPr>
            <w:r>
              <w:rPr>
                <w:sz w:val="18"/>
              </w:rPr>
            </w:r>
            <w:r>
              <w:rPr>
                <w:rFonts w:ascii="Calibri" w:hAnsi="Calibri" w:cs="Calibri" w:eastAsia="宋体"/>
                <w:sz w:val="18"/>
              </w:rPr>
              <w:t>THB 700,000.00</w:t>
            </w:r>
          </w:p>
        </w:tc>
        <w:tc>
          <w:tcPr>
            <w:tcW w:type="dxa" w:w="1162"/>
          </w:tcPr>
          <w:p>
            <w:pPr>
              <w:spacing w:before="40" w:after="40" w:line="276" w:lineRule="auto"/>
            </w:pPr>
            <w:r>
              <w:rPr>
                <w:sz w:val="18"/>
              </w:rPr>
            </w:r>
            <w:r>
              <w:rPr>
                <w:rFonts w:ascii="Calibri" w:hAnsi="Calibri" w:cs="Calibri" w:eastAsia="宋体"/>
                <w:sz w:val="18"/>
              </w:rPr>
              <w:t>28</w:t>
            </w:r>
          </w:p>
        </w:tc>
        <w:tc>
          <w:tcPr>
            <w:tcW w:type="dxa" w:w="1743"/>
          </w:tcPr>
          <w:p>
            <w:pPr>
              <w:spacing w:before="40" w:after="40" w:line="276" w:lineRule="auto"/>
            </w:pPr>
            <w:r>
              <w:rPr>
                <w:sz w:val="18"/>
              </w:rPr>
            </w:r>
            <w:r>
              <w:rPr>
                <w:rFonts w:ascii="Calibri" w:hAnsi="Calibri" w:cs="Calibri" w:eastAsia="宋体"/>
                <w:sz w:val="18"/>
              </w:rPr>
              <w:t>6 英寸</w:t>
            </w:r>
          </w:p>
        </w:tc>
      </w:tr>
    </w:tbl>
    <w:p>
      <w:pPr>
        <w:spacing w:after="100"/>
      </w:pPr>
      <w:r>
        <w:rPr>
          <w:rFonts w:ascii="Calibri" w:hAnsi="Calibri" w:cs="Calibri" w:eastAsia="宋体"/>
        </w:rPr>
        <w:t>手术费用包括外科医生和麻醉师的专业费用、护理服务、手术室费用、标准药品、往返机场和医院的交通费用；不包括机票和术前检查费用。</w:t>
      </w:r>
    </w:p>
    <w:p>
      <w:pPr>
        <w:spacing w:after="100"/>
      </w:pPr>
      <w:r>
        <w:rPr>
          <w:rFonts w:ascii="Calibri" w:hAnsi="Calibri" w:cs="Calibri" w:eastAsia="宋体"/>
        </w:rPr>
        <w:t>费用仅供参考，来源为梁金处报价，请在预约时咨询医院。</w:t>
      </w:r>
    </w:p>
    <w:p>
      <w:pPr>
        <w:spacing w:after="100"/>
      </w:pPr>
      <w:r>
        <w:rPr>
          <w:rFonts w:ascii="Calibri" w:hAnsi="Calibri" w:cs="Calibri" w:eastAsia="宋体"/>
        </w:rPr>
        <w:t xml:space="preserve">可以使用泰铢现金、跨境汇款（含 </w:t>
      </w:r>
      <w:r>
        <w:rPr>
          <w:rFonts w:ascii="Calibri" w:hAnsi="Calibri" w:cs="Calibri" w:eastAsia="宋体"/>
        </w:rPr>
        <w:t>Wise</w:t>
      </w:r>
      <w:r>
        <w:rPr>
          <w:rFonts w:ascii="Calibri" w:hAnsi="Calibri" w:cs="Calibri" w:eastAsia="宋体"/>
        </w:rPr>
        <w:t>）、国际信用卡/储蓄卡、银联卡、支付宝、微信等方式支付医院费用。</w:t>
      </w:r>
    </w:p>
    <w:p>
      <w:pPr>
        <w:pStyle w:val="Heading4"/>
      </w:pPr>
      <w:r>
        <w:rPr>
          <w:rFonts w:ascii="Calibri" w:hAnsi="Calibri" w:cs="Calibri" w:eastAsia="宋体"/>
        </w:rPr>
        <w:t>住宿事项（非住院）</w:t>
      </w:r>
    </w:p>
    <w:p>
      <w:pPr>
        <w:spacing w:after="100"/>
      </w:pPr>
      <w:r>
        <w:rPr>
          <w:rFonts w:ascii="Calibri" w:hAnsi="Calibri" w:cs="Calibri" w:eastAsia="宋体"/>
        </w:rPr>
        <w:t>医院或合作酒店住宿：大概需要 3 ~ 4 周。</w:t>
      </w:r>
    </w:p>
    <w:p>
      <w:pPr>
        <w:spacing w:after="100"/>
      </w:pPr>
      <w:r>
        <w:rPr>
          <w:rFonts w:ascii="Calibri" w:hAnsi="Calibri" w:cs="Calibri" w:eastAsia="宋体"/>
        </w:rPr>
        <w:t>目前医院只提供</w:t>
      </w:r>
      <w:r>
        <w:rPr>
          <w:rFonts w:ascii="Calibri" w:hAnsi="Calibri" w:cs="Calibri" w:eastAsia="宋体"/>
          <w:b/>
        </w:rPr>
        <w:t>院内住宿部</w:t>
      </w:r>
      <w:r>
        <w:rPr>
          <w:rFonts w:ascii="Calibri" w:hAnsi="Calibri" w:cs="Calibri" w:eastAsia="宋体"/>
        </w:rPr>
        <w:t xml:space="preserve">与 </w:t>
      </w:r>
      <w:r>
        <w:rPr>
          <w:rFonts w:ascii="Calibri" w:hAnsi="Calibri" w:cs="Calibri" w:eastAsia="宋体"/>
          <w:b/>
        </w:rPr>
        <w:t>Bangkok Rama</w:t>
      </w:r>
      <w:r>
        <w:rPr>
          <w:rFonts w:ascii="Calibri" w:hAnsi="Calibri" w:cs="Calibri" w:eastAsia="宋体"/>
        </w:rPr>
        <w:t xml:space="preserve"> 两种选项，最低价格为每晚 </w:t>
      </w:r>
      <w:r>
        <w:rPr>
          <w:rFonts w:ascii="Calibri" w:hAnsi="Calibri" w:cs="Calibri" w:eastAsia="宋体"/>
        </w:rPr>
        <w:t>THB 2,900.00</w:t>
      </w:r>
      <w:r>
        <w:rPr>
          <w:rFonts w:ascii="Calibri" w:hAnsi="Calibri" w:cs="Calibri" w:eastAsia="宋体"/>
        </w:rPr>
        <w:t>。需要在落地泰国前全款预付住宿费用，否则不提供接送、出院之后的探视与护理等服务。选择院内住宿部护士每日会探视 2 次，Bangkok Rama 则为护士每日探视 1 次。</w:t>
      </w:r>
      <w:r>
        <w:br/>
      </w:r>
      <w:r>
        <w:br/>
      </w:r>
      <w:r>
        <w:rPr>
          <w:rFonts w:ascii="Calibri" w:hAnsi="Calibri" w:cs="Calibri" w:eastAsia="宋体"/>
        </w:rPr>
        <w:t>住宿需要至少在医院住满 30 天，或按来回机票酌情增减。因手术费用含</w:t>
      </w:r>
      <w:r>
        <w:rPr>
          <w:rFonts w:ascii="Calibri" w:hAnsi="Calibri" w:cs="Calibri" w:eastAsia="宋体"/>
          <w:b/>
        </w:rPr>
        <w:t>病房</w:t>
      </w:r>
      <w:r>
        <w:rPr>
          <w:rFonts w:ascii="Calibri" w:hAnsi="Calibri" w:cs="Calibri" w:eastAsia="宋体"/>
        </w:rPr>
        <w:t>4 天，因此可以在上述基础上减 4 晚进行计算。如：若住 30 晚，则需额外支付 26 晚的住宿费用。</w:t>
      </w:r>
      <w:r>
        <w:br/>
      </w:r>
      <w:r>
        <w:br/>
      </w:r>
      <w:r>
        <w:rPr>
          <w:rFonts w:ascii="Calibri" w:hAnsi="Calibri" w:cs="Calibri" w:eastAsia="宋体"/>
        </w:rPr>
        <w:t>酒店免费派送早餐，午餐、晚餐自理。</w:t>
      </w:r>
    </w:p>
    <w:p>
      <w:pPr>
        <w:spacing w:after="100"/>
      </w:pPr>
      <w:r>
        <w:rPr>
          <w:rFonts w:ascii="Calibri" w:hAnsi="Calibri" w:cs="Calibri" w:eastAsia="宋体"/>
        </w:rPr>
        <w:t>如交定金时选择直接向医院汇款，可能在银行会因对公转账遇到麻烦，如果遇到麻烦，尽量备齐手术相关文件（如医院账单，营业执照等，可以向中介或医院索要）。</w:t>
      </w:r>
    </w:p>
    <w:p>
      <w:pPr>
        <w:pStyle w:val="Heading4"/>
      </w:pPr>
      <w:r>
        <w:rPr>
          <w:rFonts w:ascii="Calibri" w:hAnsi="Calibri" w:cs="Calibri" w:eastAsia="宋体"/>
        </w:rPr>
        <w:t>手术介绍</w:t>
      </w:r>
    </w:p>
    <w:p>
      <w:pPr>
        <w:spacing w:after="100"/>
      </w:pPr>
      <w:r>
        <w:rPr>
          <w:rFonts w:ascii="Calibri" w:hAnsi="Calibri" w:cs="Calibri" w:eastAsia="宋体"/>
        </w:rPr>
        <w:t xml:space="preserve">Chet 的技术与 </w:t>
      </w:r>
      <w:r>
        <w:rPr>
          <w:rFonts w:ascii="Calibri" w:hAnsi="Calibri" w:cs="Calibri" w:eastAsia="宋体"/>
        </w:rPr>
        <w:t>Suporn</w:t>
      </w:r>
      <w:r>
        <w:rPr>
          <w:rFonts w:ascii="Calibri" w:hAnsi="Calibri" w:cs="Calibri" w:eastAsia="宋体"/>
        </w:rPr>
        <w:t xml:space="preserve"> 类似，均为</w:t>
      </w:r>
      <w:r>
        <w:rPr>
          <w:rFonts w:ascii="Calibri" w:hAnsi="Calibri" w:cs="Calibri" w:eastAsia="宋体"/>
        </w:rPr>
        <w:t>非阴茎翻转法</w:t>
      </w:r>
      <w:r>
        <w:rPr>
          <w:rFonts w:ascii="Calibri" w:hAnsi="Calibri" w:cs="Calibri" w:eastAsia="宋体"/>
        </w:rPr>
        <w:t>：</w:t>
      </w:r>
    </w:p>
    <w:p>
      <w:pPr>
        <w:spacing w:before="20" w:after="40"/>
        <w:ind w:left="425" w:hanging="312"/>
      </w:pPr>
      <w:r>
        <w:rPr>
          <w:rFonts w:ascii="Calibri" w:hAnsi="Calibri" w:cs="Calibri" w:eastAsia="宋体"/>
        </w:rPr>
        <w:t xml:space="preserve">1. </w:t>
      </w:r>
      <w:r>
        <w:rPr>
          <w:rFonts w:ascii="Calibri" w:hAnsi="Calibri" w:cs="Calibri" w:eastAsia="宋体"/>
        </w:rPr>
        <w:t>取阴囊皮瓣作为阴道内壁和大阴唇；但如皮瓣不足，可另取腹股沟皮肤作为内壁（需另收费）。阴道内保留一些腺体以润滑。</w:t>
      </w:r>
    </w:p>
    <w:p>
      <w:pPr>
        <w:spacing w:before="20" w:after="40"/>
        <w:ind w:left="425" w:hanging="312"/>
      </w:pPr>
      <w:r>
        <w:rPr>
          <w:rFonts w:ascii="Calibri" w:hAnsi="Calibri" w:cs="Calibri" w:eastAsia="宋体"/>
        </w:rPr>
        <w:t xml:space="preserve">2. </w:t>
      </w:r>
      <w:r>
        <w:rPr>
          <w:rFonts w:ascii="Calibri" w:hAnsi="Calibri" w:cs="Calibri" w:eastAsia="宋体"/>
        </w:rPr>
        <w:t>取尿道黏膜和会阴处皮肤作为阴道前庭。</w:t>
      </w:r>
    </w:p>
    <w:p>
      <w:pPr>
        <w:spacing w:before="20" w:after="40"/>
        <w:ind w:left="425" w:hanging="312"/>
      </w:pPr>
      <w:r>
        <w:rPr>
          <w:rFonts w:ascii="Calibri" w:hAnsi="Calibri" w:cs="Calibri" w:eastAsia="宋体"/>
        </w:rPr>
        <w:t xml:space="preserve">3. </w:t>
      </w:r>
      <w:r>
        <w:rPr>
          <w:rFonts w:ascii="Calibri" w:hAnsi="Calibri" w:cs="Calibri" w:eastAsia="宋体"/>
        </w:rPr>
        <w:t>取龟头作为阴蒂，还有一部分保留在阴道前庭作为次级敏感器官。</w:t>
      </w:r>
    </w:p>
    <w:p>
      <w:pPr>
        <w:spacing w:before="20" w:after="40"/>
        <w:ind w:left="425" w:hanging="312"/>
      </w:pPr>
      <w:r>
        <w:rPr>
          <w:rFonts w:ascii="Calibri" w:hAnsi="Calibri" w:cs="Calibri" w:eastAsia="宋体"/>
        </w:rPr>
        <w:t xml:space="preserve">4. </w:t>
      </w:r>
      <w:r>
        <w:rPr>
          <w:rFonts w:ascii="Calibri" w:hAnsi="Calibri" w:cs="Calibri" w:eastAsia="宋体"/>
        </w:rPr>
        <w:t>取阴茎皮瓣和包皮作为阴蒂包皮、阴蒂系带和小阴唇外侧。</w:t>
      </w:r>
    </w:p>
    <w:p>
      <w:pPr>
        <w:spacing w:before="20" w:after="40"/>
        <w:ind w:left="425" w:hanging="312"/>
      </w:pPr>
      <w:r>
        <w:rPr>
          <w:rFonts w:ascii="Calibri" w:hAnsi="Calibri" w:cs="Calibri" w:eastAsia="宋体"/>
        </w:rPr>
        <w:t xml:space="preserve">5. </w:t>
      </w:r>
      <w:r>
        <w:rPr>
          <w:rFonts w:ascii="Calibri" w:hAnsi="Calibri" w:cs="Calibri" w:eastAsia="宋体"/>
        </w:rPr>
        <w:t>取阴茎、会阴皮肤重建阴道口。</w:t>
      </w:r>
    </w:p>
    <w:p>
      <w:pPr>
        <w:spacing w:before="20" w:after="40"/>
        <w:ind w:left="425" w:hanging="312"/>
      </w:pPr>
      <w:r>
        <w:rPr>
          <w:rFonts w:ascii="Calibri" w:hAnsi="Calibri" w:cs="Calibri" w:eastAsia="宋体"/>
        </w:rPr>
        <w:t xml:space="preserve">6. </w:t>
      </w:r>
      <w:r>
        <w:rPr>
          <w:rFonts w:ascii="Calibri" w:hAnsi="Calibri" w:cs="Calibri" w:eastAsia="宋体"/>
        </w:rPr>
        <w:t>摘除尿道周围的海绵体。</w:t>
      </w:r>
    </w:p>
    <w:p>
      <w:pPr>
        <w:spacing w:before="20" w:after="40"/>
        <w:ind w:left="425" w:hanging="312"/>
      </w:pPr>
      <w:r>
        <w:rPr>
          <w:rFonts w:ascii="Calibri" w:hAnsi="Calibri" w:cs="Calibri" w:eastAsia="宋体"/>
        </w:rPr>
        <w:t xml:space="preserve">7. </w:t>
      </w:r>
      <w:r>
        <w:rPr>
          <w:rFonts w:ascii="Calibri" w:hAnsi="Calibri" w:cs="Calibri" w:eastAsia="宋体"/>
        </w:rPr>
        <w:t>术后阴道深度预期为 6 ～ 7 英寸（15.24 ～ 17.78 厘米），可能因人而异。</w:t>
      </w:r>
    </w:p>
    <w:p>
      <w:pPr>
        <w:spacing w:after="100"/>
      </w:pPr>
      <w:r>
        <w:rPr>
          <w:rFonts w:ascii="Calibri" w:hAnsi="Calibri" w:cs="Calibri" w:eastAsia="宋体"/>
        </w:rPr>
        <w:t>与 Suporn 不同的是，Chet 还接受</w:t>
      </w:r>
      <w:r>
        <w:rPr>
          <w:rFonts w:ascii="Calibri" w:hAnsi="Calibri" w:cs="Calibri" w:eastAsia="宋体"/>
        </w:rPr>
        <w:t>使用结肠</w:t>
      </w:r>
      <w:r>
        <w:rPr>
          <w:rFonts w:ascii="Calibri" w:hAnsi="Calibri" w:cs="Calibri" w:eastAsia="宋体"/>
        </w:rPr>
        <w:t xml:space="preserve">的 SRS 和 </w:t>
      </w:r>
      <w:r>
        <w:rPr>
          <w:rFonts w:ascii="Calibri" w:hAnsi="Calibri" w:cs="Calibri" w:eastAsia="宋体"/>
        </w:rPr>
        <w:t>0 深度</w:t>
      </w:r>
      <w:r>
        <w:rPr>
          <w:rFonts w:ascii="Calibri" w:hAnsi="Calibri" w:cs="Calibri" w:eastAsia="宋体"/>
        </w:rPr>
        <w:t xml:space="preserve"> SRS，而且通常使用一次手术成形，也因此会有单次手术无法解决的阴唇后联合的问题。</w:t>
      </w:r>
    </w:p>
    <w:p>
      <w:pPr>
        <w:spacing w:after="100"/>
      </w:pPr>
      <w:r>
        <w:rPr>
          <w:rFonts w:ascii="Calibri" w:hAnsi="Calibri" w:cs="Calibri" w:eastAsia="宋体"/>
        </w:rPr>
        <w:t>基于同样的技术，Chet 同样有更高的并发症风险，时有肉芽组织增生和阴道狭窄的状况，而且有类似的每日 3 次 50 分钟的通模具要求。总体来说，Chet 的技术在外观上与 Suporn 近似，且相对 Suporn 在阴道成形等方面更加保守，出现严重问题的情况较少，因此也是不错的选择。</w:t>
      </w:r>
    </w:p>
    <w:p>
      <w:pPr>
        <w:spacing w:after="100"/>
      </w:pPr>
      <w:r>
        <w:rPr>
          <w:rFonts w:ascii="Calibri" w:hAnsi="Calibri" w:cs="Calibri" w:eastAsia="宋体"/>
        </w:rPr>
        <w:t>值得注意的是 chet 的手术对术后</w:t>
      </w:r>
      <w:r>
        <w:rPr>
          <w:rFonts w:ascii="Calibri" w:hAnsi="Calibri" w:cs="Calibri" w:eastAsia="宋体"/>
        </w:rPr>
        <w:t>通模具(dilation)</w:t>
      </w:r>
      <w:r>
        <w:rPr>
          <w:rFonts w:ascii="Calibri" w:hAnsi="Calibri" w:cs="Calibri" w:eastAsia="宋体"/>
        </w:rPr>
        <w:t>的要求十分苛刻，术后会在这方面消耗大量时间，考虑手术时也应该考虑这方面因素。</w:t>
      </w:r>
    </w:p>
    <w:p>
      <w:pPr>
        <w:pStyle w:val="Heading5"/>
      </w:pPr>
      <w:r>
        <w:rPr>
          <w:rFonts w:ascii="Calibri" w:hAnsi="Calibri" w:cs="Calibri" w:eastAsia="宋体"/>
        </w:rPr>
        <w:t>关于肉芽</w:t>
      </w:r>
    </w:p>
    <w:p>
      <w:pPr>
        <w:spacing w:after="100"/>
      </w:pPr>
      <w:r>
        <w:rPr>
          <w:rFonts w:ascii="Calibri" w:hAnsi="Calibri" w:cs="Calibri" w:eastAsia="宋体"/>
        </w:rPr>
        <w:t>Chet 术后出现肉芽是非常常见的现象，通常会在术后复诊的时候用电刀处理掉肉芽。建议尽量在泰国多休养一段时间，以防回国后由于各种因素出现严重的肉芽增生。</w:t>
      </w:r>
    </w:p>
    <w:p>
      <w:pPr>
        <w:spacing w:after="100"/>
      </w:pPr>
      <w:r>
        <w:rPr>
          <w:rFonts w:ascii="Calibri" w:hAnsi="Calibri" w:cs="Calibri" w:eastAsia="宋体"/>
        </w:rPr>
        <w:t>在通模具的时候需要充分润滑以避免对皮肤造成损伤。建议补充足够的蛋白质来促进愈合，这样也能够避免肉芽增生。</w:t>
      </w:r>
    </w:p>
    <w:p>
      <w:pPr>
        <w:pStyle w:val="Heading4"/>
      </w:pPr>
      <w:r>
        <w:rPr>
          <w:rFonts w:ascii="Calibri" w:hAnsi="Calibri" w:cs="Calibri" w:eastAsia="宋体"/>
        </w:rPr>
        <w:t>预约事项</w:t>
      </w:r>
    </w:p>
    <w:p>
      <w:pPr>
        <w:spacing w:before="20" w:after="40"/>
        <w:ind w:left="425" w:hanging="312"/>
      </w:pPr>
      <w:r>
        <w:rPr>
          <w:rFonts w:ascii="Calibri" w:hAnsi="Calibri" w:cs="Calibri" w:eastAsia="宋体"/>
        </w:rPr>
        <w:t xml:space="preserve">1. </w:t>
      </w:r>
      <w:r>
        <w:rPr>
          <w:rFonts w:ascii="Calibri" w:hAnsi="Calibri" w:cs="Calibri" w:eastAsia="宋体"/>
          <w:b/>
        </w:rPr>
        <w:t>一旦双方确认了手术日期，顾客需要在 10 天内支付 20% 的订金。</w:t>
      </w:r>
      <w:r>
        <w:rPr>
          <w:rFonts w:ascii="Calibri" w:hAnsi="Calibri" w:cs="Calibri" w:eastAsia="宋体"/>
        </w:rPr>
        <w:t xml:space="preserve"> 如果订金没有按时支付，手术日期将被延后。</w:t>
      </w:r>
    </w:p>
    <w:p>
      <w:pPr>
        <w:spacing w:before="20" w:after="40"/>
        <w:ind w:left="425" w:hanging="312"/>
      </w:pPr>
      <w:r>
        <w:rPr>
          <w:rFonts w:ascii="Calibri" w:hAnsi="Calibri" w:cs="Calibri" w:eastAsia="宋体"/>
        </w:rPr>
        <w:t xml:space="preserve">2. </w:t>
      </w:r>
      <w:r>
        <w:rPr>
          <w:rFonts w:ascii="Calibri" w:hAnsi="Calibri" w:cs="Calibri" w:eastAsia="宋体"/>
          <w:b/>
        </w:rPr>
        <w:t>不接受未满 18 岁或 70 以上的顾客（使用结肠者要求 45 岁以下）。</w:t>
      </w:r>
      <w:r>
        <w:rPr>
          <w:rFonts w:ascii="Calibri" w:hAnsi="Calibri" w:cs="Calibri" w:eastAsia="宋体"/>
        </w:rPr>
        <w:t xml:space="preserve"> 18-20 岁的顾客需要得到父母或法定监护人的签字同意书，或陪同来到泰国。父母或法定监护人需要提供经公证过的关系证明。</w:t>
      </w:r>
    </w:p>
    <w:p>
      <w:pPr>
        <w:spacing w:before="20" w:after="40"/>
        <w:ind w:left="425" w:hanging="312"/>
      </w:pPr>
      <w:r>
        <w:rPr>
          <w:rFonts w:ascii="Calibri" w:hAnsi="Calibri" w:cs="Calibri" w:eastAsia="宋体"/>
        </w:rPr>
        <w:t xml:space="preserve">3. </w:t>
      </w:r>
      <w:r>
        <w:rPr>
          <w:rFonts w:ascii="Calibri" w:hAnsi="Calibri" w:cs="Calibri" w:eastAsia="宋体"/>
        </w:rPr>
        <w:t>由于手术需要进行全身麻醉，如果顾客有以下疾病将不能接受手术：</w:t>
      </w:r>
    </w:p>
    <w:p>
      <w:pPr>
        <w:spacing w:before="20" w:after="40"/>
        <w:ind w:left="822" w:hanging="312"/>
      </w:pPr>
      <w:r>
        <w:rPr>
          <w:rFonts w:ascii="Calibri" w:hAnsi="Calibri" w:cs="Calibri" w:eastAsia="宋体"/>
        </w:rPr>
        <w:t xml:space="preserve">◦ </w:t>
      </w:r>
      <w:r>
        <w:rPr>
          <w:rFonts w:ascii="Calibri" w:hAnsi="Calibri" w:cs="Calibri" w:eastAsia="宋体"/>
        </w:rPr>
        <w:t>心脏病</w:t>
      </w:r>
    </w:p>
    <w:p>
      <w:pPr>
        <w:spacing w:before="20" w:after="40"/>
        <w:ind w:left="822" w:hanging="312"/>
      </w:pPr>
      <w:r>
        <w:rPr>
          <w:rFonts w:ascii="Calibri" w:hAnsi="Calibri" w:cs="Calibri" w:eastAsia="宋体"/>
        </w:rPr>
        <w:t xml:space="preserve">◦ </w:t>
      </w:r>
      <w:r>
        <w:rPr>
          <w:rFonts w:ascii="Calibri" w:hAnsi="Calibri" w:cs="Calibri" w:eastAsia="宋体"/>
        </w:rPr>
        <w:t>肺部疾病</w:t>
      </w:r>
    </w:p>
    <w:p>
      <w:pPr>
        <w:spacing w:before="20" w:after="40"/>
        <w:ind w:left="822" w:hanging="312"/>
      </w:pPr>
      <w:r>
        <w:rPr>
          <w:rFonts w:ascii="Calibri" w:hAnsi="Calibri" w:cs="Calibri" w:eastAsia="宋体"/>
        </w:rPr>
        <w:t xml:space="preserve">◦ </w:t>
      </w:r>
      <w:r>
        <w:rPr>
          <w:rFonts w:ascii="Calibri" w:hAnsi="Calibri" w:cs="Calibri" w:eastAsia="宋体"/>
        </w:rPr>
        <w:t>肾脏疾病</w:t>
      </w:r>
    </w:p>
    <w:p>
      <w:pPr>
        <w:spacing w:before="20" w:after="40"/>
        <w:ind w:left="822" w:hanging="312"/>
      </w:pPr>
      <w:r>
        <w:rPr>
          <w:rFonts w:ascii="Calibri" w:hAnsi="Calibri" w:cs="Calibri" w:eastAsia="宋体"/>
        </w:rPr>
        <w:t xml:space="preserve">◦ </w:t>
      </w:r>
      <w:r>
        <w:rPr>
          <w:rFonts w:ascii="Calibri" w:hAnsi="Calibri" w:cs="Calibri" w:eastAsia="宋体"/>
        </w:rPr>
        <w:t>肝脏疾病（包括乙型肝炎和丙型肝炎）</w:t>
      </w:r>
    </w:p>
    <w:p>
      <w:pPr>
        <w:spacing w:before="20" w:after="40"/>
        <w:ind w:left="822" w:hanging="312"/>
      </w:pPr>
      <w:r>
        <w:rPr>
          <w:rFonts w:ascii="Calibri" w:hAnsi="Calibri" w:cs="Calibri" w:eastAsia="宋体"/>
        </w:rPr>
        <w:t xml:space="preserve">◦ </w:t>
      </w:r>
      <w:r>
        <w:rPr>
          <w:rFonts w:ascii="Calibri" w:hAnsi="Calibri" w:cs="Calibri" w:eastAsia="宋体"/>
        </w:rPr>
        <w:t>艾滋病毒携带者（无论有症状还是无症状艾滋病毒携带者）</w:t>
      </w:r>
    </w:p>
    <w:p>
      <w:pPr>
        <w:spacing w:before="20" w:after="40"/>
        <w:ind w:left="822" w:hanging="312"/>
      </w:pPr>
      <w:r>
        <w:rPr>
          <w:rFonts w:ascii="Calibri" w:hAnsi="Calibri" w:cs="Calibri" w:eastAsia="宋体"/>
        </w:rPr>
        <w:t xml:space="preserve">◦ </w:t>
      </w:r>
      <w:r>
        <w:rPr>
          <w:rFonts w:ascii="Calibri" w:hAnsi="Calibri" w:cs="Calibri" w:eastAsia="宋体"/>
        </w:rPr>
        <w:t>深静脉血栓</w:t>
      </w:r>
    </w:p>
    <w:p>
      <w:pPr>
        <w:spacing w:before="20" w:after="40"/>
        <w:ind w:left="822" w:hanging="312"/>
      </w:pPr>
      <w:r>
        <w:rPr>
          <w:rFonts w:ascii="Calibri" w:hAnsi="Calibri" w:cs="Calibri" w:eastAsia="宋体"/>
        </w:rPr>
        <w:t xml:space="preserve">◦ </w:t>
      </w:r>
      <w:r>
        <w:rPr>
          <w:rFonts w:ascii="Calibri" w:hAnsi="Calibri" w:cs="Calibri" w:eastAsia="宋体"/>
        </w:rPr>
        <w:t>癌症患者和一切有可能引起并发症的慢性疾病</w:t>
      </w:r>
    </w:p>
    <w:p>
      <w:pPr>
        <w:pStyle w:val="Heading4"/>
      </w:pPr>
      <w:r>
        <w:rPr>
          <w:rFonts w:ascii="Calibri" w:hAnsi="Calibri" w:cs="Calibri" w:eastAsia="宋体"/>
        </w:rPr>
        <w:t>术前事项</w:t>
      </w:r>
    </w:p>
    <w:p>
      <w:pPr>
        <w:spacing w:before="20" w:after="40"/>
        <w:ind w:left="425" w:hanging="312"/>
      </w:pPr>
      <w:r>
        <w:rPr>
          <w:rFonts w:ascii="Calibri" w:hAnsi="Calibri" w:cs="Calibri" w:eastAsia="宋体"/>
        </w:rPr>
        <w:t xml:space="preserve">1. </w:t>
      </w:r>
      <w:r>
        <w:rPr>
          <w:rFonts w:ascii="Calibri" w:hAnsi="Calibri" w:cs="Calibri" w:eastAsia="宋体"/>
        </w:rPr>
        <w:t>手术需要两位心理医生的证明</w:t>
      </w:r>
    </w:p>
    <w:p>
      <w:pPr>
        <w:spacing w:after="100"/>
      </w:pPr>
      <w:r>
        <w:rPr>
          <w:rFonts w:ascii="Calibri" w:hAnsi="Calibri" w:cs="Calibri" w:eastAsia="宋体"/>
        </w:rPr>
        <w:t xml:space="preserve">其中可以自行提供一份您当地医院 </w:t>
      </w:r>
      <w:r>
        <w:rPr>
          <w:rFonts w:ascii="Calibri" w:hAnsi="Calibri" w:cs="Calibri" w:eastAsia="宋体"/>
          <w:b/>
        </w:rPr>
        <w:t>精神科</w:t>
      </w:r>
      <w:r>
        <w:rPr>
          <w:rFonts w:ascii="Calibri" w:hAnsi="Calibri" w:cs="Calibri" w:eastAsia="宋体"/>
        </w:rPr>
        <w:t xml:space="preserve"> 证明（翻译成英文，注意：</w:t>
      </w:r>
      <w:r>
        <w:rPr>
          <w:rFonts w:ascii="Calibri" w:hAnsi="Calibri" w:cs="Calibri" w:eastAsia="宋体"/>
          <w:b/>
        </w:rPr>
        <w:t>心理科不行</w:t>
      </w:r>
      <w:r>
        <w:rPr>
          <w:rFonts w:ascii="Calibri" w:hAnsi="Calibri" w:cs="Calibri" w:eastAsia="宋体"/>
        </w:rPr>
        <w:t xml:space="preserve">，证明上必须写有 </w:t>
      </w:r>
      <w:r>
        <w:rPr>
          <w:rFonts w:ascii="Calibri" w:hAnsi="Calibri" w:cs="Calibri" w:eastAsia="宋体"/>
          <w:b/>
        </w:rPr>
        <w:t>建议手术</w:t>
      </w:r>
      <w:r>
        <w:rPr>
          <w:rFonts w:ascii="Calibri" w:hAnsi="Calibri" w:cs="Calibri" w:eastAsia="宋体"/>
        </w:rPr>
        <w:t xml:space="preserve"> 的字样） </w:t>
      </w:r>
    </w:p>
    <w:p>
      <w:pPr>
        <w:keepNext/>
        <w:spacing w:before="120" w:after="40"/>
        <w:pBdr>
          <w:bottom w:val="single" w:sz="6" w:space="1" w:color="D4D8DE"/>
        </w:pBdr>
      </w:pPr>
      <w:r>
        <w:rPr>
          <w:rFonts w:ascii="Calibri" w:hAnsi="Calibri" w:cs="Calibri" w:eastAsia="微软雅黑"/>
          <w:b/>
        </w:rPr>
        <w:t>▸ 样例</w:t>
      </w:r>
    </w:p>
    <w:p>
      <w:pPr>
        <w:spacing w:before="20" w:after="40"/>
        <w:ind w:left="425" w:hanging="312"/>
      </w:pPr>
      <w:r>
        <w:rPr>
          <w:rFonts w:ascii="Calibri" w:hAnsi="Calibri" w:cs="Calibri" w:eastAsia="宋体"/>
        </w:rPr>
        <w:t xml:space="preserve">2. </w:t>
      </w:r>
      <w:r>
        <w:rPr>
          <w:rFonts w:ascii="Calibri" w:hAnsi="Calibri" w:cs="Calibri" w:eastAsia="宋体"/>
        </w:rPr>
        <w:t>术前检查项（建议在国内医院做好翻译成英文，检查日期距离手术日期六周以内）：</w:t>
      </w:r>
    </w:p>
    <w:p>
      <w:pPr>
        <w:spacing w:before="20" w:after="40"/>
        <w:ind w:left="822" w:hanging="312"/>
      </w:pPr>
      <w:r>
        <w:rPr>
          <w:rFonts w:ascii="Calibri" w:hAnsi="Calibri" w:cs="Calibri" w:eastAsia="宋体"/>
        </w:rPr>
        <w:t xml:space="preserve">◦ </w:t>
      </w:r>
      <w:r>
        <w:rPr>
          <w:rFonts w:ascii="Calibri" w:hAnsi="Calibri" w:cs="Calibri" w:eastAsia="宋体"/>
        </w:rPr>
        <w:t>CBC 全血检测报告</w:t>
      </w:r>
    </w:p>
    <w:p>
      <w:pPr>
        <w:spacing w:before="20" w:after="40"/>
        <w:ind w:left="822" w:hanging="312"/>
      </w:pPr>
      <w:r>
        <w:rPr>
          <w:rFonts w:ascii="Calibri" w:hAnsi="Calibri" w:cs="Calibri" w:eastAsia="宋体"/>
        </w:rPr>
        <w:t xml:space="preserve">◦ </w:t>
      </w:r>
      <w:r>
        <w:rPr>
          <w:rFonts w:ascii="Calibri" w:hAnsi="Calibri" w:cs="Calibri" w:eastAsia="宋体"/>
        </w:rPr>
        <w:t>HIV</w:t>
      </w:r>
    </w:p>
    <w:p>
      <w:pPr>
        <w:spacing w:before="20" w:after="40"/>
        <w:ind w:left="822" w:hanging="312"/>
      </w:pPr>
      <w:r>
        <w:rPr>
          <w:rFonts w:ascii="Calibri" w:hAnsi="Calibri" w:cs="Calibri" w:eastAsia="宋体"/>
        </w:rPr>
        <w:t xml:space="preserve">◦ </w:t>
      </w:r>
      <w:r>
        <w:rPr>
          <w:rFonts w:ascii="Calibri" w:hAnsi="Calibri" w:cs="Calibri" w:eastAsia="宋体"/>
        </w:rPr>
        <w:t>Cr 血清肌酐</w:t>
      </w:r>
    </w:p>
    <w:p>
      <w:pPr>
        <w:spacing w:before="20" w:after="40"/>
        <w:ind w:left="822" w:hanging="312"/>
      </w:pPr>
      <w:r>
        <w:rPr>
          <w:rFonts w:ascii="Calibri" w:hAnsi="Calibri" w:cs="Calibri" w:eastAsia="宋体"/>
        </w:rPr>
        <w:t xml:space="preserve">◦ </w:t>
      </w:r>
      <w:r>
        <w:rPr>
          <w:rFonts w:ascii="Calibri" w:hAnsi="Calibri" w:cs="Calibri" w:eastAsia="宋体"/>
        </w:rPr>
        <w:t>PT, PTT 凝血</w:t>
      </w:r>
    </w:p>
    <w:p>
      <w:pPr>
        <w:spacing w:before="20" w:after="40"/>
        <w:ind w:left="822" w:hanging="312"/>
      </w:pPr>
      <w:r>
        <w:rPr>
          <w:rFonts w:ascii="Calibri" w:hAnsi="Calibri" w:cs="Calibri" w:eastAsia="宋体"/>
        </w:rPr>
        <w:t xml:space="preserve">◦ </w:t>
      </w:r>
      <w:r>
        <w:rPr>
          <w:rFonts w:ascii="Calibri" w:hAnsi="Calibri" w:cs="Calibri" w:eastAsia="宋体"/>
        </w:rPr>
        <w:t>FBS 空腹血糖</w:t>
      </w:r>
    </w:p>
    <w:p>
      <w:pPr>
        <w:spacing w:before="20" w:after="40"/>
        <w:ind w:left="822" w:hanging="312"/>
      </w:pPr>
      <w:r>
        <w:rPr>
          <w:rFonts w:ascii="Calibri" w:hAnsi="Calibri" w:cs="Calibri" w:eastAsia="宋体"/>
        </w:rPr>
        <w:t xml:space="preserve">◦ </w:t>
      </w:r>
      <w:r>
        <w:rPr>
          <w:rFonts w:ascii="Calibri" w:hAnsi="Calibri" w:cs="Calibri" w:eastAsia="宋体"/>
        </w:rPr>
        <w:t>正面胸部 X 光</w:t>
      </w:r>
    </w:p>
    <w:p>
      <w:pPr>
        <w:spacing w:before="20" w:after="40"/>
        <w:ind w:left="822" w:hanging="312"/>
      </w:pPr>
      <w:r>
        <w:rPr>
          <w:rFonts w:ascii="Calibri" w:hAnsi="Calibri" w:cs="Calibri" w:eastAsia="宋体"/>
        </w:rPr>
        <w:t xml:space="preserve">◦ </w:t>
      </w:r>
      <w:r>
        <w:rPr>
          <w:rFonts w:ascii="Calibri" w:hAnsi="Calibri" w:cs="Calibri" w:eastAsia="宋体"/>
        </w:rPr>
        <w:t>（40 岁以上增加检查心电图）</w:t>
      </w:r>
    </w:p>
    <w:p>
      <w:pPr>
        <w:spacing w:before="20" w:after="40"/>
        <w:ind w:left="822" w:hanging="312"/>
      </w:pPr>
      <w:r>
        <w:rPr>
          <w:rFonts w:ascii="Calibri" w:hAnsi="Calibri" w:cs="Calibri" w:eastAsia="宋体"/>
        </w:rPr>
        <w:t xml:space="preserve">◦ </w:t>
      </w:r>
      <w:r>
        <w:rPr>
          <w:rFonts w:ascii="Calibri" w:hAnsi="Calibri" w:cs="Calibri" w:eastAsia="宋体"/>
        </w:rPr>
        <w:t>（60 岁以上增加检查 HbA1C、血脂组合、肺功能、EST 运动压力测试）</w:t>
      </w:r>
    </w:p>
    <w:p>
      <w:pPr>
        <w:spacing w:before="20" w:after="40"/>
        <w:ind w:left="425" w:hanging="312"/>
      </w:pPr>
      <w:r>
        <w:rPr>
          <w:rFonts w:ascii="Calibri" w:hAnsi="Calibri" w:cs="Calibri" w:eastAsia="宋体"/>
        </w:rPr>
        <w:t xml:space="preserve">3. </w:t>
      </w:r>
      <w:r>
        <w:rPr>
          <w:rFonts w:ascii="Calibri" w:hAnsi="Calibri" w:cs="Calibri" w:eastAsia="宋体"/>
        </w:rPr>
        <w:t>术前两周须立即停用任何抗凝血药物，以防止并发症出现；包括阿司匹林、血液稀释剂、非甾体抗炎药、维生素 E 和某些用于抑郁症的选择性 5-羟色胺再摄取抑制剂（SSRI，如氟西汀、帕罗西汀）。</w:t>
      </w:r>
    </w:p>
    <w:p>
      <w:pPr>
        <w:spacing w:before="20" w:after="40"/>
        <w:ind w:left="425" w:hanging="312"/>
      </w:pPr>
      <w:r>
        <w:rPr>
          <w:rFonts w:ascii="Calibri" w:hAnsi="Calibri" w:cs="Calibri" w:eastAsia="宋体"/>
        </w:rPr>
        <w:t xml:space="preserve">4. </w:t>
      </w:r>
      <w:r>
        <w:rPr>
          <w:rFonts w:ascii="Calibri" w:hAnsi="Calibri" w:cs="Calibri" w:eastAsia="宋体"/>
        </w:rPr>
        <w:t>术前至少三日，须抵达曼谷并开始做术前准备（见手术日程）。</w:t>
      </w:r>
    </w:p>
    <w:p>
      <w:pPr>
        <w:pStyle w:val="Heading4"/>
      </w:pPr>
      <w:r>
        <w:rPr>
          <w:rFonts w:ascii="Calibri" w:hAnsi="Calibri" w:cs="Calibri" w:eastAsia="宋体"/>
        </w:rPr>
        <w:t>手术日程</w:t>
      </w:r>
    </w:p>
    <w:p>
      <w:pPr>
        <w:spacing w:after="100"/>
      </w:pPr>
      <w:r>
        <w:rPr>
          <w:rFonts w:ascii="Calibri" w:hAnsi="Calibri" w:cs="Calibri" w:eastAsia="宋体"/>
        </w:rPr>
        <w:t>皮瓣：</w:t>
      </w:r>
    </w:p>
    <w:tbl>
      <w:tblPr>
        <w:tblStyle w:val="TableGrid"/>
        <w:tblW w:type="auto" w:w="0"/>
        <w:jc w:val="center"/>
        <w:tblLayout w:type="fixed"/>
        <w:tblLook w:firstColumn="1" w:firstRow="1" w:lastColumn="0" w:lastRow="0" w:noHBand="0" w:noVBand="1" w:val="04A0"/>
      </w:tblPr>
      <w:tblGrid>
        <w:gridCol w:w="2188"/>
        <w:gridCol w:w="7110"/>
      </w:tblGrid>
      <w:tr>
        <w:trPr>
          <w:tblHeader/>
        </w:trPr>
        <w:tc>
          <w:tcPr>
            <w:tcW w:type="dxa" w:w="2188"/>
            <w:shd w:val="clear" w:color="auto" w:fill="EDF1F7"/>
          </w:tcPr>
          <w:p>
            <w:pPr>
              <w:spacing w:before="40" w:after="40" w:line="276" w:lineRule="auto"/>
            </w:pPr>
            <w:r>
              <w:rPr>
                <w:b/>
                <w:sz w:val="18"/>
              </w:rPr>
            </w:r>
            <w:r>
              <w:rPr>
                <w:rFonts w:ascii="Calibri" w:hAnsi="Calibri" w:cs="Calibri" w:eastAsia="宋体"/>
                <w:b/>
                <w:sz w:val="18"/>
              </w:rPr>
              <w:t>时间节点（天）</w:t>
            </w:r>
          </w:p>
        </w:tc>
        <w:tc>
          <w:tcPr>
            <w:tcW w:type="dxa" w:w="7110"/>
            <w:shd w:val="clear" w:color="auto" w:fill="EDF1F7"/>
          </w:tcPr>
          <w:p>
            <w:pPr>
              <w:spacing w:before="40" w:after="40" w:line="276" w:lineRule="auto"/>
            </w:pPr>
            <w:r>
              <w:rPr>
                <w:b/>
                <w:sz w:val="18"/>
              </w:rPr>
            </w:r>
            <w:r>
              <w:rPr>
                <w:rFonts w:ascii="Calibri" w:hAnsi="Calibri" w:cs="Calibri" w:eastAsia="宋体"/>
                <w:b/>
                <w:sz w:val="18"/>
              </w:rPr>
              <w:t>进度</w:t>
            </w:r>
          </w:p>
        </w:tc>
      </w:tr>
      <w:tr>
        <w:tc>
          <w:tcPr>
            <w:tcW w:type="dxa" w:w="2188"/>
          </w:tcPr>
          <w:p>
            <w:pPr>
              <w:spacing w:before="40" w:after="40" w:line="276" w:lineRule="auto"/>
            </w:pPr>
            <w:r>
              <w:rPr>
                <w:sz w:val="18"/>
              </w:rPr>
            </w:r>
            <w:r>
              <w:rPr>
                <w:rFonts w:ascii="Calibri" w:hAnsi="Calibri" w:cs="Calibri" w:eastAsia="宋体"/>
                <w:sz w:val="18"/>
              </w:rPr>
              <w:t>-3</w:t>
            </w:r>
          </w:p>
        </w:tc>
        <w:tc>
          <w:tcPr>
            <w:tcW w:type="dxa" w:w="7110"/>
          </w:tcPr>
          <w:p>
            <w:pPr>
              <w:spacing w:before="40" w:after="40" w:line="276" w:lineRule="auto"/>
            </w:pPr>
            <w:r>
              <w:rPr>
                <w:sz w:val="18"/>
              </w:rPr>
            </w:r>
            <w:r>
              <w:rPr>
                <w:rFonts w:ascii="Calibri" w:hAnsi="Calibri" w:cs="Calibri" w:eastAsia="宋体"/>
                <w:sz w:val="18"/>
              </w:rPr>
              <w:t>软食</w:t>
            </w:r>
          </w:p>
        </w:tc>
      </w:tr>
      <w:tr>
        <w:tc>
          <w:tcPr>
            <w:tcW w:type="dxa" w:w="2188"/>
          </w:tcPr>
          <w:p>
            <w:pPr>
              <w:spacing w:before="40" w:after="40" w:line="276" w:lineRule="auto"/>
            </w:pPr>
            <w:r>
              <w:rPr>
                <w:sz w:val="18"/>
              </w:rPr>
            </w:r>
            <w:r>
              <w:rPr>
                <w:rFonts w:ascii="Calibri" w:hAnsi="Calibri" w:cs="Calibri" w:eastAsia="宋体"/>
                <w:sz w:val="18"/>
              </w:rPr>
              <w:t>-2</w:t>
            </w:r>
          </w:p>
        </w:tc>
        <w:tc>
          <w:tcPr>
            <w:tcW w:type="dxa" w:w="7110"/>
          </w:tcPr>
          <w:p>
            <w:pPr>
              <w:spacing w:before="40" w:after="40" w:line="276" w:lineRule="auto"/>
            </w:pPr>
            <w:r>
              <w:rPr>
                <w:sz w:val="18"/>
              </w:rPr>
            </w:r>
            <w:r>
              <w:rPr>
                <w:rFonts w:ascii="Calibri" w:hAnsi="Calibri" w:cs="Calibri" w:eastAsia="宋体"/>
                <w:sz w:val="18"/>
              </w:rPr>
              <w:t>流食、通便和灌肠</w:t>
            </w:r>
          </w:p>
        </w:tc>
      </w:tr>
      <w:tr>
        <w:tc>
          <w:tcPr>
            <w:tcW w:type="dxa" w:w="2188"/>
          </w:tcPr>
          <w:p>
            <w:pPr>
              <w:spacing w:before="40" w:after="40" w:line="276" w:lineRule="auto"/>
            </w:pPr>
            <w:r>
              <w:rPr>
                <w:sz w:val="18"/>
              </w:rPr>
            </w:r>
            <w:r>
              <w:rPr>
                <w:rFonts w:ascii="Calibri" w:hAnsi="Calibri" w:cs="Calibri" w:eastAsia="宋体"/>
                <w:sz w:val="18"/>
              </w:rPr>
              <w:t>-1</w:t>
            </w:r>
          </w:p>
        </w:tc>
        <w:tc>
          <w:tcPr>
            <w:tcW w:type="dxa" w:w="7110"/>
          </w:tcPr>
          <w:p>
            <w:pPr>
              <w:spacing w:before="40" w:after="40" w:line="276" w:lineRule="auto"/>
            </w:pPr>
            <w:r>
              <w:rPr>
                <w:sz w:val="18"/>
              </w:rPr>
            </w:r>
            <w:r>
              <w:rPr>
                <w:rFonts w:ascii="Calibri" w:hAnsi="Calibri" w:cs="Calibri" w:eastAsia="宋体"/>
                <w:sz w:val="18"/>
              </w:rPr>
              <w:t>服用磷酸钠</w:t>
            </w:r>
          </w:p>
        </w:tc>
      </w:tr>
      <w:tr>
        <w:tc>
          <w:tcPr>
            <w:tcW w:type="dxa" w:w="2188"/>
          </w:tcPr>
          <w:p>
            <w:pPr>
              <w:spacing w:before="40" w:after="40" w:line="276" w:lineRule="auto"/>
            </w:pPr>
            <w:r>
              <w:rPr>
                <w:sz w:val="18"/>
              </w:rPr>
            </w:r>
            <w:r>
              <w:rPr>
                <w:rFonts w:ascii="Calibri" w:hAnsi="Calibri" w:cs="Calibri" w:eastAsia="宋体"/>
                <w:sz w:val="18"/>
              </w:rPr>
              <w:t>1</w:t>
            </w:r>
          </w:p>
        </w:tc>
        <w:tc>
          <w:tcPr>
            <w:tcW w:type="dxa" w:w="7110"/>
          </w:tcPr>
          <w:p>
            <w:pPr>
              <w:spacing w:before="40" w:after="40" w:line="276" w:lineRule="auto"/>
            </w:pPr>
            <w:r>
              <w:rPr>
                <w:sz w:val="18"/>
              </w:rPr>
            </w:r>
            <w:r>
              <w:rPr>
                <w:rFonts w:ascii="Calibri" w:hAnsi="Calibri" w:cs="Calibri" w:eastAsia="宋体"/>
                <w:sz w:val="18"/>
              </w:rPr>
              <w:t>手术</w:t>
            </w:r>
          </w:p>
        </w:tc>
      </w:tr>
      <w:tr>
        <w:tc>
          <w:tcPr>
            <w:tcW w:type="dxa" w:w="2188"/>
          </w:tcPr>
          <w:p>
            <w:pPr>
              <w:spacing w:before="40" w:after="40" w:line="276" w:lineRule="auto"/>
            </w:pPr>
            <w:r>
              <w:rPr>
                <w:sz w:val="18"/>
              </w:rPr>
            </w:r>
            <w:r>
              <w:rPr>
                <w:rFonts w:ascii="Calibri" w:hAnsi="Calibri" w:cs="Calibri" w:eastAsia="宋体"/>
                <w:sz w:val="18"/>
              </w:rPr>
              <w:t>5</w:t>
            </w:r>
          </w:p>
        </w:tc>
        <w:tc>
          <w:tcPr>
            <w:tcW w:type="dxa" w:w="7110"/>
          </w:tcPr>
          <w:p>
            <w:pPr>
              <w:spacing w:before="40" w:after="40" w:line="276" w:lineRule="auto"/>
            </w:pPr>
            <w:r>
              <w:rPr>
                <w:sz w:val="18"/>
              </w:rPr>
            </w:r>
            <w:r>
              <w:rPr>
                <w:rFonts w:ascii="Calibri" w:hAnsi="Calibri" w:cs="Calibri" w:eastAsia="宋体"/>
                <w:sz w:val="18"/>
              </w:rPr>
              <w:t>拆引流管 出院</w:t>
            </w:r>
          </w:p>
        </w:tc>
      </w:tr>
      <w:tr>
        <w:tc>
          <w:tcPr>
            <w:tcW w:type="dxa" w:w="2188"/>
          </w:tcPr>
          <w:p>
            <w:pPr>
              <w:spacing w:before="40" w:after="40" w:line="276" w:lineRule="auto"/>
            </w:pPr>
            <w:r>
              <w:rPr>
                <w:sz w:val="18"/>
              </w:rPr>
            </w:r>
            <w:r>
              <w:rPr>
                <w:rFonts w:ascii="Calibri" w:hAnsi="Calibri" w:cs="Calibri" w:eastAsia="宋体"/>
                <w:sz w:val="18"/>
              </w:rPr>
              <w:t>8</w:t>
            </w:r>
          </w:p>
        </w:tc>
        <w:tc>
          <w:tcPr>
            <w:tcW w:type="dxa" w:w="7110"/>
          </w:tcPr>
          <w:p>
            <w:pPr>
              <w:spacing w:before="40" w:after="40" w:line="276" w:lineRule="auto"/>
            </w:pPr>
            <w:r>
              <w:rPr>
                <w:sz w:val="18"/>
              </w:rPr>
            </w:r>
            <w:r>
              <w:rPr>
                <w:rFonts w:ascii="Calibri" w:hAnsi="Calibri" w:cs="Calibri" w:eastAsia="宋体"/>
                <w:sz w:val="18"/>
              </w:rPr>
              <w:t>拆包 第一次通模具测量阴道深度</w:t>
            </w:r>
          </w:p>
        </w:tc>
      </w:tr>
      <w:tr>
        <w:tc>
          <w:tcPr>
            <w:tcW w:type="dxa" w:w="2188"/>
          </w:tcPr>
          <w:p>
            <w:pPr>
              <w:spacing w:before="40" w:after="40" w:line="276" w:lineRule="auto"/>
            </w:pPr>
            <w:r>
              <w:rPr>
                <w:sz w:val="18"/>
              </w:rPr>
            </w:r>
            <w:r>
              <w:rPr>
                <w:rFonts w:ascii="Calibri" w:hAnsi="Calibri" w:cs="Calibri" w:eastAsia="宋体"/>
                <w:sz w:val="18"/>
              </w:rPr>
              <w:t>11</w:t>
            </w:r>
          </w:p>
        </w:tc>
        <w:tc>
          <w:tcPr>
            <w:tcW w:type="dxa" w:w="7110"/>
          </w:tcPr>
          <w:p>
            <w:pPr>
              <w:spacing w:before="40" w:after="40" w:line="276" w:lineRule="auto"/>
            </w:pPr>
            <w:r>
              <w:rPr>
                <w:sz w:val="18"/>
              </w:rPr>
            </w:r>
            <w:r>
              <w:rPr>
                <w:rFonts w:ascii="Calibri" w:hAnsi="Calibri" w:cs="Calibri" w:eastAsia="宋体"/>
                <w:sz w:val="18"/>
              </w:rPr>
              <w:t>拔尿管</w:t>
            </w:r>
          </w:p>
        </w:tc>
      </w:tr>
    </w:tbl>
    <w:p>
      <w:pPr>
        <w:spacing w:after="100"/>
      </w:pPr>
      <w:r>
        <w:rPr>
          <w:rFonts w:ascii="Calibri" w:hAnsi="Calibri" w:cs="Calibri" w:eastAsia="宋体"/>
        </w:rPr>
        <w:t>结肠：</w:t>
      </w:r>
    </w:p>
    <w:tbl>
      <w:tblPr>
        <w:tblStyle w:val="TableGrid"/>
        <w:tblW w:type="auto" w:w="0"/>
        <w:jc w:val="center"/>
        <w:tblLayout w:type="fixed"/>
        <w:tblLook w:firstColumn="1" w:firstRow="1" w:lastColumn="0" w:lastRow="0" w:noHBand="0" w:noVBand="1" w:val="04A0"/>
      </w:tblPr>
      <w:tblGrid>
        <w:gridCol w:w="3719"/>
        <w:gridCol w:w="5579"/>
      </w:tblGrid>
      <w:tr>
        <w:trPr>
          <w:tblHeader/>
        </w:trPr>
        <w:tc>
          <w:tcPr>
            <w:tcW w:type="dxa" w:w="3719"/>
            <w:shd w:val="clear" w:color="auto" w:fill="EDF1F7"/>
          </w:tcPr>
          <w:p>
            <w:pPr>
              <w:spacing w:before="40" w:after="40" w:line="276" w:lineRule="auto"/>
            </w:pPr>
            <w:r>
              <w:rPr>
                <w:b/>
                <w:sz w:val="18"/>
              </w:rPr>
            </w:r>
            <w:r>
              <w:rPr>
                <w:rFonts w:ascii="Calibri" w:hAnsi="Calibri" w:cs="Calibri" w:eastAsia="宋体"/>
                <w:b/>
                <w:sz w:val="18"/>
              </w:rPr>
              <w:t>时间节点（天）</w:t>
            </w:r>
          </w:p>
        </w:tc>
        <w:tc>
          <w:tcPr>
            <w:tcW w:type="dxa" w:w="5579"/>
            <w:shd w:val="clear" w:color="auto" w:fill="EDF1F7"/>
          </w:tcPr>
          <w:p>
            <w:pPr>
              <w:spacing w:before="40" w:after="40" w:line="276" w:lineRule="auto"/>
            </w:pPr>
            <w:r>
              <w:rPr>
                <w:b/>
                <w:sz w:val="18"/>
              </w:rPr>
            </w:r>
            <w:r>
              <w:rPr>
                <w:rFonts w:ascii="Calibri" w:hAnsi="Calibri" w:cs="Calibri" w:eastAsia="宋体"/>
                <w:b/>
                <w:sz w:val="18"/>
              </w:rPr>
              <w:t>进度</w:t>
            </w:r>
          </w:p>
        </w:tc>
      </w:tr>
      <w:tr>
        <w:tc>
          <w:tcPr>
            <w:tcW w:type="dxa" w:w="3719"/>
          </w:tcPr>
          <w:p>
            <w:pPr>
              <w:spacing w:before="40" w:after="40" w:line="276" w:lineRule="auto"/>
            </w:pPr>
            <w:r>
              <w:rPr>
                <w:sz w:val="18"/>
              </w:rPr>
            </w:r>
            <w:r>
              <w:rPr>
                <w:rFonts w:ascii="Calibri" w:hAnsi="Calibri" w:cs="Calibri" w:eastAsia="宋体"/>
                <w:sz w:val="18"/>
              </w:rPr>
              <w:t>-4</w:t>
            </w:r>
          </w:p>
        </w:tc>
        <w:tc>
          <w:tcPr>
            <w:tcW w:type="dxa" w:w="5579"/>
          </w:tcPr>
          <w:p>
            <w:pPr>
              <w:spacing w:before="40" w:after="40" w:line="276" w:lineRule="auto"/>
            </w:pPr>
            <w:r>
              <w:rPr>
                <w:sz w:val="18"/>
              </w:rPr>
            </w:r>
            <w:r>
              <w:rPr>
                <w:rFonts w:ascii="Calibri" w:hAnsi="Calibri" w:cs="Calibri" w:eastAsia="宋体"/>
                <w:sz w:val="18"/>
              </w:rPr>
              <w:t>软食</w:t>
            </w:r>
          </w:p>
        </w:tc>
      </w:tr>
      <w:tr>
        <w:tc>
          <w:tcPr>
            <w:tcW w:type="dxa" w:w="3719"/>
          </w:tcPr>
          <w:p>
            <w:pPr>
              <w:spacing w:before="40" w:after="40" w:line="276" w:lineRule="auto"/>
            </w:pPr>
            <w:r>
              <w:rPr>
                <w:sz w:val="18"/>
              </w:rPr>
            </w:r>
            <w:r>
              <w:rPr>
                <w:rFonts w:ascii="Calibri" w:hAnsi="Calibri" w:cs="Calibri" w:eastAsia="宋体"/>
                <w:sz w:val="18"/>
              </w:rPr>
              <w:t>-3</w:t>
            </w:r>
          </w:p>
        </w:tc>
        <w:tc>
          <w:tcPr>
            <w:tcW w:type="dxa" w:w="5579"/>
          </w:tcPr>
          <w:p>
            <w:pPr>
              <w:spacing w:before="40" w:after="40" w:line="276" w:lineRule="auto"/>
            </w:pPr>
            <w:r>
              <w:rPr>
                <w:sz w:val="18"/>
              </w:rPr>
            </w:r>
            <w:r>
              <w:rPr>
                <w:rFonts w:ascii="Calibri" w:hAnsi="Calibri" w:cs="Calibri" w:eastAsia="宋体"/>
                <w:sz w:val="18"/>
              </w:rPr>
              <w:t>流食</w:t>
            </w:r>
          </w:p>
        </w:tc>
      </w:tr>
      <w:tr>
        <w:tc>
          <w:tcPr>
            <w:tcW w:type="dxa" w:w="3719"/>
          </w:tcPr>
          <w:p>
            <w:pPr>
              <w:spacing w:before="40" w:after="40" w:line="276" w:lineRule="auto"/>
            </w:pPr>
            <w:r>
              <w:rPr>
                <w:sz w:val="18"/>
              </w:rPr>
            </w:r>
            <w:r>
              <w:rPr>
                <w:rFonts w:ascii="Calibri" w:hAnsi="Calibri" w:cs="Calibri" w:eastAsia="宋体"/>
                <w:sz w:val="18"/>
              </w:rPr>
              <w:t>1</w:t>
            </w:r>
          </w:p>
        </w:tc>
        <w:tc>
          <w:tcPr>
            <w:tcW w:type="dxa" w:w="5579"/>
          </w:tcPr>
          <w:p>
            <w:pPr>
              <w:spacing w:before="40" w:after="40" w:line="276" w:lineRule="auto"/>
            </w:pPr>
            <w:r>
              <w:rPr>
                <w:sz w:val="18"/>
              </w:rPr>
            </w:r>
            <w:r>
              <w:rPr>
                <w:rFonts w:ascii="Calibri" w:hAnsi="Calibri" w:cs="Calibri" w:eastAsia="宋体"/>
                <w:sz w:val="18"/>
              </w:rPr>
              <w:t>手术</w:t>
            </w:r>
          </w:p>
        </w:tc>
      </w:tr>
      <w:tr>
        <w:tc>
          <w:tcPr>
            <w:tcW w:type="dxa" w:w="3719"/>
          </w:tcPr>
          <w:p>
            <w:pPr>
              <w:spacing w:before="40" w:after="40" w:line="276" w:lineRule="auto"/>
            </w:pPr>
            <w:r>
              <w:rPr>
                <w:sz w:val="18"/>
              </w:rPr>
            </w:r>
            <w:r>
              <w:rPr>
                <w:rFonts w:ascii="Calibri" w:hAnsi="Calibri" w:cs="Calibri" w:eastAsia="宋体"/>
                <w:sz w:val="18"/>
              </w:rPr>
              <w:t>5</w:t>
            </w:r>
          </w:p>
        </w:tc>
        <w:tc>
          <w:tcPr>
            <w:tcW w:type="dxa" w:w="5579"/>
          </w:tcPr>
          <w:p>
            <w:pPr>
              <w:spacing w:before="40" w:after="40" w:line="276" w:lineRule="auto"/>
            </w:pPr>
            <w:r>
              <w:rPr>
                <w:sz w:val="18"/>
              </w:rPr>
            </w:r>
            <w:r>
              <w:rPr>
                <w:rFonts w:ascii="Calibri" w:hAnsi="Calibri" w:cs="Calibri" w:eastAsia="宋体"/>
                <w:sz w:val="18"/>
              </w:rPr>
              <w:t>拆引流管，拆包</w:t>
            </w:r>
          </w:p>
        </w:tc>
      </w:tr>
      <w:tr>
        <w:tc>
          <w:tcPr>
            <w:tcW w:type="dxa" w:w="3719"/>
          </w:tcPr>
          <w:p>
            <w:pPr>
              <w:spacing w:before="40" w:after="40" w:line="276" w:lineRule="auto"/>
            </w:pPr>
            <w:r>
              <w:rPr>
                <w:sz w:val="18"/>
              </w:rPr>
            </w:r>
            <w:r>
              <w:rPr>
                <w:rFonts w:ascii="Calibri" w:hAnsi="Calibri" w:cs="Calibri" w:eastAsia="宋体"/>
                <w:sz w:val="18"/>
              </w:rPr>
              <w:t>6</w:t>
            </w:r>
          </w:p>
        </w:tc>
        <w:tc>
          <w:tcPr>
            <w:tcW w:type="dxa" w:w="5579"/>
          </w:tcPr>
          <w:p>
            <w:pPr>
              <w:spacing w:before="40" w:after="40" w:line="276" w:lineRule="auto"/>
            </w:pPr>
            <w:r>
              <w:rPr>
                <w:sz w:val="18"/>
              </w:rPr>
            </w:r>
            <w:r>
              <w:rPr>
                <w:rFonts w:ascii="Calibri" w:hAnsi="Calibri" w:cs="Calibri" w:eastAsia="宋体"/>
                <w:sz w:val="18"/>
              </w:rPr>
              <w:t>出院 可进食</w:t>
            </w:r>
          </w:p>
        </w:tc>
      </w:tr>
      <w:tr>
        <w:tc>
          <w:tcPr>
            <w:tcW w:type="dxa" w:w="3719"/>
          </w:tcPr>
          <w:p>
            <w:pPr>
              <w:spacing w:before="40" w:after="40" w:line="276" w:lineRule="auto"/>
            </w:pPr>
            <w:r>
              <w:rPr>
                <w:sz w:val="18"/>
              </w:rPr>
            </w:r>
            <w:r>
              <w:rPr>
                <w:rFonts w:ascii="Calibri" w:hAnsi="Calibri" w:cs="Calibri" w:eastAsia="宋体"/>
                <w:sz w:val="18"/>
              </w:rPr>
              <w:t>11</w:t>
            </w:r>
          </w:p>
        </w:tc>
        <w:tc>
          <w:tcPr>
            <w:tcW w:type="dxa" w:w="5579"/>
          </w:tcPr>
          <w:p>
            <w:pPr>
              <w:spacing w:before="40" w:after="40" w:line="276" w:lineRule="auto"/>
            </w:pPr>
            <w:r>
              <w:rPr>
                <w:sz w:val="18"/>
              </w:rPr>
            </w:r>
            <w:r>
              <w:rPr>
                <w:rFonts w:ascii="Calibri" w:hAnsi="Calibri" w:cs="Calibri" w:eastAsia="宋体"/>
                <w:sz w:val="18"/>
              </w:rPr>
              <w:t>拔尿管</w:t>
            </w:r>
          </w:p>
        </w:tc>
      </w:tr>
    </w:tbl>
    <w:p>
      <w:pPr>
        <w:spacing w:before="20" w:after="40"/>
        <w:ind w:left="425" w:hanging="312"/>
      </w:pPr>
      <w:r>
        <w:rPr>
          <w:rFonts w:ascii="Calibri" w:hAnsi="Calibri" w:cs="Calibri" w:eastAsia="宋体"/>
        </w:rPr>
        <w:t xml:space="preserve">• </w:t>
      </w:r>
      <w:r>
        <w:rPr>
          <w:rFonts w:ascii="Calibri" w:hAnsi="Calibri" w:cs="Calibri" w:eastAsia="宋体"/>
        </w:rPr>
        <w:t>结肠术后 5 天禁食，皮瓣术后即可进食。</w:t>
      </w:r>
    </w:p>
    <w:p>
      <w:pPr>
        <w:spacing w:before="20" w:after="40"/>
        <w:ind w:left="425" w:hanging="312"/>
      </w:pPr>
      <w:r>
        <w:rPr>
          <w:rFonts w:ascii="Calibri" w:hAnsi="Calibri" w:cs="Calibri" w:eastAsia="宋体"/>
        </w:rPr>
        <w:t xml:space="preserve">• </w:t>
      </w:r>
      <w:r>
        <w:rPr>
          <w:rFonts w:ascii="Calibri" w:hAnsi="Calibri" w:cs="Calibri" w:eastAsia="宋体"/>
        </w:rPr>
        <w:t>术后头两天选餐避免选巧克力、奶油汤以免肠胃不适</w:t>
      </w:r>
    </w:p>
    <w:p>
      <w:pPr>
        <w:pStyle w:val="Heading4"/>
      </w:pPr>
      <w:r>
        <w:rPr>
          <w:rFonts w:ascii="Calibri" w:hAnsi="Calibri" w:cs="Calibri" w:eastAsia="宋体"/>
        </w:rPr>
        <w:t>术后事项</w:t>
      </w:r>
    </w:p>
    <w:p>
      <w:pPr>
        <w:pStyle w:val="Heading5"/>
      </w:pPr>
      <w:r>
        <w:rPr>
          <w:rFonts w:ascii="Calibri" w:hAnsi="Calibri" w:cs="Calibri" w:eastAsia="宋体"/>
        </w:rPr>
        <w:t>通模具</w:t>
      </w:r>
    </w:p>
    <w:p>
      <w:pPr>
        <w:shd w:val="clear" w:color="auto" w:fill="F7F8FA"/>
        <w:pBdr>
          <w:left w:val="single" w:sz="18" w:space="6" w:color="C9CDD4"/>
        </w:pBdr>
        <w:spacing w:after="40"/>
      </w:pPr>
      <w:r>
        <w:rPr>
          <w:rFonts w:ascii="Calibri" w:hAnsi="Calibri" w:cs="Calibri" w:eastAsia="宋体"/>
        </w:rPr>
        <w:t>以下资料来自 WIH 医院官网的</w:t>
      </w:r>
      <w:r>
        <w:rPr>
          <w:rFonts w:ascii="Calibri" w:hAnsi="Calibri" w:cs="Calibri" w:eastAsia="宋体"/>
        </w:rPr>
        <w:t>阴道扩张指南</w:t>
      </w:r>
      <w:r>
        <w:rPr>
          <w:rFonts w:ascii="Calibri" w:hAnsi="Calibri" w:cs="Calibri" w:eastAsia="宋体"/>
        </w:rPr>
        <w:t>。</w:t>
      </w:r>
    </w:p>
    <w:p>
      <w:pPr>
        <w:spacing w:after="100"/>
      </w:pPr>
      <w:r>
        <w:rPr>
          <w:rFonts w:ascii="Calibri" w:hAnsi="Calibri" w:cs="Calibri" w:eastAsia="宋体"/>
        </w:rPr>
        <w:t>为使手术效果达到最佳，无论是外科医生还是患者，都应共同努力维持术后阴道深度。外科医生要在保证安全的前提下，重建足够深的阴道，确保阴道内壁的质量；而患者应遵医嘱严格执行</w:t>
      </w:r>
      <w:r>
        <w:rPr>
          <w:rFonts w:ascii="Calibri" w:hAnsi="Calibri" w:cs="Calibri" w:eastAsia="宋体"/>
          <w:b/>
        </w:rPr>
        <w:t>阴道扩张计划表</w:t>
      </w:r>
      <w:r>
        <w:rPr>
          <w:rFonts w:ascii="Calibri" w:hAnsi="Calibri" w:cs="Calibri" w:eastAsia="宋体"/>
        </w:rPr>
        <w:t>，以维持阴道深度。</w:t>
      </w:r>
      <w:r>
        <w:br/>
      </w:r>
      <w:r>
        <w:br/>
      </w:r>
      <w:r>
        <w:rPr>
          <w:rFonts w:ascii="Calibri" w:hAnsi="Calibri" w:cs="Calibri" w:eastAsia="宋体"/>
        </w:rPr>
        <w:t>阴道扩张时的外力可避免移植后的皮瓣发生收缩，提高阴道壁弹性，使其适应任何尺寸物体的插入。如阴道扩张不充分或不正确，阴道内壁多会萎缩，导致深度减小。这种萎缩</w:t>
      </w:r>
      <w:r>
        <w:rPr>
          <w:rFonts w:ascii="Calibri" w:hAnsi="Calibri" w:cs="Calibri" w:eastAsia="宋体"/>
          <w:b/>
        </w:rPr>
        <w:t>无法再以阴道扩张来恢复，是不可逆的</w:t>
      </w:r>
      <w:r>
        <w:rPr>
          <w:rFonts w:ascii="Calibri" w:hAnsi="Calibri" w:cs="Calibri" w:eastAsia="宋体"/>
        </w:rPr>
        <w:t>。</w:t>
      </w:r>
    </w:p>
    <w:p>
      <w:pPr>
        <w:spacing w:after="100"/>
      </w:pPr>
      <w:r>
        <w:rPr>
          <w:rFonts w:ascii="Calibri" w:hAnsi="Calibri" w:cs="Calibri" w:eastAsia="宋体"/>
        </w:rPr>
        <w:t>本计划表要求每日有 2 ～ 2.5 小时的时间进行扩张。在术后第一年，建议每日进行 3 次扩张（早上、下午、睡前各 50 分钟）。</w:t>
      </w:r>
      <w:r>
        <w:br/>
      </w:r>
      <w:r>
        <w:br/>
      </w:r>
      <w:r>
        <w:rPr>
          <w:rFonts w:ascii="Calibri" w:hAnsi="Calibri" w:cs="Calibri" w:eastAsia="宋体"/>
        </w:rPr>
        <w:t>扩张所用模具已包含在手术费中。包括：</w:t>
      </w:r>
    </w:p>
    <w:tbl>
      <w:tblPr>
        <w:tblStyle w:val="TableGrid"/>
        <w:tblW w:type="auto" w:w="0"/>
        <w:jc w:val="center"/>
        <w:tblLayout w:type="fixed"/>
        <w:tblLook w:firstColumn="1" w:firstRow="1" w:lastColumn="0" w:lastRow="0" w:noHBand="0" w:noVBand="1" w:val="04A0"/>
      </w:tblPr>
      <w:tblGrid>
        <w:gridCol w:w="3381"/>
        <w:gridCol w:w="5917"/>
      </w:tblGrid>
      <w:tr>
        <w:trPr>
          <w:tblHeader/>
        </w:trPr>
        <w:tc>
          <w:tcPr>
            <w:tcW w:type="dxa" w:w="3381"/>
            <w:shd w:val="clear" w:color="auto" w:fill="EDF1F7"/>
          </w:tcPr>
          <w:p>
            <w:pPr>
              <w:spacing w:before="40" w:after="40" w:line="276" w:lineRule="auto"/>
            </w:pPr>
            <w:r>
              <w:rPr>
                <w:b/>
                <w:sz w:val="18"/>
              </w:rPr>
            </w:r>
            <w:r>
              <w:rPr>
                <w:rFonts w:ascii="Calibri" w:hAnsi="Calibri" w:cs="Calibri" w:eastAsia="宋体"/>
                <w:b/>
                <w:sz w:val="18"/>
              </w:rPr>
              <w:t>模具</w:t>
            </w:r>
          </w:p>
        </w:tc>
        <w:tc>
          <w:tcPr>
            <w:tcW w:type="dxa" w:w="5917"/>
            <w:shd w:val="clear" w:color="auto" w:fill="EDF1F7"/>
          </w:tcPr>
          <w:p>
            <w:pPr>
              <w:spacing w:before="40" w:after="40" w:line="276" w:lineRule="auto"/>
            </w:pPr>
            <w:r>
              <w:rPr>
                <w:b/>
                <w:sz w:val="18"/>
              </w:rPr>
            </w:r>
            <w:r>
              <w:rPr>
                <w:rFonts w:ascii="Calibri" w:hAnsi="Calibri" w:cs="Calibri" w:eastAsia="宋体"/>
                <w:b/>
                <w:sz w:val="18"/>
              </w:rPr>
              <w:t>直径</w:t>
            </w:r>
          </w:p>
        </w:tc>
      </w:tr>
      <w:tr>
        <w:tc>
          <w:tcPr>
            <w:tcW w:type="dxa" w:w="3381"/>
          </w:tcPr>
          <w:p>
            <w:pPr>
              <w:spacing w:before="40" w:after="40" w:line="276" w:lineRule="auto"/>
            </w:pPr>
            <w:r>
              <w:rPr>
                <w:sz w:val="18"/>
              </w:rPr>
            </w:r>
            <w:r>
              <w:rPr>
                <w:rFonts w:ascii="Calibri" w:hAnsi="Calibri" w:cs="Calibri" w:eastAsia="宋体"/>
                <w:sz w:val="18"/>
              </w:rPr>
              <w:t>0 号</w:t>
            </w:r>
          </w:p>
        </w:tc>
        <w:tc>
          <w:tcPr>
            <w:tcW w:type="dxa" w:w="5917"/>
          </w:tcPr>
          <w:p>
            <w:pPr>
              <w:spacing w:before="40" w:after="40" w:line="276" w:lineRule="auto"/>
            </w:pPr>
            <w:r>
              <w:rPr>
                <w:sz w:val="18"/>
              </w:rPr>
            </w:r>
            <w:r>
              <w:rPr>
                <w:rFonts w:ascii="Calibri" w:hAnsi="Calibri" w:cs="Calibri" w:eastAsia="宋体"/>
                <w:sz w:val="18"/>
              </w:rPr>
              <w:t>20 毫米</w:t>
            </w:r>
          </w:p>
        </w:tc>
      </w:tr>
      <w:tr>
        <w:tc>
          <w:tcPr>
            <w:tcW w:type="dxa" w:w="3381"/>
          </w:tcPr>
          <w:p>
            <w:pPr>
              <w:spacing w:before="40" w:after="40" w:line="276" w:lineRule="auto"/>
            </w:pPr>
            <w:r>
              <w:rPr>
                <w:sz w:val="18"/>
              </w:rPr>
            </w:r>
            <w:r>
              <w:rPr>
                <w:rFonts w:ascii="Calibri" w:hAnsi="Calibri" w:cs="Calibri" w:eastAsia="宋体"/>
                <w:sz w:val="18"/>
              </w:rPr>
              <w:t>1 号</w:t>
            </w:r>
          </w:p>
        </w:tc>
        <w:tc>
          <w:tcPr>
            <w:tcW w:type="dxa" w:w="5917"/>
          </w:tcPr>
          <w:p>
            <w:pPr>
              <w:spacing w:before="40" w:after="40" w:line="276" w:lineRule="auto"/>
            </w:pPr>
            <w:r>
              <w:rPr>
                <w:sz w:val="18"/>
              </w:rPr>
            </w:r>
            <w:r>
              <w:rPr>
                <w:rFonts w:ascii="Calibri" w:hAnsi="Calibri" w:cs="Calibri" w:eastAsia="宋体"/>
                <w:sz w:val="18"/>
              </w:rPr>
              <w:t>23 毫米</w:t>
            </w:r>
          </w:p>
        </w:tc>
      </w:tr>
      <w:tr>
        <w:tc>
          <w:tcPr>
            <w:tcW w:type="dxa" w:w="3381"/>
          </w:tcPr>
          <w:p>
            <w:pPr>
              <w:spacing w:before="40" w:after="40" w:line="276" w:lineRule="auto"/>
            </w:pPr>
            <w:r>
              <w:rPr>
                <w:sz w:val="18"/>
              </w:rPr>
            </w:r>
            <w:r>
              <w:rPr>
                <w:rFonts w:ascii="Calibri" w:hAnsi="Calibri" w:cs="Calibri" w:eastAsia="宋体"/>
                <w:sz w:val="18"/>
              </w:rPr>
              <w:t>2 号</w:t>
            </w:r>
          </w:p>
        </w:tc>
        <w:tc>
          <w:tcPr>
            <w:tcW w:type="dxa" w:w="5917"/>
          </w:tcPr>
          <w:p>
            <w:pPr>
              <w:spacing w:before="40" w:after="40" w:line="276" w:lineRule="auto"/>
            </w:pPr>
            <w:r>
              <w:rPr>
                <w:sz w:val="18"/>
              </w:rPr>
            </w:r>
            <w:r>
              <w:rPr>
                <w:rFonts w:ascii="Calibri" w:hAnsi="Calibri" w:cs="Calibri" w:eastAsia="宋体"/>
                <w:sz w:val="18"/>
              </w:rPr>
              <w:t>26 毫米</w:t>
            </w:r>
          </w:p>
        </w:tc>
      </w:tr>
      <w:tr>
        <w:tc>
          <w:tcPr>
            <w:tcW w:type="dxa" w:w="3381"/>
          </w:tcPr>
          <w:p>
            <w:pPr>
              <w:spacing w:before="40" w:after="40" w:line="276" w:lineRule="auto"/>
            </w:pPr>
            <w:r>
              <w:rPr>
                <w:sz w:val="18"/>
              </w:rPr>
            </w:r>
            <w:r>
              <w:rPr>
                <w:rFonts w:ascii="Calibri" w:hAnsi="Calibri" w:cs="Calibri" w:eastAsia="宋体"/>
                <w:sz w:val="18"/>
              </w:rPr>
              <w:t>3 号</w:t>
            </w:r>
          </w:p>
        </w:tc>
        <w:tc>
          <w:tcPr>
            <w:tcW w:type="dxa" w:w="5917"/>
          </w:tcPr>
          <w:p>
            <w:pPr>
              <w:spacing w:before="40" w:after="40" w:line="276" w:lineRule="auto"/>
            </w:pPr>
            <w:r>
              <w:rPr>
                <w:sz w:val="18"/>
              </w:rPr>
            </w:r>
            <w:r>
              <w:rPr>
                <w:rFonts w:ascii="Calibri" w:hAnsi="Calibri" w:cs="Calibri" w:eastAsia="宋体"/>
                <w:sz w:val="18"/>
              </w:rPr>
              <w:t>29 毫米</w:t>
            </w:r>
          </w:p>
        </w:tc>
      </w:tr>
      <w:tr>
        <w:tc>
          <w:tcPr>
            <w:tcW w:type="dxa" w:w="3381"/>
          </w:tcPr>
          <w:p>
            <w:pPr>
              <w:spacing w:before="40" w:after="40" w:line="276" w:lineRule="auto"/>
            </w:pPr>
            <w:r>
              <w:rPr>
                <w:sz w:val="18"/>
              </w:rPr>
            </w:r>
            <w:r>
              <w:rPr>
                <w:rFonts w:ascii="Calibri" w:hAnsi="Calibri" w:cs="Calibri" w:eastAsia="宋体"/>
                <w:sz w:val="18"/>
              </w:rPr>
              <w:t>4 号</w:t>
            </w:r>
          </w:p>
        </w:tc>
        <w:tc>
          <w:tcPr>
            <w:tcW w:type="dxa" w:w="5917"/>
          </w:tcPr>
          <w:p>
            <w:pPr>
              <w:spacing w:before="40" w:after="40" w:line="276" w:lineRule="auto"/>
            </w:pPr>
            <w:r>
              <w:rPr>
                <w:sz w:val="18"/>
              </w:rPr>
            </w:r>
            <w:r>
              <w:rPr>
                <w:rFonts w:ascii="Calibri" w:hAnsi="Calibri" w:cs="Calibri" w:eastAsia="宋体"/>
                <w:sz w:val="18"/>
              </w:rPr>
              <w:t>32 毫米</w:t>
            </w:r>
          </w:p>
        </w:tc>
      </w:tr>
    </w:tbl>
    <w:p>
      <w:pPr>
        <w:spacing w:after="100"/>
      </w:pPr>
      <w:r>
        <w:rPr>
          <w:rFonts w:ascii="Calibri" w:hAnsi="Calibri" w:cs="Calibri" w:eastAsia="宋体"/>
        </w:rPr>
        <w:t>每个模具的长度约为 8.5 英寸。</w:t>
      </w:r>
    </w:p>
    <w:p>
      <w:pPr>
        <w:pStyle w:val="Heading6"/>
      </w:pPr>
      <w:r>
        <w:rPr>
          <w:rFonts w:ascii="Calibri" w:hAnsi="Calibri" w:cs="Calibri" w:eastAsia="宋体"/>
        </w:rPr>
        <w:t>扩张计划表详情</w:t>
      </w:r>
    </w:p>
    <w:p>
      <w:pPr>
        <w:spacing w:after="100"/>
      </w:pPr>
      <w:r>
        <w:rPr>
          <w:rFonts w:ascii="Calibri" w:hAnsi="Calibri" w:cs="Calibri" w:eastAsia="宋体"/>
        </w:rPr>
        <w:t>术后第一周，扩张</w:t>
      </w:r>
      <w:r>
        <w:rPr>
          <w:rFonts w:ascii="Calibri" w:hAnsi="Calibri" w:cs="Calibri" w:eastAsia="宋体"/>
          <w:b/>
        </w:rPr>
        <w:t>必须</w:t>
      </w:r>
      <w:r>
        <w:rPr>
          <w:rFonts w:ascii="Calibri" w:hAnsi="Calibri" w:cs="Calibri" w:eastAsia="宋体"/>
        </w:rPr>
        <w:t>在护士的密切监督下进行，</w:t>
      </w:r>
      <w:r>
        <w:rPr>
          <w:rFonts w:ascii="Calibri" w:hAnsi="Calibri" w:cs="Calibri" w:eastAsia="宋体"/>
          <w:b/>
        </w:rPr>
        <w:t>不得自行操作</w:t>
      </w:r>
      <w:r>
        <w:rPr>
          <w:rFonts w:ascii="Calibri" w:hAnsi="Calibri" w:cs="Calibri" w:eastAsia="宋体"/>
        </w:rPr>
        <w:t>。术后前 9 天仅可使用 0 号模具。</w:t>
      </w:r>
      <w:r>
        <w:br/>
      </w:r>
      <w:r>
        <w:br/>
      </w:r>
      <w:r>
        <w:rPr>
          <w:rFonts w:ascii="Calibri" w:hAnsi="Calibri" w:cs="Calibri" w:eastAsia="宋体"/>
        </w:rPr>
        <w:t>术后一周至三个月，按以下计划表进行扩张，扩张时从小到大依次插入模具。</w:t>
      </w:r>
    </w:p>
    <w:tbl>
      <w:tblPr>
        <w:tblStyle w:val="TableGrid"/>
        <w:tblW w:type="auto" w:w="0"/>
        <w:jc w:val="center"/>
        <w:tblLayout w:type="fixed"/>
        <w:tblLook w:firstColumn="1" w:firstRow="1" w:lastColumn="0" w:lastRow="0" w:noHBand="0" w:noVBand="1" w:val="04A0"/>
      </w:tblPr>
      <w:tblGrid>
        <w:gridCol w:w="1094"/>
        <w:gridCol w:w="1039"/>
        <w:gridCol w:w="1531"/>
        <w:gridCol w:w="1531"/>
        <w:gridCol w:w="1531"/>
        <w:gridCol w:w="1531"/>
        <w:gridCol w:w="1039"/>
      </w:tblGrid>
      <w:tr>
        <w:trPr>
          <w:tblHeader/>
        </w:trPr>
        <w:tc>
          <w:tcPr>
            <w:tcW w:type="dxa" w:w="1094"/>
            <w:shd w:val="clear" w:color="auto" w:fill="EDF1F7"/>
          </w:tcPr>
          <w:p>
            <w:pPr>
              <w:spacing w:before="40" w:after="40" w:line="276" w:lineRule="auto"/>
            </w:pPr>
            <w:r>
              <w:rPr>
                <w:b/>
                <w:sz w:val="17"/>
              </w:rPr>
            </w:r>
            <w:r>
              <w:rPr>
                <w:rFonts w:ascii="Calibri" w:hAnsi="Calibri" w:cs="Calibri" w:eastAsia="宋体"/>
                <w:b/>
                <w:sz w:val="17"/>
              </w:rPr>
              <w:t>术后天数</w:t>
            </w:r>
          </w:p>
        </w:tc>
        <w:tc>
          <w:tcPr>
            <w:tcW w:type="dxa" w:w="1039"/>
            <w:shd w:val="clear" w:color="auto" w:fill="EDF1F7"/>
          </w:tcPr>
          <w:p>
            <w:pPr>
              <w:spacing w:before="40" w:after="40" w:line="276" w:lineRule="auto"/>
            </w:pPr>
            <w:r>
              <w:rPr>
                <w:b/>
                <w:sz w:val="17"/>
              </w:rPr>
            </w:r>
            <w:r>
              <w:rPr>
                <w:rFonts w:ascii="Calibri" w:hAnsi="Calibri" w:cs="Calibri" w:eastAsia="宋体"/>
                <w:b/>
                <w:sz w:val="17"/>
              </w:rPr>
              <w:t>共计天数</w:t>
            </w:r>
          </w:p>
        </w:tc>
        <w:tc>
          <w:tcPr>
            <w:tcW w:type="dxa" w:w="1531"/>
            <w:shd w:val="clear" w:color="auto" w:fill="EDF1F7"/>
          </w:tcPr>
          <w:p>
            <w:pPr>
              <w:spacing w:before="40" w:after="40" w:line="276" w:lineRule="auto"/>
            </w:pPr>
            <w:r>
              <w:rPr>
                <w:b/>
                <w:sz w:val="17"/>
              </w:rPr>
            </w:r>
            <w:r>
              <w:rPr>
                <w:rFonts w:ascii="Calibri" w:hAnsi="Calibri" w:cs="Calibri" w:eastAsia="宋体"/>
                <w:b/>
                <w:sz w:val="17"/>
              </w:rPr>
              <w:t>⓪</w:t>
            </w:r>
          </w:p>
        </w:tc>
        <w:tc>
          <w:tcPr>
            <w:tcW w:type="dxa" w:w="1531"/>
            <w:shd w:val="clear" w:color="auto" w:fill="EDF1F7"/>
          </w:tcPr>
          <w:p>
            <w:pPr>
              <w:spacing w:before="40" w:after="40" w:line="276" w:lineRule="auto"/>
            </w:pPr>
            <w:r>
              <w:rPr>
                <w:b/>
                <w:sz w:val="17"/>
              </w:rPr>
            </w:r>
            <w:r>
              <w:rPr>
                <w:rFonts w:ascii="Calibri" w:hAnsi="Calibri" w:cs="Calibri" w:eastAsia="宋体"/>
                <w:b/>
                <w:sz w:val="17"/>
              </w:rPr>
              <w:t>①</w:t>
            </w:r>
          </w:p>
        </w:tc>
        <w:tc>
          <w:tcPr>
            <w:tcW w:type="dxa" w:w="1531"/>
            <w:shd w:val="clear" w:color="auto" w:fill="EDF1F7"/>
          </w:tcPr>
          <w:p>
            <w:pPr>
              <w:spacing w:before="40" w:after="40" w:line="276" w:lineRule="auto"/>
            </w:pPr>
            <w:r>
              <w:rPr>
                <w:b/>
                <w:sz w:val="17"/>
              </w:rPr>
            </w:r>
            <w:r>
              <w:rPr>
                <w:rFonts w:ascii="Calibri" w:hAnsi="Calibri" w:cs="Calibri" w:eastAsia="宋体"/>
                <w:b/>
                <w:sz w:val="17"/>
              </w:rPr>
              <w:t>②</w:t>
            </w:r>
          </w:p>
        </w:tc>
        <w:tc>
          <w:tcPr>
            <w:tcW w:type="dxa" w:w="1531"/>
            <w:shd w:val="clear" w:color="auto" w:fill="EDF1F7"/>
          </w:tcPr>
          <w:p>
            <w:pPr>
              <w:spacing w:before="40" w:after="40" w:line="276" w:lineRule="auto"/>
            </w:pPr>
            <w:r>
              <w:rPr>
                <w:b/>
                <w:sz w:val="17"/>
              </w:rPr>
            </w:r>
            <w:r>
              <w:rPr>
                <w:rFonts w:ascii="Calibri" w:hAnsi="Calibri" w:cs="Calibri" w:eastAsia="宋体"/>
                <w:b/>
                <w:sz w:val="17"/>
              </w:rPr>
              <w:t>③</w:t>
            </w:r>
          </w:p>
        </w:tc>
        <w:tc>
          <w:tcPr>
            <w:tcW w:type="dxa" w:w="1039"/>
            <w:shd w:val="clear" w:color="auto" w:fill="EDF1F7"/>
          </w:tcPr>
          <w:p>
            <w:pPr>
              <w:spacing w:before="40" w:after="40" w:line="276" w:lineRule="auto"/>
            </w:pPr>
            <w:r>
              <w:rPr>
                <w:b/>
                <w:sz w:val="17"/>
              </w:rPr>
            </w:r>
            <w:r>
              <w:rPr>
                <w:rFonts w:ascii="Calibri" w:hAnsi="Calibri" w:cs="Calibri" w:eastAsia="宋体"/>
                <w:b/>
                <w:sz w:val="17"/>
              </w:rPr>
              <w:t>④</w:t>
            </w:r>
          </w:p>
        </w:tc>
      </w:tr>
      <w:tr>
        <w:tc>
          <w:tcPr>
            <w:tcW w:type="dxa" w:w="1094"/>
          </w:tcPr>
          <w:p>
            <w:pPr>
              <w:spacing w:before="40" w:after="40" w:line="276" w:lineRule="auto"/>
            </w:pPr>
            <w:r>
              <w:rPr>
                <w:sz w:val="17"/>
              </w:rPr>
            </w:r>
            <w:r>
              <w:rPr>
                <w:rFonts w:ascii="Calibri" w:hAnsi="Calibri" w:cs="Calibri" w:eastAsia="宋体"/>
                <w:sz w:val="17"/>
              </w:rPr>
              <w:t>7-9</w:t>
            </w:r>
          </w:p>
        </w:tc>
        <w:tc>
          <w:tcPr>
            <w:tcW w:type="dxa" w:w="1039"/>
          </w:tcPr>
          <w:p>
            <w:pPr>
              <w:spacing w:before="40" w:after="40" w:line="276" w:lineRule="auto"/>
            </w:pPr>
            <w:r>
              <w:rPr>
                <w:sz w:val="17"/>
              </w:rPr>
            </w:r>
            <w:r>
              <w:rPr>
                <w:rFonts w:ascii="Calibri" w:hAnsi="Calibri" w:cs="Calibri" w:eastAsia="宋体"/>
                <w:sz w:val="17"/>
              </w:rPr>
              <w:t>3</w:t>
            </w:r>
          </w:p>
        </w:tc>
        <w:tc>
          <w:tcPr>
            <w:tcW w:type="dxa" w:w="1531"/>
          </w:tcPr>
          <w:p>
            <w:pPr>
              <w:spacing w:before="40" w:after="40" w:line="276" w:lineRule="auto"/>
            </w:pPr>
            <w:r>
              <w:rPr>
                <w:sz w:val="17"/>
              </w:rPr>
            </w:r>
            <w:r>
              <w:rPr>
                <w:rFonts w:ascii="Calibri" w:hAnsi="Calibri" w:cs="Calibri" w:eastAsia="宋体"/>
                <w:sz w:val="17"/>
              </w:rPr>
              <w:t>50 分钟</w:t>
            </w:r>
          </w:p>
        </w:tc>
        <w:tc>
          <w:tcPr>
            <w:tcW w:type="dxa" w:w="1531"/>
          </w:tcPr>
          <w:p>
            <w:pPr>
              <w:spacing w:before="40" w:after="40" w:line="276" w:lineRule="auto"/>
            </w:pPr>
            <w:r>
              <w:rPr>
                <w:sz w:val="17"/>
              </w:rPr>
            </w:r>
          </w:p>
        </w:tc>
        <w:tc>
          <w:tcPr>
            <w:tcW w:type="dxa" w:w="1531"/>
          </w:tcPr>
          <w:p>
            <w:pPr>
              <w:spacing w:before="40" w:after="40" w:line="276" w:lineRule="auto"/>
            </w:pPr>
            <w:r>
              <w:rPr>
                <w:sz w:val="17"/>
              </w:rPr>
            </w:r>
          </w:p>
        </w:tc>
        <w:tc>
          <w:tcPr>
            <w:tcW w:type="dxa" w:w="1531"/>
          </w:tcPr>
          <w:p>
            <w:pPr>
              <w:spacing w:before="40" w:after="40" w:line="276" w:lineRule="auto"/>
            </w:pPr>
            <w:r>
              <w:rPr>
                <w:sz w:val="17"/>
              </w:rPr>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10-12</w:t>
            </w:r>
          </w:p>
        </w:tc>
        <w:tc>
          <w:tcPr>
            <w:tcW w:type="dxa" w:w="1039"/>
          </w:tcPr>
          <w:p>
            <w:pPr>
              <w:spacing w:before="40" w:after="40" w:line="276" w:lineRule="auto"/>
            </w:pPr>
            <w:r>
              <w:rPr>
                <w:sz w:val="17"/>
              </w:rPr>
            </w:r>
            <w:r>
              <w:rPr>
                <w:rFonts w:ascii="Calibri" w:hAnsi="Calibri" w:cs="Calibri" w:eastAsia="宋体"/>
                <w:sz w:val="17"/>
              </w:rPr>
              <w:t>3</w:t>
            </w:r>
          </w:p>
        </w:tc>
        <w:tc>
          <w:tcPr>
            <w:tcW w:type="dxa" w:w="1531"/>
          </w:tcPr>
          <w:p>
            <w:pPr>
              <w:spacing w:before="40" w:after="40" w:line="276" w:lineRule="auto"/>
            </w:pPr>
            <w:r>
              <w:rPr>
                <w:sz w:val="17"/>
              </w:rPr>
            </w:r>
            <w:r>
              <w:rPr>
                <w:rFonts w:ascii="Calibri" w:hAnsi="Calibri" w:cs="Calibri" w:eastAsia="宋体"/>
                <w:sz w:val="17"/>
              </w:rPr>
              <w:t>40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p>
        </w:tc>
        <w:tc>
          <w:tcPr>
            <w:tcW w:type="dxa" w:w="1531"/>
          </w:tcPr>
          <w:p>
            <w:pPr>
              <w:spacing w:before="40" w:after="40" w:line="276" w:lineRule="auto"/>
            </w:pPr>
            <w:r>
              <w:rPr>
                <w:sz w:val="17"/>
              </w:rPr>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13-21</w:t>
            </w:r>
          </w:p>
        </w:tc>
        <w:tc>
          <w:tcPr>
            <w:tcW w:type="dxa" w:w="1039"/>
          </w:tcPr>
          <w:p>
            <w:pPr>
              <w:spacing w:before="40" w:after="40" w:line="276" w:lineRule="auto"/>
            </w:pPr>
            <w:r>
              <w:rPr>
                <w:sz w:val="17"/>
              </w:rPr>
            </w:r>
            <w:r>
              <w:rPr>
                <w:rFonts w:ascii="Calibri" w:hAnsi="Calibri" w:cs="Calibri" w:eastAsia="宋体"/>
                <w:sz w:val="17"/>
              </w:rPr>
              <w:t>9</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40 分钟</w:t>
            </w:r>
          </w:p>
        </w:tc>
        <w:tc>
          <w:tcPr>
            <w:tcW w:type="dxa" w:w="1531"/>
          </w:tcPr>
          <w:p>
            <w:pPr>
              <w:spacing w:before="40" w:after="40" w:line="276" w:lineRule="auto"/>
            </w:pPr>
            <w:r>
              <w:rPr>
                <w:sz w:val="17"/>
              </w:rPr>
            </w:r>
          </w:p>
        </w:tc>
        <w:tc>
          <w:tcPr>
            <w:tcW w:type="dxa" w:w="1531"/>
          </w:tcPr>
          <w:p>
            <w:pPr>
              <w:spacing w:before="40" w:after="40" w:line="276" w:lineRule="auto"/>
            </w:pPr>
            <w:r>
              <w:rPr>
                <w:sz w:val="17"/>
              </w:rPr>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22-28</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30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29-35</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30 分钟</w:t>
            </w:r>
          </w:p>
        </w:tc>
        <w:tc>
          <w:tcPr>
            <w:tcW w:type="dxa" w:w="1531"/>
          </w:tcPr>
          <w:p>
            <w:pPr>
              <w:spacing w:before="40" w:after="40" w:line="276" w:lineRule="auto"/>
            </w:pPr>
            <w:r>
              <w:rPr>
                <w:sz w:val="17"/>
              </w:rPr>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36-42</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20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43-49</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r>
              <w:rPr>
                <w:rFonts w:ascii="Calibri" w:hAnsi="Calibri" w:cs="Calibri" w:eastAsia="宋体"/>
                <w:sz w:val="17"/>
              </w:rPr>
              <w:t>5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15 分钟</w:t>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50-56</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20 分钟</w:t>
            </w:r>
          </w:p>
        </w:tc>
        <w:tc>
          <w:tcPr>
            <w:tcW w:type="dxa" w:w="1531"/>
          </w:tcPr>
          <w:p>
            <w:pPr>
              <w:spacing w:before="40" w:after="40" w:line="276" w:lineRule="auto"/>
            </w:pPr>
            <w:r>
              <w:rPr>
                <w:sz w:val="17"/>
              </w:rPr>
            </w:r>
            <w:r>
              <w:rPr>
                <w:rFonts w:ascii="Calibri" w:hAnsi="Calibri" w:cs="Calibri" w:eastAsia="宋体"/>
                <w:sz w:val="17"/>
              </w:rPr>
              <w:t>20 分钟</w:t>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57-63</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30 分钟</w:t>
            </w:r>
          </w:p>
        </w:tc>
        <w:tc>
          <w:tcPr>
            <w:tcW w:type="dxa" w:w="1039"/>
          </w:tcPr>
          <w:p>
            <w:pPr>
              <w:spacing w:before="40" w:after="40" w:line="276" w:lineRule="auto"/>
            </w:pPr>
            <w:r>
              <w:rPr>
                <w:sz w:val="17"/>
              </w:rPr>
            </w:r>
          </w:p>
        </w:tc>
      </w:tr>
      <w:tr>
        <w:tc>
          <w:tcPr>
            <w:tcW w:type="dxa" w:w="1094"/>
          </w:tcPr>
          <w:p>
            <w:pPr>
              <w:spacing w:before="40" w:after="40" w:line="276" w:lineRule="auto"/>
            </w:pPr>
            <w:r>
              <w:rPr>
                <w:sz w:val="17"/>
              </w:rPr>
            </w:r>
            <w:r>
              <w:rPr>
                <w:rFonts w:ascii="Calibri" w:hAnsi="Calibri" w:cs="Calibri" w:eastAsia="宋体"/>
                <w:sz w:val="17"/>
              </w:rPr>
              <w:t>64-70</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20 分钟</w:t>
            </w:r>
          </w:p>
        </w:tc>
        <w:tc>
          <w:tcPr>
            <w:tcW w:type="dxa" w:w="1039"/>
          </w:tcPr>
          <w:p>
            <w:pPr>
              <w:spacing w:before="40" w:after="40" w:line="276" w:lineRule="auto"/>
            </w:pPr>
            <w:r>
              <w:rPr>
                <w:sz w:val="17"/>
              </w:rPr>
            </w:r>
            <w:r>
              <w:rPr>
                <w:rFonts w:ascii="Calibri" w:hAnsi="Calibri" w:cs="Calibri" w:eastAsia="宋体"/>
                <w:sz w:val="17"/>
              </w:rPr>
              <w:t>10 分钟</w:t>
            </w:r>
          </w:p>
        </w:tc>
      </w:tr>
      <w:tr>
        <w:tc>
          <w:tcPr>
            <w:tcW w:type="dxa" w:w="1094"/>
          </w:tcPr>
          <w:p>
            <w:pPr>
              <w:spacing w:before="40" w:after="40" w:line="276" w:lineRule="auto"/>
            </w:pPr>
            <w:r>
              <w:rPr>
                <w:sz w:val="17"/>
              </w:rPr>
            </w:r>
            <w:r>
              <w:rPr>
                <w:rFonts w:ascii="Calibri" w:hAnsi="Calibri" w:cs="Calibri" w:eastAsia="宋体"/>
                <w:sz w:val="17"/>
              </w:rPr>
              <w:t>71-77</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5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20 分钟</w:t>
            </w:r>
          </w:p>
        </w:tc>
        <w:tc>
          <w:tcPr>
            <w:tcW w:type="dxa" w:w="1039"/>
          </w:tcPr>
          <w:p>
            <w:pPr>
              <w:spacing w:before="40" w:after="40" w:line="276" w:lineRule="auto"/>
            </w:pPr>
            <w:r>
              <w:rPr>
                <w:sz w:val="17"/>
              </w:rPr>
            </w:r>
            <w:r>
              <w:rPr>
                <w:rFonts w:ascii="Calibri" w:hAnsi="Calibri" w:cs="Calibri" w:eastAsia="宋体"/>
                <w:sz w:val="17"/>
              </w:rPr>
              <w:t>15 分钟</w:t>
            </w:r>
          </w:p>
        </w:tc>
      </w:tr>
      <w:tr>
        <w:tc>
          <w:tcPr>
            <w:tcW w:type="dxa" w:w="1094"/>
          </w:tcPr>
          <w:p>
            <w:pPr>
              <w:spacing w:before="40" w:after="40" w:line="276" w:lineRule="auto"/>
            </w:pPr>
            <w:r>
              <w:rPr>
                <w:sz w:val="17"/>
              </w:rPr>
            </w:r>
            <w:r>
              <w:rPr>
                <w:rFonts w:ascii="Calibri" w:hAnsi="Calibri" w:cs="Calibri" w:eastAsia="宋体"/>
                <w:sz w:val="17"/>
              </w:rPr>
              <w:t>78-84</w:t>
            </w:r>
          </w:p>
        </w:tc>
        <w:tc>
          <w:tcPr>
            <w:tcW w:type="dxa" w:w="1039"/>
          </w:tcPr>
          <w:p>
            <w:pPr>
              <w:spacing w:before="40" w:after="40" w:line="276" w:lineRule="auto"/>
            </w:pPr>
            <w:r>
              <w:rPr>
                <w:sz w:val="17"/>
              </w:rPr>
            </w:r>
            <w:r>
              <w:rPr>
                <w:rFonts w:ascii="Calibri" w:hAnsi="Calibri" w:cs="Calibri" w:eastAsia="宋体"/>
                <w:sz w:val="17"/>
              </w:rPr>
              <w:t>7</w:t>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5 分钟</w:t>
            </w:r>
          </w:p>
        </w:tc>
        <w:tc>
          <w:tcPr>
            <w:tcW w:type="dxa" w:w="1531"/>
          </w:tcPr>
          <w:p>
            <w:pPr>
              <w:spacing w:before="40" w:after="40" w:line="276" w:lineRule="auto"/>
            </w:pPr>
            <w:r>
              <w:rPr>
                <w:sz w:val="17"/>
              </w:rPr>
            </w:r>
            <w:r>
              <w:rPr>
                <w:rFonts w:ascii="Calibri" w:hAnsi="Calibri" w:cs="Calibri" w:eastAsia="宋体"/>
                <w:sz w:val="17"/>
              </w:rPr>
              <w:t>10 分钟</w:t>
            </w:r>
          </w:p>
        </w:tc>
        <w:tc>
          <w:tcPr>
            <w:tcW w:type="dxa" w:w="1531"/>
          </w:tcPr>
          <w:p>
            <w:pPr>
              <w:spacing w:before="40" w:after="40" w:line="276" w:lineRule="auto"/>
            </w:pPr>
            <w:r>
              <w:rPr>
                <w:sz w:val="17"/>
              </w:rPr>
            </w:r>
            <w:r>
              <w:rPr>
                <w:rFonts w:ascii="Calibri" w:hAnsi="Calibri" w:cs="Calibri" w:eastAsia="宋体"/>
                <w:sz w:val="17"/>
              </w:rPr>
              <w:t>15 分钟</w:t>
            </w:r>
          </w:p>
        </w:tc>
        <w:tc>
          <w:tcPr>
            <w:tcW w:type="dxa" w:w="1039"/>
          </w:tcPr>
          <w:p>
            <w:pPr>
              <w:spacing w:before="40" w:after="40" w:line="276" w:lineRule="auto"/>
            </w:pPr>
            <w:r>
              <w:rPr>
                <w:sz w:val="17"/>
              </w:rPr>
            </w:r>
            <w:r>
              <w:rPr>
                <w:rFonts w:ascii="Calibri" w:hAnsi="Calibri" w:cs="Calibri" w:eastAsia="宋体"/>
                <w:sz w:val="17"/>
              </w:rPr>
              <w:t>20 分钟</w:t>
            </w:r>
          </w:p>
        </w:tc>
      </w:tr>
      <w:tr>
        <w:tc>
          <w:tcPr>
            <w:tcW w:type="dxa" w:w="1094"/>
          </w:tcPr>
          <w:p>
            <w:pPr>
              <w:spacing w:before="40" w:after="40" w:line="276" w:lineRule="auto"/>
            </w:pPr>
            <w:r>
              <w:rPr>
                <w:sz w:val="17"/>
              </w:rPr>
            </w:r>
            <w:r>
              <w:rPr>
                <w:rFonts w:ascii="Calibri" w:hAnsi="Calibri" w:cs="Calibri" w:eastAsia="宋体"/>
                <w:sz w:val="17"/>
              </w:rPr>
              <w:t>85-</w:t>
            </w:r>
          </w:p>
        </w:tc>
        <w:tc>
          <w:tcPr>
            <w:tcW w:type="dxa" w:w="1039"/>
          </w:tcPr>
          <w:p>
            <w:pPr>
              <w:spacing w:before="40" w:after="40" w:line="276" w:lineRule="auto"/>
            </w:pPr>
            <w:r>
              <w:rPr>
                <w:sz w:val="17"/>
              </w:rPr>
            </w:r>
          </w:p>
        </w:tc>
        <w:tc>
          <w:tcPr>
            <w:tcW w:type="dxa" w:w="1531"/>
          </w:tcPr>
          <w:p>
            <w:pPr>
              <w:spacing w:before="40" w:after="40" w:line="276" w:lineRule="auto"/>
            </w:pPr>
            <w:r>
              <w:rPr>
                <w:sz w:val="17"/>
              </w:rPr>
            </w:r>
          </w:p>
        </w:tc>
        <w:tc>
          <w:tcPr>
            <w:tcW w:type="dxa" w:w="1531"/>
          </w:tcPr>
          <w:p>
            <w:pPr>
              <w:spacing w:before="40" w:after="40" w:line="276" w:lineRule="auto"/>
            </w:pPr>
            <w:r>
              <w:rPr>
                <w:sz w:val="17"/>
              </w:rPr>
            </w:r>
            <w:r>
              <w:rPr>
                <w:rFonts w:ascii="Calibri" w:hAnsi="Calibri" w:cs="Calibri" w:eastAsia="宋体"/>
                <w:sz w:val="17"/>
              </w:rPr>
              <w:t>5 分钟</w:t>
            </w:r>
          </w:p>
        </w:tc>
        <w:tc>
          <w:tcPr>
            <w:tcW w:type="dxa" w:w="1531"/>
          </w:tcPr>
          <w:p>
            <w:pPr>
              <w:spacing w:before="40" w:after="40" w:line="276" w:lineRule="auto"/>
            </w:pPr>
            <w:r>
              <w:rPr>
                <w:sz w:val="17"/>
              </w:rPr>
            </w:r>
            <w:r>
              <w:rPr>
                <w:rFonts w:ascii="Calibri" w:hAnsi="Calibri" w:cs="Calibri" w:eastAsia="宋体"/>
                <w:sz w:val="17"/>
              </w:rPr>
              <w:t>5 分钟</w:t>
            </w:r>
          </w:p>
        </w:tc>
        <w:tc>
          <w:tcPr>
            <w:tcW w:type="dxa" w:w="1531"/>
          </w:tcPr>
          <w:p>
            <w:pPr>
              <w:spacing w:before="40" w:after="40" w:line="276" w:lineRule="auto"/>
            </w:pPr>
            <w:r>
              <w:rPr>
                <w:sz w:val="17"/>
              </w:rPr>
            </w:r>
            <w:r>
              <w:rPr>
                <w:rFonts w:ascii="Calibri" w:hAnsi="Calibri" w:cs="Calibri" w:eastAsia="宋体"/>
                <w:sz w:val="17"/>
              </w:rPr>
              <w:t>5 分钟</w:t>
            </w:r>
          </w:p>
        </w:tc>
        <w:tc>
          <w:tcPr>
            <w:tcW w:type="dxa" w:w="1039"/>
          </w:tcPr>
          <w:p>
            <w:pPr>
              <w:spacing w:before="40" w:after="40" w:line="276" w:lineRule="auto"/>
            </w:pPr>
            <w:r>
              <w:rPr>
                <w:sz w:val="17"/>
              </w:rPr>
            </w:r>
            <w:r>
              <w:rPr>
                <w:rFonts w:ascii="Calibri" w:hAnsi="Calibri" w:cs="Calibri" w:eastAsia="宋体"/>
                <w:sz w:val="17"/>
              </w:rPr>
              <w:t>35 分钟</w:t>
            </w:r>
          </w:p>
        </w:tc>
      </w:tr>
    </w:tbl>
    <w:p>
      <w:pPr>
        <w:spacing w:after="100"/>
      </w:pPr>
      <w:r>
        <w:rPr>
          <w:rFonts w:ascii="Calibri" w:hAnsi="Calibri" w:cs="Calibri" w:eastAsia="宋体"/>
        </w:rPr>
        <w:t>90 天后继续按最后一行进行扩张，持续两年。两年后可减少扩张频率（每周 2 ～ 3 天），但注意术后终生都要进行扩张。</w:t>
      </w:r>
    </w:p>
    <w:p>
      <w:pPr>
        <w:pStyle w:val="Heading6"/>
      </w:pPr>
      <w:r>
        <w:rPr>
          <w:rFonts w:ascii="Calibri" w:hAnsi="Calibri" w:cs="Calibri" w:eastAsia="宋体"/>
        </w:rPr>
        <w:t>扩张注意事项</w:t>
      </w:r>
    </w:p>
    <w:p>
      <w:pPr>
        <w:shd w:val="clear" w:color="auto" w:fill="F7F8FA"/>
        <w:pBdr>
          <w:left w:val="single" w:sz="18" w:space="6" w:color="C9CDD4"/>
        </w:pBdr>
        <w:spacing w:after="40"/>
      </w:pPr>
      <w:r>
        <w:rPr>
          <w:rFonts w:ascii="Calibri" w:hAnsi="Calibri" w:cs="Calibri" w:eastAsia="宋体"/>
        </w:rPr>
        <w:t xml:space="preserve">以下注意事项来自 </w:t>
      </w:r>
      <w:r>
        <w:rPr>
          <w:rFonts w:ascii="Calibri" w:hAnsi="Calibri" w:cs="Calibri" w:eastAsia="宋体"/>
        </w:rPr>
        <w:t>Chettawut 医生的通模具指导</w:t>
      </w:r>
      <w:r>
        <w:rPr>
          <w:rFonts w:ascii="Calibri" w:hAnsi="Calibri" w:cs="Calibri" w:eastAsia="宋体"/>
        </w:rPr>
        <w:t>。</w:t>
      </w:r>
    </w:p>
    <w:p>
      <w:pPr>
        <w:spacing w:before="20" w:after="40"/>
        <w:ind w:left="425" w:hanging="312"/>
      </w:pPr>
      <w:r>
        <w:rPr>
          <w:rFonts w:ascii="Calibri" w:hAnsi="Calibri" w:cs="Calibri" w:eastAsia="宋体"/>
        </w:rPr>
        <w:t xml:space="preserve">1. </w:t>
      </w:r>
      <w:r>
        <w:rPr>
          <w:rFonts w:ascii="Calibri" w:hAnsi="Calibri" w:cs="Calibri" w:eastAsia="宋体"/>
        </w:rPr>
        <w:t>在阴道扩张前后，应使用水和中性肥皂清洗您的手和模具。</w:t>
      </w:r>
    </w:p>
    <w:p>
      <w:pPr>
        <w:spacing w:before="20" w:after="40"/>
        <w:ind w:left="425" w:hanging="312"/>
      </w:pPr>
      <w:r>
        <w:rPr>
          <w:rFonts w:ascii="Calibri" w:hAnsi="Calibri" w:cs="Calibri" w:eastAsia="宋体"/>
        </w:rPr>
        <w:t xml:space="preserve">2. </w:t>
      </w:r>
      <w:r>
        <w:rPr>
          <w:rFonts w:ascii="Calibri" w:hAnsi="Calibri" w:cs="Calibri" w:eastAsia="宋体"/>
          <w:b/>
        </w:rPr>
        <w:t>每次进行阴道扩张或性交时，必须使用水基润滑液，以防止撕裂阴道内的脆弱皮肤。</w:t>
      </w:r>
    </w:p>
    <w:p>
      <w:pPr>
        <w:spacing w:before="20" w:after="40"/>
        <w:ind w:left="425" w:hanging="312"/>
      </w:pPr>
      <w:r>
        <w:rPr>
          <w:rFonts w:ascii="Calibri" w:hAnsi="Calibri" w:cs="Calibri" w:eastAsia="宋体"/>
        </w:rPr>
        <w:t xml:space="preserve">3. </w:t>
      </w:r>
      <w:r>
        <w:rPr>
          <w:rFonts w:ascii="Calibri" w:hAnsi="Calibri" w:cs="Calibri" w:eastAsia="宋体"/>
        </w:rPr>
        <w:t>在模具的顶端和轴上必须涂上大量的润滑液，在扩张前也要涂在阴道口的皮肤上，以方便将模具插入阴道内。如有必要，在扩张过程中要重新涂抹更多的润滑液。</w:t>
      </w:r>
    </w:p>
    <w:p>
      <w:pPr>
        <w:spacing w:before="20" w:after="40"/>
        <w:ind w:left="425" w:hanging="312"/>
      </w:pPr>
      <w:r>
        <w:rPr>
          <w:rFonts w:ascii="Calibri" w:hAnsi="Calibri" w:cs="Calibri" w:eastAsia="宋体"/>
        </w:rPr>
        <w:t xml:space="preserve">4. </w:t>
      </w:r>
      <w:r>
        <w:rPr>
          <w:rFonts w:ascii="Calibri" w:hAnsi="Calibri" w:cs="Calibri" w:eastAsia="宋体"/>
        </w:rPr>
        <w:t>采取仰卧、半卧位、双腿弯曲的姿势（与盆腔检查时的体位相同），然后将润滑的模具放在位于尿道口下方的阴道口处。</w:t>
      </w:r>
    </w:p>
    <w:p>
      <w:pPr>
        <w:spacing w:before="20" w:after="40"/>
        <w:ind w:left="425" w:hanging="312"/>
      </w:pPr>
      <w:r>
        <w:rPr>
          <w:rFonts w:ascii="Calibri" w:hAnsi="Calibri" w:cs="Calibri" w:eastAsia="宋体"/>
        </w:rPr>
        <w:t xml:space="preserve">5. </w:t>
      </w:r>
      <w:r>
        <w:rPr>
          <w:rFonts w:ascii="Calibri" w:hAnsi="Calibri" w:cs="Calibri" w:eastAsia="宋体"/>
        </w:rPr>
        <w:t>在插入模具时，应将模具的尖端在尿道口的正下方区域慢慢滑动。模具可以旋转一圈，以帮助扩大阴道口。</w:t>
      </w:r>
    </w:p>
    <w:p>
      <w:pPr>
        <w:spacing w:before="20" w:after="40"/>
        <w:ind w:left="425" w:hanging="312"/>
      </w:pPr>
      <w:r>
        <w:rPr>
          <w:rFonts w:ascii="Calibri" w:hAnsi="Calibri" w:cs="Calibri" w:eastAsia="宋体"/>
        </w:rPr>
        <w:t xml:space="preserve">6. </w:t>
      </w:r>
      <w:r>
        <w:rPr>
          <w:rFonts w:ascii="Calibri" w:hAnsi="Calibri" w:cs="Calibri" w:eastAsia="宋体"/>
        </w:rPr>
        <w:t>缓慢地将模具向你的下背部或尾骨的角度向前推，直到它达到阴道全部深度。</w:t>
      </w:r>
    </w:p>
    <w:p>
      <w:pPr>
        <w:spacing w:before="20" w:after="40"/>
        <w:ind w:left="425" w:hanging="312"/>
      </w:pPr>
      <w:r>
        <w:rPr>
          <w:rFonts w:ascii="Calibri" w:hAnsi="Calibri" w:cs="Calibri" w:eastAsia="宋体"/>
        </w:rPr>
        <w:t xml:space="preserve">7. </w:t>
      </w:r>
      <w:r>
        <w:rPr>
          <w:rFonts w:ascii="Calibri" w:hAnsi="Calibri" w:cs="Calibri" w:eastAsia="宋体"/>
        </w:rPr>
        <w:t>应经常检查模具上的刻度数字（通过镜子），以确保至少可以用最小的模具到达阴道底部。</w:t>
      </w:r>
    </w:p>
    <w:p>
      <w:pPr>
        <w:spacing w:before="20" w:after="40"/>
        <w:ind w:left="425" w:hanging="312"/>
      </w:pPr>
      <w:r>
        <w:rPr>
          <w:rFonts w:ascii="Calibri" w:hAnsi="Calibri" w:cs="Calibri" w:eastAsia="宋体"/>
        </w:rPr>
        <w:t xml:space="preserve">8. </w:t>
      </w:r>
      <w:r>
        <w:rPr>
          <w:rFonts w:ascii="Calibri" w:hAnsi="Calibri" w:cs="Calibri" w:eastAsia="宋体"/>
        </w:rPr>
        <w:t>在拉伸阴道底部的植皮时，需要</w:t>
      </w:r>
      <w:r>
        <w:rPr>
          <w:rFonts w:ascii="Calibri" w:hAnsi="Calibri" w:cs="Calibri" w:eastAsia="宋体"/>
          <w:b/>
        </w:rPr>
        <w:t>轻柔而持续的压力</w:t>
      </w:r>
      <w:r>
        <w:rPr>
          <w:rFonts w:ascii="Calibri" w:hAnsi="Calibri" w:cs="Calibri" w:eastAsia="宋体"/>
        </w:rPr>
        <w:t>，以保持术后的阴道深度。</w:t>
      </w:r>
    </w:p>
    <w:p>
      <w:pPr>
        <w:spacing w:before="20" w:after="40"/>
        <w:ind w:left="425" w:hanging="312"/>
      </w:pPr>
      <w:r>
        <w:rPr>
          <w:rFonts w:ascii="Calibri" w:hAnsi="Calibri" w:cs="Calibri" w:eastAsia="宋体"/>
        </w:rPr>
        <w:t xml:space="preserve">9. </w:t>
      </w:r>
      <w:r>
        <w:rPr>
          <w:rFonts w:ascii="Calibri" w:hAnsi="Calibri" w:cs="Calibri" w:eastAsia="宋体"/>
        </w:rPr>
        <w:t>切忌为增加现有的阴道深度而试图将模具推到或逼到阴道底部，因为这可能导致阴道壁撕裂，从而可能导致出血或阴道瘘。</w:t>
      </w:r>
    </w:p>
    <w:p>
      <w:pPr>
        <w:spacing w:before="20" w:after="40"/>
        <w:ind w:left="425" w:hanging="312"/>
      </w:pPr>
      <w:r>
        <w:rPr>
          <w:rFonts w:ascii="Calibri" w:hAnsi="Calibri" w:cs="Calibri" w:eastAsia="宋体"/>
        </w:rPr>
        <w:t xml:space="preserve">10. </w:t>
      </w:r>
      <w:r>
        <w:rPr>
          <w:rFonts w:ascii="Calibri" w:hAnsi="Calibri" w:cs="Calibri" w:eastAsia="宋体"/>
        </w:rPr>
        <w:t>按以下计划表进行扩张时，如果对当前步骤所用模具的尺寸仍感到不适，可以推迟进行下一步骤。</w:t>
      </w:r>
    </w:p>
    <w:p>
      <w:pPr>
        <w:spacing w:before="20" w:after="40"/>
        <w:ind w:left="425" w:hanging="312"/>
      </w:pPr>
      <w:r>
        <w:rPr>
          <w:rFonts w:ascii="Calibri" w:hAnsi="Calibri" w:cs="Calibri" w:eastAsia="宋体"/>
        </w:rPr>
        <w:t xml:space="preserve">11. </w:t>
      </w:r>
      <w:r>
        <w:rPr>
          <w:rFonts w:ascii="Calibri" w:hAnsi="Calibri" w:cs="Calibri" w:eastAsia="宋体"/>
        </w:rPr>
        <w:t>开始使用较大模具时，通常不能像较小的模具那样将其推入整个阴道；但如每日勤以扩张，假以时日，其最终也会触及阴道末端。</w:t>
      </w:r>
    </w:p>
    <w:p>
      <w:pPr>
        <w:spacing w:before="20" w:after="40"/>
        <w:ind w:left="425" w:hanging="312"/>
      </w:pPr>
      <w:r>
        <w:rPr>
          <w:rFonts w:ascii="Calibri" w:hAnsi="Calibri" w:cs="Calibri" w:eastAsia="宋体"/>
        </w:rPr>
        <w:t xml:space="preserve">12. </w:t>
      </w:r>
      <w:r>
        <w:rPr>
          <w:rFonts w:ascii="Calibri" w:hAnsi="Calibri" w:cs="Calibri" w:eastAsia="宋体"/>
        </w:rPr>
        <w:t>术后一年内需保持使用 1 号、2 号模具（见</w:t>
      </w:r>
      <w:r>
        <w:rPr>
          <w:rFonts w:ascii="Calibri" w:hAnsi="Calibri" w:cs="Calibri" w:eastAsia="宋体"/>
        </w:rPr>
        <w:t>计划表</w:t>
      </w:r>
      <w:r>
        <w:rPr>
          <w:rFonts w:ascii="Calibri" w:hAnsi="Calibri" w:cs="Calibri" w:eastAsia="宋体"/>
        </w:rPr>
        <w:t>）。</w:t>
      </w:r>
    </w:p>
    <w:p>
      <w:pPr>
        <w:pStyle w:val="Heading5"/>
      </w:pPr>
      <w:r>
        <w:rPr>
          <w:rFonts w:ascii="Calibri" w:hAnsi="Calibri" w:cs="Calibri" w:eastAsia="宋体"/>
        </w:rPr>
        <w:t>其它注意事项</w:t>
      </w:r>
    </w:p>
    <w:p>
      <w:pPr>
        <w:shd w:val="clear" w:color="auto" w:fill="F7F8FA"/>
        <w:pBdr>
          <w:left w:val="single" w:sz="18" w:space="6" w:color="C9CDD4"/>
        </w:pBdr>
        <w:spacing w:after="40"/>
      </w:pPr>
      <w:r>
        <w:rPr>
          <w:rFonts w:ascii="Calibri" w:hAnsi="Calibri" w:cs="Calibri" w:eastAsia="宋体"/>
        </w:rPr>
        <w:t>以下资料来自 WIH 医院官网的</w:t>
      </w:r>
      <w:r>
        <w:rPr>
          <w:rFonts w:ascii="Calibri" w:hAnsi="Calibri" w:cs="Calibri" w:eastAsia="宋体"/>
        </w:rPr>
        <w:t>术后康复指南</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术后前两周内</w:t>
      </w:r>
      <w:r>
        <w:rPr>
          <w:rFonts w:ascii="Calibri" w:hAnsi="Calibri" w:cs="Calibri" w:eastAsia="宋体"/>
          <w:b/>
        </w:rPr>
        <w:t>不得吸烟</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术后前两周内需</w:t>
      </w:r>
      <w:r>
        <w:rPr>
          <w:rFonts w:ascii="Calibri" w:hAnsi="Calibri" w:cs="Calibri" w:eastAsia="宋体"/>
          <w:b/>
        </w:rPr>
        <w:t>静养</w:t>
      </w:r>
      <w:r>
        <w:rPr>
          <w:rFonts w:ascii="Calibri" w:hAnsi="Calibri" w:cs="Calibri" w:eastAsia="宋体"/>
        </w:rPr>
        <w:t>。两周后可进行</w:t>
      </w:r>
      <w:r>
        <w:rPr>
          <w:rFonts w:ascii="Calibri" w:hAnsi="Calibri" w:cs="Calibri" w:eastAsia="宋体"/>
          <w:b/>
        </w:rPr>
        <w:t>轻微运动</w:t>
      </w:r>
      <w:r>
        <w:rPr>
          <w:rFonts w:ascii="Calibri" w:hAnsi="Calibri" w:cs="Calibri" w:eastAsia="宋体"/>
        </w:rPr>
        <w:t>，但应先咨询护士是否适合运动。</w:t>
      </w:r>
    </w:p>
    <w:p>
      <w:pPr>
        <w:spacing w:before="20" w:after="40"/>
        <w:ind w:left="425" w:hanging="312"/>
      </w:pPr>
      <w:r>
        <w:rPr>
          <w:rFonts w:ascii="Calibri" w:hAnsi="Calibri" w:cs="Calibri" w:eastAsia="宋体"/>
        </w:rPr>
        <w:t xml:space="preserve">• </w:t>
      </w:r>
      <w:r>
        <w:rPr>
          <w:rFonts w:ascii="Calibri" w:hAnsi="Calibri" w:cs="Calibri" w:eastAsia="宋体"/>
        </w:rPr>
        <w:t>术后前两个月内，确保有</w:t>
      </w:r>
      <w:r>
        <w:rPr>
          <w:rFonts w:ascii="Calibri" w:hAnsi="Calibri" w:cs="Calibri" w:eastAsia="宋体"/>
          <w:b/>
        </w:rPr>
        <w:t>充足休息</w:t>
      </w:r>
      <w:r>
        <w:rPr>
          <w:rFonts w:ascii="Calibri" w:hAnsi="Calibri" w:cs="Calibri" w:eastAsia="宋体"/>
        </w:rPr>
        <w:t>，并尽量远离压力；可以做一些轻微活动，但不要提大于 5 英磅的重物。建议定期进行短距离的散步，以帮助愈合过程。</w:t>
      </w:r>
    </w:p>
    <w:p>
      <w:pPr>
        <w:spacing w:before="20" w:after="40"/>
        <w:ind w:left="425" w:hanging="312"/>
      </w:pPr>
      <w:r>
        <w:rPr>
          <w:rFonts w:ascii="Calibri" w:hAnsi="Calibri" w:cs="Calibri" w:eastAsia="宋体"/>
        </w:rPr>
        <w:t xml:space="preserve">• </w:t>
      </w:r>
      <w:r>
        <w:rPr>
          <w:rFonts w:ascii="Calibri" w:hAnsi="Calibri" w:cs="Calibri" w:eastAsia="宋体"/>
        </w:rPr>
        <w:t>术后一周内可食用</w:t>
      </w:r>
      <w:r>
        <w:rPr>
          <w:rFonts w:ascii="Calibri" w:hAnsi="Calibri" w:cs="Calibri" w:eastAsia="宋体"/>
          <w:b/>
        </w:rPr>
        <w:t>流质、软质食品</w:t>
      </w:r>
      <w:r>
        <w:rPr>
          <w:rFonts w:ascii="Calibri" w:hAnsi="Calibri" w:cs="Calibri" w:eastAsia="宋体"/>
        </w:rPr>
        <w:t>（使用结肠者仅限于流质，此后可食用软质食品）。回国后可恢复日常饮食。</w:t>
      </w:r>
    </w:p>
    <w:p>
      <w:pPr>
        <w:spacing w:before="20" w:after="40"/>
        <w:ind w:left="425" w:hanging="312"/>
      </w:pPr>
      <w:r>
        <w:rPr>
          <w:rFonts w:ascii="Calibri" w:hAnsi="Calibri" w:cs="Calibri" w:eastAsia="宋体"/>
        </w:rPr>
        <w:t xml:space="preserve">• </w:t>
      </w:r>
      <w:r>
        <w:rPr>
          <w:rFonts w:ascii="Calibri" w:hAnsi="Calibri" w:cs="Calibri" w:eastAsia="宋体"/>
        </w:rPr>
        <w:t>术后谨遵医嘱服药，包括抗生素、止痛药等。</w:t>
      </w:r>
      <w:r>
        <w:br/>
      </w:r>
      <w:r>
        <w:br/>
      </w:r>
      <w:r>
        <w:rPr>
          <w:rFonts w:ascii="Calibri" w:hAnsi="Calibri" w:cs="Calibri" w:eastAsia="宋体"/>
        </w:rPr>
        <w:t>因有血栓风险，离开泰国前禁止服用</w:t>
      </w:r>
      <w:r>
        <w:rPr>
          <w:rFonts w:ascii="Calibri" w:hAnsi="Calibri" w:cs="Calibri" w:eastAsia="宋体"/>
          <w:i/>
        </w:rPr>
        <w:t>雌激素</w:t>
      </w:r>
      <w:r>
        <w:rPr>
          <w:rFonts w:ascii="Calibri" w:hAnsi="Calibri" w:cs="Calibri" w:eastAsia="宋体"/>
        </w:rPr>
        <w:t xml:space="preserve"> ；落地后可立即恢复激素治疗，且无需再服用抗雄激素制剂，但仍应遵医嘱进行用药调整。</w:t>
      </w:r>
    </w:p>
    <w:p>
      <w:pPr>
        <w:spacing w:before="20" w:after="40"/>
        <w:ind w:left="425" w:hanging="312"/>
      </w:pPr>
      <w:r>
        <w:rPr>
          <w:rFonts w:ascii="Calibri" w:hAnsi="Calibri" w:cs="Calibri" w:eastAsia="宋体"/>
        </w:rPr>
        <w:t xml:space="preserve">• </w:t>
      </w:r>
      <w:r>
        <w:rPr>
          <w:rFonts w:ascii="Calibri" w:hAnsi="Calibri" w:cs="Calibri" w:eastAsia="宋体"/>
        </w:rPr>
        <w:t>术后三个月内，应避免任何可能导致伤口撕裂或伤口并发症的活动，以确保完全愈合。</w:t>
      </w:r>
      <w:r>
        <w:rPr>
          <w:rFonts w:ascii="Calibri" w:hAnsi="Calibri" w:cs="Calibri" w:eastAsia="宋体"/>
          <w:b/>
        </w:rPr>
        <w:t>严禁进行以下行为：</w:t>
      </w:r>
      <w:r>
        <w:br/>
      </w:r>
    </w:p>
    <w:p>
      <w:pPr>
        <w:spacing w:before="20" w:after="40"/>
        <w:ind w:left="822" w:hanging="312"/>
      </w:pPr>
      <w:r>
        <w:rPr>
          <w:rFonts w:ascii="Calibri" w:hAnsi="Calibri" w:cs="Calibri" w:eastAsia="宋体"/>
        </w:rPr>
        <w:t xml:space="preserve">◦ </w:t>
      </w:r>
      <w:r>
        <w:rPr>
          <w:rFonts w:ascii="Calibri" w:hAnsi="Calibri" w:cs="Calibri" w:eastAsia="宋体"/>
        </w:rPr>
        <w:t>为观察、拍照或清理而拉伸、张开阴唇；</w:t>
      </w:r>
    </w:p>
    <w:p>
      <w:pPr>
        <w:spacing w:before="20" w:after="40"/>
        <w:ind w:left="822" w:hanging="312"/>
      </w:pPr>
      <w:r>
        <w:rPr>
          <w:rFonts w:ascii="Calibri" w:hAnsi="Calibri" w:cs="Calibri" w:eastAsia="宋体"/>
        </w:rPr>
        <w:t xml:space="preserve">◦ </w:t>
      </w:r>
      <w:r>
        <w:rPr>
          <w:rFonts w:ascii="Calibri" w:hAnsi="Calibri" w:cs="Calibri" w:eastAsia="宋体"/>
        </w:rPr>
        <w:t>性交；</w:t>
      </w:r>
    </w:p>
    <w:p>
      <w:pPr>
        <w:spacing w:before="20" w:after="40"/>
        <w:ind w:left="822" w:hanging="312"/>
      </w:pPr>
      <w:r>
        <w:rPr>
          <w:rFonts w:ascii="Calibri" w:hAnsi="Calibri" w:cs="Calibri" w:eastAsia="宋体"/>
        </w:rPr>
        <w:t xml:space="preserve">◦ </w:t>
      </w:r>
      <w:r>
        <w:rPr>
          <w:rFonts w:ascii="Calibri" w:hAnsi="Calibri" w:cs="Calibri" w:eastAsia="宋体"/>
        </w:rPr>
        <w:t>易导致外阴急性过度拉伸的运动，包括瑜伽、有氧舞蹈、普拉提等；</w:t>
      </w:r>
    </w:p>
    <w:p>
      <w:pPr>
        <w:spacing w:before="20" w:after="40"/>
        <w:ind w:left="822" w:hanging="312"/>
      </w:pPr>
      <w:r>
        <w:rPr>
          <w:rFonts w:ascii="Calibri" w:hAnsi="Calibri" w:cs="Calibri" w:eastAsia="宋体"/>
        </w:rPr>
        <w:t xml:space="preserve">◦ </w:t>
      </w:r>
      <w:r>
        <w:rPr>
          <w:rFonts w:ascii="Calibri" w:hAnsi="Calibri" w:cs="Calibri" w:eastAsia="宋体"/>
        </w:rPr>
        <w:t>可能造成外阴拉伸的活动，如爬山、骑马、骑自行车或摩托车等。</w:t>
      </w:r>
    </w:p>
    <w:p>
      <w:pPr>
        <w:pStyle w:val="Heading6"/>
      </w:pPr>
      <w:r>
        <w:rPr>
          <w:rFonts w:ascii="Calibri" w:hAnsi="Calibri" w:cs="Calibri" w:eastAsia="宋体"/>
        </w:rPr>
        <w:t>一些住院经验</w:t>
      </w:r>
    </w:p>
    <w:p>
      <w:pPr>
        <w:spacing w:before="20" w:after="40"/>
        <w:ind w:left="425" w:hanging="312"/>
      </w:pPr>
      <w:r>
        <w:rPr>
          <w:rFonts w:ascii="Calibri" w:hAnsi="Calibri" w:cs="Calibri" w:eastAsia="宋体"/>
        </w:rPr>
        <w:t xml:space="preserve">• </w:t>
      </w:r>
      <w:r>
        <w:rPr>
          <w:rFonts w:ascii="Calibri" w:hAnsi="Calibri" w:cs="Calibri" w:eastAsia="宋体"/>
        </w:rPr>
        <w:t>术后因为流食可能会觉得饿，这时候可以</w:t>
      </w:r>
      <w:r>
        <w:rPr>
          <w:rFonts w:ascii="Calibri" w:hAnsi="Calibri" w:cs="Calibri" w:eastAsia="宋体"/>
          <w:strike/>
        </w:rPr>
        <w:t>撒娇卖萌</w:t>
      </w:r>
      <w:r>
        <w:rPr>
          <w:rFonts w:ascii="Calibri" w:hAnsi="Calibri" w:cs="Calibri" w:eastAsia="宋体"/>
        </w:rPr>
        <w:t>向护士要额外的食物，一般都可以获取到。</w:t>
      </w:r>
    </w:p>
    <w:p>
      <w:pPr>
        <w:spacing w:before="20" w:after="40"/>
        <w:ind w:left="425" w:hanging="312"/>
      </w:pPr>
      <w:r>
        <w:rPr>
          <w:rFonts w:ascii="Calibri" w:hAnsi="Calibri" w:cs="Calibri" w:eastAsia="宋体"/>
        </w:rPr>
        <w:t xml:space="preserve">• </w:t>
      </w:r>
      <w:r>
        <w:rPr>
          <w:rFonts w:ascii="Calibri" w:hAnsi="Calibri" w:cs="Calibri" w:eastAsia="宋体"/>
        </w:rPr>
        <w:t>如果你需要药品，可能的话可以直接给护士讲英文名，否则可能面临开药物盲盒。</w:t>
      </w:r>
    </w:p>
    <w:p>
      <w:pPr>
        <w:shd w:val="clear" w:color="auto" w:fill="F7F8FA"/>
        <w:pBdr>
          <w:left w:val="single" w:sz="18" w:space="6" w:color="C9CDD4"/>
        </w:pBdr>
        <w:spacing w:after="40"/>
      </w:pPr>
      <w:r>
        <w:rPr>
          <w:rFonts w:ascii="Calibri" w:hAnsi="Calibri" w:cs="Calibri" w:eastAsia="宋体"/>
        </w:rPr>
        <w:t>very painful, give me morphine injection please (你成功获取了吗啡注射剂)</w:t>
      </w:r>
      <w:r>
        <w:br/>
      </w:r>
      <w:r>
        <w:br/>
      </w:r>
      <w:r>
        <w:rPr>
          <w:rFonts w:ascii="Calibri" w:hAnsi="Calibri" w:cs="Calibri" w:eastAsia="宋体"/>
        </w:rPr>
        <w:t>very painful, give me some strong painkillers please (你开启了赛来昔布，扑热息痛，曲马多，吗啡盲盒)</w:t>
      </w:r>
      <w:r>
        <w:br/>
      </w:r>
      <w:r>
        <w:br/>
      </w:r>
      <w:r>
        <w:rPr>
          <w:rFonts w:ascii="Calibri" w:hAnsi="Calibri" w:cs="Calibri" w:eastAsia="宋体"/>
        </w:rPr>
        <w:t>I can't sleep, can you give me some diazepam help me sleep (你获得了两片安定)</w:t>
      </w:r>
      <w:r>
        <w:br/>
      </w:r>
      <w:r>
        <w:br/>
      </w:r>
      <w:r>
        <w:rPr>
          <w:rFonts w:ascii="Calibri" w:hAnsi="Calibri" w:cs="Calibri" w:eastAsia="宋体"/>
        </w:rPr>
        <w:t>I can't sleep, can you give me some sleeping pills help me sleep (你甚至能获得两片曲马多)</w:t>
      </w:r>
    </w:p>
    <w:p>
      <w:pPr>
        <w:pStyle w:val="Heading4"/>
      </w:pPr>
      <w:r>
        <w:rPr>
          <w:rFonts w:ascii="Calibri" w:hAnsi="Calibri" w:cs="Calibri" w:eastAsia="宋体"/>
        </w:rPr>
        <w:t>术后评价</w:t>
      </w:r>
    </w:p>
    <w:p>
      <w:pPr>
        <w:spacing w:before="20" w:after="40"/>
        <w:ind w:left="425" w:hanging="312"/>
      </w:pPr>
      <w:r>
        <w:rPr>
          <w:rFonts w:ascii="Calibri" w:hAnsi="Calibri" w:cs="Calibri" w:eastAsia="宋体"/>
        </w:rPr>
        <w:t xml:space="preserve">• </w:t>
      </w:r>
      <w:r>
        <w:rPr>
          <w:rFonts w:ascii="Calibri" w:hAnsi="Calibri" w:cs="Calibri" w:eastAsia="宋体"/>
        </w:rPr>
        <w:t>2023 年 1 月</w:t>
      </w:r>
    </w:p>
    <w:p>
      <w:pPr>
        <w:spacing w:before="20" w:after="40"/>
        <w:ind w:left="425" w:hanging="312"/>
      </w:pPr>
      <w:r>
        <w:rPr>
          <w:rFonts w:ascii="Calibri" w:hAnsi="Calibri" w:cs="Calibri" w:eastAsia="宋体"/>
        </w:rPr>
        <w:t xml:space="preserve">• </w:t>
      </w:r>
      <w:r>
        <w:rPr>
          <w:rFonts w:ascii="Calibri" w:hAnsi="Calibri" w:cs="Calibri" w:eastAsia="宋体"/>
        </w:rPr>
        <w:t>2022 年 11 月</w:t>
      </w:r>
    </w:p>
    <w:p>
      <w:pPr>
        <w:spacing w:before="20" w:after="40"/>
        <w:ind w:left="425" w:hanging="312"/>
      </w:pPr>
      <w:r>
        <w:rPr>
          <w:rFonts w:ascii="Calibri" w:hAnsi="Calibri" w:cs="Calibri" w:eastAsia="宋体"/>
        </w:rPr>
        <w:t xml:space="preserve">• </w:t>
      </w:r>
      <w:r>
        <w:rPr>
          <w:rFonts w:ascii="Calibri" w:hAnsi="Calibri" w:cs="Calibri" w:eastAsia="宋体"/>
        </w:rPr>
        <w:t>2022 年 1 月</w:t>
      </w:r>
    </w:p>
    <w:p>
      <w:pPr>
        <w:spacing w:after="100"/>
      </w:pPr>
      <w:r>
        <w:rPr>
          <w:rFonts w:ascii="Calibri" w:hAnsi="Calibri" w:cs="Calibri" w:eastAsia="宋体"/>
        </w:rPr>
        <w:t>医生提供的案例</w:t>
      </w:r>
    </w:p>
    <w:p>
      <w:pPr>
        <w:pStyle w:val="Heading4"/>
      </w:pPr>
      <w:r>
        <w:rPr>
          <w:rFonts w:ascii="Calibri" w:hAnsi="Calibri" w:cs="Calibri" w:eastAsia="宋体"/>
        </w:rPr>
        <w:t>参考资料</w:t>
      </w:r>
    </w:p>
    <w:p>
      <w:pPr>
        <w:spacing w:before="20" w:after="40"/>
        <w:ind w:left="425" w:hanging="312"/>
      </w:pPr>
      <w:r>
        <w:rPr>
          <w:rFonts w:ascii="Calibri" w:hAnsi="Calibri" w:cs="Calibri" w:eastAsia="宋体"/>
        </w:rPr>
        <w:t xml:space="preserve">• </w:t>
      </w:r>
      <w:r>
        <w:rPr>
          <w:rFonts w:ascii="Calibri" w:hAnsi="Calibri" w:cs="Calibri" w:eastAsia="宋体"/>
        </w:rPr>
        <w:t>非阴茎翻转法（常规 SRS）技术</w:t>
      </w:r>
      <w:r>
        <w:rPr>
          <w:rFonts w:ascii="Calibri" w:hAnsi="Calibri" w:cs="Calibri" w:eastAsia="宋体"/>
        </w:rPr>
        <w:t>介绍</w:t>
      </w:r>
    </w:p>
    <w:p>
      <w:pPr>
        <w:spacing w:before="20" w:after="40"/>
        <w:ind w:left="425" w:hanging="312"/>
      </w:pPr>
      <w:r>
        <w:rPr>
          <w:rFonts w:ascii="Calibri" w:hAnsi="Calibri" w:cs="Calibri" w:eastAsia="宋体"/>
        </w:rPr>
        <w:t xml:space="preserve">• </w:t>
      </w:r>
      <w:r>
        <w:rPr>
          <w:rFonts w:ascii="Calibri" w:hAnsi="Calibri" w:cs="Calibri" w:eastAsia="宋体"/>
        </w:rPr>
        <w:t>结肠移植法</w:t>
      </w:r>
      <w:r>
        <w:rPr>
          <w:rFonts w:ascii="Calibri" w:hAnsi="Calibri" w:cs="Calibri" w:eastAsia="宋体"/>
        </w:rPr>
        <w:t>介绍</w:t>
      </w:r>
    </w:p>
    <w:p>
      <w:pPr>
        <w:spacing w:before="20" w:after="40"/>
        <w:ind w:left="425" w:hanging="312"/>
      </w:pPr>
      <w:r>
        <w:rPr>
          <w:rFonts w:ascii="Calibri" w:hAnsi="Calibri" w:cs="Calibri" w:eastAsia="宋体"/>
        </w:rPr>
        <w:t xml:space="preserve">• </w:t>
      </w:r>
      <w:r>
        <w:rPr>
          <w:rFonts w:ascii="Calibri" w:hAnsi="Calibri" w:cs="Calibri" w:eastAsia="宋体"/>
        </w:rPr>
        <w:t xml:space="preserve">无阴道再造（零深度）的 SRS </w:t>
      </w:r>
      <w:r>
        <w:rPr>
          <w:rFonts w:ascii="Calibri" w:hAnsi="Calibri" w:cs="Calibri" w:eastAsia="宋体"/>
        </w:rPr>
        <w:t>简介</w:t>
      </w:r>
    </w:p>
    <w:p>
      <w:pPr>
        <w:pStyle w:val="Heading3"/>
      </w:pPr>
      <w:r>
        <w:rPr>
          <w:rFonts w:ascii="Calibri" w:hAnsi="Calibri" w:cs="Calibri" w:eastAsia="微软雅黑"/>
        </w:rPr>
        <w:t>4.8.5  Greechart 医生</w:t>
      </w:r>
    </w:p>
    <w:p>
      <w:pPr>
        <w:spacing w:after="160"/>
      </w:pPr>
      <w:r>
        <w:rPr>
          <w:rFonts w:ascii="Calibri" w:hAnsi="Calibri" w:cs="Calibri" w:eastAsia="宋体"/>
          <w:color w:val="6B7280"/>
          <w:sz w:val="16"/>
        </w:rPr>
        <w:t>原文：https://mtf.wiki/zh-cn/docs/srs/thailand/greechart · 最近更新：2025年7月20日</w:t>
      </w:r>
    </w:p>
    <w:p>
      <w:pPr>
        <w:spacing w:after="100"/>
      </w:pPr>
      <w:r>
        <w:rPr>
          <w:rFonts w:ascii="Calibri" w:hAnsi="Calibri" w:cs="Calibri" w:eastAsia="宋体"/>
        </w:rPr>
        <w:t>医生名字：Greechart Pornsinsirirak</w:t>
      </w:r>
    </w:p>
    <w:p>
      <w:pPr>
        <w:spacing w:after="100"/>
      </w:pPr>
      <w:r>
        <w:rPr>
          <w:rFonts w:ascii="Calibri" w:hAnsi="Calibri" w:cs="Calibri" w:eastAsia="宋体"/>
        </w:rPr>
        <w:t>医院：</w:t>
      </w:r>
      <w:r>
        <w:rPr>
          <w:rFonts w:ascii="Calibri" w:hAnsi="Calibri" w:cs="Calibri" w:eastAsia="宋体"/>
        </w:rPr>
        <w:t>米兰达整形医院（Milada Cosmetic Surgery Hospital）</w:t>
      </w:r>
    </w:p>
    <w:p>
      <w:pPr>
        <w:spacing w:after="100"/>
      </w:pPr>
      <w:r>
        <w:rPr>
          <w:rFonts w:ascii="Calibri" w:hAnsi="Calibri" w:cs="Calibri" w:eastAsia="宋体"/>
        </w:rPr>
        <w:t>官方网站：</w:t>
      </w:r>
      <w:r>
        <w:rPr>
          <w:rFonts w:ascii="Calibri" w:hAnsi="Calibri" w:cs="Calibri" w:eastAsia="宋体"/>
        </w:rPr>
        <w:t>https://www.miladahospital.com</w:t>
      </w:r>
      <w:r>
        <w:rPr>
          <w:rFonts w:ascii="Calibri" w:hAnsi="Calibri" w:cs="Calibri" w:eastAsia="宋体"/>
        </w:rPr>
        <w:t>（泰语）</w:t>
      </w:r>
    </w:p>
    <w:p>
      <w:pPr>
        <w:spacing w:after="100"/>
      </w:pPr>
      <w:r>
        <w:rPr>
          <w:rFonts w:ascii="Calibri" w:hAnsi="Calibri" w:cs="Calibri" w:eastAsia="宋体"/>
        </w:rPr>
        <w:t>中文官方邮箱：</w:t>
      </w:r>
      <w:r>
        <w:rPr>
          <w:rFonts w:ascii="Calibri" w:hAnsi="Calibri" w:cs="Calibri" w:eastAsia="宋体"/>
        </w:rPr>
        <w:t>sc87holl@gmail.com</w:t>
      </w:r>
      <w:r>
        <w:rPr>
          <w:rFonts w:ascii="Calibri" w:hAnsi="Calibri" w:cs="Calibri" w:eastAsia="宋体"/>
        </w:rPr>
        <w:t>、</w:t>
      </w:r>
      <w:r>
        <w:rPr>
          <w:rFonts w:ascii="Calibri" w:hAnsi="Calibri" w:cs="Calibri" w:eastAsia="宋体"/>
        </w:rPr>
        <w:t>中文twitter</w:t>
      </w:r>
      <w:r>
        <w:rPr>
          <w:rFonts w:ascii="Calibri" w:hAnsi="Calibri" w:cs="Calibri" w:eastAsia="宋体"/>
        </w:rPr>
        <w:t>、</w:t>
      </w:r>
      <w:r>
        <w:rPr>
          <w:rFonts w:ascii="Calibri" w:hAnsi="Calibri" w:cs="Calibri" w:eastAsia="宋体"/>
        </w:rPr>
        <w:t xml:space="preserve"> 微信 SakuSakura0</w:t>
      </w:r>
    </w:p>
    <w:p>
      <w:pPr>
        <w:spacing w:after="100"/>
      </w:pPr>
      <w:r>
        <w:rPr>
          <w:rFonts w:ascii="Calibri" w:hAnsi="Calibri" w:cs="Calibri" w:eastAsia="宋体"/>
        </w:rPr>
        <w:t>英文邮箱：</w:t>
      </w:r>
      <w:r>
        <w:rPr>
          <w:rFonts w:ascii="Calibri" w:hAnsi="Calibri" w:cs="Calibri" w:eastAsia="宋体"/>
        </w:rPr>
        <w:t>miladahospital@gmail.com</w:t>
      </w:r>
      <w:r>
        <w:rPr>
          <w:rFonts w:ascii="Calibri" w:hAnsi="Calibri" w:cs="Calibri" w:eastAsia="宋体"/>
        </w:rPr>
        <w:t xml:space="preserve"> 英文LINE ID：</w:t>
      </w:r>
      <w:r>
        <w:rPr>
          <w:rFonts w:ascii="Calibri" w:hAnsi="Calibri" w:cs="Calibri" w:eastAsia="宋体"/>
        </w:rPr>
        <w:t xml:space="preserve"> LINE miladahospital</w:t>
      </w:r>
    </w:p>
    <w:p>
      <w:pPr>
        <w:keepNext/>
        <w:spacing w:before="120" w:after="40"/>
        <w:pBdr>
          <w:bottom w:val="single" w:sz="6" w:space="1" w:color="D4D8DE"/>
        </w:pBdr>
      </w:pPr>
      <w:r>
        <w:rPr>
          <w:rFonts w:ascii="Calibri" w:hAnsi="Calibri" w:cs="Calibri" w:eastAsia="微软雅黑"/>
          <w:b/>
        </w:rPr>
        <w:t>▸ 相关证明</w:t>
      </w:r>
    </w:p>
    <w:p>
      <w:pPr>
        <w:pStyle w:val="Heading4"/>
      </w:pPr>
      <w:r>
        <w:rPr>
          <w:rFonts w:ascii="Calibri" w:hAnsi="Calibri" w:cs="Calibri" w:eastAsia="宋体"/>
        </w:rPr>
        <w:t>手术技术</w:t>
      </w:r>
    </w:p>
    <w:p>
      <w:pPr>
        <w:spacing w:after="100"/>
      </w:pPr>
      <w:r>
        <w:rPr>
          <w:rFonts w:ascii="Calibri" w:hAnsi="Calibri" w:cs="Calibri" w:eastAsia="宋体"/>
        </w:rPr>
        <w:t>Greechart 可以进行结肠和改进 PI 方法进行的 SRS．其颜色、质地和大致的结构等都尚可，但小阴唇下方和 Kamol 一样相对不自然。</w:t>
      </w:r>
    </w:p>
    <w:p>
      <w:pPr>
        <w:pStyle w:val="Heading4"/>
      </w:pPr>
      <w:r>
        <w:rPr>
          <w:rFonts w:ascii="Calibri" w:hAnsi="Calibri" w:cs="Calibri" w:eastAsia="宋体"/>
        </w:rPr>
        <w:t>术后效果</w:t>
      </w:r>
    </w:p>
    <w:p>
      <w:pPr>
        <w:pStyle w:val="Heading3"/>
      </w:pPr>
      <w:r>
        <w:rPr>
          <w:rFonts w:ascii="Calibri" w:hAnsi="Calibri" w:cs="Calibri" w:eastAsia="微软雅黑"/>
        </w:rPr>
        <w:t>4.8.6  Kamol</w:t>
      </w:r>
    </w:p>
    <w:p>
      <w:pPr>
        <w:spacing w:after="160"/>
      </w:pPr>
      <w:r>
        <w:rPr>
          <w:rFonts w:ascii="Calibri" w:hAnsi="Calibri" w:cs="Calibri" w:eastAsia="宋体"/>
          <w:color w:val="6B7280"/>
          <w:sz w:val="16"/>
        </w:rPr>
        <w:t>原文：https://mtf.wiki/zh-cn/docs/srs/thailand/kamol · 最近更新：2025年8月17日</w:t>
      </w:r>
    </w:p>
    <w:p>
      <w:pPr>
        <w:spacing w:after="100"/>
      </w:pPr>
      <w:r>
        <w:rPr>
          <w:rFonts w:ascii="Calibri" w:hAnsi="Calibri" w:cs="Calibri" w:eastAsia="宋体"/>
        </w:rPr>
        <w:t>WPATH 成员</w:t>
      </w:r>
    </w:p>
    <w:p>
      <w:pPr>
        <w:spacing w:after="100"/>
      </w:pPr>
      <w:r>
        <w:rPr>
          <w:rFonts w:ascii="Calibri" w:hAnsi="Calibri" w:cs="Calibri" w:eastAsia="宋体"/>
        </w:rPr>
        <w:t>医生姓名：Kamol Pansritum，咖蒙</w:t>
      </w:r>
    </w:p>
    <w:p>
      <w:pPr>
        <w:spacing w:after="100"/>
      </w:pPr>
      <w:r>
        <w:rPr>
          <w:rFonts w:ascii="Calibri" w:hAnsi="Calibri" w:cs="Calibri" w:eastAsia="宋体"/>
        </w:rPr>
        <w:t>所在医院：</w:t>
      </w:r>
      <w:r>
        <w:rPr>
          <w:rFonts w:ascii="Calibri" w:hAnsi="Calibri" w:cs="Calibri" w:eastAsia="宋体"/>
        </w:rPr>
        <w:t>Kamol Cosmetic Hospital</w:t>
      </w:r>
    </w:p>
    <w:p>
      <w:pPr>
        <w:spacing w:after="100"/>
      </w:pPr>
      <w:r>
        <w:rPr>
          <w:rFonts w:ascii="Calibri" w:hAnsi="Calibri" w:cs="Calibri" w:eastAsia="宋体"/>
        </w:rPr>
        <w:t xml:space="preserve">官方网站: </w:t>
      </w:r>
      <w:r>
        <w:rPr>
          <w:rFonts w:ascii="Calibri" w:hAnsi="Calibri" w:cs="Calibri" w:eastAsia="宋体"/>
        </w:rPr>
        <w:t>https://www.kamolhospital.com/zh/service/MTF-sex-reassignment/</w:t>
      </w:r>
    </w:p>
    <w:p>
      <w:pPr>
        <w:spacing w:after="100"/>
      </w:pPr>
      <w:r>
        <w:rPr>
          <w:rFonts w:ascii="Calibri" w:hAnsi="Calibri" w:cs="Calibri" w:eastAsia="宋体"/>
        </w:rPr>
        <w:t>邮箱：</w:t>
      </w:r>
      <w:r>
        <w:rPr>
          <w:rFonts w:ascii="Calibri" w:hAnsi="Calibri" w:cs="Calibri" w:eastAsia="宋体"/>
        </w:rPr>
        <w:t>customercare@kamolhospital.com</w:t>
      </w:r>
    </w:p>
    <w:p>
      <w:pPr>
        <w:spacing w:after="100"/>
      </w:pPr>
      <w:r>
        <w:rPr>
          <w:rFonts w:ascii="Calibri" w:hAnsi="Calibri" w:cs="Calibri" w:eastAsia="宋体"/>
        </w:rPr>
        <w:t>电话：</w:t>
      </w:r>
      <w:r>
        <w:rPr>
          <w:rFonts w:ascii="Calibri" w:hAnsi="Calibri" w:cs="Calibri" w:eastAsia="宋体"/>
        </w:rPr>
        <w:t>+66 2559-0155</w:t>
      </w:r>
    </w:p>
    <w:p>
      <w:pPr>
        <w:spacing w:after="100"/>
      </w:pPr>
      <w:r>
        <w:rPr>
          <w:rFonts w:ascii="Calibri" w:hAnsi="Calibri" w:cs="Calibri" w:eastAsia="宋体"/>
        </w:rPr>
        <w:t>WhatsApp：</w:t>
      </w:r>
      <w:r>
        <w:rPr>
          <w:rFonts w:ascii="Calibri" w:hAnsi="Calibri" w:cs="Calibri" w:eastAsia="宋体"/>
        </w:rPr>
        <w:t>+34 676-956-831</w:t>
      </w:r>
    </w:p>
    <w:p>
      <w:pPr>
        <w:spacing w:after="100"/>
      </w:pPr>
      <w:r>
        <w:rPr>
          <w:rFonts w:ascii="Calibri" w:hAnsi="Calibri" w:cs="Calibri" w:eastAsia="宋体"/>
        </w:rPr>
        <w:t>中文员工：</w:t>
      </w:r>
      <w:r>
        <w:rPr>
          <w:rFonts w:ascii="Calibri" w:hAnsi="Calibri" w:cs="Calibri" w:eastAsia="宋体"/>
        </w:rPr>
        <w:t xml:space="preserve"> 微信 amtflkx</w:t>
      </w:r>
      <w:r>
        <w:rPr>
          <w:rFonts w:ascii="Calibri" w:hAnsi="Calibri" w:cs="Calibri" w:eastAsia="宋体"/>
          <w:vertAlign w:val="superscript"/>
        </w:rPr>
        <w:t>2024-11</w:t>
      </w:r>
      <w:r>
        <w:rPr>
          <w:rFonts w:ascii="Calibri" w:hAnsi="Calibri" w:cs="Calibri" w:eastAsia="宋体"/>
        </w:rPr>
        <w:t>、</w:t>
      </w:r>
      <w:r>
        <w:rPr>
          <w:rFonts w:ascii="Calibri" w:hAnsi="Calibri" w:cs="Calibri" w:eastAsia="宋体"/>
        </w:rPr>
        <w:t xml:space="preserve"> 微信 BAIFERNNPK</w:t>
      </w:r>
      <w:r>
        <w:rPr>
          <w:rFonts w:ascii="Calibri" w:hAnsi="Calibri" w:cs="Calibri" w:eastAsia="宋体"/>
        </w:rPr>
        <w:t>（苏琦，在官网提交问询表单后可能会被加微信）</w:t>
      </w:r>
      <w:r>
        <w:rPr>
          <w:rFonts w:ascii="Calibri" w:hAnsi="Calibri" w:cs="Calibri" w:eastAsia="宋体"/>
          <w:vertAlign w:val="superscript"/>
        </w:rPr>
        <w:t>2025-2</w:t>
      </w:r>
    </w:p>
    <w:p>
      <w:pPr>
        <w:pStyle w:val="Heading4"/>
      </w:pPr>
      <w:r>
        <w:rPr>
          <w:rFonts w:ascii="Calibri" w:hAnsi="Calibri" w:cs="Calibri" w:eastAsia="宋体"/>
        </w:rPr>
        <w:t>手术费用</w:t>
      </w:r>
    </w:p>
    <w:p>
      <w:pPr>
        <w:spacing w:after="100"/>
      </w:pPr>
      <w:r>
        <w:rPr>
          <w:rFonts w:ascii="Calibri" w:hAnsi="Calibri" w:cs="Calibri" w:eastAsia="宋体"/>
        </w:rPr>
        <w:t>含宿与术前费用</w:t>
      </w:r>
    </w:p>
    <w:tbl>
      <w:tblPr>
        <w:tblStyle w:val="TableGrid"/>
        <w:tblW w:type="auto" w:w="0"/>
        <w:jc w:val="center"/>
        <w:tblLayout w:type="fixed"/>
        <w:tblLook w:firstColumn="1" w:firstRow="1" w:lastColumn="0" w:lastRow="0" w:noHBand="0" w:noVBand="1" w:val="04A0"/>
      </w:tblPr>
      <w:tblGrid>
        <w:gridCol w:w="3381"/>
        <w:gridCol w:w="5917"/>
      </w:tblGrid>
      <w:tr>
        <w:trPr>
          <w:tblHeader/>
        </w:trPr>
        <w:tc>
          <w:tcPr>
            <w:tcW w:type="dxa" w:w="3381"/>
            <w:shd w:val="clear" w:color="auto" w:fill="EDF1F7"/>
          </w:tcPr>
          <w:p>
            <w:pPr>
              <w:spacing w:before="40" w:after="40" w:line="276" w:lineRule="auto"/>
            </w:pPr>
            <w:r>
              <w:rPr>
                <w:b/>
                <w:sz w:val="18"/>
              </w:rPr>
            </w:r>
            <w:r>
              <w:rPr>
                <w:rFonts w:ascii="Calibri" w:hAnsi="Calibri" w:cs="Calibri" w:eastAsia="宋体"/>
                <w:b/>
                <w:sz w:val="18"/>
              </w:rPr>
              <w:t>手术方式</w:t>
            </w:r>
          </w:p>
        </w:tc>
        <w:tc>
          <w:tcPr>
            <w:tcW w:type="dxa" w:w="5917"/>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3381"/>
          </w:tcPr>
          <w:p>
            <w:pPr>
              <w:spacing w:before="40" w:after="40" w:line="276" w:lineRule="auto"/>
            </w:pPr>
            <w:r>
              <w:rPr>
                <w:sz w:val="18"/>
              </w:rPr>
            </w:r>
            <w:r>
              <w:rPr>
                <w:rFonts w:ascii="Calibri" w:hAnsi="Calibri" w:cs="Calibri" w:eastAsia="宋体"/>
                <w:sz w:val="18"/>
              </w:rPr>
              <w:t>0 深度</w:t>
            </w:r>
          </w:p>
        </w:tc>
        <w:tc>
          <w:tcPr>
            <w:tcW w:type="dxa" w:w="5917"/>
          </w:tcPr>
          <w:p>
            <w:pPr>
              <w:spacing w:before="40" w:after="40" w:line="276" w:lineRule="auto"/>
            </w:pPr>
            <w:r>
              <w:rPr>
                <w:sz w:val="18"/>
              </w:rPr>
            </w:r>
            <w:r>
              <w:rPr>
                <w:rFonts w:ascii="Calibri" w:hAnsi="Calibri" w:cs="Calibri" w:eastAsia="宋体"/>
                <w:sz w:val="18"/>
              </w:rPr>
              <w:t>THB 299,000.00</w:t>
            </w:r>
          </w:p>
        </w:tc>
      </w:tr>
      <w:tr>
        <w:tc>
          <w:tcPr>
            <w:tcW w:type="dxa" w:w="3381"/>
          </w:tcPr>
          <w:p>
            <w:pPr>
              <w:spacing w:before="40" w:after="40" w:line="276" w:lineRule="auto"/>
            </w:pPr>
            <w:r>
              <w:rPr>
                <w:sz w:val="18"/>
              </w:rPr>
            </w:r>
            <w:r>
              <w:rPr>
                <w:rFonts w:ascii="Calibri" w:hAnsi="Calibri" w:cs="Calibri" w:eastAsia="宋体"/>
                <w:sz w:val="18"/>
              </w:rPr>
              <w:t>仅阴茎翻转 PI 皮瓣</w:t>
            </w:r>
          </w:p>
        </w:tc>
        <w:tc>
          <w:tcPr>
            <w:tcW w:type="dxa" w:w="5917"/>
          </w:tcPr>
          <w:p>
            <w:pPr>
              <w:spacing w:before="40" w:after="40" w:line="276" w:lineRule="auto"/>
            </w:pPr>
            <w:r>
              <w:rPr>
                <w:sz w:val="18"/>
              </w:rPr>
            </w:r>
            <w:r>
              <w:rPr>
                <w:rFonts w:ascii="Calibri" w:hAnsi="Calibri" w:cs="Calibri" w:eastAsia="宋体"/>
                <w:sz w:val="18"/>
              </w:rPr>
              <w:t>THB 350,000.00</w:t>
            </w:r>
          </w:p>
        </w:tc>
      </w:tr>
      <w:tr>
        <w:tc>
          <w:tcPr>
            <w:tcW w:type="dxa" w:w="3381"/>
          </w:tcPr>
          <w:p>
            <w:pPr>
              <w:spacing w:before="40" w:after="40" w:line="276" w:lineRule="auto"/>
            </w:pPr>
            <w:r>
              <w:rPr>
                <w:sz w:val="18"/>
              </w:rPr>
            </w:r>
            <w:r>
              <w:rPr>
                <w:rFonts w:ascii="Calibri" w:hAnsi="Calibri" w:cs="Calibri" w:eastAsia="宋体"/>
                <w:sz w:val="18"/>
              </w:rPr>
              <w:t>阴囊皮瓣</w:t>
            </w:r>
          </w:p>
        </w:tc>
        <w:tc>
          <w:tcPr>
            <w:tcW w:type="dxa" w:w="5917"/>
          </w:tcPr>
          <w:p>
            <w:pPr>
              <w:spacing w:before="40" w:after="40" w:line="276" w:lineRule="auto"/>
            </w:pPr>
            <w:r>
              <w:rPr>
                <w:sz w:val="18"/>
              </w:rPr>
            </w:r>
            <w:r>
              <w:rPr>
                <w:rFonts w:ascii="Calibri" w:hAnsi="Calibri" w:cs="Calibri" w:eastAsia="宋体"/>
                <w:sz w:val="18"/>
              </w:rPr>
              <w:t>THB 400,000.00</w:t>
            </w:r>
          </w:p>
        </w:tc>
      </w:tr>
      <w:tr>
        <w:tc>
          <w:tcPr>
            <w:tcW w:type="dxa" w:w="3381"/>
          </w:tcPr>
          <w:p>
            <w:pPr>
              <w:spacing w:before="40" w:after="40" w:line="276" w:lineRule="auto"/>
            </w:pPr>
            <w:r>
              <w:rPr>
                <w:sz w:val="18"/>
              </w:rPr>
            </w:r>
            <w:r>
              <w:rPr>
                <w:rFonts w:ascii="Calibri" w:hAnsi="Calibri" w:cs="Calibri" w:eastAsia="宋体"/>
                <w:sz w:val="18"/>
              </w:rPr>
              <w:t>结肠</w:t>
            </w:r>
          </w:p>
        </w:tc>
        <w:tc>
          <w:tcPr>
            <w:tcW w:type="dxa" w:w="5917"/>
          </w:tcPr>
          <w:p>
            <w:pPr>
              <w:spacing w:before="40" w:after="40" w:line="276" w:lineRule="auto"/>
            </w:pPr>
            <w:r>
              <w:rPr>
                <w:sz w:val="18"/>
              </w:rPr>
            </w:r>
            <w:r>
              <w:rPr>
                <w:rFonts w:ascii="Calibri" w:hAnsi="Calibri" w:cs="Calibri" w:eastAsia="宋体"/>
                <w:sz w:val="18"/>
              </w:rPr>
              <w:t>THB 520,000.00</w:t>
            </w:r>
          </w:p>
        </w:tc>
      </w:tr>
      <w:tr>
        <w:tc>
          <w:tcPr>
            <w:tcW w:type="dxa" w:w="3381"/>
          </w:tcPr>
          <w:p>
            <w:pPr>
              <w:spacing w:before="40" w:after="40" w:line="276" w:lineRule="auto"/>
            </w:pPr>
            <w:r>
              <w:rPr>
                <w:sz w:val="18"/>
              </w:rPr>
            </w:r>
            <w:r>
              <w:rPr>
                <w:rFonts w:ascii="Calibri" w:hAnsi="Calibri" w:cs="Calibri" w:eastAsia="宋体"/>
                <w:sz w:val="18"/>
              </w:rPr>
              <w:t>结肠（腹腔镜）</w:t>
            </w:r>
          </w:p>
        </w:tc>
        <w:tc>
          <w:tcPr>
            <w:tcW w:type="dxa" w:w="5917"/>
          </w:tcPr>
          <w:p>
            <w:pPr>
              <w:spacing w:before="40" w:after="40" w:line="276" w:lineRule="auto"/>
            </w:pPr>
            <w:r>
              <w:rPr>
                <w:sz w:val="18"/>
              </w:rPr>
            </w:r>
            <w:r>
              <w:rPr>
                <w:rFonts w:ascii="Calibri" w:hAnsi="Calibri" w:cs="Calibri" w:eastAsia="宋体"/>
                <w:sz w:val="18"/>
              </w:rPr>
              <w:t>THB 630,000.00</w:t>
            </w:r>
          </w:p>
        </w:tc>
      </w:tr>
      <w:tr>
        <w:tc>
          <w:tcPr>
            <w:tcW w:type="dxa" w:w="3381"/>
          </w:tcPr>
          <w:p>
            <w:pPr>
              <w:spacing w:before="40" w:after="40" w:line="276" w:lineRule="auto"/>
            </w:pPr>
            <w:r>
              <w:rPr>
                <w:sz w:val="18"/>
              </w:rPr>
            </w:r>
            <w:r>
              <w:rPr>
                <w:rFonts w:ascii="Calibri" w:hAnsi="Calibri" w:cs="Calibri" w:eastAsia="宋体"/>
                <w:sz w:val="18"/>
              </w:rPr>
              <w:t>腹膜</w:t>
            </w:r>
          </w:p>
        </w:tc>
        <w:tc>
          <w:tcPr>
            <w:tcW w:type="dxa" w:w="5917"/>
          </w:tcPr>
          <w:p>
            <w:pPr>
              <w:spacing w:before="40" w:after="40" w:line="276" w:lineRule="auto"/>
            </w:pPr>
            <w:r>
              <w:rPr>
                <w:sz w:val="18"/>
              </w:rPr>
            </w:r>
            <w:r>
              <w:rPr>
                <w:rFonts w:ascii="Calibri" w:hAnsi="Calibri" w:cs="Calibri" w:eastAsia="宋体"/>
                <w:sz w:val="18"/>
              </w:rPr>
              <w:t>THB 650,000.00</w:t>
            </w:r>
          </w:p>
        </w:tc>
      </w:tr>
    </w:tbl>
    <w:p>
      <w:pPr>
        <w:spacing w:after="100"/>
      </w:pPr>
      <w:r>
        <w:rPr>
          <w:rFonts w:ascii="Calibri" w:hAnsi="Calibri" w:cs="Calibri" w:eastAsia="宋体"/>
        </w:rPr>
        <w:t>支持 银联卡、国际信用卡、支付宝 付款</w:t>
      </w:r>
      <w:r>
        <w:rPr>
          <w:rFonts w:ascii="Calibri" w:hAnsi="Calibri" w:cs="Calibri" w:eastAsia="宋体"/>
        </w:rPr>
        <w:t>（支付宝建议出国前将钱全部存入余额，避免出现因银行卡的每日限额导致钱存不进的情况）</w:t>
      </w:r>
    </w:p>
    <w:p>
      <w:pPr>
        <w:spacing w:after="100"/>
      </w:pPr>
      <w:r>
        <w:rPr>
          <w:rFonts w:ascii="Calibri" w:hAnsi="Calibri" w:cs="Calibri" w:eastAsia="宋体"/>
        </w:rPr>
        <w:t>酒店费用：出院后，前 14 天须在下方指定酒店进行恢复，之后可自行选择其他酒店。需要 3 ~ 4 周左右。</w:t>
      </w:r>
    </w:p>
    <w:p>
      <w:pPr>
        <w:spacing w:before="20" w:after="40"/>
        <w:ind w:left="425" w:hanging="312"/>
      </w:pPr>
      <w:r>
        <w:rPr>
          <w:rFonts w:ascii="Calibri" w:hAnsi="Calibri" w:cs="Calibri" w:eastAsia="宋体"/>
        </w:rPr>
        <w:t xml:space="preserve">• </w:t>
      </w:r>
      <w:r>
        <w:rPr>
          <w:rFonts w:ascii="Calibri" w:hAnsi="Calibri" w:cs="Calibri" w:eastAsia="宋体"/>
        </w:rPr>
        <w:t>K Garden Serviced Apartment</w:t>
      </w:r>
      <w:r>
        <w:rPr>
          <w:rFonts w:ascii="Calibri" w:hAnsi="Calibri" w:cs="Calibri" w:eastAsia="宋体"/>
        </w:rPr>
        <w:t xml:space="preserve">: </w:t>
      </w:r>
      <w:r>
        <w:rPr>
          <w:rFonts w:ascii="Calibri" w:hAnsi="Calibri" w:cs="Calibri" w:eastAsia="宋体"/>
        </w:rPr>
        <w:t>THB 1,500.00</w:t>
      </w:r>
      <w:r>
        <w:rPr>
          <w:rFonts w:ascii="Calibri" w:hAnsi="Calibri" w:cs="Calibri" w:eastAsia="宋体"/>
        </w:rPr>
        <w:t xml:space="preserve"> 每天</w:t>
      </w:r>
    </w:p>
    <w:p>
      <w:pPr>
        <w:spacing w:after="100"/>
      </w:pPr>
      <w:r>
        <w:rPr>
          <w:rFonts w:ascii="Calibri" w:hAnsi="Calibri" w:cs="Calibri" w:eastAsia="宋体"/>
        </w:rPr>
        <w:t>手术费用包括：</w:t>
      </w:r>
    </w:p>
    <w:p>
      <w:pPr>
        <w:spacing w:before="20" w:after="40"/>
        <w:ind w:left="425" w:hanging="312"/>
      </w:pPr>
      <w:r>
        <w:rPr>
          <w:rFonts w:ascii="Calibri" w:hAnsi="Calibri" w:cs="Calibri" w:eastAsia="宋体"/>
        </w:rPr>
        <w:t xml:space="preserve">• </w:t>
      </w:r>
      <w:r>
        <w:rPr>
          <w:rFonts w:ascii="Calibri" w:hAnsi="Calibri" w:cs="Calibri" w:eastAsia="宋体"/>
        </w:rPr>
        <w:t>手术费和麻醉费</w:t>
      </w:r>
    </w:p>
    <w:p>
      <w:pPr>
        <w:spacing w:before="20" w:after="40"/>
        <w:ind w:left="425" w:hanging="312"/>
      </w:pPr>
      <w:r>
        <w:rPr>
          <w:rFonts w:ascii="Calibri" w:hAnsi="Calibri" w:cs="Calibri" w:eastAsia="宋体"/>
        </w:rPr>
        <w:t xml:space="preserve">• </w:t>
      </w:r>
      <w:r>
        <w:rPr>
          <w:rFonts w:ascii="Calibri" w:hAnsi="Calibri" w:cs="Calibri" w:eastAsia="宋体"/>
        </w:rPr>
        <w:t>住院住宿</w:t>
      </w:r>
    </w:p>
    <w:p>
      <w:pPr>
        <w:spacing w:before="20" w:after="40"/>
        <w:ind w:left="425" w:hanging="312"/>
      </w:pPr>
      <w:r>
        <w:rPr>
          <w:rFonts w:ascii="Calibri" w:hAnsi="Calibri" w:cs="Calibri" w:eastAsia="宋体"/>
        </w:rPr>
        <w:t xml:space="preserve">• </w:t>
      </w:r>
      <w:r>
        <w:rPr>
          <w:rFonts w:ascii="Calibri" w:hAnsi="Calibri" w:cs="Calibri" w:eastAsia="宋体"/>
        </w:rPr>
        <w:t>处方药</w:t>
      </w:r>
    </w:p>
    <w:p>
      <w:pPr>
        <w:spacing w:before="20" w:after="40"/>
        <w:ind w:left="425" w:hanging="312"/>
      </w:pPr>
      <w:r>
        <w:rPr>
          <w:rFonts w:ascii="Calibri" w:hAnsi="Calibri" w:cs="Calibri" w:eastAsia="宋体"/>
        </w:rPr>
        <w:t xml:space="preserve">• </w:t>
      </w:r>
      <w:r>
        <w:rPr>
          <w:rFonts w:ascii="Calibri" w:hAnsi="Calibri" w:cs="Calibri" w:eastAsia="宋体"/>
        </w:rPr>
        <w:t>术后护理（由专科医生每天 2 次进行伤口护理敷料/扩张，去除缝线，进行医疗随访）。提供 6 个扩张器和敷料套。</w:t>
      </w:r>
    </w:p>
    <w:p>
      <w:pPr>
        <w:spacing w:before="20" w:after="40"/>
        <w:ind w:left="425" w:hanging="312"/>
      </w:pPr>
      <w:r>
        <w:rPr>
          <w:rFonts w:ascii="Calibri" w:hAnsi="Calibri" w:cs="Calibri" w:eastAsia="宋体"/>
        </w:rPr>
        <w:t xml:space="preserve">• </w:t>
      </w:r>
      <w:r>
        <w:rPr>
          <w:rFonts w:ascii="Calibri" w:hAnsi="Calibri" w:cs="Calibri" w:eastAsia="宋体"/>
        </w:rPr>
        <w:t>免费接送服务 机场 - 医院 - 机场</w:t>
      </w:r>
    </w:p>
    <w:p>
      <w:pPr>
        <w:spacing w:before="20" w:after="40"/>
        <w:ind w:left="425" w:hanging="312"/>
      </w:pPr>
      <w:r>
        <w:rPr>
          <w:rFonts w:ascii="Calibri" w:hAnsi="Calibri" w:cs="Calibri" w:eastAsia="宋体"/>
        </w:rPr>
        <w:t xml:space="preserve">• </w:t>
      </w:r>
      <w:r>
        <w:rPr>
          <w:rFonts w:ascii="Calibri" w:hAnsi="Calibri" w:cs="Calibri" w:eastAsia="宋体"/>
        </w:rPr>
        <w:t>咨询费</w:t>
      </w:r>
    </w:p>
    <w:p>
      <w:pPr>
        <w:spacing w:after="100"/>
      </w:pPr>
      <w:r>
        <w:rPr>
          <w:rFonts w:ascii="Calibri" w:hAnsi="Calibri" w:cs="Calibri" w:eastAsia="宋体"/>
        </w:rPr>
        <w:t>手术费用不包括：</w:t>
      </w:r>
    </w:p>
    <w:p>
      <w:pPr>
        <w:spacing w:before="20" w:after="40"/>
        <w:ind w:left="425" w:hanging="312"/>
      </w:pPr>
      <w:r>
        <w:rPr>
          <w:rFonts w:ascii="Calibri" w:hAnsi="Calibri" w:cs="Calibri" w:eastAsia="宋体"/>
        </w:rPr>
        <w:t xml:space="preserve">1. </w:t>
      </w:r>
      <w:r>
        <w:rPr>
          <w:rFonts w:ascii="Calibri" w:hAnsi="Calibri" w:cs="Calibri" w:eastAsia="宋体"/>
        </w:rPr>
        <w:t>实验室检查费用： 价格：</w:t>
      </w:r>
      <w:r>
        <w:rPr>
          <w:rFonts w:ascii="Calibri" w:hAnsi="Calibri" w:cs="Calibri" w:eastAsia="宋体"/>
        </w:rPr>
        <w:t>THB 5,300.00</w:t>
      </w:r>
      <w:r>
        <w:rPr>
          <w:rFonts w:ascii="Calibri" w:hAnsi="Calibri" w:cs="Calibri" w:eastAsia="宋体"/>
        </w:rPr>
        <w:t xml:space="preserve"> 检查项目：CBC、电解质、HIV、HBV、HCV、EKG、胸部 X 光片等</w:t>
      </w:r>
    </w:p>
    <w:p>
      <w:pPr>
        <w:spacing w:before="20" w:after="40"/>
        <w:ind w:left="425" w:hanging="312"/>
      </w:pPr>
      <w:r>
        <w:rPr>
          <w:rFonts w:ascii="Calibri" w:hAnsi="Calibri" w:cs="Calibri" w:eastAsia="宋体"/>
        </w:rPr>
        <w:t xml:space="preserve">2. </w:t>
      </w:r>
      <w:r>
        <w:rPr>
          <w:rFonts w:ascii="Calibri" w:hAnsi="Calibri" w:cs="Calibri" w:eastAsia="宋体"/>
        </w:rPr>
        <w:t>两位泰国精神科医生的证明： 价格：</w:t>
      </w:r>
      <w:r>
        <w:rPr>
          <w:rFonts w:ascii="Calibri" w:hAnsi="Calibri" w:cs="Calibri" w:eastAsia="宋体"/>
        </w:rPr>
        <w:t>THB 4,000.00</w:t>
      </w:r>
    </w:p>
    <w:p>
      <w:pPr>
        <w:pStyle w:val="Heading4"/>
      </w:pPr>
      <w:r>
        <w:rPr>
          <w:rFonts w:ascii="Calibri" w:hAnsi="Calibri" w:cs="Calibri" w:eastAsia="宋体"/>
        </w:rPr>
        <w:t>手术介绍</w:t>
      </w:r>
    </w:p>
    <w:p>
      <w:pPr>
        <w:spacing w:after="100"/>
      </w:pPr>
      <w:r>
        <w:rPr>
          <w:rFonts w:ascii="Calibri" w:hAnsi="Calibri" w:cs="Calibri" w:eastAsia="宋体"/>
        </w:rPr>
        <w:t>Kamol 提供 0 深度、PI 皮瓣、非 PI 皮瓣、结肠 和 腹膜 SRS．</w:t>
      </w:r>
    </w:p>
    <w:p>
      <w:pPr>
        <w:spacing w:after="100"/>
      </w:pPr>
      <w:r>
        <w:rPr>
          <w:rFonts w:ascii="Calibri" w:hAnsi="Calibri" w:cs="Calibri" w:eastAsia="宋体"/>
        </w:rPr>
        <w:t>全身麻醉后，沿 Denonvilliers 筋膜在直肠和泌尿道之间开辟新阴道腔，深度约为 5 ~ 7 英寸。皮瓣 SRS 使用阴茎和阴囊皮肤作为阴道内壁和阴道口，材料不足时使用腹股沟皮片。腹膜 SRS 则使用腹腔镜取腹膜作为阴道内壁，使用阴茎皮肤作为阴道口。</w:t>
      </w:r>
    </w:p>
    <w:p>
      <w:pPr>
        <w:spacing w:after="100"/>
      </w:pPr>
      <w:r>
        <w:rPr>
          <w:rFonts w:ascii="Calibri" w:hAnsi="Calibri" w:cs="Calibri" w:eastAsia="宋体"/>
        </w:rPr>
        <w:t>阴茎的核心和筋膜将被切除，神经将被保留下来用于制造阴蒂。尿路将会变短、变形，海绵组织将会切除。</w:t>
      </w:r>
    </w:p>
    <w:p>
      <w:pPr>
        <w:spacing w:after="100"/>
      </w:pPr>
      <w:r>
        <w:rPr>
          <w:rFonts w:ascii="Calibri" w:hAnsi="Calibri" w:cs="Calibri" w:eastAsia="宋体"/>
        </w:rPr>
        <w:t>对于使用了腹腔镜的结肠与腹膜 SRS，可以避免在手术部位留下显著的疤痕，但会在肚子上形成 4 个小拇指指甲盖大小的伤口。由于这一技术相对较新，存在更多并发症的风险。</w:t>
      </w:r>
    </w:p>
    <w:p>
      <w:pPr>
        <w:spacing w:after="100"/>
      </w:pPr>
      <w:r>
        <w:rPr>
          <w:rFonts w:ascii="Calibri" w:hAnsi="Calibri" w:cs="Calibri" w:eastAsia="宋体"/>
        </w:rPr>
        <w:t>外观上，Kamol 技术中阴唇和阴蒂的形态相对欠自然，尤其是常出现阴道口完全处于小阴唇下方，阴道前庭与周围皮肤连成一片，甚至小阴唇在阴道口上方交汇的情况。</w:t>
      </w:r>
    </w:p>
    <w:p>
      <w:pPr>
        <w:spacing w:after="100"/>
      </w:pPr>
      <w:r>
        <w:rPr>
          <w:rFonts w:ascii="Calibri" w:hAnsi="Calibri" w:cs="Calibri" w:eastAsia="宋体"/>
        </w:rPr>
        <w:t>腹膜技术只有近两年比较新，有长息肉、萎縮或有其它后遗症的情况，而且腹膜的延展性没那么好，通模具要大力，会比较疼。</w:t>
      </w:r>
    </w:p>
    <w:p>
      <w:pPr>
        <w:spacing w:after="100"/>
      </w:pPr>
      <w:r>
        <w:rPr>
          <w:rFonts w:ascii="Calibri" w:hAnsi="Calibri" w:cs="Calibri" w:eastAsia="宋体"/>
        </w:rPr>
        <w:t>有多个报告称每日可能有大于一台手术。</w:t>
      </w:r>
    </w:p>
    <w:p>
      <w:pPr>
        <w:pStyle w:val="Heading4"/>
      </w:pPr>
      <w:r>
        <w:rPr>
          <w:rFonts w:ascii="Calibri" w:hAnsi="Calibri" w:cs="Calibri" w:eastAsia="宋体"/>
        </w:rPr>
        <w:t>预约事项</w:t>
      </w:r>
    </w:p>
    <w:p>
      <w:pPr>
        <w:spacing w:before="20" w:after="40"/>
        <w:ind w:left="425" w:hanging="312"/>
      </w:pPr>
      <w:r>
        <w:rPr>
          <w:rFonts w:ascii="Calibri" w:hAnsi="Calibri" w:cs="Calibri" w:eastAsia="宋体"/>
        </w:rPr>
        <w:t xml:space="preserve">1. </w:t>
      </w:r>
      <w:r>
        <w:rPr>
          <w:rFonts w:ascii="Calibri" w:hAnsi="Calibri" w:cs="Calibri" w:eastAsia="宋体"/>
        </w:rPr>
        <w:t>应当至少 20 岁。18-20 岁则需要合法父母或监护人授权他们进行手术。对于不符合年龄限制被拒绝或无法出国造成无法手术的情况不能退还定金。</w:t>
      </w:r>
      <w:r>
        <w:rPr>
          <w:rFonts w:ascii="Calibri" w:hAnsi="Calibri" w:cs="Calibri" w:eastAsia="宋体"/>
        </w:rPr>
        <w:t>（注：经了解泰国政府与院方并未针对不满 20 岁者拒绝手术或提高门槛或索要超出常规的证明文件（尤其泰国人根本不感兴趣你全家户口和身份证），此类行为可能是部分中介的个人行为）</w:t>
      </w:r>
    </w:p>
    <w:p>
      <w:pPr>
        <w:spacing w:before="20" w:after="40"/>
        <w:ind w:left="425" w:hanging="312"/>
      </w:pPr>
      <w:r>
        <w:rPr>
          <w:rFonts w:ascii="Calibri" w:hAnsi="Calibri" w:cs="Calibri" w:eastAsia="宋体"/>
        </w:rPr>
        <w:t xml:space="preserve">2. </w:t>
      </w:r>
      <w:r>
        <w:rPr>
          <w:rFonts w:ascii="Calibri" w:hAnsi="Calibri" w:cs="Calibri" w:eastAsia="宋体"/>
        </w:rPr>
        <w:t>必须连续服用女性荷尔蒙至少一年。</w:t>
      </w:r>
    </w:p>
    <w:p>
      <w:pPr>
        <w:spacing w:before="20" w:after="40"/>
        <w:ind w:left="425" w:hanging="312"/>
      </w:pPr>
      <w:r>
        <w:rPr>
          <w:rFonts w:ascii="Calibri" w:hAnsi="Calibri" w:cs="Calibri" w:eastAsia="宋体"/>
        </w:rPr>
        <w:t xml:space="preserve">3. </w:t>
      </w:r>
      <w:r>
        <w:rPr>
          <w:rFonts w:ascii="Calibri" w:hAnsi="Calibri" w:cs="Calibri" w:eastAsia="宋体"/>
        </w:rPr>
        <w:t>必须长时间的认为自己是女性。</w:t>
      </w:r>
    </w:p>
    <w:p>
      <w:pPr>
        <w:spacing w:before="20" w:after="40"/>
        <w:ind w:left="425" w:hanging="312"/>
      </w:pPr>
      <w:r>
        <w:rPr>
          <w:rFonts w:ascii="Calibri" w:hAnsi="Calibri" w:cs="Calibri" w:eastAsia="宋体"/>
        </w:rPr>
        <w:t xml:space="preserve">4. </w:t>
      </w:r>
      <w:r>
        <w:rPr>
          <w:rFonts w:ascii="Calibri" w:hAnsi="Calibri" w:cs="Calibri" w:eastAsia="宋体"/>
        </w:rPr>
        <w:t>至少度过了一年的女性生活。</w:t>
      </w:r>
    </w:p>
    <w:p>
      <w:pPr>
        <w:spacing w:before="20" w:after="40"/>
        <w:ind w:left="425" w:hanging="312"/>
      </w:pPr>
      <w:r>
        <w:rPr>
          <w:rFonts w:ascii="Calibri" w:hAnsi="Calibri" w:cs="Calibri" w:eastAsia="宋体"/>
        </w:rPr>
        <w:t xml:space="preserve">5. </w:t>
      </w:r>
      <w:r>
        <w:rPr>
          <w:rFonts w:ascii="Calibri" w:hAnsi="Calibri" w:cs="Calibri" w:eastAsia="宋体"/>
        </w:rPr>
        <w:t>必须对自己的性器官感到厌恶，仿佛那并不是自己身体的一部分。</w:t>
      </w:r>
    </w:p>
    <w:p>
      <w:pPr>
        <w:spacing w:before="20" w:after="40"/>
        <w:ind w:left="425" w:hanging="312"/>
      </w:pPr>
      <w:r>
        <w:rPr>
          <w:rFonts w:ascii="Calibri" w:hAnsi="Calibri" w:cs="Calibri" w:eastAsia="宋体"/>
        </w:rPr>
        <w:t xml:space="preserve">6. </w:t>
      </w:r>
      <w:r>
        <w:rPr>
          <w:rFonts w:ascii="Calibri" w:hAnsi="Calibri" w:cs="Calibri" w:eastAsia="宋体"/>
        </w:rPr>
        <w:t>经过精神医生证明处于正常精神状态，适合进行性别转换手术。</w:t>
      </w:r>
    </w:p>
    <w:p>
      <w:pPr>
        <w:spacing w:before="20" w:after="40"/>
        <w:ind w:left="425" w:hanging="312"/>
      </w:pPr>
      <w:r>
        <w:rPr>
          <w:rFonts w:ascii="Calibri" w:hAnsi="Calibri" w:cs="Calibri" w:eastAsia="宋体"/>
        </w:rPr>
        <w:t xml:space="preserve">7. </w:t>
      </w:r>
      <w:r>
        <w:rPr>
          <w:rFonts w:ascii="Calibri" w:hAnsi="Calibri" w:cs="Calibri" w:eastAsia="宋体"/>
        </w:rPr>
        <w:t>无法对 HIV 阳性的顾客进行结肠 SRS</w:t>
      </w:r>
    </w:p>
    <w:p>
      <w:pPr>
        <w:spacing w:before="20" w:after="40"/>
        <w:ind w:left="425" w:hanging="312"/>
      </w:pPr>
      <w:r>
        <w:rPr>
          <w:rFonts w:ascii="Calibri" w:hAnsi="Calibri" w:cs="Calibri" w:eastAsia="宋体"/>
        </w:rPr>
        <w:t xml:space="preserve">8. </w:t>
      </w:r>
      <w:r>
        <w:rPr>
          <w:rFonts w:ascii="Calibri" w:hAnsi="Calibri" w:cs="Calibri" w:eastAsia="宋体"/>
        </w:rPr>
        <w:t>结肠 SRS 要求 BMI &lt; 26，体重 &lt; 80KG；其他术式 BMI &lt; 30，体重 &lt; 90KG</w:t>
      </w:r>
    </w:p>
    <w:p>
      <w:pPr>
        <w:spacing w:after="100"/>
      </w:pPr>
      <w:r>
        <w:rPr>
          <w:rFonts w:ascii="Calibri" w:hAnsi="Calibri" w:cs="Calibri" w:eastAsia="宋体"/>
        </w:rPr>
        <w:t>如有以下情况会产生额外收费：</w:t>
      </w:r>
    </w:p>
    <w:p>
      <w:pPr>
        <w:spacing w:before="20" w:after="40"/>
        <w:ind w:left="425" w:hanging="312"/>
      </w:pPr>
      <w:r>
        <w:rPr>
          <w:rFonts w:ascii="Calibri" w:hAnsi="Calibri" w:cs="Calibri" w:eastAsia="宋体"/>
        </w:rPr>
        <w:t xml:space="preserve">• </w:t>
      </w:r>
      <w:r>
        <w:rPr>
          <w:rFonts w:ascii="Calibri" w:hAnsi="Calibri" w:cs="Calibri" w:eastAsia="宋体"/>
        </w:rPr>
        <w:t>艾滋病：总费用的 30％</w:t>
      </w:r>
    </w:p>
    <w:p>
      <w:pPr>
        <w:spacing w:before="20" w:after="40"/>
        <w:ind w:left="425" w:hanging="312"/>
      </w:pPr>
      <w:r>
        <w:rPr>
          <w:rFonts w:ascii="Calibri" w:hAnsi="Calibri" w:cs="Calibri" w:eastAsia="宋体"/>
        </w:rPr>
        <w:t xml:space="preserve">• </w:t>
      </w:r>
      <w:r>
        <w:rPr>
          <w:rFonts w:ascii="Calibri" w:hAnsi="Calibri" w:cs="Calibri" w:eastAsia="宋体"/>
        </w:rPr>
        <w:t>丙型肝炎：总费用的 30％</w:t>
      </w:r>
    </w:p>
    <w:p>
      <w:pPr>
        <w:spacing w:before="20" w:after="40"/>
        <w:ind w:left="425" w:hanging="312"/>
      </w:pPr>
      <w:r>
        <w:rPr>
          <w:rFonts w:ascii="Calibri" w:hAnsi="Calibri" w:cs="Calibri" w:eastAsia="宋体"/>
        </w:rPr>
        <w:t xml:space="preserve">• </w:t>
      </w:r>
      <w:r>
        <w:rPr>
          <w:rFonts w:ascii="Calibri" w:hAnsi="Calibri" w:cs="Calibri" w:eastAsia="宋体"/>
        </w:rPr>
        <w:t>乙肝：总费用的 30％</w:t>
      </w:r>
    </w:p>
    <w:p>
      <w:pPr>
        <w:spacing w:before="20" w:after="40"/>
        <w:ind w:left="425" w:hanging="312"/>
      </w:pPr>
      <w:r>
        <w:rPr>
          <w:rFonts w:ascii="Calibri" w:hAnsi="Calibri" w:cs="Calibri" w:eastAsia="宋体"/>
        </w:rPr>
        <w:t xml:space="preserve">• </w:t>
      </w:r>
      <w:r>
        <w:rPr>
          <w:rFonts w:ascii="Calibri" w:hAnsi="Calibri" w:cs="Calibri" w:eastAsia="宋体"/>
        </w:rPr>
        <w:t>深静脉血栓形成：总费用的 30％</w:t>
      </w:r>
    </w:p>
    <w:p>
      <w:pPr>
        <w:spacing w:before="20" w:after="40"/>
        <w:ind w:left="425" w:hanging="312"/>
      </w:pPr>
      <w:r>
        <w:rPr>
          <w:rFonts w:ascii="Calibri" w:hAnsi="Calibri" w:cs="Calibri" w:eastAsia="宋体"/>
        </w:rPr>
        <w:t xml:space="preserve">• </w:t>
      </w:r>
      <w:r>
        <w:rPr>
          <w:rFonts w:ascii="Calibri" w:hAnsi="Calibri" w:cs="Calibri" w:eastAsia="宋体"/>
        </w:rPr>
        <w:t>BMI 超过 27：总费用的 30％</w:t>
      </w:r>
    </w:p>
    <w:p>
      <w:pPr>
        <w:spacing w:before="20" w:after="40"/>
        <w:ind w:left="425" w:hanging="312"/>
      </w:pPr>
      <w:r>
        <w:rPr>
          <w:rFonts w:ascii="Calibri" w:hAnsi="Calibri" w:cs="Calibri" w:eastAsia="宋体"/>
        </w:rPr>
        <w:t xml:space="preserve">• </w:t>
      </w:r>
      <w:r>
        <w:rPr>
          <w:rFonts w:ascii="Calibri" w:hAnsi="Calibri" w:cs="Calibri" w:eastAsia="宋体"/>
        </w:rPr>
        <w:t>≥ 50 岁或 ≥ 40 岁且患有基础疾病（例如哮喘，高血压，心脏病，糖尿病，深静脉血栓形成等）的顾客：运动压力测试（EST） 价格：</w:t>
      </w:r>
      <w:r>
        <w:rPr>
          <w:rFonts w:ascii="Calibri" w:hAnsi="Calibri" w:cs="Calibri" w:eastAsia="宋体"/>
        </w:rPr>
        <w:t>THB 7,700.00</w:t>
      </w:r>
    </w:p>
    <w:p>
      <w:pPr>
        <w:spacing w:before="20" w:after="40"/>
        <w:ind w:left="425" w:hanging="312"/>
      </w:pPr>
      <w:r>
        <w:rPr>
          <w:rFonts w:ascii="Calibri" w:hAnsi="Calibri" w:cs="Calibri" w:eastAsia="宋体"/>
        </w:rPr>
        <w:t xml:space="preserve">• </w:t>
      </w:r>
      <w:r>
        <w:rPr>
          <w:rFonts w:ascii="Calibri" w:hAnsi="Calibri" w:cs="Calibri" w:eastAsia="宋体"/>
        </w:rPr>
        <w:t>心脏病专家探访 价格：</w:t>
      </w:r>
      <w:r>
        <w:rPr>
          <w:rFonts w:ascii="Calibri" w:hAnsi="Calibri" w:cs="Calibri" w:eastAsia="宋体"/>
        </w:rPr>
        <w:t>THB 1,000.00</w:t>
      </w:r>
      <w:r>
        <w:rPr>
          <w:rFonts w:ascii="Calibri" w:hAnsi="Calibri" w:cs="Calibri" w:eastAsia="宋体"/>
        </w:rPr>
        <w:t xml:space="preserve"> ~ </w:t>
      </w:r>
      <w:r>
        <w:rPr>
          <w:rFonts w:ascii="Calibri" w:hAnsi="Calibri" w:cs="Calibri" w:eastAsia="宋体"/>
        </w:rPr>
        <w:t>THB 5,000.00</w:t>
      </w:r>
      <w:r>
        <w:rPr>
          <w:rFonts w:ascii="Calibri" w:hAnsi="Calibri" w:cs="Calibri" w:eastAsia="宋体"/>
        </w:rPr>
        <w:t xml:space="preserve"> 这些疾病所需的药物或任何治疗费用不包括在手术费用中（睡眠检查，CTA 冠状动脉检查，肺部检查，甲状腺检查等）</w:t>
      </w:r>
    </w:p>
    <w:p>
      <w:pPr>
        <w:spacing w:after="100"/>
      </w:pPr>
      <w:r>
        <w:rPr>
          <w:rFonts w:ascii="Calibri" w:hAnsi="Calibri" w:cs="Calibri" w:eastAsia="宋体"/>
        </w:rPr>
        <w:t>该医院有中文员工，建议若要考虑 kamol 可直接联系医院，无特别需要可能不必通过中介联系。</w:t>
      </w:r>
    </w:p>
    <w:p>
      <w:pPr>
        <w:pStyle w:val="Heading4"/>
      </w:pPr>
      <w:r>
        <w:rPr>
          <w:rFonts w:ascii="Calibri" w:hAnsi="Calibri" w:cs="Calibri" w:eastAsia="宋体"/>
        </w:rPr>
        <w:t>手术日程</w:t>
      </w:r>
    </w:p>
    <w:p>
      <w:pPr>
        <w:spacing w:after="100"/>
      </w:pPr>
      <w:r>
        <w:rPr>
          <w:rFonts w:ascii="Calibri" w:hAnsi="Calibri" w:cs="Calibri" w:eastAsia="宋体"/>
        </w:rPr>
        <w:t>皮瓣： 禁食 6 小时，灌肠一次，术后三天流食 结肠： 流食三天，禁食两天，术后待补充 腹膜： 禁食 18 小时，灌肠 8-10 次，术后流食</w:t>
      </w:r>
    </w:p>
    <w:p>
      <w:pPr>
        <w:spacing w:after="100"/>
      </w:pPr>
      <w:r>
        <w:rPr>
          <w:rFonts w:ascii="Calibri" w:hAnsi="Calibri" w:cs="Calibri" w:eastAsia="宋体"/>
        </w:rPr>
        <w:t>三种术式拔尿管时间统一为出院后第二或第三个工作日</w:t>
      </w:r>
    </w:p>
    <w:p>
      <w:pPr>
        <w:spacing w:before="20" w:after="40"/>
        <w:ind w:left="425" w:hanging="312"/>
      </w:pPr>
      <w:r>
        <w:rPr>
          <w:rFonts w:ascii="Calibri" w:hAnsi="Calibri" w:cs="Calibri" w:eastAsia="宋体"/>
        </w:rPr>
        <w:t xml:space="preserve">• </w:t>
      </w:r>
      <w:r>
        <w:rPr>
          <w:rFonts w:ascii="Calibri" w:hAnsi="Calibri" w:cs="Calibri" w:eastAsia="宋体"/>
        </w:rPr>
        <w:t>结肠术后 3 天禁食，1 个月内避免大量进食。</w:t>
      </w:r>
    </w:p>
    <w:p>
      <w:pPr>
        <w:spacing w:before="20" w:after="40"/>
        <w:ind w:left="425" w:hanging="312"/>
      </w:pPr>
      <w:r>
        <w:rPr>
          <w:rFonts w:ascii="Calibri" w:hAnsi="Calibri" w:cs="Calibri" w:eastAsia="宋体"/>
        </w:rPr>
        <w:t xml:space="preserve">• </w:t>
      </w:r>
      <w:r>
        <w:rPr>
          <w:rFonts w:ascii="Calibri" w:hAnsi="Calibri" w:cs="Calibri" w:eastAsia="宋体"/>
        </w:rPr>
        <w:t>结肠术后 3 周后可进行轻度活动，直至 3 个月。</w:t>
      </w:r>
    </w:p>
    <w:p>
      <w:pPr>
        <w:pStyle w:val="Heading4"/>
      </w:pPr>
      <w:r>
        <w:rPr>
          <w:rFonts w:ascii="Calibri" w:hAnsi="Calibri" w:cs="Calibri" w:eastAsia="宋体"/>
        </w:rPr>
        <w:t>术后注意</w:t>
      </w:r>
    </w:p>
    <w:p>
      <w:pPr>
        <w:spacing w:after="100"/>
      </w:pPr>
      <w:r>
        <w:rPr>
          <w:rFonts w:ascii="Calibri" w:hAnsi="Calibri" w:cs="Calibri" w:eastAsia="宋体"/>
        </w:rPr>
        <w:t>（来自官网）</w:t>
      </w:r>
    </w:p>
    <w:p>
      <w:pPr>
        <w:spacing w:before="20" w:after="40"/>
        <w:ind w:left="425" w:hanging="312"/>
      </w:pPr>
      <w:r>
        <w:rPr>
          <w:rFonts w:ascii="Calibri" w:hAnsi="Calibri" w:cs="Calibri" w:eastAsia="宋体"/>
        </w:rPr>
        <w:t xml:space="preserve">1. </w:t>
      </w:r>
      <w:r>
        <w:rPr>
          <w:rFonts w:ascii="Calibri" w:hAnsi="Calibri" w:cs="Calibri" w:eastAsia="宋体"/>
        </w:rPr>
        <w:t>为了保持阴道的宽度和深度，顾客需要用扩张器扩张阴道，每天两次，每次大约半小时。</w:t>
      </w:r>
    </w:p>
    <w:p>
      <w:pPr>
        <w:spacing w:before="20" w:after="40"/>
        <w:ind w:left="425" w:hanging="312"/>
      </w:pPr>
      <w:r>
        <w:rPr>
          <w:rFonts w:ascii="Calibri" w:hAnsi="Calibri" w:cs="Calibri" w:eastAsia="宋体"/>
        </w:rPr>
        <w:t xml:space="preserve">2. </w:t>
      </w:r>
      <w:r>
        <w:rPr>
          <w:rFonts w:ascii="Calibri" w:hAnsi="Calibri" w:cs="Calibri" w:eastAsia="宋体"/>
        </w:rPr>
        <w:t>顾客需要保持手术伤口的洁净，直至手术伤口愈合良好。</w:t>
      </w:r>
    </w:p>
    <w:p>
      <w:pPr>
        <w:spacing w:before="20" w:after="40"/>
        <w:ind w:left="425" w:hanging="312"/>
      </w:pPr>
      <w:r>
        <w:rPr>
          <w:rFonts w:ascii="Calibri" w:hAnsi="Calibri" w:cs="Calibri" w:eastAsia="宋体"/>
        </w:rPr>
        <w:t xml:space="preserve">3. </w:t>
      </w:r>
      <w:r>
        <w:rPr>
          <w:rFonts w:ascii="Calibri" w:hAnsi="Calibri" w:cs="Calibri" w:eastAsia="宋体"/>
        </w:rPr>
        <w:t>必须至少三个月不性交。</w:t>
      </w:r>
    </w:p>
    <w:p>
      <w:pPr>
        <w:spacing w:before="20" w:after="40"/>
        <w:ind w:left="425" w:hanging="312"/>
      </w:pPr>
      <w:r>
        <w:rPr>
          <w:rFonts w:ascii="Calibri" w:hAnsi="Calibri" w:cs="Calibri" w:eastAsia="宋体"/>
        </w:rPr>
        <w:t xml:space="preserve">4. </w:t>
      </w:r>
      <w:r>
        <w:rPr>
          <w:rFonts w:ascii="Calibri" w:hAnsi="Calibri" w:cs="Calibri" w:eastAsia="宋体"/>
        </w:rPr>
        <w:t>必须每周与医生预约复查一次，为期一个月，以保证手术的满意结果。</w:t>
      </w:r>
    </w:p>
    <w:p>
      <w:pPr>
        <w:pStyle w:val="Heading4"/>
      </w:pPr>
      <w:r>
        <w:rPr>
          <w:rFonts w:ascii="Calibri" w:hAnsi="Calibri" w:cs="Calibri" w:eastAsia="宋体"/>
        </w:rPr>
        <w:t>内容参考</w:t>
      </w:r>
    </w:p>
    <w:p>
      <w:pPr>
        <w:spacing w:before="20" w:after="40"/>
        <w:ind w:left="425" w:hanging="312"/>
      </w:pPr>
      <w:r>
        <w:rPr>
          <w:rFonts w:ascii="Calibri" w:hAnsi="Calibri" w:cs="Calibri" w:eastAsia="宋体"/>
        </w:rPr>
        <w:t xml:space="preserve">• </w:t>
      </w:r>
      <w:r>
        <w:rPr>
          <w:rFonts w:ascii="Calibri" w:hAnsi="Calibri" w:cs="Calibri" w:eastAsia="宋体"/>
        </w:rPr>
        <w:t>Gogo 变成猫猫了——SRS 日志</w:t>
      </w:r>
    </w:p>
    <w:p>
      <w:pPr>
        <w:spacing w:before="20" w:after="40"/>
        <w:ind w:left="425" w:hanging="312"/>
      </w:pPr>
      <w:r>
        <w:rPr>
          <w:rFonts w:ascii="Calibri" w:hAnsi="Calibri" w:cs="Calibri" w:eastAsia="宋体"/>
        </w:rPr>
        <w:t xml:space="preserve">• </w:t>
      </w:r>
      <w:r>
        <w:rPr>
          <w:rFonts w:ascii="Calibri" w:hAnsi="Calibri" w:cs="Calibri" w:eastAsia="宋体"/>
        </w:rPr>
        <w:t xml:space="preserve">一位姐妹的SRS日记 </w:t>
      </w:r>
      <w:r>
        <w:rPr>
          <w:rFonts w:ascii="Calibri" w:hAnsi="Calibri" w:cs="Calibri" w:eastAsia="宋体"/>
        </w:rPr>
        <w:t>https://t.me/kamolzerodepthexperience</w:t>
      </w:r>
    </w:p>
    <w:p>
      <w:pPr>
        <w:pStyle w:val="Heading3"/>
      </w:pPr>
      <w:r>
        <w:rPr>
          <w:rFonts w:ascii="Calibri" w:hAnsi="Calibri" w:cs="Calibri" w:eastAsia="微软雅黑"/>
        </w:rPr>
        <w:t>4.8.7  PAI (Burin, Sutin)</w:t>
      </w:r>
    </w:p>
    <w:p>
      <w:pPr>
        <w:spacing w:after="160"/>
      </w:pPr>
      <w:r>
        <w:rPr>
          <w:rFonts w:ascii="Calibri" w:hAnsi="Calibri" w:cs="Calibri" w:eastAsia="宋体"/>
          <w:color w:val="6B7280"/>
          <w:sz w:val="16"/>
        </w:rPr>
        <w:t>原文：https://mtf.wiki/zh-cn/docs/srs/thailand/preecha · 最近更新：2026年4月9日</w:t>
      </w:r>
    </w:p>
    <w:p>
      <w:pPr>
        <w:spacing w:after="100"/>
      </w:pPr>
      <w:r>
        <w:rPr>
          <w:rFonts w:ascii="Calibri" w:hAnsi="Calibri" w:cs="Calibri" w:eastAsia="宋体"/>
        </w:rPr>
        <w:t>诊所：</w:t>
      </w:r>
      <w:r>
        <w:rPr>
          <w:rFonts w:ascii="Calibri" w:hAnsi="Calibri" w:cs="Calibri" w:eastAsia="宋体"/>
        </w:rPr>
        <w:t>Preecha Aesthetic Institute</w:t>
      </w:r>
      <w:r>
        <w:rPr>
          <w:rFonts w:ascii="Calibri" w:hAnsi="Calibri" w:cs="Calibri" w:eastAsia="宋体"/>
        </w:rPr>
        <w:t xml:space="preserve"> </w:t>
      </w:r>
      <w:r>
        <w:rPr>
          <w:rFonts w:ascii="Calibri" w:hAnsi="Calibri" w:cs="Calibri" w:eastAsia="宋体"/>
        </w:rPr>
        <w:t>地图</w:t>
      </w:r>
    </w:p>
    <w:p>
      <w:pPr>
        <w:spacing w:after="100"/>
      </w:pPr>
      <w:r>
        <w:rPr>
          <w:rFonts w:ascii="Calibri" w:hAnsi="Calibri" w:cs="Calibri" w:eastAsia="宋体"/>
        </w:rPr>
        <w:t>邮箱与预约：</w:t>
      </w:r>
      <w:r>
        <w:rPr>
          <w:rFonts w:ascii="Calibri" w:hAnsi="Calibri" w:cs="Calibri" w:eastAsia="宋体"/>
        </w:rPr>
        <w:t>consult@pai.co.th</w:t>
      </w:r>
    </w:p>
    <w:p>
      <w:pPr>
        <w:spacing w:after="100"/>
      </w:pPr>
      <w:r>
        <w:rPr>
          <w:rFonts w:ascii="Calibri" w:hAnsi="Calibri" w:cs="Calibri" w:eastAsia="宋体"/>
        </w:rPr>
        <w:t>电话：</w:t>
      </w:r>
      <w:r>
        <w:rPr>
          <w:rFonts w:ascii="Calibri" w:hAnsi="Calibri" w:cs="Calibri" w:eastAsia="宋体"/>
        </w:rPr>
        <w:t>+662 715-0111</w:t>
      </w:r>
    </w:p>
    <w:p>
      <w:pPr>
        <w:pStyle w:val="Heading4"/>
      </w:pPr>
      <w:r>
        <w:rPr>
          <w:rFonts w:ascii="Calibri" w:hAnsi="Calibri" w:cs="Calibri" w:eastAsia="宋体"/>
        </w:rPr>
        <w:t>手术技术</w:t>
      </w:r>
    </w:p>
    <w:tbl>
      <w:tblPr>
        <w:tblStyle w:val="TableGrid"/>
        <w:tblW w:type="auto" w:w="0"/>
        <w:jc w:val="center"/>
        <w:tblLayout w:type="fixed"/>
        <w:tblLook w:firstColumn="1" w:firstRow="1" w:lastColumn="0" w:lastRow="0" w:noHBand="0" w:noVBand="1" w:val="04A0"/>
      </w:tblPr>
      <w:tblGrid>
        <w:gridCol w:w="2251"/>
        <w:gridCol w:w="1688"/>
        <w:gridCol w:w="1501"/>
        <w:gridCol w:w="1043"/>
        <w:gridCol w:w="2814"/>
      </w:tblGrid>
      <w:tr>
        <w:trPr>
          <w:tblHeader/>
        </w:trPr>
        <w:tc>
          <w:tcPr>
            <w:tcW w:type="dxa" w:w="2251"/>
            <w:shd w:val="clear" w:color="auto" w:fill="EDF1F7"/>
          </w:tcPr>
          <w:p>
            <w:pPr>
              <w:spacing w:before="40" w:after="40" w:line="276" w:lineRule="auto"/>
            </w:pPr>
            <w:r>
              <w:rPr>
                <w:b/>
                <w:sz w:val="18"/>
              </w:rPr>
            </w:r>
            <w:r>
              <w:rPr>
                <w:rFonts w:ascii="Calibri" w:hAnsi="Calibri" w:cs="Calibri" w:eastAsia="宋体"/>
                <w:b/>
                <w:sz w:val="18"/>
              </w:rPr>
              <w:t>技术</w:t>
            </w:r>
          </w:p>
        </w:tc>
        <w:tc>
          <w:tcPr>
            <w:tcW w:type="dxa" w:w="1688"/>
            <w:shd w:val="clear" w:color="auto" w:fill="EDF1F7"/>
          </w:tcPr>
          <w:p>
            <w:pPr>
              <w:spacing w:before="40" w:after="40" w:line="276" w:lineRule="auto"/>
            </w:pPr>
            <w:r>
              <w:rPr>
                <w:b/>
                <w:sz w:val="18"/>
              </w:rPr>
            </w:r>
            <w:r>
              <w:rPr>
                <w:rFonts w:ascii="Calibri" w:hAnsi="Calibri" w:cs="Calibri" w:eastAsia="宋体"/>
                <w:b/>
                <w:sz w:val="18"/>
              </w:rPr>
              <w:t>价格</w:t>
            </w:r>
          </w:p>
        </w:tc>
        <w:tc>
          <w:tcPr>
            <w:tcW w:type="dxa" w:w="1501"/>
            <w:shd w:val="clear" w:color="auto" w:fill="EDF1F7"/>
          </w:tcPr>
          <w:p>
            <w:pPr>
              <w:spacing w:before="40" w:after="40" w:line="276" w:lineRule="auto"/>
            </w:pPr>
            <w:r>
              <w:rPr>
                <w:b/>
                <w:sz w:val="18"/>
              </w:rPr>
            </w:r>
            <w:r>
              <w:rPr>
                <w:rFonts w:ascii="Calibri" w:hAnsi="Calibri" w:cs="Calibri" w:eastAsia="宋体"/>
                <w:b/>
                <w:sz w:val="18"/>
              </w:rPr>
              <w:t>勃起阴茎长度</w:t>
            </w:r>
          </w:p>
        </w:tc>
        <w:tc>
          <w:tcPr>
            <w:tcW w:type="dxa" w:w="1043"/>
            <w:shd w:val="clear" w:color="auto" w:fill="EDF1F7"/>
          </w:tcPr>
          <w:p>
            <w:pPr>
              <w:spacing w:before="40" w:after="40" w:line="276" w:lineRule="auto"/>
            </w:pPr>
            <w:r>
              <w:rPr>
                <w:b/>
                <w:sz w:val="18"/>
              </w:rPr>
            </w:r>
            <w:r>
              <w:rPr>
                <w:rFonts w:ascii="Calibri" w:hAnsi="Calibri" w:cs="Calibri" w:eastAsia="宋体"/>
                <w:b/>
                <w:sz w:val="18"/>
              </w:rPr>
              <w:t>要求</w:t>
            </w:r>
          </w:p>
        </w:tc>
        <w:tc>
          <w:tcPr>
            <w:tcW w:type="dxa" w:w="2814"/>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2251"/>
          </w:tcPr>
          <w:p>
            <w:pPr>
              <w:spacing w:before="40" w:after="40" w:line="276" w:lineRule="auto"/>
            </w:pPr>
            <w:r>
              <w:rPr>
                <w:sz w:val="18"/>
              </w:rPr>
            </w:r>
            <w:r>
              <w:rPr>
                <w:rFonts w:ascii="Calibri" w:hAnsi="Calibri" w:cs="Calibri" w:eastAsia="宋体"/>
                <w:sz w:val="18"/>
              </w:rPr>
              <w:t>阴茎皮肤翻转</w:t>
            </w:r>
          </w:p>
        </w:tc>
        <w:tc>
          <w:tcPr>
            <w:tcW w:type="dxa" w:w="1688"/>
          </w:tcPr>
          <w:p>
            <w:pPr>
              <w:spacing w:before="40" w:after="40" w:line="276" w:lineRule="auto"/>
            </w:pPr>
            <w:r>
              <w:rPr>
                <w:sz w:val="18"/>
              </w:rPr>
            </w:r>
            <w:r>
              <w:rPr>
                <w:rFonts w:ascii="Calibri" w:hAnsi="Calibri" w:cs="Calibri" w:eastAsia="宋体"/>
                <w:sz w:val="18"/>
              </w:rPr>
              <w:t>10300 USD</w:t>
            </w:r>
          </w:p>
        </w:tc>
        <w:tc>
          <w:tcPr>
            <w:tcW w:type="dxa" w:w="1501"/>
          </w:tcPr>
          <w:p>
            <w:pPr>
              <w:spacing w:before="40" w:after="40" w:line="276" w:lineRule="auto"/>
            </w:pPr>
            <w:r>
              <w:rPr>
                <w:sz w:val="18"/>
              </w:rPr>
            </w:r>
            <w:r>
              <w:rPr>
                <w:rFonts w:ascii="Calibri" w:hAnsi="Calibri" w:cs="Calibri" w:eastAsia="宋体"/>
                <w:sz w:val="18"/>
              </w:rPr>
              <w:t>&gt; 15 cm</w:t>
            </w:r>
          </w:p>
        </w:tc>
        <w:tc>
          <w:tcPr>
            <w:tcW w:type="dxa" w:w="1043"/>
          </w:tcPr>
          <w:p>
            <w:pPr>
              <w:spacing w:before="40" w:after="40" w:line="276" w:lineRule="auto"/>
            </w:pPr>
            <w:r>
              <w:rPr>
                <w:sz w:val="18"/>
              </w:rPr>
            </w:r>
          </w:p>
        </w:tc>
        <w:tc>
          <w:tcPr>
            <w:tcW w:type="dxa" w:w="2814"/>
          </w:tcPr>
          <w:p>
            <w:pPr>
              <w:spacing w:before="40" w:after="40" w:line="276" w:lineRule="auto"/>
            </w:pPr>
            <w:r>
              <w:rPr>
                <w:sz w:val="18"/>
              </w:rPr>
            </w:r>
            <w:r>
              <w:rPr>
                <w:rFonts w:ascii="Calibri" w:hAnsi="Calibri" w:cs="Calibri" w:eastAsia="宋体"/>
                <w:sz w:val="18"/>
              </w:rPr>
              <w:t>BMI &gt; 24.99 加收 10%；BMI &gt; 30 加收 15%</w:t>
            </w:r>
          </w:p>
        </w:tc>
      </w:tr>
      <w:tr>
        <w:tc>
          <w:tcPr>
            <w:tcW w:type="dxa" w:w="2251"/>
          </w:tcPr>
          <w:p>
            <w:pPr>
              <w:spacing w:before="40" w:after="40" w:line="276" w:lineRule="auto"/>
            </w:pPr>
            <w:r>
              <w:rPr>
                <w:sz w:val="18"/>
              </w:rPr>
            </w:r>
            <w:r>
              <w:rPr>
                <w:rFonts w:ascii="Calibri" w:hAnsi="Calibri" w:cs="Calibri" w:eastAsia="宋体"/>
                <w:sz w:val="18"/>
              </w:rPr>
              <w:t>阴茎皮肤翻转和阴囊皮肤移植</w:t>
            </w:r>
          </w:p>
        </w:tc>
        <w:tc>
          <w:tcPr>
            <w:tcW w:type="dxa" w:w="1688"/>
          </w:tcPr>
          <w:p>
            <w:pPr>
              <w:spacing w:before="40" w:after="40" w:line="276" w:lineRule="auto"/>
            </w:pPr>
            <w:r>
              <w:rPr>
                <w:sz w:val="18"/>
              </w:rPr>
            </w:r>
            <w:r>
              <w:rPr>
                <w:rFonts w:ascii="Calibri" w:hAnsi="Calibri" w:cs="Calibri" w:eastAsia="宋体"/>
                <w:sz w:val="18"/>
              </w:rPr>
              <w:t>10860 USD</w:t>
            </w:r>
          </w:p>
        </w:tc>
        <w:tc>
          <w:tcPr>
            <w:tcW w:type="dxa" w:w="1501"/>
          </w:tcPr>
          <w:p>
            <w:pPr>
              <w:spacing w:before="40" w:after="40" w:line="276" w:lineRule="auto"/>
            </w:pPr>
            <w:r>
              <w:rPr>
                <w:sz w:val="18"/>
              </w:rPr>
            </w:r>
            <w:r>
              <w:rPr>
                <w:rFonts w:ascii="Calibri" w:hAnsi="Calibri" w:cs="Calibri" w:eastAsia="宋体"/>
                <w:sz w:val="18"/>
              </w:rPr>
              <w:t>5~15 cm</w:t>
            </w:r>
          </w:p>
        </w:tc>
        <w:tc>
          <w:tcPr>
            <w:tcW w:type="dxa" w:w="1043"/>
          </w:tcPr>
          <w:p>
            <w:pPr>
              <w:spacing w:before="40" w:after="40" w:line="276" w:lineRule="auto"/>
            </w:pPr>
            <w:r>
              <w:rPr>
                <w:sz w:val="18"/>
              </w:rPr>
            </w:r>
          </w:p>
        </w:tc>
        <w:tc>
          <w:tcPr>
            <w:tcW w:type="dxa" w:w="2814"/>
          </w:tcPr>
          <w:p>
            <w:pPr>
              <w:spacing w:before="40" w:after="40" w:line="276" w:lineRule="auto"/>
            </w:pPr>
            <w:r>
              <w:rPr>
                <w:sz w:val="18"/>
              </w:rPr>
            </w:r>
            <w:r>
              <w:rPr>
                <w:rFonts w:ascii="Calibri" w:hAnsi="Calibri" w:cs="Calibri" w:eastAsia="宋体"/>
                <w:sz w:val="18"/>
              </w:rPr>
              <w:t>BMI &gt; 24.99 加收 10%；BMI &gt; 30 加收 15%</w:t>
            </w:r>
          </w:p>
        </w:tc>
      </w:tr>
      <w:tr>
        <w:tc>
          <w:tcPr>
            <w:tcW w:type="dxa" w:w="2251"/>
          </w:tcPr>
          <w:p>
            <w:pPr>
              <w:spacing w:before="40" w:after="40" w:line="276" w:lineRule="auto"/>
            </w:pPr>
            <w:r>
              <w:rPr>
                <w:sz w:val="18"/>
              </w:rPr>
            </w:r>
            <w:r>
              <w:rPr>
                <w:rFonts w:ascii="Calibri" w:hAnsi="Calibri" w:cs="Calibri" w:eastAsia="宋体"/>
                <w:sz w:val="18"/>
              </w:rPr>
              <w:t>乙状结肠</w:t>
            </w:r>
          </w:p>
        </w:tc>
        <w:tc>
          <w:tcPr>
            <w:tcW w:type="dxa" w:w="1688"/>
          </w:tcPr>
          <w:p>
            <w:pPr>
              <w:spacing w:before="40" w:after="40" w:line="276" w:lineRule="auto"/>
            </w:pPr>
            <w:r>
              <w:rPr>
                <w:sz w:val="18"/>
              </w:rPr>
            </w:r>
            <w:r>
              <w:rPr>
                <w:rFonts w:ascii="Calibri" w:hAnsi="Calibri" w:cs="Calibri" w:eastAsia="宋体"/>
                <w:sz w:val="18"/>
              </w:rPr>
              <w:t>18000 USD</w:t>
            </w:r>
          </w:p>
        </w:tc>
        <w:tc>
          <w:tcPr>
            <w:tcW w:type="dxa" w:w="1501"/>
          </w:tcPr>
          <w:p>
            <w:pPr>
              <w:spacing w:before="40" w:after="40" w:line="276" w:lineRule="auto"/>
            </w:pPr>
            <w:r>
              <w:rPr>
                <w:sz w:val="18"/>
              </w:rPr>
            </w:r>
            <w:r>
              <w:rPr>
                <w:rFonts w:ascii="Calibri" w:hAnsi="Calibri" w:cs="Calibri" w:eastAsia="宋体"/>
                <w:sz w:val="18"/>
              </w:rPr>
              <w:t>任何长度</w:t>
            </w:r>
          </w:p>
        </w:tc>
        <w:tc>
          <w:tcPr>
            <w:tcW w:type="dxa" w:w="1043"/>
          </w:tcPr>
          <w:p>
            <w:pPr>
              <w:spacing w:before="40" w:after="40" w:line="276" w:lineRule="auto"/>
            </w:pPr>
            <w:r>
              <w:rPr>
                <w:sz w:val="18"/>
              </w:rPr>
            </w:r>
            <w:r>
              <w:rPr>
                <w:rFonts w:ascii="Calibri" w:hAnsi="Calibri" w:cs="Calibri" w:eastAsia="宋体"/>
                <w:sz w:val="18"/>
              </w:rPr>
              <w:t>BMI &lt; 24.99，HIV 阴性</w:t>
            </w:r>
          </w:p>
        </w:tc>
        <w:tc>
          <w:tcPr>
            <w:tcW w:type="dxa" w:w="2814"/>
          </w:tcPr>
          <w:p>
            <w:pPr>
              <w:spacing w:before="40" w:after="40" w:line="276" w:lineRule="auto"/>
            </w:pPr>
            <w:r>
              <w:rPr>
                <w:sz w:val="18"/>
              </w:rPr>
            </w:r>
          </w:p>
        </w:tc>
      </w:tr>
      <w:tr>
        <w:tc>
          <w:tcPr>
            <w:tcW w:type="dxa" w:w="2251"/>
          </w:tcPr>
          <w:p>
            <w:pPr>
              <w:spacing w:before="40" w:after="40" w:line="276" w:lineRule="auto"/>
            </w:pPr>
            <w:r>
              <w:rPr>
                <w:sz w:val="18"/>
              </w:rPr>
            </w:r>
            <w:r>
              <w:rPr>
                <w:rFonts w:ascii="Calibri" w:hAnsi="Calibri" w:cs="Calibri" w:eastAsia="宋体"/>
                <w:sz w:val="18"/>
              </w:rPr>
              <w:t>乙状结肠（腹腔镜）</w:t>
            </w:r>
          </w:p>
        </w:tc>
        <w:tc>
          <w:tcPr>
            <w:tcW w:type="dxa" w:w="1688"/>
          </w:tcPr>
          <w:p>
            <w:pPr>
              <w:spacing w:before="40" w:after="40" w:line="276" w:lineRule="auto"/>
            </w:pPr>
            <w:r>
              <w:rPr>
                <w:sz w:val="18"/>
              </w:rPr>
            </w:r>
            <w:r>
              <w:rPr>
                <w:rFonts w:ascii="Calibri" w:hAnsi="Calibri" w:cs="Calibri" w:eastAsia="宋体"/>
                <w:sz w:val="18"/>
              </w:rPr>
              <w:t>22000 USD</w:t>
            </w:r>
          </w:p>
        </w:tc>
        <w:tc>
          <w:tcPr>
            <w:tcW w:type="dxa" w:w="1501"/>
          </w:tcPr>
          <w:p>
            <w:pPr>
              <w:spacing w:before="40" w:after="40" w:line="276" w:lineRule="auto"/>
            </w:pPr>
            <w:r>
              <w:rPr>
                <w:sz w:val="18"/>
              </w:rPr>
            </w:r>
            <w:r>
              <w:rPr>
                <w:rFonts w:ascii="Calibri" w:hAnsi="Calibri" w:cs="Calibri" w:eastAsia="宋体"/>
                <w:sz w:val="18"/>
              </w:rPr>
              <w:t>任何长度</w:t>
            </w:r>
          </w:p>
        </w:tc>
        <w:tc>
          <w:tcPr>
            <w:tcW w:type="dxa" w:w="1043"/>
          </w:tcPr>
          <w:p>
            <w:pPr>
              <w:spacing w:before="40" w:after="40" w:line="276" w:lineRule="auto"/>
            </w:pPr>
            <w:r>
              <w:rPr>
                <w:sz w:val="18"/>
              </w:rPr>
            </w:r>
            <w:r>
              <w:rPr>
                <w:rFonts w:ascii="Calibri" w:hAnsi="Calibri" w:cs="Calibri" w:eastAsia="宋体"/>
                <w:sz w:val="18"/>
              </w:rPr>
              <w:t>BMI &lt; 21</w:t>
            </w:r>
          </w:p>
        </w:tc>
        <w:tc>
          <w:tcPr>
            <w:tcW w:type="dxa" w:w="2814"/>
          </w:tcPr>
          <w:p>
            <w:pPr>
              <w:spacing w:before="40" w:after="40" w:line="276" w:lineRule="auto"/>
            </w:pPr>
            <w:r>
              <w:rPr>
                <w:sz w:val="18"/>
              </w:rPr>
            </w:r>
          </w:p>
        </w:tc>
      </w:tr>
      <w:tr>
        <w:tc>
          <w:tcPr>
            <w:tcW w:type="dxa" w:w="2251"/>
          </w:tcPr>
          <w:p>
            <w:pPr>
              <w:spacing w:before="40" w:after="40" w:line="276" w:lineRule="auto"/>
            </w:pPr>
            <w:r>
              <w:rPr>
                <w:sz w:val="18"/>
              </w:rPr>
            </w:r>
            <w:r>
              <w:rPr>
                <w:rFonts w:ascii="Calibri" w:hAnsi="Calibri" w:cs="Calibri" w:eastAsia="宋体"/>
                <w:sz w:val="18"/>
              </w:rPr>
              <w:t>喉结切除术</w:t>
            </w:r>
          </w:p>
        </w:tc>
        <w:tc>
          <w:tcPr>
            <w:tcW w:type="dxa" w:w="1688"/>
          </w:tcPr>
          <w:p>
            <w:pPr>
              <w:spacing w:before="40" w:after="40" w:line="276" w:lineRule="auto"/>
            </w:pPr>
            <w:r>
              <w:rPr>
                <w:sz w:val="18"/>
              </w:rPr>
            </w:r>
            <w:r>
              <w:rPr>
                <w:rFonts w:ascii="Calibri" w:hAnsi="Calibri" w:cs="Calibri" w:eastAsia="宋体"/>
                <w:sz w:val="18"/>
              </w:rPr>
              <w:t>3500 USD</w:t>
            </w:r>
          </w:p>
        </w:tc>
        <w:tc>
          <w:tcPr>
            <w:tcW w:type="dxa" w:w="1501"/>
          </w:tcPr>
          <w:p>
            <w:pPr>
              <w:spacing w:before="40" w:after="40" w:line="276" w:lineRule="auto"/>
            </w:pPr>
            <w:r>
              <w:rPr>
                <w:sz w:val="18"/>
              </w:rPr>
            </w:r>
          </w:p>
        </w:tc>
        <w:tc>
          <w:tcPr>
            <w:tcW w:type="dxa" w:w="1043"/>
          </w:tcPr>
          <w:p>
            <w:pPr>
              <w:spacing w:before="40" w:after="40" w:line="276" w:lineRule="auto"/>
            </w:pPr>
            <w:r>
              <w:rPr>
                <w:sz w:val="18"/>
              </w:rPr>
            </w:r>
          </w:p>
        </w:tc>
        <w:tc>
          <w:tcPr>
            <w:tcW w:type="dxa" w:w="2814"/>
          </w:tcPr>
          <w:p>
            <w:pPr>
              <w:spacing w:before="40" w:after="40" w:line="276" w:lineRule="auto"/>
            </w:pPr>
            <w:r>
              <w:rPr>
                <w:sz w:val="18"/>
              </w:rPr>
            </w:r>
            <w:r>
              <w:rPr>
                <w:rFonts w:ascii="Calibri" w:hAnsi="Calibri" w:cs="Calibri" w:eastAsia="宋体"/>
                <w:sz w:val="18"/>
              </w:rPr>
              <w:t>可与SRS一起进行</w:t>
            </w:r>
          </w:p>
        </w:tc>
      </w:tr>
    </w:tbl>
    <w:p>
      <w:pPr>
        <w:pStyle w:val="Heading4"/>
      </w:pPr>
      <w:r>
        <w:rPr>
          <w:rFonts w:ascii="Calibri" w:hAnsi="Calibri" w:cs="Calibri" w:eastAsia="宋体"/>
        </w:rPr>
        <w:t>医生</w:t>
      </w:r>
    </w:p>
    <w:p>
      <w:pPr>
        <w:pStyle w:val="Heading5"/>
      </w:pPr>
      <w:r>
        <w:rPr>
          <w:rFonts w:ascii="Calibri" w:hAnsi="Calibri" w:cs="Calibri" w:eastAsia="宋体"/>
        </w:rPr>
        <w:t>Burin Wangjiraniran（布林）</w:t>
      </w:r>
    </w:p>
    <w:p>
      <w:pPr>
        <w:spacing w:after="100"/>
      </w:pPr>
      <w:r>
        <w:rPr>
          <w:rFonts w:ascii="Calibri" w:hAnsi="Calibri" w:cs="Calibri" w:eastAsia="宋体"/>
        </w:rPr>
        <w:t>医生 Facebook：</w:t>
      </w:r>
      <w:r>
        <w:rPr>
          <w:rFonts w:ascii="Calibri" w:hAnsi="Calibri" w:cs="Calibri" w:eastAsia="宋体"/>
        </w:rPr>
        <w:t>Dr. Burin</w:t>
      </w:r>
    </w:p>
    <w:p>
      <w:pPr>
        <w:spacing w:after="100"/>
      </w:pPr>
      <w:r>
        <w:rPr>
          <w:rFonts w:ascii="Calibri" w:hAnsi="Calibri" w:cs="Calibri" w:eastAsia="宋体"/>
        </w:rPr>
        <w:t xml:space="preserve">Burin 目前所使用的手术技术为自主研发的 </w:t>
      </w:r>
      <w:r>
        <w:rPr>
          <w:rFonts w:ascii="Calibri" w:hAnsi="Calibri" w:cs="Calibri" w:eastAsia="宋体"/>
          <w:b/>
        </w:rPr>
        <w:t>Diamond technique</w:t>
      </w:r>
      <w:r>
        <w:rPr>
          <w:rFonts w:ascii="Calibri" w:hAnsi="Calibri" w:cs="Calibri" w:eastAsia="宋体"/>
        </w:rPr>
        <w:t>，此术式以其手术接口为命名。利用此技术创造了体积大的小阴唇，尽可能深地延伸到后侧小阴唇。外阴微微张开，看起来较自然。</w:t>
      </w:r>
    </w:p>
    <w:p>
      <w:pPr>
        <w:spacing w:after="100"/>
      </w:pPr>
      <w:r>
        <w:rPr>
          <w:rFonts w:ascii="Calibri" w:hAnsi="Calibri" w:cs="Calibri" w:eastAsia="宋体"/>
        </w:rPr>
        <w:t>术前请和医师充分沟通手术方案说明自己的需求，例如不希望深度超过 x 厘米。目前收到过姐妹术前提出希望零深度但术后发现阴道深度达到近 10 厘米，医师建议她术后护理需要通最小号模具的案例。</w:t>
      </w:r>
    </w:p>
    <w:p>
      <w:pPr>
        <w:pStyle w:val="Heading6"/>
      </w:pPr>
      <w:r>
        <w:rPr>
          <w:rFonts w:ascii="Calibri" w:hAnsi="Calibri" w:cs="Calibri" w:eastAsia="宋体"/>
        </w:rPr>
        <w:t>疤痕状况</w:t>
      </w:r>
    </w:p>
    <w:p>
      <w:pPr>
        <w:spacing w:after="100"/>
      </w:pPr>
      <w:r>
        <w:rPr>
          <w:rFonts w:ascii="Calibri" w:hAnsi="Calibri" w:cs="Calibri" w:eastAsia="宋体"/>
        </w:rPr>
        <w:t>第一个疤痕：耻骨上的垂直疤痕，长 2-3 厘米，隐藏在阴毛后面。 第二道伤疤：两侧长 3-4 厘米的 V 形伤疤。疤痕位于一段时间后将隐藏在自然皮肤折痕/褶皱中的区域。 如果因为睾丸切除、HRT 和其他因素导致没有足够的阴囊皮肤的患者，将会取用腹部皮肤以补充材料（额外收费）。</w:t>
      </w:r>
    </w:p>
    <w:p>
      <w:pPr>
        <w:pStyle w:val="Heading5"/>
      </w:pPr>
      <w:r>
        <w:rPr>
          <w:rFonts w:ascii="Calibri" w:hAnsi="Calibri" w:cs="Calibri" w:eastAsia="宋体"/>
        </w:rPr>
        <w:t>Preecha Tiewtranon</w:t>
      </w:r>
    </w:p>
    <w:p>
      <w:pPr>
        <w:spacing w:after="100"/>
      </w:pPr>
      <w:r>
        <w:rPr>
          <w:rFonts w:ascii="Calibri" w:hAnsi="Calibri" w:cs="Calibri" w:eastAsia="宋体"/>
          <w:b/>
        </w:rPr>
        <w:t>不再进行手术。</w:t>
      </w:r>
    </w:p>
    <w:p>
      <w:pPr>
        <w:pStyle w:val="Heading5"/>
      </w:pPr>
      <w:r>
        <w:rPr>
          <w:rFonts w:ascii="Calibri" w:hAnsi="Calibri" w:cs="Calibri" w:eastAsia="宋体"/>
        </w:rPr>
        <w:t>Sutin Khobunsongserm（苏廷）</w:t>
      </w:r>
    </w:p>
    <w:p>
      <w:pPr>
        <w:spacing w:after="100"/>
      </w:pPr>
      <w:r>
        <w:rPr>
          <w:rFonts w:ascii="Calibri" w:hAnsi="Calibri" w:cs="Calibri" w:eastAsia="宋体"/>
        </w:rPr>
        <w:t>类似于 Preecha</w:t>
      </w:r>
      <w:r>
        <w:rPr>
          <w:rFonts w:ascii="Calibri" w:hAnsi="Calibri" w:cs="Calibri" w:eastAsia="宋体"/>
          <w:vertAlign w:val="superscript"/>
        </w:rPr>
        <w:t>[缺乏被引用信息]</w:t>
      </w:r>
      <w:r>
        <w:rPr>
          <w:rFonts w:ascii="Calibri" w:hAnsi="Calibri" w:cs="Calibri" w:eastAsia="宋体"/>
        </w:rPr>
        <w:t>，较少接受亚洲人客户。</w:t>
      </w:r>
    </w:p>
    <w:p>
      <w:pPr>
        <w:pStyle w:val="Heading4"/>
      </w:pPr>
      <w:r>
        <w:rPr>
          <w:rFonts w:ascii="Calibri" w:hAnsi="Calibri" w:cs="Calibri" w:eastAsia="宋体"/>
        </w:rPr>
        <w:t>费用</w:t>
      </w:r>
    </w:p>
    <w:p>
      <w:pPr>
        <w:spacing w:after="100"/>
      </w:pPr>
      <w:r>
        <w:rPr>
          <w:rFonts w:ascii="Calibri" w:hAnsi="Calibri" w:cs="Calibri" w:eastAsia="宋体"/>
        </w:rPr>
        <w:t>主要手术费用列于上表，包括：</w:t>
      </w:r>
    </w:p>
    <w:p>
      <w:pPr>
        <w:spacing w:before="20" w:after="40"/>
        <w:ind w:left="425" w:hanging="312"/>
      </w:pPr>
      <w:r>
        <w:rPr>
          <w:rFonts w:ascii="Calibri" w:hAnsi="Calibri" w:cs="Calibri" w:eastAsia="宋体"/>
        </w:rPr>
        <w:t xml:space="preserve">1. </w:t>
      </w:r>
      <w:r>
        <w:rPr>
          <w:rFonts w:ascii="Calibri" w:hAnsi="Calibri" w:cs="Calibri" w:eastAsia="宋体"/>
        </w:rPr>
        <w:t xml:space="preserve">手术后在医院私人房间住宿 5 天；乙状结肠加项需住宿 6 天。不提供双人病房，但是可以在病房加床，一晚 </w:t>
      </w:r>
      <w:r>
        <w:rPr>
          <w:rFonts w:ascii="Calibri" w:hAnsi="Calibri" w:cs="Calibri" w:eastAsia="宋体"/>
        </w:rPr>
        <w:t>THB 300.00</w:t>
      </w:r>
      <w:r>
        <w:rPr>
          <w:rFonts w:ascii="Calibri" w:hAnsi="Calibri" w:cs="Calibri" w:eastAsia="宋体"/>
        </w:rPr>
        <w:t>，病房的沙发也可以睡觉。</w:t>
      </w:r>
      <w:r>
        <w:rPr>
          <w:rFonts w:ascii="Calibri" w:hAnsi="Calibri" w:cs="Calibri" w:eastAsia="宋体"/>
        </w:rPr>
        <w:t>（通常租借全科医院的手术室进行手术，术后住院也会在医院而不是 PAI 诊所中进行，一家常被 PAI 诊所租借的医院是 Phyathai 2）</w:t>
      </w:r>
    </w:p>
    <w:p>
      <w:pPr>
        <w:spacing w:before="20" w:after="40"/>
        <w:ind w:left="425" w:hanging="312"/>
      </w:pPr>
      <w:r>
        <w:rPr>
          <w:rFonts w:ascii="Calibri" w:hAnsi="Calibri" w:cs="Calibri" w:eastAsia="宋体"/>
        </w:rPr>
        <w:t xml:space="preserve">2. </w:t>
      </w:r>
      <w:r>
        <w:rPr>
          <w:rFonts w:ascii="Calibri" w:hAnsi="Calibri" w:cs="Calibri" w:eastAsia="宋体"/>
        </w:rPr>
        <w:t>手术室费用：手术室使用、恢复室、护工。</w:t>
      </w:r>
    </w:p>
    <w:p>
      <w:pPr>
        <w:spacing w:before="20" w:after="40"/>
        <w:ind w:left="425" w:hanging="312"/>
      </w:pPr>
      <w:r>
        <w:rPr>
          <w:rFonts w:ascii="Calibri" w:hAnsi="Calibri" w:cs="Calibri" w:eastAsia="宋体"/>
        </w:rPr>
        <w:t xml:space="preserve">3. </w:t>
      </w:r>
      <w:r>
        <w:rPr>
          <w:rFonts w:ascii="Calibri" w:hAnsi="Calibri" w:cs="Calibri" w:eastAsia="宋体"/>
        </w:rPr>
        <w:t>住院期间一日三餐（最后一天为早餐，中餐看出院时间如果在下午就有）。</w:t>
      </w:r>
    </w:p>
    <w:p>
      <w:pPr>
        <w:spacing w:before="20" w:after="40"/>
        <w:ind w:left="425" w:hanging="312"/>
      </w:pPr>
      <w:r>
        <w:rPr>
          <w:rFonts w:ascii="Calibri" w:hAnsi="Calibri" w:cs="Calibri" w:eastAsia="宋体"/>
        </w:rPr>
        <w:t xml:space="preserve">4. </w:t>
      </w:r>
      <w:r>
        <w:rPr>
          <w:rFonts w:ascii="Calibri" w:hAnsi="Calibri" w:cs="Calibri" w:eastAsia="宋体"/>
        </w:rPr>
        <w:t xml:space="preserve">实验室测试：血常规、尿常规、心电图、HIV 抗体、胸部 X 射线等程序所必需的（40 岁以上需要检查心内科。额外收费 </w:t>
      </w:r>
      <w:r>
        <w:rPr>
          <w:rFonts w:ascii="Calibri" w:hAnsi="Calibri" w:cs="Calibri" w:eastAsia="宋体"/>
        </w:rPr>
        <w:t>US$100.00</w:t>
      </w:r>
      <w:r>
        <w:rPr>
          <w:rFonts w:ascii="Calibri" w:hAnsi="Calibri" w:cs="Calibri" w:eastAsia="宋体"/>
        </w:rPr>
        <w:t>）。 *建议在国内提前检查以免空跑</w:t>
      </w:r>
    </w:p>
    <w:p>
      <w:pPr>
        <w:spacing w:before="20" w:after="40"/>
        <w:ind w:left="425" w:hanging="312"/>
      </w:pPr>
      <w:r>
        <w:rPr>
          <w:rFonts w:ascii="Calibri" w:hAnsi="Calibri" w:cs="Calibri" w:eastAsia="宋体"/>
        </w:rPr>
        <w:t xml:space="preserve">5. </w:t>
      </w:r>
      <w:r>
        <w:rPr>
          <w:rFonts w:ascii="Calibri" w:hAnsi="Calibri" w:cs="Calibri" w:eastAsia="宋体"/>
        </w:rPr>
        <w:t>医疗设备和医疗用品、全身麻醉、麻醉前药物、麻醉和医用气体（氧气、一氧化二氮）。</w:t>
      </w:r>
    </w:p>
    <w:p>
      <w:pPr>
        <w:spacing w:before="20" w:after="40"/>
        <w:ind w:left="425" w:hanging="312"/>
      </w:pPr>
      <w:r>
        <w:rPr>
          <w:rFonts w:ascii="Calibri" w:hAnsi="Calibri" w:cs="Calibri" w:eastAsia="宋体"/>
        </w:rPr>
        <w:t xml:space="preserve">6. </w:t>
      </w:r>
      <w:r>
        <w:rPr>
          <w:rFonts w:ascii="Calibri" w:hAnsi="Calibri" w:cs="Calibri" w:eastAsia="宋体"/>
        </w:rPr>
        <w:t>住院期间的护理和药品。</w:t>
      </w:r>
    </w:p>
    <w:p>
      <w:pPr>
        <w:spacing w:before="20" w:after="40"/>
        <w:ind w:left="425" w:hanging="312"/>
      </w:pPr>
      <w:r>
        <w:rPr>
          <w:rFonts w:ascii="Calibri" w:hAnsi="Calibri" w:cs="Calibri" w:eastAsia="宋体"/>
        </w:rPr>
        <w:t xml:space="preserve">7. </w:t>
      </w:r>
      <w:r>
        <w:rPr>
          <w:rFonts w:ascii="Calibri" w:hAnsi="Calibri" w:cs="Calibri" w:eastAsia="宋体"/>
        </w:rPr>
        <w:t>带回家的药物和用品，一包绑带卫生巾、护理垫、甜甜圈坐垫、抗生素粉、生理盐水、碘伏。</w:t>
      </w:r>
    </w:p>
    <w:p>
      <w:pPr>
        <w:spacing w:before="20" w:after="40"/>
        <w:ind w:left="425" w:hanging="312"/>
      </w:pPr>
      <w:r>
        <w:rPr>
          <w:rFonts w:ascii="Calibri" w:hAnsi="Calibri" w:cs="Calibri" w:eastAsia="宋体"/>
        </w:rPr>
        <w:t xml:space="preserve">8. </w:t>
      </w:r>
      <w:r>
        <w:rPr>
          <w:rFonts w:ascii="Calibri" w:hAnsi="Calibri" w:cs="Calibri" w:eastAsia="宋体"/>
        </w:rPr>
        <w:t>交通接送，接机送机、来回诊所及医院的接送。</w:t>
      </w:r>
    </w:p>
    <w:p>
      <w:pPr>
        <w:spacing w:after="100"/>
      </w:pPr>
      <w:r>
        <w:rPr>
          <w:rFonts w:ascii="Calibri" w:hAnsi="Calibri" w:cs="Calibri" w:eastAsia="宋体"/>
        </w:rPr>
        <w:t>术后第十五天复诊时，诊所会提供两个扩张器；可额外购买其他尺寸扩张器。不论型号：</w:t>
      </w:r>
    </w:p>
    <w:tbl>
      <w:tblPr>
        <w:tblStyle w:val="TableGrid"/>
        <w:tblW w:type="auto" w:w="0"/>
        <w:jc w:val="center"/>
        <w:tblLayout w:type="fixed"/>
        <w:tblLook w:firstColumn="1" w:firstRow="1" w:lastColumn="0" w:lastRow="0" w:noHBand="0" w:noVBand="1" w:val="04A0"/>
      </w:tblPr>
      <w:tblGrid>
        <w:gridCol w:w="7110"/>
        <w:gridCol w:w="2188"/>
      </w:tblGrid>
      <w:tr>
        <w:trPr>
          <w:tblHeader/>
        </w:trPr>
        <w:tc>
          <w:tcPr>
            <w:tcW w:type="dxa" w:w="7110"/>
            <w:shd w:val="clear" w:color="auto" w:fill="EDF1F7"/>
          </w:tcPr>
          <w:p>
            <w:pPr>
              <w:spacing w:before="40" w:after="40" w:line="276" w:lineRule="auto"/>
            </w:pPr>
            <w:r>
              <w:rPr>
                <w:b/>
                <w:sz w:val="18"/>
              </w:rPr>
            </w:r>
            <w:r>
              <w:rPr>
                <w:rFonts w:ascii="Calibri" w:hAnsi="Calibri" w:cs="Calibri" w:eastAsia="宋体"/>
                <w:b/>
                <w:sz w:val="18"/>
              </w:rPr>
              <w:t>尺寸</w:t>
            </w:r>
          </w:p>
        </w:tc>
        <w:tc>
          <w:tcPr>
            <w:tcW w:type="dxa" w:w="2188"/>
            <w:shd w:val="clear" w:color="auto" w:fill="EDF1F7"/>
          </w:tcPr>
          <w:p>
            <w:pPr>
              <w:spacing w:before="40" w:after="40" w:line="276" w:lineRule="auto"/>
            </w:pPr>
            <w:r>
              <w:rPr>
                <w:b/>
                <w:sz w:val="18"/>
              </w:rPr>
            </w:r>
            <w:r>
              <w:rPr>
                <w:rFonts w:ascii="Calibri" w:hAnsi="Calibri" w:cs="Calibri" w:eastAsia="宋体"/>
                <w:b/>
                <w:sz w:val="18"/>
              </w:rPr>
              <w:t>价格 (THB)</w:t>
            </w:r>
          </w:p>
        </w:tc>
      </w:tr>
      <w:tr>
        <w:tc>
          <w:tcPr>
            <w:tcW w:type="dxa" w:w="7110"/>
          </w:tcPr>
          <w:p>
            <w:pPr>
              <w:spacing w:before="40" w:after="40" w:line="276" w:lineRule="auto"/>
            </w:pPr>
            <w:r>
              <w:rPr>
                <w:sz w:val="18"/>
              </w:rPr>
            </w:r>
            <w:r>
              <w:rPr>
                <w:rFonts w:ascii="Calibri" w:hAnsi="Calibri" w:cs="Calibri" w:eastAsia="宋体"/>
                <w:sz w:val="18"/>
              </w:rPr>
              <w:t>22 mm</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24 mm</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26 mm (no. 1)</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28 mm (no. 1.5)</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30 mm (no. 2)</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32 mm (no. 2.5)</w:t>
            </w:r>
          </w:p>
        </w:tc>
        <w:tc>
          <w:tcPr>
            <w:tcW w:type="dxa" w:w="2188"/>
          </w:tcPr>
          <w:p>
            <w:pPr>
              <w:spacing w:before="40" w:after="40" w:line="276" w:lineRule="auto"/>
            </w:pPr>
            <w:r>
              <w:rPr>
                <w:sz w:val="18"/>
              </w:rPr>
            </w:r>
            <w:r>
              <w:rPr>
                <w:rFonts w:ascii="Calibri" w:hAnsi="Calibri" w:cs="Calibri" w:eastAsia="宋体"/>
                <w:sz w:val="18"/>
              </w:rPr>
              <w:t>1200</w:t>
            </w:r>
          </w:p>
        </w:tc>
      </w:tr>
      <w:tr>
        <w:tc>
          <w:tcPr>
            <w:tcW w:type="dxa" w:w="7110"/>
          </w:tcPr>
          <w:p>
            <w:pPr>
              <w:spacing w:before="40" w:after="40" w:line="276" w:lineRule="auto"/>
            </w:pPr>
            <w:r>
              <w:rPr>
                <w:sz w:val="18"/>
              </w:rPr>
            </w:r>
            <w:r>
              <w:rPr>
                <w:rFonts w:ascii="Calibri" w:hAnsi="Calibri" w:cs="Calibri" w:eastAsia="宋体"/>
                <w:sz w:val="18"/>
              </w:rPr>
              <w:t>34 mm (no. 3)</w:t>
            </w:r>
          </w:p>
        </w:tc>
        <w:tc>
          <w:tcPr>
            <w:tcW w:type="dxa" w:w="2188"/>
          </w:tcPr>
          <w:p>
            <w:pPr>
              <w:spacing w:before="40" w:after="40" w:line="276" w:lineRule="auto"/>
            </w:pPr>
            <w:r>
              <w:rPr>
                <w:sz w:val="18"/>
              </w:rPr>
            </w:r>
            <w:r>
              <w:rPr>
                <w:rFonts w:ascii="Calibri" w:hAnsi="Calibri" w:cs="Calibri" w:eastAsia="宋体"/>
                <w:sz w:val="18"/>
              </w:rPr>
              <w:t>1500</w:t>
            </w:r>
          </w:p>
        </w:tc>
      </w:tr>
    </w:tbl>
    <w:p>
      <w:pPr>
        <w:spacing w:before="20" w:after="40"/>
        <w:ind w:left="425" w:hanging="312"/>
      </w:pPr>
      <w:r>
        <w:rPr>
          <w:rFonts w:ascii="Calibri" w:hAnsi="Calibri" w:cs="Calibri" w:eastAsia="宋体"/>
        </w:rPr>
        <w:t xml:space="preserve">• </w:t>
      </w:r>
      <w:r>
        <w:rPr>
          <w:rFonts w:ascii="Calibri" w:hAnsi="Calibri" w:cs="Calibri" w:eastAsia="宋体"/>
        </w:rPr>
        <w:t xml:space="preserve">购买 3 个扩张器的价格为 </w:t>
      </w:r>
      <w:r>
        <w:rPr>
          <w:rFonts w:ascii="Calibri" w:hAnsi="Calibri" w:cs="Calibri" w:eastAsia="宋体"/>
        </w:rPr>
        <w:t>THB 3,500.00</w:t>
      </w:r>
    </w:p>
    <w:p>
      <w:pPr>
        <w:spacing w:before="20" w:after="40"/>
        <w:ind w:left="425" w:hanging="312"/>
      </w:pPr>
      <w:r>
        <w:rPr>
          <w:rFonts w:ascii="Calibri" w:hAnsi="Calibri" w:cs="Calibri" w:eastAsia="宋体"/>
        </w:rPr>
        <w:t xml:space="preserve">• </w:t>
      </w:r>
      <w:r>
        <w:rPr>
          <w:rFonts w:ascii="Calibri" w:hAnsi="Calibri" w:cs="Calibri" w:eastAsia="宋体"/>
        </w:rPr>
        <w:t xml:space="preserve">购买 4 个扩张器的价格为 </w:t>
      </w:r>
      <w:r>
        <w:rPr>
          <w:rFonts w:ascii="Calibri" w:hAnsi="Calibri" w:cs="Calibri" w:eastAsia="宋体"/>
        </w:rPr>
        <w:t>THB 4,500.00</w:t>
      </w:r>
    </w:p>
    <w:p>
      <w:pPr>
        <w:spacing w:before="20" w:after="40"/>
        <w:ind w:left="425" w:hanging="312"/>
      </w:pPr>
      <w:r>
        <w:rPr>
          <w:rFonts w:ascii="Calibri" w:hAnsi="Calibri" w:cs="Calibri" w:eastAsia="宋体"/>
        </w:rPr>
        <w:t xml:space="preserve">• </w:t>
      </w:r>
      <w:r>
        <w:rPr>
          <w:rFonts w:ascii="Calibri" w:hAnsi="Calibri" w:cs="Calibri" w:eastAsia="宋体"/>
        </w:rPr>
        <w:t xml:space="preserve">购买 5 个扩张器的价格为 </w:t>
      </w:r>
      <w:r>
        <w:rPr>
          <w:rFonts w:ascii="Calibri" w:hAnsi="Calibri" w:cs="Calibri" w:eastAsia="宋体"/>
        </w:rPr>
        <w:t>THB 5,500.00</w:t>
      </w:r>
    </w:p>
    <w:p>
      <w:pPr>
        <w:spacing w:after="100"/>
      </w:pPr>
      <w:r>
        <w:rPr>
          <w:rFonts w:ascii="Calibri" w:hAnsi="Calibri" w:cs="Calibri" w:eastAsia="宋体"/>
        </w:rPr>
        <w:t>如有纳入式性交的需求，建议至少购买到 30 mm (no. 2) 以上的模具，统计上大部分男性的阴茎直径大于 30mm.</w:t>
      </w:r>
    </w:p>
    <w:p>
      <w:pPr>
        <w:spacing w:after="100"/>
      </w:pPr>
      <w:r>
        <w:rPr>
          <w:rFonts w:ascii="Calibri" w:hAnsi="Calibri" w:cs="Calibri" w:eastAsia="宋体"/>
        </w:rPr>
        <w:t>麻醉类型：插管全身麻醉。</w:t>
      </w:r>
    </w:p>
    <w:p>
      <w:pPr>
        <w:spacing w:after="100"/>
      </w:pPr>
      <w:r>
        <w:rPr>
          <w:rFonts w:ascii="Calibri" w:hAnsi="Calibri" w:cs="Calibri" w:eastAsia="宋体"/>
        </w:rPr>
        <w:t>如果之前做过声带手术，需要咨询相关医生以了解全麻手术所推荐的氧气管大小（例如北京友谊医院的推荐是 6.5 mm 或 7.0 mm，建议可视喉镜或者纤维喉镜引导下插管），并且告知诊所，在 Phyathai 2 手术前护士也会再次确认氧气管大小。</w:t>
      </w:r>
    </w:p>
    <w:p>
      <w:pPr>
        <w:spacing w:after="100"/>
      </w:pPr>
      <w:r>
        <w:rPr>
          <w:rFonts w:ascii="Calibri" w:hAnsi="Calibri" w:cs="Calibri" w:eastAsia="宋体"/>
        </w:rPr>
        <w:t>入院前和出院后应该住在离</w:t>
      </w:r>
      <w:r>
        <w:rPr>
          <w:rFonts w:ascii="Calibri" w:hAnsi="Calibri" w:cs="Calibri" w:eastAsia="宋体"/>
          <w:b/>
        </w:rPr>
        <w:t>诊所</w:t>
      </w:r>
      <w:r>
        <w:rPr>
          <w:rFonts w:ascii="Calibri" w:hAnsi="Calibri" w:cs="Calibri" w:eastAsia="宋体"/>
        </w:rPr>
        <w:t>约一公里以内的酒店。超过一公里的话，诊所可能不提供接送，但可以自行打车并由诊所报销打车费用。</w:t>
      </w:r>
    </w:p>
    <w:p>
      <w:pPr>
        <w:spacing w:after="100"/>
      </w:pPr>
      <w:r>
        <w:rPr>
          <w:rFonts w:ascii="Calibri" w:hAnsi="Calibri" w:cs="Calibri" w:eastAsia="宋体"/>
        </w:rPr>
        <w:t>务必在诊所附近额外住宿 15 天以上（乙状结肠 18 天）以便紧急情况处理。</w:t>
      </w:r>
      <w:r>
        <w:rPr>
          <w:rFonts w:ascii="Calibri" w:hAnsi="Calibri" w:cs="Calibri" w:eastAsia="宋体"/>
          <w:b/>
        </w:rPr>
        <w:t>请务必预留足够的钱和时间，以备处理突发情况。</w:t>
      </w:r>
    </w:p>
    <w:p>
      <w:pPr>
        <w:spacing w:after="100"/>
      </w:pPr>
      <w:r>
        <w:rPr>
          <w:rFonts w:ascii="Calibri" w:hAnsi="Calibri" w:cs="Calibri" w:eastAsia="宋体"/>
        </w:rPr>
        <w:t>HIV 阳性需额外加收 50% 费用，CD4 必须超过 500 且病毒载量未检出。</w:t>
      </w:r>
    </w:p>
    <w:p>
      <w:pPr>
        <w:spacing w:after="100"/>
      </w:pPr>
      <w:r>
        <w:rPr>
          <w:rFonts w:ascii="Calibri" w:hAnsi="Calibri" w:cs="Calibri" w:eastAsia="宋体"/>
        </w:rPr>
        <w:t xml:space="preserve">精神科医生的价格是 </w:t>
      </w:r>
      <w:r>
        <w:rPr>
          <w:rFonts w:ascii="Calibri" w:hAnsi="Calibri" w:cs="Calibri" w:eastAsia="宋体"/>
        </w:rPr>
        <w:t>THB 3,850.00</w:t>
      </w:r>
      <w:r>
        <w:rPr>
          <w:rFonts w:ascii="Calibri" w:hAnsi="Calibri" w:cs="Calibri" w:eastAsia="宋体"/>
        </w:rPr>
        <w:t xml:space="preserve"> 一个人。</w:t>
      </w:r>
    </w:p>
    <w:p>
      <w:pPr>
        <w:spacing w:after="100"/>
      </w:pPr>
      <w:r>
        <w:rPr>
          <w:rFonts w:ascii="Calibri" w:hAnsi="Calibri" w:cs="Calibri" w:eastAsia="宋体"/>
        </w:rPr>
        <w:t>可以现金以美元、人民币、欧元、日元、港币、英镑、瑞士法郎、新加坡元、澳元支付。如果使用 Visa 或 Mastercard 信用卡，诊所将收取 3-5% 的国际交易费用。拒绝国际储蓄卡。接受国际汇款。</w:t>
      </w:r>
    </w:p>
    <w:p>
      <w:pPr>
        <w:pStyle w:val="Heading4"/>
      </w:pPr>
      <w:r>
        <w:rPr>
          <w:rFonts w:ascii="Calibri" w:hAnsi="Calibri" w:cs="Calibri" w:eastAsia="宋体"/>
        </w:rPr>
        <w:t>要求</w:t>
      </w:r>
    </w:p>
    <w:p>
      <w:pPr>
        <w:spacing w:before="20" w:after="40"/>
        <w:ind w:left="425" w:hanging="312"/>
      </w:pPr>
      <w:r>
        <w:rPr>
          <w:rFonts w:ascii="Calibri" w:hAnsi="Calibri" w:cs="Calibri" w:eastAsia="宋体"/>
        </w:rPr>
        <w:t xml:space="preserve">1. </w:t>
      </w:r>
      <w:r>
        <w:rPr>
          <w:rFonts w:ascii="Calibri" w:hAnsi="Calibri" w:cs="Calibri" w:eastAsia="宋体"/>
        </w:rPr>
        <w:t>手术前至少 2 周不服用阿司匹林。</w:t>
      </w:r>
    </w:p>
    <w:p>
      <w:pPr>
        <w:spacing w:before="20" w:after="40"/>
        <w:ind w:left="425" w:hanging="312"/>
      </w:pPr>
      <w:r>
        <w:rPr>
          <w:rFonts w:ascii="Calibri" w:hAnsi="Calibri" w:cs="Calibri" w:eastAsia="宋体"/>
        </w:rPr>
        <w:t xml:space="preserve">2. </w:t>
      </w:r>
      <w:r>
        <w:rPr>
          <w:rFonts w:ascii="Calibri" w:hAnsi="Calibri" w:cs="Calibri" w:eastAsia="宋体"/>
        </w:rPr>
        <w:t>手术前 1 天停用维生素 E 油。</w:t>
      </w:r>
    </w:p>
    <w:p>
      <w:pPr>
        <w:spacing w:before="20" w:after="40"/>
        <w:ind w:left="425" w:hanging="312"/>
      </w:pPr>
      <w:r>
        <w:rPr>
          <w:rFonts w:ascii="Calibri" w:hAnsi="Calibri" w:cs="Calibri" w:eastAsia="宋体"/>
        </w:rPr>
        <w:t xml:space="preserve">3. </w:t>
      </w:r>
      <w:r>
        <w:rPr>
          <w:rFonts w:ascii="Calibri" w:hAnsi="Calibri" w:cs="Calibri" w:eastAsia="宋体"/>
        </w:rPr>
        <w:t>术前术后戒烟。</w:t>
      </w:r>
    </w:p>
    <w:p>
      <w:pPr>
        <w:spacing w:before="20" w:after="40"/>
        <w:ind w:left="425" w:hanging="312"/>
      </w:pPr>
      <w:r>
        <w:rPr>
          <w:rFonts w:ascii="Calibri" w:hAnsi="Calibri" w:cs="Calibri" w:eastAsia="宋体"/>
        </w:rPr>
        <w:t xml:space="preserve">4. </w:t>
      </w:r>
      <w:r>
        <w:rPr>
          <w:rFonts w:ascii="Calibri" w:hAnsi="Calibri" w:cs="Calibri" w:eastAsia="宋体"/>
        </w:rPr>
        <w:t>2 周前停用激素（针剂提前 1 个月）。</w:t>
      </w:r>
    </w:p>
    <w:p>
      <w:pPr>
        <w:spacing w:before="20" w:after="40"/>
        <w:ind w:left="425" w:hanging="312"/>
      </w:pPr>
      <w:r>
        <w:rPr>
          <w:rFonts w:ascii="Calibri" w:hAnsi="Calibri" w:cs="Calibri" w:eastAsia="宋体"/>
        </w:rPr>
        <w:t xml:space="preserve">5. </w:t>
      </w:r>
      <w:r>
        <w:rPr>
          <w:rFonts w:ascii="Calibri" w:hAnsi="Calibri" w:cs="Calibri" w:eastAsia="宋体"/>
        </w:rPr>
        <w:t>严重医疗问题告知医生。</w:t>
      </w:r>
    </w:p>
    <w:p>
      <w:pPr>
        <w:pStyle w:val="Heading4"/>
      </w:pPr>
      <w:r>
        <w:rPr>
          <w:rFonts w:ascii="Calibri" w:hAnsi="Calibri" w:cs="Calibri" w:eastAsia="宋体"/>
        </w:rPr>
        <w:t>深度预期</w:t>
      </w:r>
    </w:p>
    <w:p>
      <w:pPr>
        <w:spacing w:after="100"/>
      </w:pPr>
      <w:r>
        <w:rPr>
          <w:rFonts w:ascii="Calibri" w:hAnsi="Calibri" w:cs="Calibri" w:eastAsia="宋体"/>
        </w:rPr>
        <w:t>影响初始深度的因素分为两方面：</w:t>
      </w:r>
    </w:p>
    <w:p>
      <w:pPr>
        <w:spacing w:before="20" w:after="40"/>
        <w:ind w:left="425" w:hanging="312"/>
      </w:pPr>
      <w:r>
        <w:rPr>
          <w:rFonts w:ascii="Calibri" w:hAnsi="Calibri" w:cs="Calibri" w:eastAsia="宋体"/>
        </w:rPr>
        <w:t xml:space="preserve">• </w:t>
      </w:r>
      <w:r>
        <w:rPr>
          <w:rFonts w:ascii="Calibri" w:hAnsi="Calibri" w:cs="Calibri" w:eastAsia="宋体"/>
        </w:rPr>
        <w:t>包皮与阴囊皮肤可用量（可用腹部皮肤移植补足）</w:t>
      </w:r>
    </w:p>
    <w:p>
      <w:pPr>
        <w:spacing w:before="20" w:after="40"/>
        <w:ind w:left="425" w:hanging="312"/>
      </w:pPr>
      <w:r>
        <w:rPr>
          <w:rFonts w:ascii="Calibri" w:hAnsi="Calibri" w:cs="Calibri" w:eastAsia="宋体"/>
        </w:rPr>
        <w:t xml:space="preserve">• </w:t>
      </w:r>
      <w:r>
        <w:rPr>
          <w:rFonts w:ascii="Calibri" w:hAnsi="Calibri" w:cs="Calibri" w:eastAsia="宋体"/>
        </w:rPr>
        <w:t>身高（腹腔可用深度） 深度将极大取决于个人状况。经验数据为，术后 14 天时深度可达 5 ~ 7 英寸（12cm ~ 17cm）。</w:t>
      </w:r>
    </w:p>
    <w:p>
      <w:pPr>
        <w:spacing w:after="100"/>
      </w:pPr>
      <w:r>
        <w:rPr>
          <w:rFonts w:ascii="Calibri" w:hAnsi="Calibri" w:cs="Calibri" w:eastAsia="宋体"/>
        </w:rPr>
        <w:t>以下为仅供参考的实际案例：</w:t>
      </w:r>
    </w:p>
    <w:p>
      <w:pPr>
        <w:spacing w:before="20" w:after="40"/>
        <w:ind w:left="425" w:hanging="312"/>
      </w:pPr>
      <w:r>
        <w:rPr>
          <w:rFonts w:ascii="Calibri" w:hAnsi="Calibri" w:cs="Calibri" w:eastAsia="宋体"/>
        </w:rPr>
        <w:t xml:space="preserve">• </w:t>
      </w:r>
      <w:r>
        <w:rPr>
          <w:rFonts w:ascii="Calibri" w:hAnsi="Calibri" w:cs="Calibri" w:eastAsia="宋体"/>
        </w:rPr>
        <w:t>身高 ~180cm，包皮长度 3cm，使用腹部皮肤补足长度，腹部疤痕长度为 27cm，7 天复诊时 1 号模具 7 英寸刻度可见。在第 14 天后改为一天使用一次模具，一个月时 1 号模具 5 英寸刻度可见。</w:t>
      </w:r>
    </w:p>
    <w:p>
      <w:pPr>
        <w:spacing w:before="20" w:after="40"/>
        <w:ind w:left="425" w:hanging="312"/>
      </w:pPr>
      <w:r>
        <w:rPr>
          <w:rFonts w:ascii="Calibri" w:hAnsi="Calibri" w:cs="Calibri" w:eastAsia="宋体"/>
        </w:rPr>
        <w:t xml:space="preserve">• </w:t>
      </w:r>
      <w:r>
        <w:rPr>
          <w:rFonts w:ascii="Calibri" w:hAnsi="Calibri" w:cs="Calibri" w:eastAsia="宋体"/>
        </w:rPr>
        <w:t>身高 ~185cm，包皮长度 13cm，不需要使用腹部皮肤。7 天复诊时 1 号模具 7 英寸刻度可见。</w:t>
      </w:r>
    </w:p>
    <w:p>
      <w:pPr>
        <w:pStyle w:val="Heading4"/>
      </w:pPr>
      <w:r>
        <w:rPr>
          <w:rFonts w:ascii="Calibri" w:hAnsi="Calibri" w:cs="Calibri" w:eastAsia="宋体"/>
        </w:rPr>
        <w:t>阴茎倒置的术式细节</w:t>
      </w:r>
    </w:p>
    <w:p>
      <w:pPr>
        <w:spacing w:before="20" w:after="40"/>
        <w:ind w:left="425" w:hanging="312"/>
      </w:pPr>
      <w:r>
        <w:rPr>
          <w:rFonts w:ascii="Calibri" w:hAnsi="Calibri" w:cs="Calibri" w:eastAsia="宋体"/>
        </w:rPr>
        <w:t xml:space="preserve">1. </w:t>
      </w:r>
      <w:r>
        <w:rPr>
          <w:rFonts w:ascii="Calibri" w:hAnsi="Calibri" w:cs="Calibri" w:eastAsia="宋体"/>
        </w:rPr>
        <w:t>在尿道、前列腺、膀胱和直肠之间创造阴道空间。</w:t>
      </w:r>
    </w:p>
    <w:p>
      <w:pPr>
        <w:spacing w:before="20" w:after="40"/>
        <w:ind w:left="425" w:hanging="312"/>
      </w:pPr>
      <w:r>
        <w:rPr>
          <w:rFonts w:ascii="Calibri" w:hAnsi="Calibri" w:cs="Calibri" w:eastAsia="宋体"/>
        </w:rPr>
        <w:t xml:space="preserve">2. </w:t>
      </w:r>
      <w:r>
        <w:rPr>
          <w:rFonts w:ascii="Calibri" w:hAnsi="Calibri" w:cs="Calibri" w:eastAsia="宋体"/>
        </w:rPr>
        <w:t>双侧睾丸切除术。</w:t>
      </w:r>
    </w:p>
    <w:p>
      <w:pPr>
        <w:spacing w:before="20" w:after="40"/>
        <w:ind w:left="425" w:hanging="312"/>
      </w:pPr>
      <w:r>
        <w:rPr>
          <w:rFonts w:ascii="Calibri" w:hAnsi="Calibri" w:cs="Calibri" w:eastAsia="宋体"/>
        </w:rPr>
        <w:t xml:space="preserve">3. </w:t>
      </w:r>
      <w:r>
        <w:rPr>
          <w:rFonts w:ascii="Calibri" w:hAnsi="Calibri" w:cs="Calibri" w:eastAsia="宋体"/>
        </w:rPr>
        <w:t>将包皮与阴茎分离。</w:t>
      </w:r>
    </w:p>
    <w:p>
      <w:pPr>
        <w:spacing w:before="20" w:after="40"/>
        <w:ind w:left="425" w:hanging="312"/>
      </w:pPr>
      <w:r>
        <w:rPr>
          <w:rFonts w:ascii="Calibri" w:hAnsi="Calibri" w:cs="Calibri" w:eastAsia="宋体"/>
        </w:rPr>
        <w:t xml:space="preserve">4. </w:t>
      </w:r>
      <w:r>
        <w:rPr>
          <w:rFonts w:ascii="Calibri" w:hAnsi="Calibri" w:cs="Calibri" w:eastAsia="宋体"/>
        </w:rPr>
        <w:t>尿道与阴茎分离。</w:t>
      </w:r>
    </w:p>
    <w:p>
      <w:pPr>
        <w:spacing w:before="20" w:after="40"/>
        <w:ind w:left="425" w:hanging="312"/>
      </w:pPr>
      <w:r>
        <w:rPr>
          <w:rFonts w:ascii="Calibri" w:hAnsi="Calibri" w:cs="Calibri" w:eastAsia="宋体"/>
        </w:rPr>
        <w:t xml:space="preserve">5. </w:t>
      </w:r>
      <w:r>
        <w:rPr>
          <w:rFonts w:ascii="Calibri" w:hAnsi="Calibri" w:cs="Calibri" w:eastAsia="宋体"/>
        </w:rPr>
        <w:t>分离龟头与 2 条背侧神经和血管。</w:t>
      </w:r>
    </w:p>
    <w:p>
      <w:pPr>
        <w:spacing w:before="20" w:after="40"/>
        <w:ind w:left="425" w:hanging="312"/>
      </w:pPr>
      <w:r>
        <w:rPr>
          <w:rFonts w:ascii="Calibri" w:hAnsi="Calibri" w:cs="Calibri" w:eastAsia="宋体"/>
        </w:rPr>
        <w:t xml:space="preserve">6. </w:t>
      </w:r>
      <w:r>
        <w:rPr>
          <w:rFonts w:ascii="Calibri" w:hAnsi="Calibri" w:cs="Calibri" w:eastAsia="宋体"/>
        </w:rPr>
        <w:t>阴茎皮肤倒置以排列阴道带或不带阴囊皮肤移植或乙状结肠移植的空腔。</w:t>
      </w:r>
    </w:p>
    <w:p>
      <w:pPr>
        <w:spacing w:before="20" w:after="40"/>
        <w:ind w:left="425" w:hanging="312"/>
      </w:pPr>
      <w:r>
        <w:rPr>
          <w:rFonts w:ascii="Calibri" w:hAnsi="Calibri" w:cs="Calibri" w:eastAsia="宋体"/>
        </w:rPr>
        <w:t xml:space="preserve">7. </w:t>
      </w:r>
      <w:r>
        <w:rPr>
          <w:rFonts w:ascii="Calibri" w:hAnsi="Calibri" w:cs="Calibri" w:eastAsia="宋体"/>
        </w:rPr>
        <w:t>阴蒂成形术（为了术后感觉）。</w:t>
      </w:r>
    </w:p>
    <w:p>
      <w:pPr>
        <w:spacing w:before="20" w:after="40"/>
        <w:ind w:left="425" w:hanging="312"/>
      </w:pPr>
      <w:r>
        <w:rPr>
          <w:rFonts w:ascii="Calibri" w:hAnsi="Calibri" w:cs="Calibri" w:eastAsia="宋体"/>
        </w:rPr>
        <w:t xml:space="preserve">8. </w:t>
      </w:r>
      <w:r>
        <w:rPr>
          <w:rFonts w:ascii="Calibri" w:hAnsi="Calibri" w:cs="Calibri" w:eastAsia="宋体"/>
        </w:rPr>
        <w:t>尿道成形术。</w:t>
      </w:r>
    </w:p>
    <w:p>
      <w:pPr>
        <w:spacing w:before="20" w:after="40"/>
        <w:ind w:left="425" w:hanging="312"/>
      </w:pPr>
      <w:r>
        <w:rPr>
          <w:rFonts w:ascii="Calibri" w:hAnsi="Calibri" w:cs="Calibri" w:eastAsia="宋体"/>
        </w:rPr>
        <w:t xml:space="preserve">9. </w:t>
      </w:r>
      <w:r>
        <w:rPr>
          <w:rFonts w:ascii="Calibri" w:hAnsi="Calibri" w:cs="Calibri" w:eastAsia="宋体"/>
        </w:rPr>
        <w:t>阴唇成形术。主要和次要龟头（阴茎头）的一部分，连同其神经和血管，被转化为阴蒂。</w:t>
      </w:r>
    </w:p>
    <w:p>
      <w:pPr>
        <w:spacing w:before="20" w:after="40"/>
        <w:ind w:left="425" w:hanging="312"/>
      </w:pPr>
      <w:r>
        <w:rPr>
          <w:rFonts w:ascii="Calibri" w:hAnsi="Calibri" w:cs="Calibri" w:eastAsia="宋体"/>
        </w:rPr>
        <w:t xml:space="preserve">10. </w:t>
      </w:r>
      <w:r>
        <w:rPr>
          <w:rFonts w:ascii="Calibri" w:hAnsi="Calibri" w:cs="Calibri" w:eastAsia="宋体"/>
          <w:b/>
        </w:rPr>
        <w:t>尿道周围多余的勃起组织将去除</w:t>
      </w:r>
      <w:r>
        <w:rPr>
          <w:rFonts w:ascii="Calibri" w:hAnsi="Calibri" w:cs="Calibri" w:eastAsia="宋体"/>
        </w:rPr>
        <w:t>，以避免在性唤起期间勃起组织充血引起的症状。</w:t>
      </w:r>
    </w:p>
    <w:p>
      <w:pPr>
        <w:spacing w:before="20" w:after="40"/>
        <w:ind w:left="425" w:hanging="312"/>
      </w:pPr>
      <w:r>
        <w:rPr>
          <w:rFonts w:ascii="Calibri" w:hAnsi="Calibri" w:cs="Calibri" w:eastAsia="宋体"/>
        </w:rPr>
        <w:t xml:space="preserve">11. </w:t>
      </w:r>
      <w:r>
        <w:rPr>
          <w:rFonts w:ascii="Calibri" w:hAnsi="Calibri" w:cs="Calibri" w:eastAsia="宋体"/>
        </w:rPr>
        <w:t>医生会在手术时刮掉部分区域皮肤的发根，以避免术后阴道内生长毛发。因此手术前进行生殖器位置脱毛不是必须的。</w:t>
      </w:r>
      <w:r>
        <w:rPr>
          <w:rFonts w:ascii="Calibri" w:hAnsi="Calibri" w:cs="Calibri" w:eastAsia="宋体"/>
          <w:vertAlign w:val="superscript"/>
        </w:rPr>
        <w:t>1</w:t>
      </w:r>
    </w:p>
    <w:p>
      <w:pPr>
        <w:pStyle w:val="Heading4"/>
      </w:pPr>
      <w:r>
        <w:rPr>
          <w:rFonts w:ascii="Calibri" w:hAnsi="Calibri" w:cs="Calibri" w:eastAsia="宋体"/>
        </w:rPr>
        <w:t>手术日程</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b/>
        </w:rPr>
        <w:t>本页面一切内容不构成医疗建议，切务谨遵医嘱。</w:t>
      </w:r>
      <w:r>
        <w:rPr>
          <w:rFonts w:ascii="Calibri" w:hAnsi="Calibri" w:cs="Calibri" w:eastAsia="宋体"/>
        </w:rPr>
        <w:t xml:space="preserve"> 文中内容仅为通常情况概述，医生将对此保留很大的自由度。</w:t>
      </w:r>
    </w:p>
    <w:p>
      <w:pPr>
        <w:spacing w:before="20" w:after="40"/>
        <w:ind w:left="425" w:hanging="312"/>
      </w:pPr>
      <w:r>
        <w:rPr>
          <w:rFonts w:ascii="Calibri" w:hAnsi="Calibri" w:cs="Calibri" w:eastAsia="宋体"/>
        </w:rPr>
        <w:t xml:space="preserve">1. </w:t>
      </w:r>
      <w:r>
        <w:rPr>
          <w:rFonts w:ascii="Calibri" w:hAnsi="Calibri" w:cs="Calibri" w:eastAsia="宋体"/>
        </w:rPr>
        <w:t>术前 2 周前停用激素（针剂提前 1 个月）。</w:t>
      </w:r>
    </w:p>
    <w:p>
      <w:pPr>
        <w:spacing w:before="20" w:after="40"/>
        <w:ind w:left="425" w:hanging="312"/>
      </w:pPr>
      <w:r>
        <w:rPr>
          <w:rFonts w:ascii="Calibri" w:hAnsi="Calibri" w:cs="Calibri" w:eastAsia="宋体"/>
        </w:rPr>
        <w:t xml:space="preserve">2. </w:t>
      </w:r>
      <w:r>
        <w:rPr>
          <w:rFonts w:ascii="Calibri" w:hAnsi="Calibri" w:cs="Calibri" w:eastAsia="宋体"/>
        </w:rPr>
        <w:t>术前两天左右：初诊，备皮。</w:t>
      </w:r>
    </w:p>
    <w:p>
      <w:pPr>
        <w:spacing w:before="20" w:after="40"/>
        <w:ind w:left="425" w:hanging="312"/>
      </w:pPr>
      <w:r>
        <w:rPr>
          <w:rFonts w:ascii="Calibri" w:hAnsi="Calibri" w:cs="Calibri" w:eastAsia="宋体"/>
        </w:rPr>
        <w:t xml:space="preserve">3. </w:t>
      </w:r>
      <w:r>
        <w:rPr>
          <w:rFonts w:ascii="Calibri" w:hAnsi="Calibri" w:cs="Calibri" w:eastAsia="宋体"/>
        </w:rPr>
        <w:t>术前一天午餐后 14:00 服用泻药，午夜后禁食但可以饮水。</w:t>
      </w:r>
    </w:p>
    <w:p>
      <w:pPr>
        <w:spacing w:before="20" w:after="40"/>
        <w:ind w:left="425" w:hanging="312"/>
      </w:pPr>
      <w:r>
        <w:rPr>
          <w:rFonts w:ascii="Calibri" w:hAnsi="Calibri" w:cs="Calibri" w:eastAsia="宋体"/>
        </w:rPr>
        <w:t xml:space="preserve">4. </w:t>
      </w:r>
      <w:r>
        <w:rPr>
          <w:rFonts w:ascii="Calibri" w:hAnsi="Calibri" w:cs="Calibri" w:eastAsia="宋体"/>
        </w:rPr>
        <w:t>手术当天 6:00 后不能有任何进食和饮水。当天一般早上由 PAI 的车接入院。入院后沐浴更衣打滞留针。13:30 左右进入手术室。术后不禁食，可正常用晚餐（不过这时候你可能吃不了太多东西或者吃完想吐）。</w:t>
      </w:r>
    </w:p>
    <w:p>
      <w:pPr>
        <w:spacing w:before="20" w:after="40"/>
        <w:ind w:left="425" w:hanging="312"/>
      </w:pPr>
      <w:r>
        <w:rPr>
          <w:rFonts w:ascii="Calibri" w:hAnsi="Calibri" w:cs="Calibri" w:eastAsia="宋体"/>
        </w:rPr>
        <w:t xml:space="preserve">5. </w:t>
      </w:r>
      <w:r>
        <w:rPr>
          <w:rFonts w:ascii="Calibri" w:hAnsi="Calibri" w:cs="Calibri" w:eastAsia="宋体"/>
        </w:rPr>
        <w:t>术后第二天：可以偶尔下床活动。</w:t>
      </w:r>
    </w:p>
    <w:p>
      <w:pPr>
        <w:spacing w:before="20" w:after="40"/>
        <w:ind w:left="425" w:hanging="312"/>
      </w:pPr>
      <w:r>
        <w:rPr>
          <w:rFonts w:ascii="Calibri" w:hAnsi="Calibri" w:cs="Calibri" w:eastAsia="宋体"/>
        </w:rPr>
        <w:t xml:space="preserve">6. </w:t>
      </w:r>
      <w:r>
        <w:rPr>
          <w:rFonts w:ascii="Calibri" w:hAnsi="Calibri" w:cs="Calibri" w:eastAsia="宋体"/>
        </w:rPr>
        <w:t>术后第四天：拆包。</w:t>
      </w:r>
    </w:p>
    <w:p>
      <w:pPr>
        <w:spacing w:before="20" w:after="40"/>
        <w:ind w:left="425" w:hanging="312"/>
      </w:pPr>
      <w:r>
        <w:rPr>
          <w:rFonts w:ascii="Calibri" w:hAnsi="Calibri" w:cs="Calibri" w:eastAsia="宋体"/>
        </w:rPr>
        <w:t xml:space="preserve">7. </w:t>
      </w:r>
      <w:r>
        <w:rPr>
          <w:rFonts w:ascii="Calibri" w:hAnsi="Calibri" w:cs="Calibri" w:eastAsia="宋体"/>
        </w:rPr>
        <w:t>术后第五天：出院回旅店。当天一般可以洗澡，具体以医嘱为准。</w:t>
      </w:r>
      <w:r>
        <w:rPr>
          <w:rFonts w:ascii="Calibri" w:hAnsi="Calibri" w:cs="Calibri" w:eastAsia="宋体"/>
        </w:rPr>
        <w:t>出院时记得确认自己的手术部位被正确包裹，如果没有请务必提醒护士，尽量不要自己处理。</w:t>
      </w:r>
    </w:p>
    <w:p>
      <w:pPr>
        <w:spacing w:before="20" w:after="40"/>
        <w:ind w:left="425" w:hanging="312"/>
      </w:pPr>
      <w:r>
        <w:rPr>
          <w:rFonts w:ascii="Calibri" w:hAnsi="Calibri" w:cs="Calibri" w:eastAsia="宋体"/>
        </w:rPr>
        <w:t xml:space="preserve">8. </w:t>
      </w:r>
      <w:r>
        <w:rPr>
          <w:rFonts w:ascii="Calibri" w:hAnsi="Calibri" w:cs="Calibri" w:eastAsia="宋体"/>
        </w:rPr>
        <w:t>术后第七天左右：复诊，尝试拔尿管。</w:t>
      </w:r>
    </w:p>
    <w:p>
      <w:pPr>
        <w:spacing w:before="20" w:after="40"/>
        <w:ind w:left="425" w:hanging="312"/>
      </w:pPr>
      <w:r>
        <w:rPr>
          <w:rFonts w:ascii="Calibri" w:hAnsi="Calibri" w:cs="Calibri" w:eastAsia="宋体"/>
        </w:rPr>
        <w:t xml:space="preserve">9. </w:t>
      </w:r>
      <w:r>
        <w:rPr>
          <w:rFonts w:ascii="Calibri" w:hAnsi="Calibri" w:cs="Calibri" w:eastAsia="宋体"/>
        </w:rPr>
        <w:t>术后第十五天左右：复诊，如果上次不成功再次尝试拔尿管。</w:t>
      </w:r>
    </w:p>
    <w:p>
      <w:pPr>
        <w:spacing w:after="100"/>
      </w:pPr>
      <w:r>
        <w:rPr>
          <w:rFonts w:ascii="Calibri" w:hAnsi="Calibri" w:cs="Calibri" w:eastAsia="宋体"/>
        </w:rPr>
        <w:t>Tips:</w:t>
      </w:r>
    </w:p>
    <w:p>
      <w:pPr>
        <w:spacing w:before="20" w:after="40"/>
        <w:ind w:left="425" w:hanging="312"/>
      </w:pPr>
      <w:r>
        <w:rPr>
          <w:rFonts w:ascii="Calibri" w:hAnsi="Calibri" w:cs="Calibri" w:eastAsia="宋体"/>
        </w:rPr>
        <w:t xml:space="preserve">• </w:t>
      </w:r>
      <w:r>
        <w:rPr>
          <w:rFonts w:ascii="Calibri" w:hAnsi="Calibri" w:cs="Calibri" w:eastAsia="宋体"/>
        </w:rPr>
        <w:t>住院期间每天会有提供伙食的工作人员问你晚上和明天早饭中饭想吃什么。病房的桌子上有菜单可以提前先看好。陪同的朋友也可以使用菜单点菜。</w:t>
      </w:r>
    </w:p>
    <w:p>
      <w:pPr>
        <w:spacing w:before="20" w:after="40"/>
        <w:ind w:left="425" w:hanging="312"/>
      </w:pPr>
      <w:r>
        <w:rPr>
          <w:rFonts w:ascii="Calibri" w:hAnsi="Calibri" w:cs="Calibri" w:eastAsia="宋体"/>
        </w:rPr>
        <w:t xml:space="preserve">• </w:t>
      </w:r>
      <w:r>
        <w:rPr>
          <w:rFonts w:ascii="Calibri" w:hAnsi="Calibri" w:cs="Calibri" w:eastAsia="宋体"/>
        </w:rPr>
        <w:t>如果感觉不需要注射止痛药了，可以让护士关闭。关闭后还是觉得不需要就可以拔滞留针了。</w:t>
      </w:r>
      <w:r>
        <w:rPr>
          <w:rFonts w:ascii="Calibri" w:hAnsi="Calibri" w:cs="Calibri" w:eastAsia="宋体"/>
          <w:b/>
        </w:rPr>
        <w:t>但是拔了滞留针如果有需要就只能口服止痛药。</w:t>
      </w:r>
    </w:p>
    <w:p>
      <w:pPr>
        <w:spacing w:before="20" w:after="40"/>
        <w:ind w:left="425" w:hanging="312"/>
      </w:pPr>
      <w:r>
        <w:rPr>
          <w:rFonts w:ascii="Calibri" w:hAnsi="Calibri" w:cs="Calibri" w:eastAsia="宋体"/>
        </w:rPr>
        <w:t xml:space="preserve">• </w:t>
      </w:r>
      <w:r>
        <w:rPr>
          <w:rFonts w:ascii="Calibri" w:hAnsi="Calibri" w:cs="Calibri" w:eastAsia="宋体"/>
        </w:rPr>
        <w:t>出院时有轮椅推你去停车场。</w:t>
      </w:r>
    </w:p>
    <w:p>
      <w:pPr>
        <w:spacing w:before="20" w:after="40"/>
        <w:ind w:left="425" w:hanging="312"/>
      </w:pPr>
      <w:r>
        <w:rPr>
          <w:rFonts w:ascii="Calibri" w:hAnsi="Calibri" w:cs="Calibri" w:eastAsia="宋体"/>
        </w:rPr>
        <w:t xml:space="preserve">• </w:t>
      </w:r>
      <w:r>
        <w:rPr>
          <w:rFonts w:ascii="Calibri" w:hAnsi="Calibri" w:cs="Calibri" w:eastAsia="宋体"/>
        </w:rPr>
        <w:t>复诊后会提供出院证明和介绍信，凭介绍信可以在机场获得航司的轮椅服务。</w:t>
      </w:r>
    </w:p>
    <w:p>
      <w:pPr>
        <w:spacing w:before="20" w:after="40"/>
        <w:ind w:left="425" w:hanging="312"/>
      </w:pPr>
      <w:r>
        <w:rPr>
          <w:rFonts w:ascii="Calibri" w:hAnsi="Calibri" w:cs="Calibri" w:eastAsia="宋体"/>
        </w:rPr>
        <w:t xml:space="preserve">• </w:t>
      </w:r>
      <w:r>
        <w:rPr>
          <w:rFonts w:ascii="Calibri" w:hAnsi="Calibri" w:cs="Calibri" w:eastAsia="宋体"/>
          <w:b/>
        </w:rPr>
        <w:t>术后请务必小心对待手术部位，乖乖躺好，不要长时间坐着，以免出现问题。</w:t>
      </w:r>
    </w:p>
    <w:p>
      <w:pPr>
        <w:pStyle w:val="Heading4"/>
      </w:pPr>
      <w:r>
        <w:rPr>
          <w:rFonts w:ascii="Calibri" w:hAnsi="Calibri" w:cs="Calibri" w:eastAsia="宋体"/>
        </w:rPr>
        <w:t>术后评价</w:t>
      </w:r>
    </w:p>
    <w:p>
      <w:pPr>
        <w:keepNext/>
        <w:spacing w:before="120" w:after="40"/>
        <w:pBdr>
          <w:bottom w:val="single" w:sz="6" w:space="1" w:color="D4D8DE"/>
        </w:pBdr>
      </w:pPr>
      <w:r>
        <w:rPr>
          <w:rFonts w:ascii="Calibri" w:hAnsi="Calibri" w:cs="Calibri" w:eastAsia="微软雅黑"/>
          <w:b/>
        </w:rPr>
        <w:t>▸ 点击展开</w:t>
      </w:r>
    </w:p>
    <w:p>
      <w:pPr>
        <w:spacing w:before="20" w:after="40"/>
        <w:ind w:left="425" w:hanging="312"/>
      </w:pPr>
      <w:r>
        <w:rPr>
          <w:rFonts w:ascii="Calibri" w:hAnsi="Calibri" w:cs="Calibri" w:eastAsia="宋体"/>
        </w:rPr>
        <w:t xml:space="preserve">• </w:t>
      </w:r>
      <w:r>
        <w:rPr>
          <w:rFonts w:ascii="Calibri" w:hAnsi="Calibri" w:cs="Calibri" w:eastAsia="宋体"/>
        </w:rPr>
        <w:t>2024 年 8 月</w:t>
      </w:r>
    </w:p>
    <w:p>
      <w:pPr>
        <w:spacing w:before="20" w:after="40"/>
        <w:ind w:left="425" w:hanging="312"/>
      </w:pPr>
      <w:r>
        <w:rPr>
          <w:rFonts w:ascii="Calibri" w:hAnsi="Calibri" w:cs="Calibri" w:eastAsia="宋体"/>
        </w:rPr>
        <w:t xml:space="preserve">• </w:t>
      </w:r>
      <w:r>
        <w:rPr>
          <w:rFonts w:ascii="Calibri" w:hAnsi="Calibri" w:cs="Calibri" w:eastAsia="宋体"/>
        </w:rPr>
        <w:t>2023 年 11 月（零深度）</w:t>
      </w:r>
    </w:p>
    <w:p>
      <w:pPr>
        <w:spacing w:before="20" w:after="40"/>
        <w:ind w:left="425" w:hanging="312"/>
      </w:pPr>
      <w:r>
        <w:rPr>
          <w:rFonts w:ascii="Calibri" w:hAnsi="Calibri" w:cs="Calibri" w:eastAsia="宋体"/>
        </w:rPr>
        <w:t xml:space="preserve">• </w:t>
      </w:r>
      <w:r>
        <w:rPr>
          <w:rFonts w:ascii="Calibri" w:hAnsi="Calibri" w:cs="Calibri" w:eastAsia="宋体"/>
        </w:rPr>
        <w:t>2023 年 6 月</w:t>
      </w:r>
    </w:p>
    <w:p>
      <w:pPr>
        <w:pStyle w:val="Heading4"/>
      </w:pPr>
      <w:r>
        <w:rPr>
          <w:rFonts w:ascii="Calibri" w:hAnsi="Calibri" w:cs="Calibri" w:eastAsia="宋体"/>
        </w:rPr>
        <w:t>另请参阅</w:t>
      </w:r>
    </w:p>
    <w:p>
      <w:pPr>
        <w:spacing w:before="20" w:after="40"/>
        <w:ind w:left="425" w:hanging="312"/>
      </w:pPr>
      <w:r>
        <w:rPr>
          <w:rFonts w:ascii="Calibri" w:hAnsi="Calibri" w:cs="Calibri" w:eastAsia="宋体"/>
        </w:rPr>
        <w:t xml:space="preserve">• </w:t>
      </w:r>
      <w:r>
        <w:rPr>
          <w:rFonts w:ascii="Calibri" w:hAnsi="Calibri" w:cs="Calibri" w:eastAsia="宋体"/>
        </w:rPr>
        <w:t>PAI Burin 手术 90 天后写下的手术常见问题 + 手术准备清单</w:t>
      </w:r>
    </w:p>
    <w:p>
      <w:pPr>
        <w:spacing w:before="20" w:after="40"/>
        <w:ind w:left="425" w:hanging="312"/>
      </w:pPr>
      <w:r>
        <w:rPr>
          <w:rFonts w:ascii="Calibri" w:hAnsi="Calibri" w:cs="Calibri" w:eastAsia="宋体"/>
        </w:rPr>
        <w:t xml:space="preserve">• </w:t>
      </w:r>
      <w:r>
        <w:rPr>
          <w:rFonts w:ascii="Calibri" w:hAnsi="Calibri" w:cs="Calibri" w:eastAsia="宋体"/>
        </w:rPr>
        <w:t>PAI SRS 手术物品准备清单参考</w:t>
      </w:r>
    </w:p>
    <w:p>
      <w:pPr>
        <w:spacing w:before="20" w:after="40"/>
        <w:ind w:left="425" w:hanging="312"/>
      </w:pPr>
      <w:r>
        <w:rPr>
          <w:rFonts w:ascii="Calibri" w:hAnsi="Calibri" w:cs="Calibri" w:eastAsia="宋体"/>
        </w:rPr>
        <w:t xml:space="preserve">• </w:t>
      </w:r>
      <w:r>
        <w:rPr>
          <w:rFonts w:ascii="Calibri" w:hAnsi="Calibri" w:cs="Calibri" w:eastAsia="宋体"/>
        </w:rPr>
        <w:t xml:space="preserve">一位姐妹的 SRS 记录（Burin） </w:t>
      </w:r>
      <w:r>
        <w:rPr>
          <w:rFonts w:ascii="Calibri" w:hAnsi="Calibri" w:cs="Calibri" w:eastAsia="宋体"/>
        </w:rPr>
        <w:t>https://t.me/Hana_SRSviaBurin</w:t>
      </w:r>
    </w:p>
    <w:p>
      <w:pPr>
        <w:spacing w:before="20" w:after="40"/>
        <w:ind w:left="425" w:hanging="312"/>
      </w:pPr>
      <w:r>
        <w:rPr>
          <w:rFonts w:ascii="Calibri" w:hAnsi="Calibri" w:cs="Calibri" w:eastAsia="宋体"/>
        </w:rPr>
        <w:t xml:space="preserve">• </w:t>
      </w:r>
      <w:r>
        <w:rPr>
          <w:rFonts w:ascii="Calibri" w:hAnsi="Calibri" w:cs="Calibri" w:eastAsia="宋体"/>
        </w:rPr>
        <w:t xml:space="preserve">凌莞的 SRS 记录 </w:t>
      </w:r>
      <w:r>
        <w:rPr>
          <w:rFonts w:ascii="Calibri" w:hAnsi="Calibri" w:cs="Calibri" w:eastAsia="宋体"/>
        </w:rPr>
        <w:t>https://t.me/+juHjVxNKsIhkYjll</w:t>
      </w:r>
    </w:p>
    <w:p>
      <w:pPr>
        <w:spacing w:before="20" w:after="40"/>
        <w:ind w:left="425" w:hanging="312"/>
      </w:pPr>
      <w:r>
        <w:rPr>
          <w:rFonts w:ascii="Calibri" w:hAnsi="Calibri" w:cs="Calibri" w:eastAsia="宋体"/>
        </w:rPr>
        <w:t xml:space="preserve">• </w:t>
      </w:r>
      <w:r>
        <w:rPr>
          <w:rFonts w:ascii="Calibri" w:hAnsi="Calibri" w:cs="Calibri" w:eastAsia="宋体"/>
        </w:rPr>
        <w:t xml:space="preserve">另一位姐妹的 SRS 记录（Burin） </w:t>
      </w:r>
      <w:r>
        <w:rPr>
          <w:rFonts w:ascii="Calibri" w:hAnsi="Calibri" w:cs="Calibri" w:eastAsia="宋体"/>
        </w:rPr>
        <w:t>https://t.me/+WLC7BVdzMNw5NmVl</w:t>
      </w:r>
    </w:p>
    <w:p>
      <w:pPr>
        <w:spacing w:before="20" w:after="40"/>
        <w:ind w:left="425" w:hanging="312"/>
      </w:pPr>
      <w:r>
        <w:rPr>
          <w:rFonts w:ascii="Calibri" w:hAnsi="Calibri" w:cs="Calibri" w:eastAsia="宋体"/>
        </w:rPr>
        <w:t xml:space="preserve">• </w:t>
      </w:r>
      <w:r>
        <w:rPr>
          <w:rFonts w:ascii="Calibri" w:hAnsi="Calibri" w:cs="Calibri" w:eastAsia="宋体"/>
        </w:rPr>
        <w:t xml:space="preserve">凛娴的SRS日记-PAI 布林 </w:t>
      </w:r>
      <w:r>
        <w:rPr>
          <w:rFonts w:ascii="Calibri" w:hAnsi="Calibri" w:cs="Calibri" w:eastAsia="宋体"/>
        </w:rPr>
        <w:t>https://t.me/SRS_RinChord</w:t>
      </w:r>
    </w:p>
    <w:p>
      <w:pPr>
        <w:spacing w:before="20" w:after="40"/>
        <w:ind w:left="425" w:hanging="312"/>
      </w:pPr>
      <w:r>
        <w:rPr>
          <w:rFonts w:ascii="Calibri" w:hAnsi="Calibri" w:cs="Calibri" w:eastAsia="宋体"/>
        </w:rPr>
        <w:t xml:space="preserve">• </w:t>
      </w:r>
      <w:r>
        <w:rPr>
          <w:rFonts w:ascii="Calibri" w:hAnsi="Calibri" w:cs="Calibri" w:eastAsia="宋体"/>
        </w:rPr>
        <w:t xml:space="preserve">于PAI的性别重置手术（SRS）流程 </w:t>
      </w:r>
      <w:r>
        <w:rPr>
          <w:rFonts w:ascii="Calibri" w:hAnsi="Calibri" w:cs="Calibri" w:eastAsia="宋体"/>
        </w:rPr>
        <w:t>https://zhuanlan.zhihu.com/p/733798080</w:t>
      </w:r>
    </w:p>
    <w:p>
      <w:pPr>
        <w:spacing w:before="20" w:after="40"/>
        <w:ind w:left="425" w:hanging="312"/>
      </w:pPr>
      <w:r>
        <w:rPr>
          <w:rFonts w:ascii="Calibri" w:hAnsi="Calibri" w:cs="Calibri" w:eastAsia="宋体"/>
        </w:rPr>
        <w:t xml:space="preserve">• </w:t>
      </w:r>
      <w:r>
        <w:rPr>
          <w:rFonts w:ascii="Calibri" w:hAnsi="Calibri" w:cs="Calibri" w:eastAsia="宋体"/>
        </w:rPr>
        <w:t xml:space="preserve">托比Todiher的泰国SRS日记 </w:t>
      </w:r>
      <w:r>
        <w:rPr>
          <w:rFonts w:ascii="Calibri" w:hAnsi="Calibri" w:cs="Calibri" w:eastAsia="宋体"/>
        </w:rPr>
        <w:t>https://www.xiaohongshu.com/board/671a5a49000000000e002417</w:t>
      </w:r>
    </w:p>
    <w:p>
      <w:pPr>
        <w:spacing w:before="20" w:after="40"/>
        <w:ind w:left="425" w:hanging="312"/>
      </w:pPr>
      <w:r>
        <w:rPr>
          <w:rFonts w:ascii="Calibri" w:hAnsi="Calibri" w:cs="Calibri" w:eastAsia="宋体"/>
        </w:rPr>
        <w:t xml:space="preserve">• </w:t>
      </w:r>
      <w:r>
        <w:rPr>
          <w:rFonts w:ascii="Calibri" w:hAnsi="Calibri" w:cs="Calibri" w:eastAsia="宋体"/>
        </w:rPr>
        <w:t xml:space="preserve">srs泰国-布林 </w:t>
      </w:r>
      <w:r>
        <w:rPr>
          <w:rFonts w:ascii="Calibri" w:hAnsi="Calibri" w:cs="Calibri" w:eastAsia="宋体"/>
        </w:rPr>
        <w:t>https://pizyj.notion.site/srs-1720fc25eba28059af1dd5e02973d2b1</w:t>
      </w:r>
    </w:p>
    <w:p>
      <w:pPr>
        <w:spacing w:before="20" w:after="40"/>
        <w:ind w:left="425" w:hanging="312"/>
      </w:pPr>
      <w:r>
        <w:rPr>
          <w:rFonts w:ascii="Calibri" w:hAnsi="Calibri" w:cs="Calibri" w:eastAsia="宋体"/>
        </w:rPr>
        <w:t xml:space="preserve">• </w:t>
      </w:r>
      <w:r>
        <w:rPr>
          <w:rFonts w:ascii="Calibri" w:hAnsi="Calibri" w:cs="Calibri" w:eastAsia="宋体"/>
        </w:rPr>
        <w:t xml:space="preserve">击剑带师🤺的SRS之旅 </w:t>
      </w:r>
      <w:r>
        <w:rPr>
          <w:rFonts w:ascii="Calibri" w:hAnsi="Calibri" w:cs="Calibri" w:eastAsia="宋体"/>
        </w:rPr>
        <w:t>https://t.me/Jtldmio</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https://pai.co.th/service/penile-skin-inversion-scrotal-skin-graft-male-to-female-trans-women/</w:t>
      </w:r>
      <w:r>
        <w:rPr>
          <w:rFonts w:ascii="Calibri" w:hAnsi="Calibri" w:cs="Calibri" w:eastAsia="宋体"/>
        </w:rPr>
        <w:t xml:space="preserve"> </w:t>
      </w:r>
    </w:p>
    <w:p>
      <w:pPr>
        <w:pStyle w:val="Heading3"/>
      </w:pPr>
      <w:r>
        <w:rPr>
          <w:rFonts w:ascii="Calibri" w:hAnsi="Calibri" w:cs="Calibri" w:eastAsia="微软雅黑"/>
        </w:rPr>
        <w:t>4.8.8  Saran 医生</w:t>
      </w:r>
    </w:p>
    <w:p>
      <w:pPr>
        <w:spacing w:after="160"/>
      </w:pPr>
      <w:r>
        <w:rPr>
          <w:rFonts w:ascii="Calibri" w:hAnsi="Calibri" w:cs="Calibri" w:eastAsia="宋体"/>
          <w:color w:val="6B7280"/>
          <w:sz w:val="16"/>
        </w:rPr>
        <w:t>原文：https://mtf.wiki/zh-cn/docs/srs/thailand/saran · 最近更新：2025年12月8日</w:t>
      </w:r>
    </w:p>
    <w:p>
      <w:pPr>
        <w:spacing w:after="100"/>
      </w:pPr>
      <w:r>
        <w:rPr>
          <w:rFonts w:ascii="Calibri" w:hAnsi="Calibri" w:cs="Calibri" w:eastAsia="宋体"/>
        </w:rPr>
        <w:t>医生姓名：Saran Wannachamras</w:t>
      </w:r>
    </w:p>
    <w:p>
      <w:pPr>
        <w:spacing w:after="100"/>
      </w:pPr>
      <w:r>
        <w:rPr>
          <w:rFonts w:ascii="Calibri" w:hAnsi="Calibri" w:cs="Calibri" w:eastAsia="宋体"/>
        </w:rPr>
        <w:t>所在医院：</w:t>
      </w:r>
      <w:r>
        <w:rPr>
          <w:rFonts w:ascii="Calibri" w:hAnsi="Calibri" w:cs="Calibri" w:eastAsia="宋体"/>
        </w:rPr>
        <w:t>Wansiri Hospital</w:t>
      </w:r>
    </w:p>
    <w:p>
      <w:pPr>
        <w:spacing w:after="100"/>
      </w:pPr>
      <w:r>
        <w:rPr>
          <w:rFonts w:ascii="Calibri" w:hAnsi="Calibri" w:cs="Calibri" w:eastAsia="宋体"/>
        </w:rPr>
        <w:t>官方网站：</w:t>
      </w:r>
      <w:r>
        <w:rPr>
          <w:rFonts w:ascii="Calibri" w:hAnsi="Calibri" w:cs="Calibri" w:eastAsia="宋体"/>
        </w:rPr>
        <w:t>https://www.wansirihospital.com/en/male-to-female/</w:t>
      </w:r>
    </w:p>
    <w:p>
      <w:pPr>
        <w:spacing w:after="100"/>
      </w:pPr>
      <w:r>
        <w:rPr>
          <w:rFonts w:ascii="Calibri" w:hAnsi="Calibri" w:cs="Calibri" w:eastAsia="宋体"/>
        </w:rPr>
        <w:t>邮箱：</w:t>
      </w:r>
      <w:r>
        <w:rPr>
          <w:rFonts w:ascii="Calibri" w:hAnsi="Calibri" w:cs="Calibri" w:eastAsia="宋体"/>
        </w:rPr>
        <w:t>info@wansirihospital.com</w:t>
      </w:r>
    </w:p>
    <w:p>
      <w:pPr>
        <w:pStyle w:val="Heading4"/>
      </w:pPr>
      <w:r>
        <w:rPr>
          <w:rFonts w:ascii="Calibri" w:hAnsi="Calibri" w:cs="Calibri" w:eastAsia="宋体"/>
        </w:rPr>
        <w:t>中介</w:t>
      </w:r>
    </w:p>
    <w:p>
      <w:pPr>
        <w:spacing w:before="20" w:after="40"/>
        <w:ind w:left="425" w:hanging="312"/>
      </w:pPr>
      <w:r>
        <w:rPr>
          <w:rFonts w:ascii="Calibri" w:hAnsi="Calibri" w:cs="Calibri" w:eastAsia="宋体"/>
        </w:rPr>
        <w:t xml:space="preserve">• </w:t>
      </w:r>
      <w:r>
        <w:rPr>
          <w:rFonts w:ascii="Calibri" w:hAnsi="Calibri" w:cs="Calibri" w:eastAsia="宋体"/>
        </w:rPr>
        <w:t>Estetica Thailandia (Charee)</w:t>
      </w:r>
    </w:p>
    <w:p>
      <w:pPr>
        <w:pStyle w:val="Heading4"/>
      </w:pPr>
      <w:r>
        <w:rPr>
          <w:rFonts w:ascii="Calibri" w:hAnsi="Calibri" w:cs="Calibri" w:eastAsia="宋体"/>
        </w:rPr>
        <w:t>手术价格</w:t>
      </w:r>
    </w:p>
    <w:tbl>
      <w:tblPr>
        <w:tblStyle w:val="TableGrid"/>
        <w:tblW w:type="auto" w:w="0"/>
        <w:jc w:val="center"/>
        <w:tblLayout w:type="fixed"/>
        <w:tblLook w:firstColumn="1" w:firstRow="1" w:lastColumn="0" w:lastRow="0" w:noHBand="0" w:noVBand="1" w:val="04A0"/>
      </w:tblPr>
      <w:tblGrid>
        <w:gridCol w:w="3381"/>
        <w:gridCol w:w="5917"/>
      </w:tblGrid>
      <w:tr>
        <w:trPr>
          <w:tblHeader/>
        </w:trPr>
        <w:tc>
          <w:tcPr>
            <w:tcW w:type="dxa" w:w="3381"/>
            <w:shd w:val="clear" w:color="auto" w:fill="EDF1F7"/>
          </w:tcPr>
          <w:p>
            <w:pPr>
              <w:spacing w:before="40" w:after="40" w:line="276" w:lineRule="auto"/>
            </w:pPr>
            <w:r>
              <w:rPr>
                <w:b/>
                <w:sz w:val="18"/>
              </w:rPr>
            </w:r>
            <w:r>
              <w:rPr>
                <w:rFonts w:ascii="Calibri" w:hAnsi="Calibri" w:cs="Calibri" w:eastAsia="宋体"/>
                <w:b/>
                <w:sz w:val="18"/>
              </w:rPr>
              <w:t>手术方式</w:t>
            </w:r>
          </w:p>
        </w:tc>
        <w:tc>
          <w:tcPr>
            <w:tcW w:type="dxa" w:w="5917"/>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3381"/>
          </w:tcPr>
          <w:p>
            <w:pPr>
              <w:spacing w:before="40" w:after="40" w:line="276" w:lineRule="auto"/>
            </w:pPr>
            <w:r>
              <w:rPr>
                <w:sz w:val="18"/>
              </w:rPr>
            </w:r>
            <w:r>
              <w:rPr>
                <w:rFonts w:ascii="Calibri" w:hAnsi="Calibri" w:cs="Calibri" w:eastAsia="宋体"/>
                <w:sz w:val="18"/>
              </w:rPr>
              <w:t>0 深度</w:t>
            </w:r>
          </w:p>
        </w:tc>
        <w:tc>
          <w:tcPr>
            <w:tcW w:type="dxa" w:w="5917"/>
          </w:tcPr>
          <w:p>
            <w:pPr>
              <w:spacing w:before="40" w:after="40" w:line="276" w:lineRule="auto"/>
            </w:pPr>
            <w:r>
              <w:rPr>
                <w:sz w:val="18"/>
              </w:rPr>
            </w:r>
            <w:r>
              <w:rPr>
                <w:rFonts w:ascii="Calibri" w:hAnsi="Calibri" w:cs="Calibri" w:eastAsia="宋体"/>
                <w:sz w:val="18"/>
              </w:rPr>
              <w:t>THB 320,000.00</w:t>
            </w:r>
          </w:p>
        </w:tc>
      </w:tr>
      <w:tr>
        <w:tc>
          <w:tcPr>
            <w:tcW w:type="dxa" w:w="3381"/>
          </w:tcPr>
          <w:p>
            <w:pPr>
              <w:spacing w:before="40" w:after="40" w:line="276" w:lineRule="auto"/>
            </w:pPr>
            <w:r>
              <w:rPr>
                <w:sz w:val="18"/>
              </w:rPr>
            </w:r>
            <w:r>
              <w:rPr>
                <w:rFonts w:ascii="Calibri" w:hAnsi="Calibri" w:cs="Calibri" w:eastAsia="宋体"/>
                <w:sz w:val="18"/>
              </w:rPr>
              <w:t>阴囊皮瓣</w:t>
            </w:r>
          </w:p>
        </w:tc>
        <w:tc>
          <w:tcPr>
            <w:tcW w:type="dxa" w:w="5917"/>
          </w:tcPr>
          <w:p>
            <w:pPr>
              <w:spacing w:before="40" w:after="40" w:line="276" w:lineRule="auto"/>
            </w:pPr>
            <w:r>
              <w:rPr>
                <w:sz w:val="18"/>
              </w:rPr>
            </w:r>
            <w:r>
              <w:rPr>
                <w:rFonts w:ascii="Calibri" w:hAnsi="Calibri" w:cs="Calibri" w:eastAsia="宋体"/>
                <w:sz w:val="18"/>
              </w:rPr>
              <w:t>THB 350,000.00</w:t>
            </w:r>
          </w:p>
        </w:tc>
      </w:tr>
      <w:tr>
        <w:tc>
          <w:tcPr>
            <w:tcW w:type="dxa" w:w="3381"/>
          </w:tcPr>
          <w:p>
            <w:pPr>
              <w:spacing w:before="40" w:after="40" w:line="276" w:lineRule="auto"/>
            </w:pPr>
            <w:r>
              <w:rPr>
                <w:sz w:val="18"/>
              </w:rPr>
            </w:r>
            <w:r>
              <w:rPr>
                <w:rFonts w:ascii="Calibri" w:hAnsi="Calibri" w:cs="Calibri" w:eastAsia="宋体"/>
                <w:sz w:val="18"/>
              </w:rPr>
              <w:t>乙状结肠</w:t>
            </w:r>
          </w:p>
        </w:tc>
        <w:tc>
          <w:tcPr>
            <w:tcW w:type="dxa" w:w="5917"/>
          </w:tcPr>
          <w:p>
            <w:pPr>
              <w:spacing w:before="40" w:after="40" w:line="276" w:lineRule="auto"/>
            </w:pPr>
            <w:r>
              <w:rPr>
                <w:sz w:val="18"/>
              </w:rPr>
            </w:r>
            <w:r>
              <w:rPr>
                <w:rFonts w:ascii="Calibri" w:hAnsi="Calibri" w:cs="Calibri" w:eastAsia="宋体"/>
                <w:sz w:val="18"/>
              </w:rPr>
              <w:t>THB 450,000.00</w:t>
            </w:r>
          </w:p>
        </w:tc>
      </w:tr>
      <w:tr>
        <w:tc>
          <w:tcPr>
            <w:tcW w:type="dxa" w:w="3381"/>
          </w:tcPr>
          <w:p>
            <w:pPr>
              <w:spacing w:before="40" w:after="40" w:line="276" w:lineRule="auto"/>
            </w:pPr>
            <w:r>
              <w:rPr>
                <w:sz w:val="18"/>
              </w:rPr>
            </w:r>
            <w:r>
              <w:rPr>
                <w:rFonts w:ascii="Calibri" w:hAnsi="Calibri" w:cs="Calibri" w:eastAsia="宋体"/>
                <w:sz w:val="18"/>
              </w:rPr>
              <w:t>乙状结肠（内视镜）</w:t>
            </w:r>
          </w:p>
        </w:tc>
        <w:tc>
          <w:tcPr>
            <w:tcW w:type="dxa" w:w="5917"/>
          </w:tcPr>
          <w:p>
            <w:pPr>
              <w:spacing w:before="40" w:after="40" w:line="276" w:lineRule="auto"/>
            </w:pPr>
            <w:r>
              <w:rPr>
                <w:sz w:val="18"/>
              </w:rPr>
            </w:r>
            <w:r>
              <w:rPr>
                <w:rFonts w:ascii="Calibri" w:hAnsi="Calibri" w:cs="Calibri" w:eastAsia="宋体"/>
                <w:sz w:val="18"/>
              </w:rPr>
              <w:t>THB 620,000.00</w:t>
            </w:r>
          </w:p>
        </w:tc>
      </w:tr>
    </w:tbl>
    <w:p>
      <w:pPr>
        <w:pStyle w:val="Heading4"/>
      </w:pPr>
      <w:r>
        <w:rPr>
          <w:rFonts w:ascii="Calibri" w:hAnsi="Calibri" w:cs="Calibri" w:eastAsia="宋体"/>
        </w:rPr>
        <w:t>手术细节</w:t>
      </w:r>
    </w:p>
    <w:p>
      <w:pPr>
        <w:pStyle w:val="Heading5"/>
      </w:pPr>
      <w:r>
        <w:rPr>
          <w:rFonts w:ascii="Calibri" w:hAnsi="Calibri" w:cs="Calibri" w:eastAsia="宋体"/>
        </w:rPr>
        <w:t>手术前</w:t>
      </w:r>
    </w:p>
    <w:p>
      <w:pPr>
        <w:spacing w:after="100"/>
      </w:pPr>
      <w:r>
        <w:rPr>
          <w:rFonts w:ascii="Calibri" w:hAnsi="Calibri" w:cs="Calibri" w:eastAsia="宋体"/>
        </w:rPr>
        <w:t>术前提前两天会有医院提供的泻药（药性不会太猛），手术前不要吃高纤维（例如：蔬菜水果）的食物，避免出现呕吐、腹痛等症状，手术前一天白天办理入院手续，进行清肠，并且手术是是在凌晨进行，术前大概12个小时断食，术前三个小时进水。</w:t>
      </w:r>
    </w:p>
    <w:p>
      <w:pPr>
        <w:pStyle w:val="Heading5"/>
      </w:pPr>
      <w:r>
        <w:rPr>
          <w:rFonts w:ascii="Calibri" w:hAnsi="Calibri" w:cs="Calibri" w:eastAsia="宋体"/>
        </w:rPr>
        <w:t>手术后</w:t>
      </w:r>
    </w:p>
    <w:p>
      <w:pPr>
        <w:spacing w:before="20" w:after="40"/>
        <w:ind w:left="425" w:hanging="312"/>
      </w:pPr>
      <w:r>
        <w:rPr>
          <w:rFonts w:ascii="Calibri" w:hAnsi="Calibri" w:cs="Calibri" w:eastAsia="宋体"/>
        </w:rPr>
        <w:t xml:space="preserve">• </w:t>
      </w:r>
      <w:r>
        <w:rPr>
          <w:rFonts w:ascii="Calibri" w:hAnsi="Calibri" w:cs="Calibri" w:eastAsia="宋体"/>
        </w:rPr>
        <w:t>Day1：第一天并不会感受到强烈的疼痛，医院提供吗啡作为止痛药，且克林霉素作为抗生素。</w:t>
      </w:r>
    </w:p>
    <w:p>
      <w:pPr>
        <w:spacing w:before="20" w:after="40"/>
        <w:ind w:left="425" w:hanging="312"/>
      </w:pPr>
      <w:r>
        <w:rPr>
          <w:rFonts w:ascii="Calibri" w:hAnsi="Calibri" w:cs="Calibri" w:eastAsia="宋体"/>
        </w:rPr>
        <w:t xml:space="preserve">• </w:t>
      </w:r>
      <w:r>
        <w:rPr>
          <w:rFonts w:ascii="Calibri" w:hAnsi="Calibri" w:cs="Calibri" w:eastAsia="宋体"/>
        </w:rPr>
        <w:t>Day2：没有变化，跟第一天一样。</w:t>
      </w:r>
    </w:p>
    <w:p>
      <w:pPr>
        <w:spacing w:before="20" w:after="40"/>
        <w:ind w:left="425" w:hanging="312"/>
      </w:pPr>
      <w:r>
        <w:rPr>
          <w:rFonts w:ascii="Calibri" w:hAnsi="Calibri" w:cs="Calibri" w:eastAsia="宋体"/>
        </w:rPr>
        <w:t xml:space="preserve">• </w:t>
      </w:r>
      <w:r>
        <w:rPr>
          <w:rFonts w:ascii="Calibri" w:hAnsi="Calibri" w:cs="Calibri" w:eastAsia="宋体"/>
        </w:rPr>
        <w:t>Day3：会建议下床活动（注意：千万不要剧烈运动或者是长时间站坐），可能会出现腹部胀气（因为使用了吗啡作为止痛药）。</w:t>
      </w:r>
    </w:p>
    <w:p>
      <w:pPr>
        <w:spacing w:before="20" w:after="40"/>
        <w:ind w:left="425" w:hanging="312"/>
      </w:pPr>
      <w:r>
        <w:rPr>
          <w:rFonts w:ascii="Calibri" w:hAnsi="Calibri" w:cs="Calibri" w:eastAsia="宋体"/>
        </w:rPr>
        <w:t xml:space="preserve">• </w:t>
      </w:r>
      <w:r>
        <w:rPr>
          <w:rFonts w:ascii="Calibri" w:hAnsi="Calibri" w:cs="Calibri" w:eastAsia="宋体"/>
        </w:rPr>
        <w:t>Day4：会有较为疼痛的感觉，医院可能会暂停使用吗啡，转为使用对乙酰基酚，如有强烈的疼痛，一定要第一时间叫护士和医生。</w:t>
      </w:r>
    </w:p>
    <w:p>
      <w:pPr>
        <w:spacing w:before="20" w:after="40"/>
        <w:ind w:left="425" w:hanging="312"/>
      </w:pPr>
      <w:r>
        <w:rPr>
          <w:rFonts w:ascii="Calibri" w:hAnsi="Calibri" w:cs="Calibri" w:eastAsia="宋体"/>
        </w:rPr>
        <w:t xml:space="preserve">• </w:t>
      </w:r>
      <w:r>
        <w:rPr>
          <w:rFonts w:ascii="Calibri" w:hAnsi="Calibri" w:cs="Calibri" w:eastAsia="宋体"/>
        </w:rPr>
        <w:t>Day5：可能会出现排便的情况（注意：请不要过度用力），可能会有头晕、甚至是晕倒的情况，建议呼叫护士搀扶。</w:t>
      </w:r>
    </w:p>
    <w:p>
      <w:pPr>
        <w:spacing w:before="20" w:after="40"/>
        <w:ind w:left="425" w:hanging="312"/>
      </w:pPr>
      <w:r>
        <w:rPr>
          <w:rFonts w:ascii="Calibri" w:hAnsi="Calibri" w:cs="Calibri" w:eastAsia="宋体"/>
        </w:rPr>
        <w:t xml:space="preserve">• </w:t>
      </w:r>
      <w:r>
        <w:rPr>
          <w:rFonts w:ascii="Calibri" w:hAnsi="Calibri" w:cs="Calibri" w:eastAsia="宋体"/>
        </w:rPr>
        <w:t>Day6：这个时候医生可能会来拆包和拔尿管和引流管，如果手术较晚，医生会建议多住院一天，如果没有排尿问题就可以出院了，然后就是前往酒店。</w:t>
      </w:r>
    </w:p>
    <w:p>
      <w:pPr>
        <w:spacing w:before="20" w:after="40"/>
        <w:ind w:left="425" w:hanging="312"/>
      </w:pPr>
      <w:r>
        <w:rPr>
          <w:rFonts w:ascii="Calibri" w:hAnsi="Calibri" w:cs="Calibri" w:eastAsia="宋体"/>
        </w:rPr>
        <w:t xml:space="preserve">• </w:t>
      </w:r>
      <w:r>
        <w:rPr>
          <w:rFonts w:ascii="Calibri" w:hAnsi="Calibri" w:cs="Calibri" w:eastAsia="宋体"/>
        </w:rPr>
        <w:t>术后护理：术后7天或8天左右，会拆全部不可吸收的线和部份可吸收的线，医生会进行阴道指检，并使用最小号模具指导通模，模具直径是2.1厘米，还会再给中号（2.6厘米）和大号模具（3.1厘米），之后的话会在回国之前最后一天进行最后一次复诊，可以要求拆除大部份可吸收的线，注意医院订的酒店是免费的（但只有8天），如果需要延长的话，需要增加1300泰铢（在这里建议延长几天退房这样可以有利于伤口恢复）。</w:t>
      </w:r>
    </w:p>
    <w:p>
      <w:pPr>
        <w:pStyle w:val="Heading3"/>
      </w:pPr>
      <w:r>
        <w:rPr>
          <w:rFonts w:ascii="Calibri" w:hAnsi="Calibri" w:cs="Calibri" w:eastAsia="微软雅黑"/>
        </w:rPr>
        <w:t>4.8.9  Suporn 诊所</w:t>
      </w:r>
    </w:p>
    <w:p>
      <w:pPr>
        <w:spacing w:after="160"/>
      </w:pPr>
      <w:r>
        <w:rPr>
          <w:rFonts w:ascii="Calibri" w:hAnsi="Calibri" w:cs="Calibri" w:eastAsia="宋体"/>
          <w:color w:val="6B7280"/>
          <w:sz w:val="16"/>
        </w:rPr>
        <w:t>原文：https://mtf.wiki/zh-cn/docs/srs/thailand/suporn · 最近更新：2024年3月10日</w:t>
      </w:r>
    </w:p>
    <w:p>
      <w:pPr>
        <w:spacing w:after="100"/>
      </w:pPr>
      <w:r>
        <w:rPr>
          <w:rFonts w:ascii="Calibri" w:hAnsi="Calibri" w:cs="Calibri" w:eastAsia="宋体"/>
        </w:rPr>
        <w:t>邮箱：</w:t>
      </w:r>
      <w:r>
        <w:rPr>
          <w:rFonts w:ascii="Calibri" w:hAnsi="Calibri" w:cs="Calibri" w:eastAsia="宋体"/>
        </w:rPr>
        <w:t>admin@supornclinic.com</w:t>
      </w:r>
      <w:r>
        <w:rPr>
          <w:rFonts w:ascii="Calibri" w:hAnsi="Calibri" w:cs="Calibri" w:eastAsia="宋体"/>
        </w:rPr>
        <w:t xml:space="preserve"> 仅接受英文</w:t>
      </w:r>
    </w:p>
    <w:p>
      <w:pPr>
        <w:spacing w:after="100"/>
      </w:pPr>
      <w:r>
        <w:rPr>
          <w:rFonts w:ascii="Calibri" w:hAnsi="Calibri" w:cs="Calibri" w:eastAsia="宋体"/>
        </w:rPr>
        <w:t>地址：</w:t>
      </w:r>
      <w:r>
        <w:rPr>
          <w:rFonts w:ascii="Calibri" w:hAnsi="Calibri" w:cs="Calibri" w:eastAsia="宋体"/>
        </w:rPr>
        <w:t>The Dr. Suporn Clinic</w:t>
      </w:r>
    </w:p>
    <w:p>
      <w:pPr>
        <w:spacing w:after="100"/>
      </w:pPr>
      <w:r>
        <w:rPr>
          <w:rFonts w:ascii="Calibri" w:hAnsi="Calibri" w:cs="Calibri" w:eastAsia="宋体"/>
        </w:rPr>
        <w:t>电话：</w:t>
      </w:r>
      <w:r>
        <w:rPr>
          <w:rFonts w:ascii="Calibri" w:hAnsi="Calibri" w:cs="Calibri" w:eastAsia="宋体"/>
        </w:rPr>
        <w:t>+66 38273360</w:t>
      </w:r>
    </w:p>
    <w:p>
      <w:pPr>
        <w:spacing w:after="100"/>
      </w:pPr>
      <w:r>
        <w:rPr>
          <w:rFonts w:ascii="Calibri" w:hAnsi="Calibri" w:cs="Calibri" w:eastAsia="宋体"/>
        </w:rPr>
        <w:t>手术排程：</w:t>
      </w:r>
      <w:r>
        <w:rPr>
          <w:rFonts w:ascii="Calibri" w:hAnsi="Calibri" w:cs="Calibri" w:eastAsia="宋体"/>
        </w:rPr>
        <w:t>https://supornclinic.com/calendar/</w:t>
      </w:r>
    </w:p>
    <w:p>
      <w:pPr>
        <w:pStyle w:val="Heading4"/>
      </w:pPr>
      <w:r>
        <w:rPr>
          <w:rFonts w:ascii="Calibri" w:hAnsi="Calibri" w:cs="Calibri" w:eastAsia="宋体"/>
        </w:rPr>
        <w:t>价格</w:t>
      </w:r>
    </w:p>
    <w:p>
      <w:pPr>
        <w:spacing w:after="100"/>
      </w:pPr>
      <w:r>
        <w:rPr>
          <w:rFonts w:ascii="Calibri" w:hAnsi="Calibri" w:cs="Calibri" w:eastAsia="宋体"/>
        </w:rPr>
        <w:t>约为 13 万人民币，常会变化。</w:t>
      </w:r>
    </w:p>
    <w:p>
      <w:pPr>
        <w:pStyle w:val="Heading4"/>
      </w:pPr>
      <w:r>
        <w:rPr>
          <w:rFonts w:ascii="Calibri" w:hAnsi="Calibri" w:cs="Calibri" w:eastAsia="宋体"/>
        </w:rPr>
        <w:t>翻译陪护</w:t>
      </w:r>
    </w:p>
    <w:p>
      <w:pPr>
        <w:spacing w:before="20" w:after="40"/>
        <w:ind w:left="425" w:hanging="312"/>
      </w:pPr>
      <w:r>
        <w:rPr>
          <w:rFonts w:ascii="Calibri" w:hAnsi="Calibri" w:cs="Calibri" w:eastAsia="宋体"/>
        </w:rPr>
        <w:t xml:space="preserve">• </w:t>
      </w:r>
      <w:r>
        <w:rPr>
          <w:rFonts w:ascii="Calibri" w:hAnsi="Calibri" w:cs="Calibri" w:eastAsia="宋体"/>
        </w:rPr>
        <w:t xml:space="preserve">Jessica </w:t>
      </w:r>
      <w:r>
        <w:rPr>
          <w:rFonts w:ascii="Calibri" w:hAnsi="Calibri" w:cs="Calibri" w:eastAsia="宋体"/>
        </w:rPr>
        <w:t xml:space="preserve"> 微信 JessicaLee9985</w:t>
      </w:r>
      <w:r>
        <w:rPr>
          <w:rFonts w:ascii="Calibri" w:hAnsi="Calibri" w:cs="Calibri" w:eastAsia="宋体"/>
        </w:rPr>
        <w:t>、</w:t>
      </w:r>
      <w:r>
        <w:rPr>
          <w:rFonts w:ascii="Calibri" w:hAnsi="Calibri" w:cs="Calibri" w:eastAsia="宋体"/>
        </w:rPr>
        <w:t xml:space="preserve"> Telegram jessicalee85</w:t>
      </w:r>
      <w:r>
        <w:rPr>
          <w:rFonts w:ascii="Calibri" w:hAnsi="Calibri" w:cs="Calibri" w:eastAsia="宋体"/>
        </w:rPr>
        <w:t>、</w:t>
      </w:r>
      <w:r>
        <w:rPr>
          <w:rFonts w:ascii="Calibri" w:hAnsi="Calibri" w:cs="Calibri" w:eastAsia="宋体"/>
        </w:rPr>
        <w:t xml:space="preserve"> LINE jessicalee74</w:t>
      </w:r>
    </w:p>
    <w:p>
      <w:pPr>
        <w:spacing w:after="100"/>
      </w:pPr>
      <w:r>
        <w:rPr>
          <w:rFonts w:ascii="Calibri" w:hAnsi="Calibri" w:cs="Calibri" w:eastAsia="宋体"/>
        </w:rPr>
        <w:t>自身为 MtF，对suporn可以陪护，但不负责联系。</w:t>
      </w:r>
    </w:p>
    <w:p>
      <w:pPr>
        <w:pStyle w:val="Heading4"/>
      </w:pPr>
      <w:r>
        <w:rPr>
          <w:rFonts w:ascii="Calibri" w:hAnsi="Calibri" w:cs="Calibri" w:eastAsia="宋体"/>
        </w:rPr>
        <w:t>医疗水平</w:t>
      </w:r>
    </w:p>
    <w:p>
      <w:pPr>
        <w:spacing w:after="100"/>
      </w:pPr>
      <w:r>
        <w:rPr>
          <w:rFonts w:ascii="Calibri" w:hAnsi="Calibri" w:cs="Calibri" w:eastAsia="宋体"/>
        </w:rPr>
        <w:t>Suporn 退休，目前基本是他徒弟 Bank 做。</w:t>
      </w:r>
    </w:p>
    <w:p>
      <w:pPr>
        <w:pStyle w:val="Heading5"/>
      </w:pPr>
      <w:r>
        <w:rPr>
          <w:rFonts w:ascii="Calibri" w:hAnsi="Calibri" w:cs="Calibri" w:eastAsia="宋体"/>
        </w:rPr>
        <w:t>手术特点</w:t>
      </w:r>
    </w:p>
    <w:p>
      <w:pPr>
        <w:spacing w:after="100"/>
      </w:pPr>
      <w:r>
        <w:rPr>
          <w:rFonts w:ascii="Calibri" w:hAnsi="Calibri" w:cs="Calibri" w:eastAsia="宋体"/>
        </w:rPr>
        <w:t>使用独特的非 PI 方法。具体而言，龟头的组织被全部保留，同时利用包皮作为阴蒂包皮和小阴唇内侧表明以获得最佳的敏感度：龟头一部分用于成形阴蒂，另一部分埋置在阴蒂脚的位置作为次级的敏感器官（所谓的Chonburi Organ），同时用一部分包皮成形阴蒂包皮和系带；阴道口下半部分使用会阴处皮瓣，上半部分使用外翻的尿道皮瓣，侧面使用阴茎/包皮/阴囊皮瓣；采集余下的阴囊/阴茎皮瓣和尿道黏膜缝合为管状作为阴道壁，包括毛囊在内的皮下组织被剥离以确保没有毛发；取侧面阴囊皮瓣作为大阴唇，其与小阴唇外侧的皮瓣交界处缝合到深层组织以确保二者分开。对于一般的手术对象，将余下的包皮（或阴茎皮瓣）缝合到尿道口上作为阴道前庭和小阴唇内侧的表面，阴茎皮瓣作为小阴唇外侧表面；而如果手术对象阴茎皮瓣材料不足，则使用阴囊皮瓣作为小阴唇外侧表面。在小阴唇内侧、阴道前庭和阴道内侧使用恰当的材料确保了其外壁都是与顺性别女性类似的粉色、无毛发的皮肤。</w:t>
      </w:r>
    </w:p>
    <w:p>
      <w:pPr>
        <w:pStyle w:val="Heading5"/>
      </w:pPr>
      <w:r>
        <w:rPr>
          <w:rFonts w:ascii="Calibri" w:hAnsi="Calibri" w:cs="Calibri" w:eastAsia="宋体"/>
        </w:rPr>
        <w:t>缺点</w:t>
      </w:r>
    </w:p>
    <w:p>
      <w:pPr>
        <w:spacing w:after="100"/>
      </w:pPr>
      <w:r>
        <w:rPr>
          <w:rFonts w:ascii="Calibri" w:hAnsi="Calibri" w:cs="Calibri" w:eastAsia="宋体"/>
        </w:rPr>
        <w:t xml:space="preserve">单次手术难以实现完美的效果，如自然的阴唇下联合和阴唇系带无法承受术后初期所需要的通模具频率，因此单次 SRS 不可能形成小阴唇自然地包裹住阴道口下方的外观，而只能以「Λ」状将阴道口两侧包裹。此外，阴道口下附近由于使用了会阴处皮瓣，可以出现毛发生长，需要提前或事后脱毛。此外，Suporn 的技术也会常出现一些其它问题，如阴唇坏死、阴蒂坏死甚至脱落、尿道口有过多勃起组织等。因此需要时可以要求初次手术时保留下更多的组织，一年到两年后免费进行二次手术。尽管如此，仍有可能出现难以恢复的并发症，而且敏感度的损失可能难以恢复。其阴道内壁的成形技术利用多块皮瓣缝合，本身就相对而言风险较高，可能出现严重的阴道萎缩、反复出血及渗液，甚至有 </w:t>
      </w:r>
      <w:r>
        <w:rPr>
          <w:rFonts w:ascii="Calibri" w:hAnsi="Calibri" w:cs="Calibri" w:eastAsia="宋体"/>
        </w:rPr>
        <w:t>阴道彻底萎缩的例子</w:t>
      </w:r>
      <w:r>
        <w:rPr>
          <w:rFonts w:ascii="Calibri" w:hAnsi="Calibri" w:cs="Calibri" w:eastAsia="宋体"/>
        </w:rPr>
        <w:t>。尤其是对于手术材料有限的人而言，手术很难得到理想的结果。</w:t>
      </w:r>
    </w:p>
    <w:p>
      <w:pPr>
        <w:spacing w:after="100"/>
      </w:pPr>
      <w:r>
        <w:rPr>
          <w:rFonts w:ascii="Calibri" w:hAnsi="Calibri" w:cs="Calibri" w:eastAsia="宋体"/>
        </w:rPr>
        <w:t>近年来，或与 Suporn 年龄临近退休有关，近两年来</w:t>
      </w:r>
      <w:r>
        <w:rPr>
          <w:rFonts w:ascii="Calibri" w:hAnsi="Calibri" w:cs="Calibri" w:eastAsia="宋体"/>
          <w:vertAlign w:val="superscript"/>
        </w:rPr>
        <w:t>1</w:t>
      </w:r>
      <w:r>
        <w:rPr>
          <w:rFonts w:ascii="Calibri" w:hAnsi="Calibri" w:cs="Calibri" w:eastAsia="宋体"/>
        </w:rPr>
        <w:t xml:space="preserve"> Suporn 的安全性记录似乎尤为不佳。此外，正因其技术的复杂性，通模具的要求相对较高：前数个月需要每日三次，每次超过 1 小时，而且会有相对剧烈的疼痛，否则阴道会显著萎缩；如果精神状况不佳，可能很难坚持下去。其恢复期也相对较长，在术后一至三个月内很难长期站、坐或行走。</w:t>
      </w:r>
    </w:p>
    <w:p>
      <w:pPr>
        <w:spacing w:after="100"/>
      </w:pPr>
      <w:r>
        <w:rPr>
          <w:rFonts w:ascii="Calibri" w:hAnsi="Calibri" w:cs="Calibri" w:eastAsia="宋体"/>
        </w:rPr>
        <w:t>总体来说，如果手术供体组织足够丰富，Suporn在外观和敏感度方面有机会达到最佳的手术效果，但缺点在于风险高、价格昂贵、并发症多、恢复期长，且很多时候可能离这样的最佳效果相去甚远。</w:t>
      </w:r>
    </w:p>
    <w:p>
      <w:pPr>
        <w:pStyle w:val="Heading5"/>
      </w:pPr>
      <w:r>
        <w:rPr>
          <w:rFonts w:ascii="Calibri" w:hAnsi="Calibri" w:cs="Calibri" w:eastAsia="宋体"/>
        </w:rPr>
        <w:t>术后模具的选择</w:t>
      </w:r>
    </w:p>
    <w:p>
      <w:pPr>
        <w:spacing w:after="100"/>
      </w:pPr>
      <w:r>
        <w:rPr>
          <w:rFonts w:ascii="Calibri" w:hAnsi="Calibri" w:cs="Calibri" w:eastAsia="宋体"/>
        </w:rPr>
        <w:t>Suporn 诊所提供可通入的宽度为 28、31、34mm，长度为 20cm 的印花玻璃棒模具（不再使用过去的镂刻玻璃棒）</w:t>
      </w:r>
    </w:p>
    <w:p>
      <w:pPr>
        <w:pStyle w:val="Heading4"/>
      </w:pPr>
      <w:r>
        <w:rPr>
          <w:rFonts w:ascii="Calibri" w:hAnsi="Calibri" w:cs="Calibri" w:eastAsia="宋体"/>
        </w:rPr>
        <w:t>相关资料</w:t>
      </w:r>
    </w:p>
    <w:p>
      <w:pPr>
        <w:spacing w:after="100"/>
      </w:pPr>
      <w:r>
        <w:rPr>
          <w:rFonts w:ascii="Calibri" w:hAnsi="Calibri" w:cs="Calibri" w:eastAsia="宋体"/>
        </w:rPr>
        <w:t>2019 Suporn Watanyusakul: Vaginoplasty Modifications to Improve Vulvar Aesthetics</w:t>
      </w:r>
    </w:p>
    <w:p>
      <w:pPr>
        <w:spacing w:after="100"/>
      </w:pPr>
      <w:r>
        <w:rPr>
          <w:rFonts w:ascii="Calibri" w:hAnsi="Calibri" w:cs="Calibri" w:eastAsia="宋体"/>
        </w:rPr>
        <w:t>若干 Suporn 手术对象写的 Handbook，包含大量有用信息</w:t>
      </w:r>
    </w:p>
    <w:p>
      <w:pPr>
        <w:spacing w:after="100"/>
      </w:pPr>
      <w:r>
        <w:rPr>
          <w:rFonts w:ascii="Calibri" w:hAnsi="Calibri" w:cs="Calibri" w:eastAsia="宋体"/>
        </w:rPr>
        <w:t>日本漫画家小西真冬也在 Suporn 诊所接受 SRS，并绘制了自传漫画《生下来的性别就搞错了》。</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本段写于 2020 年。 </w:t>
      </w:r>
    </w:p>
    <w:p>
      <w:pPr>
        <w:pStyle w:val="Heading3"/>
      </w:pPr>
      <w:r>
        <w:rPr>
          <w:rFonts w:ascii="Calibri" w:hAnsi="Calibri" w:cs="Calibri" w:eastAsia="微软雅黑"/>
        </w:rPr>
        <w:t>4.8.10  Thiti 医生</w:t>
      </w:r>
    </w:p>
    <w:p>
      <w:pPr>
        <w:spacing w:after="160"/>
      </w:pPr>
      <w:r>
        <w:rPr>
          <w:rFonts w:ascii="Calibri" w:hAnsi="Calibri" w:cs="Calibri" w:eastAsia="宋体"/>
          <w:color w:val="6B7280"/>
          <w:sz w:val="16"/>
        </w:rPr>
        <w:t>原文：https://mtf.wiki/zh-cn/docs/srs/thailand/thiti · 最近更新：2025年4月8日</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w:t>
      </w:r>
      <w:r>
        <w:rPr>
          <w:rFonts w:ascii="Calibri" w:hAnsi="Calibri" w:cs="Calibri" w:eastAsia="宋体"/>
          <w:strike/>
        </w:rPr>
        <w:t>终于</w:t>
      </w:r>
      <w:r>
        <w:rPr>
          <w:rFonts w:ascii="Calibri" w:hAnsi="Calibri" w:cs="Calibri" w:eastAsia="宋体"/>
          <w:strike/>
        </w:rPr>
        <w:t>MtF Wiki</w:t>
      </w:r>
      <w:r>
        <w:rPr>
          <w:rFonts w:ascii="Calibri" w:hAnsi="Calibri" w:cs="Calibri" w:eastAsia="宋体"/>
          <w:strike/>
        </w:rPr>
        <w:t>也到了足够让公式前来巡回的知名度了吗！？</w:t>
      </w:r>
    </w:p>
    <w:p>
      <w:pPr>
        <w:spacing w:after="100"/>
      </w:pPr>
      <w:r>
        <w:rPr>
          <w:rFonts w:ascii="Calibri" w:hAnsi="Calibri" w:cs="Calibri" w:eastAsia="宋体"/>
        </w:rPr>
        <w:t>医生：</w:t>
      </w:r>
      <w:r>
        <w:rPr>
          <w:rFonts w:ascii="Calibri" w:hAnsi="Calibri" w:cs="Calibri" w:eastAsia="宋体"/>
        </w:rPr>
        <w:t>Dr. Thiti Chaovanalikit</w:t>
      </w:r>
      <w:r>
        <w:rPr>
          <w:rFonts w:ascii="Calibri" w:hAnsi="Calibri" w:cs="Calibri" w:eastAsia="宋体"/>
        </w:rPr>
        <w:t>, 通过医生本人联系的手术会安排在与其合作的几个医院。</w:t>
      </w:r>
    </w:p>
    <w:p>
      <w:pPr>
        <w:spacing w:after="100"/>
      </w:pPr>
      <w:r>
        <w:rPr>
          <w:rFonts w:ascii="Calibri" w:hAnsi="Calibri" w:cs="Calibri" w:eastAsia="宋体"/>
        </w:rPr>
        <w:t>Bumrungrad International Hospital</w:t>
      </w:r>
      <w:r>
        <w:rPr>
          <w:rFonts w:ascii="Calibri" w:hAnsi="Calibri" w:cs="Calibri" w:eastAsia="宋体"/>
        </w:rPr>
        <w:t xml:space="preserve"> 有聘请 Thiti 医生坐诊，但是在该医院的手术费用会更高。</w:t>
      </w:r>
    </w:p>
    <w:p>
      <w:pPr>
        <w:pStyle w:val="Heading4"/>
      </w:pPr>
      <w:r>
        <w:rPr>
          <w:rFonts w:ascii="Calibri" w:hAnsi="Calibri" w:cs="Calibri" w:eastAsia="宋体"/>
        </w:rPr>
        <w:t>手术费用</w:t>
      </w:r>
    </w:p>
    <w:p>
      <w:pPr>
        <w:spacing w:after="100"/>
      </w:pPr>
      <w:r>
        <w:rPr>
          <w:rFonts w:ascii="Calibri" w:hAnsi="Calibri" w:cs="Calibri" w:eastAsia="宋体"/>
        </w:rPr>
        <w:t>本段落信息从医疗中介处获取，仅供参考。</w:t>
      </w:r>
    </w:p>
    <w:tbl>
      <w:tblPr>
        <w:tblStyle w:val="TableGrid"/>
        <w:tblW w:type="auto" w:w="0"/>
        <w:jc w:val="center"/>
        <w:tblLayout w:type="fixed"/>
        <w:tblLook w:firstColumn="1" w:firstRow="1" w:lastColumn="0" w:lastRow="0" w:noHBand="0" w:noVBand="1" w:val="04A0"/>
      </w:tblPr>
      <w:tblGrid>
        <w:gridCol w:w="5230"/>
        <w:gridCol w:w="4068"/>
      </w:tblGrid>
      <w:tr>
        <w:trPr>
          <w:tblHeader/>
        </w:trPr>
        <w:tc>
          <w:tcPr>
            <w:tcW w:type="dxa" w:w="5230"/>
            <w:shd w:val="clear" w:color="auto" w:fill="EDF1F7"/>
          </w:tcPr>
          <w:p>
            <w:pPr>
              <w:spacing w:before="40" w:after="40" w:line="276" w:lineRule="auto"/>
            </w:pPr>
            <w:r>
              <w:rPr>
                <w:b/>
                <w:sz w:val="18"/>
              </w:rPr>
            </w:r>
            <w:r>
              <w:rPr>
                <w:rFonts w:ascii="Calibri" w:hAnsi="Calibri" w:cs="Calibri" w:eastAsia="宋体"/>
                <w:b/>
                <w:sz w:val="18"/>
              </w:rPr>
              <w:t>手术方式</w:t>
            </w:r>
          </w:p>
        </w:tc>
        <w:tc>
          <w:tcPr>
            <w:tcW w:type="dxa" w:w="4068"/>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5230"/>
          </w:tcPr>
          <w:p>
            <w:pPr>
              <w:spacing w:before="40" w:after="40" w:line="276" w:lineRule="auto"/>
            </w:pPr>
            <w:r>
              <w:rPr>
                <w:sz w:val="18"/>
              </w:rPr>
            </w:r>
            <w:r>
              <w:rPr>
                <w:rFonts w:ascii="Calibri" w:hAnsi="Calibri" w:cs="Calibri" w:eastAsia="宋体"/>
                <w:sz w:val="18"/>
              </w:rPr>
              <w:t>皮瓣（非功能性阴道）</w:t>
            </w:r>
          </w:p>
        </w:tc>
        <w:tc>
          <w:tcPr>
            <w:tcW w:type="dxa" w:w="4068"/>
          </w:tcPr>
          <w:p>
            <w:pPr>
              <w:spacing w:before="40" w:after="40" w:line="276" w:lineRule="auto"/>
            </w:pPr>
            <w:r>
              <w:rPr>
                <w:sz w:val="18"/>
              </w:rPr>
            </w:r>
            <w:r>
              <w:rPr>
                <w:rFonts w:ascii="Calibri" w:hAnsi="Calibri" w:cs="Calibri" w:eastAsia="宋体"/>
                <w:sz w:val="18"/>
              </w:rPr>
              <w:t>THB 280,000.00</w:t>
            </w:r>
          </w:p>
        </w:tc>
      </w:tr>
      <w:tr>
        <w:tc>
          <w:tcPr>
            <w:tcW w:type="dxa" w:w="5230"/>
          </w:tcPr>
          <w:p>
            <w:pPr>
              <w:spacing w:before="40" w:after="40" w:line="276" w:lineRule="auto"/>
            </w:pPr>
            <w:r>
              <w:rPr>
                <w:sz w:val="18"/>
              </w:rPr>
            </w:r>
            <w:r>
              <w:rPr>
                <w:rFonts w:ascii="Calibri" w:hAnsi="Calibri" w:cs="Calibri" w:eastAsia="宋体"/>
                <w:sz w:val="18"/>
              </w:rPr>
              <w:t>皮瓣（功能性阴道）</w:t>
            </w:r>
          </w:p>
        </w:tc>
        <w:tc>
          <w:tcPr>
            <w:tcW w:type="dxa" w:w="4068"/>
          </w:tcPr>
          <w:p>
            <w:pPr>
              <w:spacing w:before="40" w:after="40" w:line="276" w:lineRule="auto"/>
            </w:pPr>
            <w:r>
              <w:rPr>
                <w:sz w:val="18"/>
              </w:rPr>
            </w:r>
            <w:r>
              <w:rPr>
                <w:rFonts w:ascii="Calibri" w:hAnsi="Calibri" w:cs="Calibri" w:eastAsia="宋体"/>
                <w:sz w:val="18"/>
              </w:rPr>
              <w:t>THB 290,000.00</w:t>
            </w:r>
          </w:p>
        </w:tc>
      </w:tr>
      <w:tr>
        <w:tc>
          <w:tcPr>
            <w:tcW w:type="dxa" w:w="5230"/>
          </w:tcPr>
          <w:p>
            <w:pPr>
              <w:spacing w:before="40" w:after="40" w:line="276" w:lineRule="auto"/>
            </w:pPr>
            <w:r>
              <w:rPr>
                <w:sz w:val="18"/>
              </w:rPr>
            </w:r>
            <w:r>
              <w:rPr>
                <w:rFonts w:ascii="Calibri" w:hAnsi="Calibri" w:cs="Calibri" w:eastAsia="宋体"/>
                <w:sz w:val="18"/>
              </w:rPr>
              <w:t>结肠（传统技术）</w:t>
            </w:r>
          </w:p>
        </w:tc>
        <w:tc>
          <w:tcPr>
            <w:tcW w:type="dxa" w:w="4068"/>
          </w:tcPr>
          <w:p>
            <w:pPr>
              <w:spacing w:before="40" w:after="40" w:line="276" w:lineRule="auto"/>
            </w:pPr>
            <w:r>
              <w:rPr>
                <w:sz w:val="18"/>
              </w:rPr>
            </w:r>
            <w:r>
              <w:rPr>
                <w:rFonts w:ascii="Calibri" w:hAnsi="Calibri" w:cs="Calibri" w:eastAsia="宋体"/>
                <w:sz w:val="18"/>
              </w:rPr>
              <w:t>THB 380,000.00</w:t>
            </w:r>
          </w:p>
        </w:tc>
      </w:tr>
      <w:tr>
        <w:tc>
          <w:tcPr>
            <w:tcW w:type="dxa" w:w="5230"/>
          </w:tcPr>
          <w:p>
            <w:pPr>
              <w:spacing w:before="40" w:after="40" w:line="276" w:lineRule="auto"/>
            </w:pPr>
            <w:r>
              <w:rPr>
                <w:sz w:val="18"/>
              </w:rPr>
            </w:r>
            <w:r>
              <w:rPr>
                <w:rFonts w:ascii="Calibri" w:hAnsi="Calibri" w:cs="Calibri" w:eastAsia="宋体"/>
                <w:sz w:val="18"/>
              </w:rPr>
              <w:t>结肠（腹腔镜技术）</w:t>
            </w:r>
          </w:p>
        </w:tc>
        <w:tc>
          <w:tcPr>
            <w:tcW w:type="dxa" w:w="4068"/>
          </w:tcPr>
          <w:p>
            <w:pPr>
              <w:spacing w:before="40" w:after="40" w:line="276" w:lineRule="auto"/>
            </w:pPr>
            <w:r>
              <w:rPr>
                <w:sz w:val="18"/>
              </w:rPr>
            </w:r>
            <w:r>
              <w:rPr>
                <w:rFonts w:ascii="Calibri" w:hAnsi="Calibri" w:cs="Calibri" w:eastAsia="宋体"/>
                <w:sz w:val="18"/>
              </w:rPr>
              <w:t>THB 550,000.00</w:t>
            </w:r>
          </w:p>
        </w:tc>
      </w:tr>
      <w:tr>
        <w:tc>
          <w:tcPr>
            <w:tcW w:type="dxa" w:w="5230"/>
          </w:tcPr>
          <w:p>
            <w:pPr>
              <w:spacing w:before="40" w:after="40" w:line="276" w:lineRule="auto"/>
            </w:pPr>
            <w:r>
              <w:rPr>
                <w:sz w:val="18"/>
              </w:rPr>
            </w:r>
            <w:r>
              <w:rPr>
                <w:rFonts w:ascii="Calibri" w:hAnsi="Calibri" w:cs="Calibri" w:eastAsia="宋体"/>
                <w:sz w:val="18"/>
              </w:rPr>
              <w:t>腹膜技术</w:t>
            </w:r>
          </w:p>
        </w:tc>
        <w:tc>
          <w:tcPr>
            <w:tcW w:type="dxa" w:w="4068"/>
          </w:tcPr>
          <w:p>
            <w:pPr>
              <w:spacing w:before="40" w:after="40" w:line="276" w:lineRule="auto"/>
            </w:pPr>
            <w:r>
              <w:rPr>
                <w:sz w:val="18"/>
              </w:rPr>
            </w:r>
            <w:r>
              <w:rPr>
                <w:rFonts w:ascii="Calibri" w:hAnsi="Calibri" w:cs="Calibri" w:eastAsia="宋体"/>
                <w:sz w:val="18"/>
              </w:rPr>
              <w:t>THB 570,000.00</w:t>
            </w:r>
          </w:p>
        </w:tc>
      </w:tr>
    </w:tbl>
    <w:p>
      <w:pPr>
        <w:spacing w:after="100"/>
      </w:pPr>
      <w:r>
        <w:rPr>
          <w:rFonts w:ascii="Calibri" w:hAnsi="Calibri" w:cs="Calibri" w:eastAsia="宋体"/>
        </w:rPr>
        <w:t>若 21 &lt; BMI &lt; 23，或可用皮过少，需加收</w:t>
      </w:r>
      <w:r>
        <w:rPr>
          <w:rFonts w:ascii="Calibri" w:hAnsi="Calibri" w:cs="Calibri" w:eastAsia="宋体"/>
        </w:rPr>
        <w:t>THB 30,000.00</w:t>
      </w:r>
      <w:r>
        <w:rPr>
          <w:rFonts w:ascii="Calibri" w:hAnsi="Calibri" w:cs="Calibri" w:eastAsia="宋体"/>
        </w:rPr>
        <w:t>。</w:t>
      </w:r>
    </w:p>
    <w:p>
      <w:pPr>
        <w:spacing w:after="100"/>
      </w:pPr>
      <w:r>
        <w:rPr>
          <w:rFonts w:ascii="Calibri" w:hAnsi="Calibri" w:cs="Calibri" w:eastAsia="宋体"/>
        </w:rPr>
        <w:t>若 BMI &gt; 23，医生可能建议选择皮瓣技术。</w:t>
      </w:r>
    </w:p>
    <w:p>
      <w:pPr>
        <w:spacing w:after="100"/>
      </w:pPr>
      <w:r>
        <w:rPr>
          <w:rFonts w:ascii="Calibri" w:hAnsi="Calibri" w:cs="Calibri" w:eastAsia="宋体"/>
        </w:rPr>
        <w:t>手术费用包括手术费、麻醉费、住院期间医疗费、五晚六天住院费、医院餐饮费用；不包括其他疾病的治疗费用及风险控制费用。</w:t>
      </w:r>
    </w:p>
    <w:p>
      <w:pPr>
        <w:spacing w:after="100"/>
      </w:pPr>
      <w:r>
        <w:rPr>
          <w:rFonts w:ascii="Calibri" w:hAnsi="Calibri" w:cs="Calibri" w:eastAsia="宋体"/>
        </w:rPr>
        <w:t>两位精神科医师约需</w:t>
      </w:r>
      <w:r>
        <w:rPr>
          <w:rFonts w:ascii="Calibri" w:hAnsi="Calibri" w:cs="Calibri" w:eastAsia="宋体"/>
        </w:rPr>
        <w:t>THB 7,000.00</w:t>
      </w:r>
      <w:r>
        <w:rPr>
          <w:rFonts w:ascii="Calibri" w:hAnsi="Calibri" w:cs="Calibri" w:eastAsia="宋体"/>
        </w:rPr>
        <w:t>。</w:t>
      </w:r>
    </w:p>
    <w:p>
      <w:pPr>
        <w:pStyle w:val="Heading4"/>
      </w:pPr>
      <w:r>
        <w:rPr>
          <w:rFonts w:ascii="Calibri" w:hAnsi="Calibri" w:cs="Calibri" w:eastAsia="宋体"/>
        </w:rPr>
        <w:t>医疗中介</w:t>
      </w:r>
    </w:p>
    <w:p>
      <w:pPr>
        <w:spacing w:before="20" w:after="40"/>
        <w:ind w:left="425" w:hanging="312"/>
      </w:pPr>
      <w:r>
        <w:rPr>
          <w:rFonts w:ascii="Calibri" w:hAnsi="Calibri" w:cs="Calibri" w:eastAsia="宋体"/>
        </w:rPr>
        <w:t xml:space="preserve">• </w:t>
      </w:r>
      <w:r>
        <w:rPr>
          <w:rFonts w:ascii="Calibri" w:hAnsi="Calibri" w:cs="Calibri" w:eastAsia="宋体"/>
        </w:rPr>
        <w:t xml:space="preserve">梁金 </w:t>
      </w:r>
      <w:r>
        <w:rPr>
          <w:rFonts w:ascii="Calibri" w:hAnsi="Calibri" w:cs="Calibri" w:eastAsia="宋体"/>
        </w:rPr>
        <w:t xml:space="preserve"> LINE jin235</w:t>
      </w:r>
      <w:r>
        <w:rPr>
          <w:rFonts w:ascii="Calibri" w:hAnsi="Calibri" w:cs="Calibri" w:eastAsia="宋体"/>
        </w:rPr>
        <w:t>、</w:t>
      </w:r>
      <w:r>
        <w:rPr>
          <w:rFonts w:ascii="Calibri" w:hAnsi="Calibri" w:cs="Calibri" w:eastAsia="宋体"/>
        </w:rPr>
        <w:t>jinliang222@gmail.com</w:t>
      </w:r>
      <w:r>
        <w:rPr>
          <w:rFonts w:ascii="Calibri" w:hAnsi="Calibri" w:cs="Calibri" w:eastAsia="宋体"/>
        </w:rPr>
        <w:t>、</w:t>
      </w:r>
      <w:r>
        <w:rPr>
          <w:rFonts w:ascii="Calibri" w:hAnsi="Calibri" w:cs="Calibri" w:eastAsia="宋体"/>
        </w:rPr>
        <w:t xml:space="preserve"> Telegram info4ts</w:t>
      </w:r>
      <w:r>
        <w:rPr>
          <w:rFonts w:ascii="Calibri" w:hAnsi="Calibri" w:cs="Calibri" w:eastAsia="宋体"/>
        </w:rPr>
        <w:t>、</w:t>
      </w:r>
      <w:r>
        <w:rPr>
          <w:rFonts w:ascii="Calibri" w:hAnsi="Calibri" w:cs="Calibri" w:eastAsia="宋体"/>
        </w:rPr>
        <w:t xml:space="preserve"> 微信 LiangJin3039</w:t>
      </w:r>
    </w:p>
    <w:p>
      <w:pPr>
        <w:spacing w:before="20" w:after="40"/>
        <w:ind w:left="425" w:hanging="312"/>
      </w:pPr>
      <w:r>
        <w:rPr>
          <w:rFonts w:ascii="Calibri" w:hAnsi="Calibri" w:cs="Calibri" w:eastAsia="宋体"/>
        </w:rPr>
        <w:t xml:space="preserve">• </w:t>
      </w:r>
      <w:r>
        <w:rPr>
          <w:rFonts w:ascii="Calibri" w:hAnsi="Calibri" w:cs="Calibri" w:eastAsia="宋体"/>
        </w:rPr>
        <w:t xml:space="preserve">曼谷雨 </w:t>
      </w:r>
      <w:r>
        <w:rPr>
          <w:rFonts w:ascii="Calibri" w:hAnsi="Calibri" w:cs="Calibri" w:eastAsia="宋体"/>
        </w:rPr>
        <w:t xml:space="preserve"> 微信 manguyu003</w:t>
      </w:r>
    </w:p>
    <w:p>
      <w:pPr>
        <w:spacing w:after="100"/>
      </w:pPr>
      <w:r>
        <w:rPr>
          <w:rFonts w:ascii="Calibri" w:hAnsi="Calibri" w:cs="Calibri" w:eastAsia="宋体"/>
        </w:rPr>
        <w:t>报价较高</w:t>
      </w:r>
    </w:p>
    <w:p>
      <w:pPr>
        <w:pStyle w:val="Heading4"/>
      </w:pPr>
      <w:r>
        <w:rPr>
          <w:rFonts w:ascii="Calibri" w:hAnsi="Calibri" w:cs="Calibri" w:eastAsia="宋体"/>
        </w:rPr>
        <w:t>护理问题</w:t>
      </w:r>
    </w:p>
    <w:p>
      <w:pPr>
        <w:spacing w:after="100"/>
      </w:pPr>
      <w:r>
        <w:rPr>
          <w:rFonts w:ascii="Calibri" w:hAnsi="Calibri" w:cs="Calibri" w:eastAsia="宋体"/>
        </w:rPr>
        <w:t>Thiti 医生除复诊以外没有配套服务。如护理不当，易出现麻烦的问题，后续再就医需要另外消费。推荐寻求专业的中介服务或护工服务，尤其是上门护理、伤口照料与其他生活指导。</w:t>
      </w:r>
    </w:p>
    <w:p>
      <w:pPr>
        <w:pStyle w:val="Heading4"/>
      </w:pPr>
      <w:r>
        <w:rPr>
          <w:rFonts w:ascii="Calibri" w:hAnsi="Calibri" w:cs="Calibri" w:eastAsia="宋体"/>
        </w:rPr>
        <w:t>医疗水平</w:t>
      </w:r>
    </w:p>
    <w:p>
      <w:pPr>
        <w:spacing w:after="100"/>
      </w:pPr>
      <w:r>
        <w:rPr>
          <w:rFonts w:ascii="Calibri" w:hAnsi="Calibri" w:cs="Calibri" w:eastAsia="宋体"/>
        </w:rPr>
        <w:t>Thiti 使用改进的 PI 技术，内壁大部分使用翻转阴茎皮肤，但同时结合使用其它位置的皮瓣和尿道黏膜；龟头同样作为阴蒂，同时也会在小阴唇区域附着部分龟头组织以改进敏感度。</w:t>
      </w:r>
    </w:p>
    <w:p>
      <w:pPr>
        <w:spacing w:after="100"/>
      </w:pPr>
      <w:r>
        <w:rPr>
          <w:rFonts w:ascii="Calibri" w:hAnsi="Calibri" w:cs="Calibri" w:eastAsia="宋体"/>
        </w:rPr>
        <w:t>Thiti 在外观上同样能取得相对自然的阴唇等结构，小阴唇内侧使用了自然的粉色皮瓣，但阴道口、阴道前庭和尿道口的颜色稍显不自然，且阴道口的位置有时会稍靠下可能影响插入式性交体验。</w:t>
      </w:r>
    </w:p>
    <w:p>
      <w:pPr>
        <w:spacing w:after="100"/>
      </w:pPr>
      <w:r>
        <w:rPr>
          <w:rFonts w:ascii="Calibri" w:hAnsi="Calibri" w:cs="Calibri" w:eastAsia="宋体"/>
        </w:rPr>
        <w:t>同样的，单次 SRS 无法解决阴唇系带的问题，但 Thiti 尽可能使小阴唇延伸到了其下联合（阴道口下方），使得其外观偏自然。</w:t>
      </w:r>
    </w:p>
    <w:p>
      <w:pPr>
        <w:spacing w:after="100"/>
      </w:pPr>
      <w:r>
        <w:rPr>
          <w:rFonts w:ascii="Calibri" w:hAnsi="Calibri" w:cs="Calibri" w:eastAsia="宋体"/>
        </w:rPr>
        <w:t>由于使用改进的 PI 技术，Thiti 对通模具的要求较低（初期 2 × 45min 每日，后期可更少），且恢复期较短，常在一两个月后就可以正常生活。</w:t>
      </w:r>
    </w:p>
    <w:p>
      <w:pPr>
        <w:spacing w:after="100"/>
      </w:pPr>
      <w:r>
        <w:rPr>
          <w:rFonts w:ascii="Calibri" w:hAnsi="Calibri" w:cs="Calibri" w:eastAsia="宋体"/>
        </w:rPr>
        <w:t>除此之外，Thiti也可以接收结肠SRS。</w:t>
      </w:r>
    </w:p>
    <w:p>
      <w:pPr>
        <w:spacing w:after="100"/>
      </w:pPr>
      <w:r>
        <w:rPr>
          <w:rFonts w:ascii="Calibri" w:hAnsi="Calibri" w:cs="Calibri" w:eastAsia="宋体"/>
        </w:rPr>
        <w:t xml:space="preserve">总的来说，Thiti 在外观和敏感度等方面与 </w:t>
      </w:r>
      <w:r>
        <w:rPr>
          <w:rFonts w:ascii="Calibri" w:hAnsi="Calibri" w:cs="Calibri" w:eastAsia="宋体"/>
        </w:rPr>
        <w:t>Suporn</w:t>
      </w:r>
      <w:r>
        <w:rPr>
          <w:rFonts w:ascii="Calibri" w:hAnsi="Calibri" w:cs="Calibri" w:eastAsia="宋体"/>
        </w:rPr>
        <w:t xml:space="preserve"> 和 </w:t>
      </w:r>
      <w:r>
        <w:rPr>
          <w:rFonts w:ascii="Calibri" w:hAnsi="Calibri" w:cs="Calibri" w:eastAsia="宋体"/>
        </w:rPr>
        <w:t>Chettasak</w:t>
      </w:r>
      <w:r>
        <w:rPr>
          <w:rFonts w:ascii="Calibri" w:hAnsi="Calibri" w:cs="Calibri" w:eastAsia="宋体"/>
        </w:rPr>
        <w:t xml:space="preserve"> 都有一定差距，但各方面都尚可。但是对护理的需求要低得多，对于对手术本身效果没有过高要求的个体是不错的选择。</w:t>
      </w:r>
    </w:p>
    <w:p>
      <w:pPr>
        <w:pStyle w:val="Heading4"/>
      </w:pPr>
      <w:r>
        <w:rPr>
          <w:rFonts w:ascii="Calibri" w:hAnsi="Calibri" w:cs="Calibri" w:eastAsia="宋体"/>
        </w:rPr>
        <w:t>术后评价</w:t>
      </w:r>
    </w:p>
    <w:p>
      <w:pPr>
        <w:spacing w:before="20" w:after="40"/>
        <w:ind w:left="425" w:hanging="312"/>
      </w:pPr>
      <w:r>
        <w:rPr>
          <w:rFonts w:ascii="Calibri" w:hAnsi="Calibri" w:cs="Calibri" w:eastAsia="宋体"/>
        </w:rPr>
        <w:t xml:space="preserve">• </w:t>
      </w:r>
      <w:r>
        <w:rPr>
          <w:rFonts w:ascii="Calibri" w:hAnsi="Calibri" w:cs="Calibri" w:eastAsia="宋体"/>
        </w:rPr>
        <w:t>2023 年 8 月手术，一个月后拍摄</w:t>
      </w:r>
    </w:p>
    <w:p>
      <w:pPr>
        <w:shd w:val="clear" w:color="auto" w:fill="F7F8FA"/>
        <w:pBdr>
          <w:left w:val="single" w:sz="18" w:space="6" w:color="C9CDD4"/>
        </w:pBdr>
        <w:spacing w:after="40"/>
      </w:pPr>
      <w:r>
        <w:rPr>
          <w:rFonts w:ascii="Calibri" w:hAnsi="Calibri" w:cs="Calibri" w:eastAsia="宋体"/>
        </w:rPr>
        <w:t>投稿者要求备注：通模具伤屁眼痔疮肛裂</w:t>
      </w:r>
    </w:p>
    <w:p>
      <w:pPr>
        <w:spacing w:before="20" w:after="40"/>
        <w:ind w:left="425" w:hanging="312"/>
      </w:pPr>
      <w:r>
        <w:rPr>
          <w:rFonts w:ascii="Calibri" w:hAnsi="Calibri" w:cs="Calibri" w:eastAsia="宋体"/>
        </w:rPr>
        <w:t xml:space="preserve">• </w:t>
      </w:r>
      <w:r>
        <w:rPr>
          <w:rFonts w:ascii="Calibri" w:hAnsi="Calibri" w:cs="Calibri" w:eastAsia="宋体"/>
        </w:rPr>
        <w:t>2022 年 5 月手术，一年后拍摄</w:t>
      </w:r>
    </w:p>
    <w:p>
      <w:pPr>
        <w:pStyle w:val="Heading3"/>
      </w:pPr>
      <w:r>
        <w:rPr>
          <w:rFonts w:ascii="Calibri" w:hAnsi="Calibri" w:cs="Calibri" w:eastAsia="微软雅黑"/>
        </w:rPr>
        <w:t>4.8.11  Yanhee 医院</w:t>
      </w:r>
    </w:p>
    <w:p>
      <w:pPr>
        <w:spacing w:after="160"/>
      </w:pPr>
      <w:r>
        <w:rPr>
          <w:rFonts w:ascii="Calibri" w:hAnsi="Calibri" w:cs="Calibri" w:eastAsia="宋体"/>
          <w:color w:val="6B7280"/>
          <w:sz w:val="16"/>
        </w:rPr>
        <w:t>原文：https://mtf.wiki/zh-cn/docs/srs/thailand/yanhee · 最近更新：2026年7月9日</w:t>
      </w:r>
    </w:p>
    <w:p>
      <w:pPr>
        <w:spacing w:after="100"/>
      </w:pPr>
      <w:r>
        <w:rPr>
          <w:rFonts w:ascii="Calibri" w:hAnsi="Calibri" w:cs="Calibri" w:eastAsia="宋体"/>
        </w:rPr>
        <w:t>所在医院：</w:t>
      </w:r>
      <w:r>
        <w:rPr>
          <w:rFonts w:ascii="Calibri" w:hAnsi="Calibri" w:cs="Calibri" w:eastAsia="宋体"/>
        </w:rPr>
        <w:t>Yanhee Hospital</w:t>
      </w:r>
    </w:p>
    <w:p>
      <w:pPr>
        <w:spacing w:after="100"/>
      </w:pPr>
      <w:r>
        <w:rPr>
          <w:rFonts w:ascii="Calibri" w:hAnsi="Calibri" w:cs="Calibri" w:eastAsia="宋体"/>
        </w:rPr>
        <w:t xml:space="preserve">官方网站: </w:t>
      </w:r>
      <w:r>
        <w:rPr>
          <w:rFonts w:ascii="Calibri" w:hAnsi="Calibri" w:cs="Calibri" w:eastAsia="宋体"/>
        </w:rPr>
        <w:t>https://www.yanhee.net/</w:t>
      </w:r>
    </w:p>
    <w:p>
      <w:pPr>
        <w:spacing w:after="100"/>
      </w:pPr>
      <w:r>
        <w:rPr>
          <w:rFonts w:ascii="Calibri" w:hAnsi="Calibri" w:cs="Calibri" w:eastAsia="宋体"/>
        </w:rPr>
        <w:t>医生：</w:t>
      </w:r>
    </w:p>
    <w:p>
      <w:pPr>
        <w:spacing w:before="20" w:after="40"/>
        <w:ind w:left="425" w:hanging="312"/>
      </w:pPr>
      <w:r>
        <w:rPr>
          <w:rFonts w:ascii="Calibri" w:hAnsi="Calibri" w:cs="Calibri" w:eastAsia="宋体"/>
        </w:rPr>
        <w:t xml:space="preserve">• </w:t>
      </w:r>
      <w:r>
        <w:rPr>
          <w:rFonts w:ascii="Calibri" w:hAnsi="Calibri" w:cs="Calibri" w:eastAsia="宋体"/>
        </w:rPr>
        <w:t>Dr.Worapon-Ratanalert</w:t>
      </w:r>
    </w:p>
    <w:p>
      <w:pPr>
        <w:spacing w:before="20" w:after="40"/>
        <w:ind w:left="425" w:hanging="312"/>
      </w:pPr>
      <w:r>
        <w:rPr>
          <w:rFonts w:ascii="Calibri" w:hAnsi="Calibri" w:cs="Calibri" w:eastAsia="宋体"/>
        </w:rPr>
        <w:t xml:space="preserve">• </w:t>
      </w:r>
      <w:r>
        <w:rPr>
          <w:rFonts w:ascii="Calibri" w:hAnsi="Calibri" w:cs="Calibri" w:eastAsia="宋体"/>
        </w:rPr>
        <w:t>Dr.Kittichai-Sipiyarak</w:t>
      </w:r>
    </w:p>
    <w:p>
      <w:pPr>
        <w:spacing w:after="100"/>
      </w:pPr>
      <w:r>
        <w:rPr>
          <w:rFonts w:ascii="Calibri" w:hAnsi="Calibri" w:cs="Calibri" w:eastAsia="宋体"/>
        </w:rPr>
        <w:t>联系电话：</w:t>
      </w:r>
      <w:r>
        <w:rPr>
          <w:rFonts w:ascii="Calibri" w:hAnsi="Calibri" w:cs="Calibri" w:eastAsia="宋体"/>
        </w:rPr>
        <w:t>+66 86-386-1299</w:t>
      </w:r>
    </w:p>
    <w:p>
      <w:pPr>
        <w:spacing w:after="100"/>
      </w:pPr>
      <w:r>
        <w:rPr>
          <w:rFonts w:ascii="Calibri" w:hAnsi="Calibri" w:cs="Calibri" w:eastAsia="宋体"/>
        </w:rPr>
        <w:t>联系邮箱：</w:t>
      </w:r>
      <w:r>
        <w:rPr>
          <w:rFonts w:ascii="Calibri" w:hAnsi="Calibri" w:cs="Calibri" w:eastAsia="宋体"/>
        </w:rPr>
        <w:t>china@yanhee.net</w:t>
      </w:r>
    </w:p>
    <w:p>
      <w:pPr>
        <w:pStyle w:val="Heading4"/>
      </w:pPr>
      <w:r>
        <w:rPr>
          <w:rFonts w:ascii="Calibri" w:hAnsi="Calibri" w:cs="Calibri" w:eastAsia="宋体"/>
        </w:rPr>
        <w:t>价格</w:t>
      </w:r>
    </w:p>
    <w:p>
      <w:pPr>
        <w:spacing w:after="100"/>
      </w:pPr>
      <w:r>
        <w:rPr>
          <w:rFonts w:ascii="Calibri" w:hAnsi="Calibri" w:cs="Calibri" w:eastAsia="宋体"/>
          <w:b/>
        </w:rPr>
        <w:t>细心的你应该已经发现了，这个医院官方网站的中文有机翻痕迹，且信息滞后</w:t>
      </w:r>
    </w:p>
    <w:p>
      <w:pPr>
        <w:spacing w:before="20" w:after="40"/>
        <w:ind w:left="425" w:hanging="312"/>
      </w:pPr>
      <w:r>
        <w:rPr>
          <w:rFonts w:ascii="Calibri" w:hAnsi="Calibri" w:cs="Calibri" w:eastAsia="宋体"/>
        </w:rPr>
        <w:t xml:space="preserve">• </w:t>
      </w:r>
      <w:r>
        <w:rPr>
          <w:rFonts w:ascii="Calibri" w:hAnsi="Calibri" w:cs="Calibri" w:eastAsia="宋体"/>
        </w:rPr>
        <w:t>英文价格表</w:t>
      </w:r>
    </w:p>
    <w:p>
      <w:pPr>
        <w:spacing w:before="20" w:after="40"/>
        <w:ind w:left="425" w:hanging="312"/>
      </w:pPr>
      <w:r>
        <w:rPr>
          <w:rFonts w:ascii="Calibri" w:hAnsi="Calibri" w:cs="Calibri" w:eastAsia="宋体"/>
        </w:rPr>
        <w:t xml:space="preserve">• </w:t>
      </w:r>
      <w:r>
        <w:rPr>
          <w:rFonts w:ascii="Calibri" w:hAnsi="Calibri" w:cs="Calibri" w:eastAsia="宋体"/>
        </w:rPr>
        <w:t>中文价格表</w:t>
      </w:r>
    </w:p>
    <w:p>
      <w:pPr>
        <w:pStyle w:val="Heading4"/>
      </w:pPr>
      <w:r>
        <w:rPr>
          <w:rFonts w:ascii="Calibri" w:hAnsi="Calibri" w:cs="Calibri" w:eastAsia="宋体"/>
        </w:rPr>
        <w:t>要求</w:t>
      </w:r>
    </w:p>
    <w:p>
      <w:pPr>
        <w:spacing w:after="100"/>
      </w:pPr>
      <w:r>
        <w:rPr>
          <w:rFonts w:ascii="Calibri" w:hAnsi="Calibri" w:cs="Calibri" w:eastAsia="宋体"/>
        </w:rPr>
        <w:t>要进行男转女性别重置手术（SRS MtF）的术前评估，你需要达到法定年龄，身体健康，并提交以下必要文件:</w:t>
      </w:r>
    </w:p>
    <w:p>
      <w:pPr>
        <w:spacing w:before="20" w:after="40"/>
        <w:ind w:left="425" w:hanging="312"/>
      </w:pPr>
      <w:r>
        <w:rPr>
          <w:rFonts w:ascii="Calibri" w:hAnsi="Calibri" w:cs="Calibri" w:eastAsia="宋体"/>
        </w:rPr>
        <w:t xml:space="preserve">1. </w:t>
      </w:r>
      <w:r>
        <w:rPr>
          <w:rFonts w:ascii="Calibri" w:hAnsi="Calibri" w:cs="Calibri" w:eastAsia="宋体"/>
        </w:rPr>
        <w:t>精神科医师出具的推荐信（一封来自患者当地的精神科医师，一封来自泰国精神科医师），说明以下情况:</w:t>
      </w:r>
      <w:r>
        <w:br/>
      </w:r>
    </w:p>
    <w:p>
      <w:pPr>
        <w:spacing w:before="20" w:after="40"/>
        <w:ind w:left="822" w:hanging="312"/>
      </w:pPr>
      <w:r>
        <w:rPr>
          <w:rFonts w:ascii="Calibri" w:hAnsi="Calibri" w:cs="Calibri" w:eastAsia="宋体"/>
        </w:rPr>
        <w:t xml:space="preserve">◦ </w:t>
      </w:r>
      <w:r>
        <w:rPr>
          <w:rFonts w:ascii="Calibri" w:hAnsi="Calibri" w:cs="Calibri" w:eastAsia="宋体"/>
        </w:rPr>
        <w:t>明确诊断性别认同障碍</w:t>
      </w:r>
    </w:p>
    <w:p>
      <w:pPr>
        <w:spacing w:before="20" w:after="40"/>
        <w:ind w:left="822" w:hanging="312"/>
      </w:pPr>
      <w:r>
        <w:rPr>
          <w:rFonts w:ascii="Calibri" w:hAnsi="Calibri" w:cs="Calibri" w:eastAsia="宋体"/>
        </w:rPr>
        <w:t xml:space="preserve">◦ </w:t>
      </w:r>
      <w:r>
        <w:rPr>
          <w:rFonts w:ascii="Calibri" w:hAnsi="Calibri" w:cs="Calibri" w:eastAsia="宋体"/>
        </w:rPr>
        <w:t>申明患者已经以女性身份在现实中成功生活至少一年以上</w:t>
      </w:r>
    </w:p>
    <w:p>
      <w:pPr>
        <w:spacing w:before="20" w:after="40"/>
        <w:ind w:left="425" w:hanging="312"/>
      </w:pPr>
      <w:r>
        <w:rPr>
          <w:rFonts w:ascii="Calibri" w:hAnsi="Calibri" w:cs="Calibri" w:eastAsia="宋体"/>
        </w:rPr>
        <w:t xml:space="preserve">2. </w:t>
      </w:r>
      <w:r>
        <w:rPr>
          <w:rFonts w:ascii="Calibri" w:hAnsi="Calibri" w:cs="Calibri" w:eastAsia="宋体"/>
        </w:rPr>
        <w:t>医疗记录 包含详细的激素治疗记录</w:t>
      </w:r>
      <w:r>
        <w:br/>
      </w:r>
    </w:p>
    <w:p>
      <w:pPr>
        <w:spacing w:before="20" w:after="40"/>
        <w:ind w:left="822" w:hanging="312"/>
      </w:pPr>
      <w:r>
        <w:rPr>
          <w:rFonts w:ascii="Calibri" w:hAnsi="Calibri" w:cs="Calibri" w:eastAsia="宋体"/>
        </w:rPr>
        <w:t xml:space="preserve">◦ </w:t>
      </w:r>
      <w:r>
        <w:rPr>
          <w:rFonts w:ascii="Calibri" w:hAnsi="Calibri" w:cs="Calibri" w:eastAsia="宋体"/>
        </w:rPr>
        <w:t>激素必须由有执照的医师开具处方并监督服用</w:t>
      </w:r>
    </w:p>
    <w:p>
      <w:pPr>
        <w:spacing w:before="20" w:after="40"/>
        <w:ind w:left="822" w:hanging="312"/>
      </w:pPr>
      <w:r>
        <w:rPr>
          <w:rFonts w:ascii="Calibri" w:hAnsi="Calibri" w:cs="Calibri" w:eastAsia="宋体"/>
        </w:rPr>
        <w:t xml:space="preserve">◦ </w:t>
      </w:r>
      <w:r>
        <w:rPr>
          <w:rFonts w:ascii="Calibri" w:hAnsi="Calibri" w:cs="Calibri" w:eastAsia="宋体"/>
        </w:rPr>
        <w:t>已服用激素达到 1 年</w:t>
      </w:r>
    </w:p>
    <w:p>
      <w:pPr>
        <w:pStyle w:val="Heading4"/>
      </w:pPr>
      <w:r>
        <w:rPr>
          <w:rFonts w:ascii="Calibri" w:hAnsi="Calibri" w:cs="Calibri" w:eastAsia="宋体"/>
        </w:rPr>
        <w:t>嗓音女性化手术</w:t>
      </w:r>
    </w:p>
    <w:p>
      <w:pPr>
        <w:spacing w:before="20" w:after="40"/>
        <w:ind w:left="425" w:hanging="312"/>
      </w:pPr>
      <w:r>
        <w:rPr>
          <w:rFonts w:ascii="Calibri" w:hAnsi="Calibri" w:cs="Calibri" w:eastAsia="宋体"/>
        </w:rPr>
        <w:t xml:space="preserve">• </w:t>
      </w:r>
      <w:r>
        <w:rPr>
          <w:rFonts w:ascii="Calibri" w:hAnsi="Calibri" w:cs="Calibri" w:eastAsia="宋体"/>
        </w:rPr>
        <w:t>Dr. Ornouma Srivanishvipat</w:t>
      </w:r>
    </w:p>
    <w:p>
      <w:pPr>
        <w:spacing w:after="100"/>
      </w:pPr>
      <w:r>
        <w:rPr>
          <w:rFonts w:ascii="Calibri" w:hAnsi="Calibri" w:cs="Calibri" w:eastAsia="宋体"/>
        </w:rPr>
        <w:t>该医院对就诊者的声带状况要求比较高，若医生认为就诊者的检查结果不适宜手术，将会拒绝手术。</w:t>
      </w:r>
    </w:p>
    <w:p>
      <w:pPr>
        <w:pStyle w:val="Heading2"/>
      </w:pPr>
      <w:r>
        <w:rPr>
          <w:rFonts w:ascii="Calibri" w:hAnsi="Calibri" w:cs="Calibri" w:eastAsia="微软雅黑"/>
        </w:rPr>
        <w:t>4.9  芬兰</w:t>
      </w:r>
    </w:p>
    <w:p>
      <w:pPr>
        <w:spacing w:after="160"/>
      </w:pPr>
      <w:r>
        <w:rPr>
          <w:rFonts w:ascii="Calibri" w:hAnsi="Calibri" w:cs="Calibri" w:eastAsia="宋体"/>
          <w:color w:val="6B7280"/>
          <w:sz w:val="16"/>
        </w:rPr>
        <w:t>原文：https://mtf.wiki/zh-cn/docs/srs/finland · 最近更新：2024年9月1日</w:t>
      </w:r>
    </w:p>
    <w:p>
      <w:pPr>
        <w:pStyle w:val="Heading3"/>
      </w:pPr>
      <w:r>
        <w:rPr>
          <w:rFonts w:ascii="Calibri" w:hAnsi="Calibri" w:cs="Calibri" w:eastAsia="宋体"/>
        </w:rPr>
        <w:t>流程</w:t>
      </w:r>
    </w:p>
    <w:p>
      <w:pPr>
        <w:spacing w:after="100"/>
      </w:pPr>
      <w:r>
        <w:rPr>
          <w:rFonts w:ascii="Calibri" w:hAnsi="Calibri" w:cs="Calibri" w:eastAsia="宋体"/>
        </w:rPr>
        <w:t>主要针对赫尔辛基大区。</w:t>
      </w:r>
    </w:p>
    <w:p>
      <w:pPr>
        <w:spacing w:after="100"/>
      </w:pPr>
      <w:r>
        <w:rPr>
          <w:rFonts w:ascii="Calibri" w:hAnsi="Calibri" w:cs="Calibri" w:eastAsia="宋体"/>
        </w:rPr>
        <w:t>芬兰有全民医保，若您是 A 类（长期）居留许可等，即可在 KELA 申请医保卡，此卡是您获取以下福利的基础。</w:t>
      </w:r>
    </w:p>
    <w:p>
      <w:pPr>
        <w:spacing w:before="20" w:after="40"/>
        <w:ind w:left="425" w:hanging="312"/>
      </w:pPr>
      <w:r>
        <w:rPr>
          <w:rFonts w:ascii="Calibri" w:hAnsi="Calibri" w:cs="Calibri" w:eastAsia="宋体"/>
        </w:rPr>
        <w:t xml:space="preserve">• </w:t>
      </w:r>
      <w:r>
        <w:rPr>
          <w:rFonts w:ascii="Calibri" w:hAnsi="Calibri" w:cs="Calibri" w:eastAsia="宋体"/>
        </w:rPr>
        <w:t>若您已经开始 HRT，且已经在芬兰进行登记，即可提出希望进行性别确认手术的请求。</w:t>
      </w:r>
      <w:r>
        <w:br/>
      </w:r>
    </w:p>
    <w:p>
      <w:pPr>
        <w:spacing w:before="20" w:after="40"/>
        <w:ind w:left="822" w:hanging="312"/>
      </w:pPr>
      <w:r>
        <w:rPr>
          <w:rFonts w:ascii="Calibri" w:hAnsi="Calibri" w:cs="Calibri" w:eastAsia="宋体"/>
        </w:rPr>
        <w:t xml:space="preserve">◦ </w:t>
      </w:r>
      <w:r>
        <w:rPr>
          <w:rFonts w:ascii="Calibri" w:hAnsi="Calibri" w:cs="Calibri" w:eastAsia="宋体"/>
        </w:rPr>
        <w:t xml:space="preserve">根据您的情况（如 HRT/RLE 时长），可能还需要经过 </w:t>
      </w:r>
      <w:r>
        <w:rPr>
          <w:rFonts w:ascii="Calibri" w:hAnsi="Calibri" w:cs="Calibri" w:eastAsia="宋体"/>
          <w:b/>
        </w:rPr>
        <w:t>并非跨性别友好</w:t>
      </w:r>
      <w:r>
        <w:rPr>
          <w:rFonts w:ascii="Calibri" w:hAnsi="Calibri" w:cs="Calibri" w:eastAsia="宋体"/>
        </w:rPr>
        <w:t xml:space="preserve"> 的心理/精神科鉴定。</w:t>
      </w:r>
    </w:p>
    <w:p>
      <w:pPr>
        <w:spacing w:before="20" w:after="40"/>
        <w:ind w:left="425" w:hanging="312"/>
      </w:pPr>
      <w:r>
        <w:rPr>
          <w:rFonts w:ascii="Calibri" w:hAnsi="Calibri" w:cs="Calibri" w:eastAsia="宋体"/>
        </w:rPr>
        <w:t xml:space="preserve">• </w:t>
      </w:r>
      <w:r>
        <w:rPr>
          <w:rFonts w:ascii="Calibri" w:hAnsi="Calibri" w:cs="Calibri" w:eastAsia="宋体"/>
        </w:rPr>
        <w:t>在确认后，会转于 HUS（赫尔辛基大学医院）进行手术。手术队列约 6 个月。</w:t>
      </w:r>
    </w:p>
    <w:p>
      <w:pPr>
        <w:spacing w:after="100"/>
      </w:pPr>
      <w:r>
        <w:rPr>
          <w:rFonts w:ascii="Calibri" w:hAnsi="Calibri" w:cs="Calibri" w:eastAsia="宋体"/>
        </w:rPr>
        <w:t>因考虑到并非友好的心理/精神科鉴定，前往其它国家进行手术（自费）或是可以接受的方法。若您在它国完成手术，但出现了需要修补的问题，仍然可以预约 HUS 进行修补手术，修补手术的队列约 9 个月。</w:t>
      </w:r>
    </w:p>
    <w:p>
      <w:pPr>
        <w:spacing w:after="100"/>
      </w:pPr>
      <w:r>
        <w:rPr>
          <w:rFonts w:ascii="Calibri" w:hAnsi="Calibri" w:cs="Calibri" w:eastAsia="宋体"/>
        </w:rPr>
        <w:t>如果有 A 类居留许可，所有手术费用会被 KELA 报销。仅需支付住院费约 50€/天。</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芬兰的部分精神科医生会在询问中提出不友好的问题、询问隐私的问题、询问创伤等。</w:t>
      </w:r>
    </w:p>
    <w:p>
      <w:pPr>
        <w:pStyle w:val="Heading2"/>
      </w:pPr>
      <w:r>
        <w:rPr>
          <w:rFonts w:ascii="Calibri" w:hAnsi="Calibri" w:cs="Calibri" w:eastAsia="微软雅黑"/>
        </w:rPr>
        <w:t>4.10  日本</w:t>
      </w:r>
    </w:p>
    <w:p>
      <w:pPr>
        <w:spacing w:after="160"/>
      </w:pPr>
      <w:r>
        <w:rPr>
          <w:rFonts w:ascii="Calibri" w:hAnsi="Calibri" w:cs="Calibri" w:eastAsia="宋体"/>
          <w:color w:val="6B7280"/>
          <w:sz w:val="16"/>
        </w:rPr>
        <w:t>原文：https://mtf.wiki/zh-cn/docs/srs/japan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4.10.1  銀座アテナクリニック本院</w:t>
      </w:r>
    </w:p>
    <w:p>
      <w:pPr>
        <w:spacing w:after="160"/>
      </w:pPr>
      <w:r>
        <w:rPr>
          <w:rFonts w:ascii="Calibri" w:hAnsi="Calibri" w:cs="Calibri" w:eastAsia="宋体"/>
          <w:color w:val="6B7280"/>
          <w:sz w:val="16"/>
        </w:rPr>
        <w:t>原文：https://mtf.wiki/zh-cn/docs/srs/japan/athena · 最近更新：2026年7月20日</w:t>
      </w:r>
    </w:p>
    <w:p>
      <w:pPr>
        <w:spacing w:after="100"/>
      </w:pPr>
      <w:r>
        <w:rPr>
          <w:rFonts w:ascii="Calibri" w:hAnsi="Calibri" w:cs="Calibri" w:eastAsia="宋体"/>
        </w:rPr>
        <w:t>地址：〒104-0061　東京都中央区銀座7-10-5DUPLEX銀座3F</w:t>
      </w:r>
      <w:r>
        <w:br/>
      </w:r>
      <w:r>
        <w:br/>
      </w:r>
      <w:r>
        <w:rPr>
          <w:rFonts w:ascii="Calibri" w:hAnsi="Calibri" w:cs="Calibri" w:eastAsia="宋体"/>
        </w:rPr>
        <w:t>官网：</w:t>
      </w:r>
      <w:r>
        <w:rPr>
          <w:rFonts w:ascii="Calibri" w:hAnsi="Calibri" w:cs="Calibri" w:eastAsia="宋体"/>
        </w:rPr>
        <w:t>https://srs.athenaclinic.net/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建议找一个居住在日本且懂日语的人进行陪伴或协助。</w:t>
      </w:r>
    </w:p>
    <w:p>
      <w:pPr>
        <w:pStyle w:val="Heading4"/>
      </w:pPr>
      <w:r>
        <w:rPr>
          <w:rFonts w:ascii="Calibri" w:hAnsi="Calibri" w:cs="Calibri" w:eastAsia="宋体"/>
        </w:rPr>
        <w:t>预约方法渠道</w:t>
      </w:r>
    </w:p>
    <w:p>
      <w:pPr>
        <w:spacing w:before="20" w:after="40"/>
        <w:ind w:left="425" w:hanging="312"/>
      </w:pPr>
      <w:r>
        <w:rPr>
          <w:rFonts w:ascii="Calibri" w:hAnsi="Calibri" w:cs="Calibri" w:eastAsia="宋体"/>
        </w:rPr>
        <w:t xml:space="preserve">• </w:t>
      </w:r>
      <w:r>
        <w:rPr>
          <w:rFonts w:ascii="Calibri" w:hAnsi="Calibri" w:cs="Calibri" w:eastAsia="宋体"/>
        </w:rPr>
        <w:t>进入诊所官网，使用LINE或者电话进行预约。</w:t>
      </w:r>
    </w:p>
    <w:p>
      <w:pPr>
        <w:spacing w:before="20" w:after="40"/>
        <w:ind w:left="425" w:hanging="312"/>
      </w:pPr>
      <w:r>
        <w:rPr>
          <w:rFonts w:ascii="Calibri" w:hAnsi="Calibri" w:cs="Calibri" w:eastAsia="宋体"/>
        </w:rPr>
        <w:t xml:space="preserve">• </w:t>
      </w:r>
      <w:r>
        <w:rPr>
          <w:rFonts w:ascii="Calibri" w:hAnsi="Calibri" w:cs="Calibri" w:eastAsia="宋体"/>
        </w:rPr>
        <w:t>日本的LINE注册需要本地电话号码，所以这也是上面建议找一个居住在日本的人进行协助的原因。</w:t>
      </w:r>
    </w:p>
    <w:p>
      <w:pPr>
        <w:pStyle w:val="Heading4"/>
      </w:pPr>
      <w:r>
        <w:rPr>
          <w:rFonts w:ascii="Calibri" w:hAnsi="Calibri" w:cs="Calibri" w:eastAsia="宋体"/>
        </w:rPr>
        <w:t>预约手术有哪些要求</w:t>
      </w:r>
    </w:p>
    <w:p>
      <w:pPr>
        <w:spacing w:after="100"/>
      </w:pPr>
      <w:r>
        <w:rPr>
          <w:rFonts w:ascii="Calibri" w:hAnsi="Calibri" w:cs="Calibri" w:eastAsia="宋体"/>
        </w:rPr>
        <w:t>必须持有相关心理证明，诊所不提供心理鉴定，如果证明语言并非日语/英语，则需要进行翻译，具体情况可以联系诊所。</w:t>
      </w:r>
    </w:p>
    <w:p>
      <w:pPr>
        <w:spacing w:after="100"/>
      </w:pPr>
      <w:r>
        <w:rPr>
          <w:rFonts w:ascii="Calibri" w:hAnsi="Calibri" w:cs="Calibri" w:eastAsia="宋体"/>
        </w:rPr>
        <w:t>下面是我准备的材料，供参考：</w:t>
      </w:r>
    </w:p>
    <w:p>
      <w:pPr>
        <w:spacing w:before="20" w:after="40"/>
        <w:ind w:left="425" w:hanging="312"/>
      </w:pPr>
      <w:r>
        <w:rPr>
          <w:rFonts w:ascii="Calibri" w:hAnsi="Calibri" w:cs="Calibri" w:eastAsia="宋体"/>
        </w:rPr>
        <w:t xml:space="preserve">• </w:t>
      </w:r>
      <w:r>
        <w:rPr>
          <w:rFonts w:ascii="Calibri" w:hAnsi="Calibri" w:cs="Calibri" w:eastAsia="宋体"/>
        </w:rPr>
        <w:t>病例A1、诊断证明B1（大证，写明建议外科治疗），需要加盖公章。</w:t>
      </w:r>
    </w:p>
    <w:p>
      <w:pPr>
        <w:spacing w:before="20" w:after="40"/>
        <w:ind w:left="425" w:hanging="312"/>
      </w:pPr>
      <w:r>
        <w:rPr>
          <w:rFonts w:ascii="Calibri" w:hAnsi="Calibri" w:cs="Calibri" w:eastAsia="宋体"/>
        </w:rPr>
        <w:t xml:space="preserve">• </w:t>
      </w:r>
      <w:r>
        <w:rPr>
          <w:rFonts w:ascii="Calibri" w:hAnsi="Calibri" w:cs="Calibri" w:eastAsia="宋体"/>
        </w:rPr>
        <w:t>认证机构出具的翻译件A2、B2（我找的是natti认证的翻译）。</w:t>
      </w:r>
    </w:p>
    <w:p>
      <w:pPr>
        <w:spacing w:before="20" w:after="40"/>
        <w:ind w:left="425" w:hanging="312"/>
      </w:pPr>
      <w:r>
        <w:rPr>
          <w:rFonts w:ascii="Calibri" w:hAnsi="Calibri" w:cs="Calibri" w:eastAsia="宋体"/>
        </w:rPr>
        <w:t xml:space="preserve">• </w:t>
      </w:r>
      <w:r>
        <w:rPr>
          <w:rFonts w:ascii="Calibri" w:hAnsi="Calibri" w:cs="Calibri" w:eastAsia="宋体"/>
        </w:rPr>
        <w:t>原件和翻译件的公证材料A3、B3，需要带公章。</w:t>
      </w:r>
    </w:p>
    <w:p>
      <w:pPr>
        <w:spacing w:after="100"/>
      </w:pPr>
      <w:r>
        <w:rPr>
          <w:rFonts w:ascii="Calibri" w:hAnsi="Calibri" w:cs="Calibri" w:eastAsia="宋体"/>
        </w:rPr>
        <w:t>翻译和公证的获取可以在网络参考，关键词：留学医疗文件翻译/公证。</w:t>
      </w:r>
    </w:p>
    <w:p>
      <w:pPr>
        <w:spacing w:after="100"/>
      </w:pPr>
      <w:r>
        <w:rPr>
          <w:rFonts w:ascii="Calibri" w:hAnsi="Calibri" w:cs="Calibri" w:eastAsia="宋体"/>
        </w:rPr>
        <w:t>建议先联系医院，提交材料，确认无误后确定预约手术时间，然后在规定时间内携带材料前往就诊。</w:t>
      </w:r>
    </w:p>
    <w:p>
      <w:pPr>
        <w:pStyle w:val="Heading4"/>
      </w:pPr>
      <w:r>
        <w:rPr>
          <w:rFonts w:ascii="Calibri" w:hAnsi="Calibri" w:cs="Calibri" w:eastAsia="宋体"/>
        </w:rPr>
        <w:t>手术和恢复情况</w:t>
      </w:r>
    </w:p>
    <w:p>
      <w:pPr>
        <w:spacing w:after="100"/>
      </w:pPr>
      <w:r>
        <w:rPr>
          <w:rFonts w:ascii="Calibri" w:hAnsi="Calibri" w:cs="Calibri" w:eastAsia="宋体"/>
        </w:rPr>
        <w:t>进入诊所后，在有日语翻译的情况下，咨询时长约一小时左右，咨询结束后需要等待医生准备手术室。手术时长约半小时，从进手术室到结束大约一小时左右。</w:t>
      </w:r>
    </w:p>
    <w:p>
      <w:pPr>
        <w:spacing w:after="100"/>
      </w:pPr>
      <w:r>
        <w:rPr>
          <w:rFonts w:ascii="Calibri" w:hAnsi="Calibri" w:cs="Calibri" w:eastAsia="宋体"/>
        </w:rPr>
        <w:t>手术会结合笑气麻醉和局部麻醉，手术前吸入笑气，可能在术中醒来，此时术区的疼痛感会减弱，直到医生完成手术。手术后一个小时内无明显痛感，可以适当进行一些活动。</w:t>
      </w:r>
    </w:p>
    <w:p>
      <w:pPr>
        <w:spacing w:after="100"/>
      </w:pPr>
      <w:r>
        <w:rPr>
          <w:rFonts w:ascii="Calibri" w:hAnsi="Calibri" w:cs="Calibri" w:eastAsia="宋体"/>
        </w:rPr>
        <w:t>手术后注意事项：</w:t>
      </w:r>
    </w:p>
    <w:p>
      <w:pPr>
        <w:spacing w:before="20" w:after="40"/>
        <w:ind w:left="425" w:hanging="312"/>
      </w:pPr>
      <w:r>
        <w:rPr>
          <w:rFonts w:ascii="Calibri" w:hAnsi="Calibri" w:cs="Calibri" w:eastAsia="宋体"/>
        </w:rPr>
        <w:t xml:space="preserve">• </w:t>
      </w:r>
      <w:r>
        <w:rPr>
          <w:rFonts w:ascii="Calibri" w:hAnsi="Calibri" w:cs="Calibri" w:eastAsia="宋体"/>
        </w:rPr>
        <w:t>按时服用抗生素，按需服用止痛药。</w:t>
      </w:r>
    </w:p>
    <w:p>
      <w:pPr>
        <w:spacing w:before="20" w:after="40"/>
        <w:ind w:left="425" w:hanging="312"/>
      </w:pPr>
      <w:r>
        <w:rPr>
          <w:rFonts w:ascii="Calibri" w:hAnsi="Calibri" w:cs="Calibri" w:eastAsia="宋体"/>
        </w:rPr>
        <w:t xml:space="preserve">• </w:t>
      </w:r>
      <w:r>
        <w:rPr>
          <w:rFonts w:ascii="Calibri" w:hAnsi="Calibri" w:cs="Calibri" w:eastAsia="宋体"/>
        </w:rPr>
        <w:t>医生给予的压力包扎，需要在3天后取下。</w:t>
      </w:r>
    </w:p>
    <w:p>
      <w:pPr>
        <w:spacing w:before="20" w:after="40"/>
        <w:ind w:left="425" w:hanging="312"/>
      </w:pPr>
      <w:r>
        <w:rPr>
          <w:rFonts w:ascii="Calibri" w:hAnsi="Calibri" w:cs="Calibri" w:eastAsia="宋体"/>
        </w:rPr>
        <w:t xml:space="preserve">• </w:t>
      </w:r>
      <w:r>
        <w:rPr>
          <w:rFonts w:ascii="Calibri" w:hAnsi="Calibri" w:cs="Calibri" w:eastAsia="宋体"/>
        </w:rPr>
        <w:t>3天内不允许抽烟喝酒，3天后可以洗澡，但是注意不要使体温过高。</w:t>
      </w:r>
    </w:p>
    <w:p>
      <w:pPr>
        <w:spacing w:before="20" w:after="40"/>
        <w:ind w:left="425" w:hanging="312"/>
      </w:pPr>
      <w:r>
        <w:rPr>
          <w:rFonts w:ascii="Calibri" w:hAnsi="Calibri" w:cs="Calibri" w:eastAsia="宋体"/>
        </w:rPr>
        <w:t xml:space="preserve">• </w:t>
      </w:r>
      <w:r>
        <w:rPr>
          <w:rFonts w:ascii="Calibri" w:hAnsi="Calibri" w:cs="Calibri" w:eastAsia="宋体"/>
        </w:rPr>
        <w:t>一周后可以泡澡。</w:t>
      </w:r>
    </w:p>
    <w:p>
      <w:pPr>
        <w:spacing w:before="20" w:after="40"/>
        <w:ind w:left="425" w:hanging="312"/>
      </w:pPr>
      <w:r>
        <w:rPr>
          <w:rFonts w:ascii="Calibri" w:hAnsi="Calibri" w:cs="Calibri" w:eastAsia="宋体"/>
        </w:rPr>
        <w:t xml:space="preserve">• </w:t>
      </w:r>
      <w:r>
        <w:rPr>
          <w:rFonts w:ascii="Calibri" w:hAnsi="Calibri" w:cs="Calibri" w:eastAsia="宋体"/>
        </w:rPr>
        <w:t>一个月内，不要进行健身之类的运动。</w:t>
      </w:r>
    </w:p>
    <w:p>
      <w:pPr>
        <w:spacing w:before="20" w:after="40"/>
        <w:ind w:left="425" w:hanging="312"/>
      </w:pPr>
      <w:r>
        <w:rPr>
          <w:rFonts w:ascii="Calibri" w:hAnsi="Calibri" w:cs="Calibri" w:eastAsia="宋体"/>
        </w:rPr>
        <w:t xml:space="preserve">• </w:t>
      </w:r>
      <w:r>
        <w:rPr>
          <w:rFonts w:ascii="Calibri" w:hAnsi="Calibri" w:cs="Calibri" w:eastAsia="宋体"/>
        </w:rPr>
        <w:t>有问题及时联系医院。</w:t>
      </w:r>
    </w:p>
    <w:p>
      <w:pPr>
        <w:spacing w:after="100"/>
      </w:pPr>
      <w:r>
        <w:rPr>
          <w:rFonts w:ascii="Calibri" w:hAnsi="Calibri" w:cs="Calibri" w:eastAsia="宋体"/>
        </w:rPr>
        <w:t>手术注意事项图片如下：</w:t>
      </w:r>
    </w:p>
    <w:p>
      <w:pPr>
        <w:spacing w:after="100"/>
      </w:pPr>
      <w:r>
        <w:rPr>
          <w:rFonts w:ascii="Calibri" w:hAnsi="Calibri" w:cs="Calibri" w:eastAsia="宋体"/>
        </w:rPr>
        <w:t>术后护理方案因地区和医生的理念不同而有所差异。例如，日本的医疗方案相对激进，通常允许患者在术后3天左右洗澡；而部分中国医生则倾向于更为保守的常规护理方式。</w:t>
      </w:r>
    </w:p>
    <w:p>
      <w:pPr>
        <w:spacing w:after="100"/>
      </w:pPr>
      <w:r>
        <w:rPr>
          <w:rFonts w:ascii="Calibri" w:hAnsi="Calibri" w:cs="Calibri" w:eastAsia="宋体"/>
        </w:rPr>
        <w:t>中国医生的建议如下：</w:t>
      </w:r>
    </w:p>
    <w:p>
      <w:pPr>
        <w:spacing w:before="20" w:after="40"/>
        <w:ind w:left="425" w:hanging="312"/>
      </w:pPr>
      <w:r>
        <w:rPr>
          <w:rFonts w:ascii="Calibri" w:hAnsi="Calibri" w:cs="Calibri" w:eastAsia="宋体"/>
        </w:rPr>
        <w:t xml:space="preserve">• </w:t>
      </w:r>
      <w:r>
        <w:rPr>
          <w:rFonts w:ascii="Calibri" w:hAnsi="Calibri" w:cs="Calibri" w:eastAsia="宋体"/>
        </w:rPr>
        <w:t>术后一个月内避免淋浴或盆浴，期间可使用湿毛巾擦拭清洁身体，一个月后再恢复正常洗澡。</w:t>
      </w:r>
    </w:p>
    <w:p>
      <w:pPr>
        <w:spacing w:before="20" w:after="40"/>
        <w:ind w:left="425" w:hanging="312"/>
      </w:pPr>
      <w:r>
        <w:rPr>
          <w:rFonts w:ascii="Calibri" w:hAnsi="Calibri" w:cs="Calibri" w:eastAsia="宋体"/>
        </w:rPr>
        <w:t xml:space="preserve">• </w:t>
      </w:r>
      <w:r>
        <w:rPr>
          <w:rFonts w:ascii="Calibri" w:hAnsi="Calibri" w:cs="Calibri" w:eastAsia="宋体"/>
        </w:rPr>
        <w:t>每天早晚两次使用碘伏对伤口进行消毒。消毒后使用吹风机（冷风档）将伤口吹干，并用无菌纱布覆盖患处。</w:t>
      </w:r>
    </w:p>
    <w:p>
      <w:pPr>
        <w:spacing w:before="20" w:after="40"/>
        <w:ind w:left="425" w:hanging="312"/>
      </w:pPr>
      <w:r>
        <w:rPr>
          <w:rFonts w:ascii="Calibri" w:hAnsi="Calibri" w:cs="Calibri" w:eastAsia="宋体"/>
        </w:rPr>
        <w:t xml:space="preserve">• </w:t>
      </w:r>
      <w:r>
        <w:rPr>
          <w:rFonts w:ascii="Calibri" w:hAnsi="Calibri" w:cs="Calibri" w:eastAsia="宋体"/>
        </w:rPr>
        <w:t>为规避感染风险，建议连续服用抗生素7天。在部分实际案例中，患者在服用完主治医师开具的抗生素后，会继续以中等抗感染剂量服用阿莫西林胶囊直至满一周。</w:t>
      </w:r>
    </w:p>
    <w:p>
      <w:pPr>
        <w:spacing w:after="100"/>
      </w:pPr>
      <w:r>
        <w:rPr>
          <w:rFonts w:ascii="Calibri" w:hAnsi="Calibri" w:cs="Calibri" w:eastAsia="宋体"/>
        </w:rPr>
        <w:t>个体的手术恢复情况存在差异，但整体恢复进程通常如下：</w:t>
      </w:r>
    </w:p>
    <w:p>
      <w:pPr>
        <w:spacing w:before="20" w:after="40"/>
        <w:ind w:left="425" w:hanging="312"/>
      </w:pPr>
      <w:r>
        <w:rPr>
          <w:rFonts w:ascii="Calibri" w:hAnsi="Calibri" w:cs="Calibri" w:eastAsia="宋体"/>
        </w:rPr>
        <w:t xml:space="preserve">• </w:t>
      </w:r>
      <w:r>
        <w:rPr>
          <w:rFonts w:ascii="Calibri" w:hAnsi="Calibri" w:cs="Calibri" w:eastAsia="宋体"/>
        </w:rPr>
        <w:t>在恢复良好的情况下，拆除压力包扎时通常无明显渗血，纱布上仅有少量干涸血迹（部分患者即使在术后安排了较高强度的行程，如“铁人三项”，也未出现严重出血）。</w:t>
      </w:r>
    </w:p>
    <w:p>
      <w:pPr>
        <w:spacing w:before="20" w:after="40"/>
        <w:ind w:left="425" w:hanging="312"/>
      </w:pPr>
      <w:r>
        <w:rPr>
          <w:rFonts w:ascii="Calibri" w:hAnsi="Calibri" w:cs="Calibri" w:eastAsia="宋体"/>
        </w:rPr>
        <w:t xml:space="preserve">• </w:t>
      </w:r>
      <w:r>
        <w:rPr>
          <w:rFonts w:ascii="Calibri" w:hAnsi="Calibri" w:cs="Calibri" w:eastAsia="宋体"/>
        </w:rPr>
        <w:t>拆除压力包扎后，伤口会逐渐结痂。大约在术后二十余天时，结痂会自然脱落。若部分结痂与手术缝线粘连，切勿强行撕扯，可待伤口完全愈合后慢慢去除。</w:t>
      </w:r>
    </w:p>
    <w:p>
      <w:pPr>
        <w:spacing w:before="20" w:after="40"/>
        <w:ind w:left="425" w:hanging="312"/>
      </w:pPr>
      <w:r>
        <w:rPr>
          <w:rFonts w:ascii="Calibri" w:hAnsi="Calibri" w:cs="Calibri" w:eastAsia="宋体"/>
        </w:rPr>
        <w:t xml:space="preserve">• </w:t>
      </w:r>
      <w:r>
        <w:rPr>
          <w:rFonts w:ascii="Calibri" w:hAnsi="Calibri" w:cs="Calibri" w:eastAsia="宋体"/>
        </w:rPr>
        <w:t>通常在术后一个月左右，伤口可基本愈合。</w:t>
      </w:r>
    </w:p>
    <w:p>
      <w:pPr>
        <w:spacing w:before="20" w:after="40"/>
        <w:ind w:left="425" w:hanging="312"/>
      </w:pPr>
      <w:r>
        <w:rPr>
          <w:rFonts w:ascii="Calibri" w:hAnsi="Calibri" w:cs="Calibri" w:eastAsia="宋体"/>
        </w:rPr>
        <w:t xml:space="preserve">• </w:t>
      </w:r>
      <w:r>
        <w:rPr>
          <w:rFonts w:ascii="Calibri" w:hAnsi="Calibri" w:cs="Calibri" w:eastAsia="宋体"/>
        </w:rPr>
        <w:t>术后十天内，精索部位出现酸胀感属于正常的术后反应。这种感觉会随着时间推移逐渐减弱直至完全消失。整体而言，手术对日常行走的影响较小。</w:t>
      </w:r>
    </w:p>
    <w:p>
      <w:pPr>
        <w:pStyle w:val="Heading4"/>
      </w:pPr>
      <w:r>
        <w:rPr>
          <w:rFonts w:ascii="Calibri" w:hAnsi="Calibri" w:cs="Calibri" w:eastAsia="宋体"/>
        </w:rPr>
        <w:t>花费</w:t>
      </w:r>
    </w:p>
    <w:p>
      <w:pPr>
        <w:spacing w:after="100"/>
      </w:pPr>
      <w:r>
        <w:rPr>
          <w:rFonts w:ascii="Calibri" w:hAnsi="Calibri" w:cs="Calibri" w:eastAsia="宋体"/>
        </w:rPr>
        <w:t>手术价格是198,000日元，约合RMB8000+</w:t>
      </w:r>
    </w:p>
    <w:p>
      <w:pPr>
        <w:spacing w:after="100"/>
      </w:pPr>
      <w:r>
        <w:rPr>
          <w:rFonts w:ascii="Calibri" w:hAnsi="Calibri" w:cs="Calibri" w:eastAsia="宋体"/>
        </w:rPr>
        <w:t>其他项目手术可以参考官网：</w:t>
      </w:r>
    </w:p>
    <w:p>
      <w:pPr>
        <w:pStyle w:val="Heading2"/>
      </w:pPr>
      <w:r>
        <w:rPr>
          <w:rFonts w:ascii="Calibri" w:hAnsi="Calibri" w:cs="Calibri" w:eastAsia="微软雅黑"/>
        </w:rPr>
        <w:t>4.11  美国</w:t>
      </w:r>
    </w:p>
    <w:p>
      <w:pPr>
        <w:spacing w:after="160"/>
      </w:pPr>
      <w:r>
        <w:rPr>
          <w:rFonts w:ascii="Calibri" w:hAnsi="Calibri" w:cs="Calibri" w:eastAsia="宋体"/>
          <w:color w:val="6B7280"/>
          <w:sz w:val="16"/>
        </w:rPr>
        <w:t>原文：https://mtf.wiki/zh-cn/docs/srs/us</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4.11.1  SRS 综述（美国）</w:t>
      </w:r>
    </w:p>
    <w:p>
      <w:pPr>
        <w:spacing w:after="160"/>
      </w:pPr>
      <w:r>
        <w:rPr>
          <w:rFonts w:ascii="Calibri" w:hAnsi="Calibri" w:cs="Calibri" w:eastAsia="宋体"/>
          <w:color w:val="6B7280"/>
          <w:sz w:val="16"/>
        </w:rPr>
        <w:t>原文：https://mtf.wiki/zh-cn/docs/srs/us/overview · 最近更新：2025年12月8日</w:t>
      </w:r>
    </w:p>
    <w:p>
      <w:pPr>
        <w:spacing w:after="100"/>
      </w:pPr>
      <w:r>
        <w:rPr>
          <w:rFonts w:ascii="Calibri" w:hAnsi="Calibri" w:cs="Calibri" w:eastAsia="宋体"/>
          <w:i/>
        </w:rPr>
        <w:t>注：本综述以已经在北美地区（拥有美国的私人医疗保险）的跨性别群体为主要受众</w:t>
      </w:r>
    </w:p>
    <w:p>
      <w:pPr>
        <w:pStyle w:val="Heading4"/>
      </w:pPr>
      <w:r>
        <w:rPr>
          <w:rFonts w:ascii="Calibri" w:hAnsi="Calibri" w:cs="Calibri" w:eastAsia="宋体"/>
        </w:rPr>
        <w:t>术前科普</w:t>
      </w:r>
    </w:p>
    <w:p>
      <w:pPr>
        <w:spacing w:after="100"/>
      </w:pPr>
      <w:r>
        <w:rPr>
          <w:rFonts w:ascii="Calibri" w:hAnsi="Calibri" w:cs="Calibri" w:eastAsia="宋体"/>
        </w:rPr>
        <w:t>具体参见：</w:t>
      </w:r>
      <w:r>
        <w:rPr>
          <w:rFonts w:ascii="Calibri" w:hAnsi="Calibri" w:cs="Calibri" w:eastAsia="宋体"/>
        </w:rPr>
        <w:t>术前科普</w:t>
      </w:r>
    </w:p>
    <w:p>
      <w:pPr>
        <w:pStyle w:val="Heading4"/>
      </w:pPr>
      <w:r>
        <w:rPr>
          <w:rFonts w:ascii="Calibri" w:hAnsi="Calibri" w:cs="Calibri" w:eastAsia="宋体"/>
        </w:rPr>
        <w:t>法律依据</w:t>
      </w:r>
    </w:p>
    <w:p>
      <w:pPr>
        <w:spacing w:after="100"/>
      </w:pPr>
      <w:r>
        <w:rPr>
          <w:rFonts w:ascii="Calibri" w:hAnsi="Calibri" w:cs="Calibri" w:eastAsia="宋体"/>
        </w:rPr>
        <w:t>美国关于进行 SRS 的法律每州均有不同。但总体来说，相对保守的州（德克萨斯、弗罗里达、密西西比等）对 18 岁以下的人进行 SRS 有法律上的限制；相对开放的州只要有家长同意，并无法律上的限制。其他整体上的限制如下：</w:t>
      </w:r>
    </w:p>
    <w:p>
      <w:pPr>
        <w:spacing w:before="20" w:after="40"/>
        <w:ind w:left="822" w:hanging="312"/>
      </w:pPr>
      <w:r>
        <w:rPr>
          <w:rFonts w:ascii="Calibri" w:hAnsi="Calibri" w:cs="Calibri" w:eastAsia="宋体"/>
        </w:rPr>
        <w:t xml:space="preserve">1. </w:t>
      </w:r>
      <w:r>
        <w:rPr>
          <w:rFonts w:ascii="Calibri" w:hAnsi="Calibri" w:cs="Calibri" w:eastAsia="宋体"/>
        </w:rPr>
        <w:t>年满 16 岁，但未满 18 岁，必须得到合法父母或授权监护人的同意</w:t>
      </w:r>
    </w:p>
    <w:p>
      <w:pPr>
        <w:spacing w:before="20" w:after="40"/>
        <w:ind w:left="822" w:hanging="312"/>
      </w:pPr>
      <w:r>
        <w:rPr>
          <w:rFonts w:ascii="Calibri" w:hAnsi="Calibri" w:cs="Calibri" w:eastAsia="宋体"/>
        </w:rPr>
        <w:t xml:space="preserve">2. </w:t>
      </w:r>
      <w:r>
        <w:rPr>
          <w:rFonts w:ascii="Calibri" w:hAnsi="Calibri" w:cs="Calibri" w:eastAsia="宋体"/>
        </w:rPr>
        <w:t>已满 18 岁</w:t>
      </w:r>
    </w:p>
    <w:p>
      <w:pPr>
        <w:spacing w:before="20" w:after="40"/>
        <w:ind w:left="425" w:hanging="312"/>
      </w:pPr>
      <w:r>
        <w:rPr>
          <w:rFonts w:ascii="Calibri" w:hAnsi="Calibri" w:cs="Calibri" w:eastAsia="宋体"/>
        </w:rPr>
        <w:t xml:space="preserve">2. </w:t>
      </w:r>
      <w:r>
        <w:rPr>
          <w:rFonts w:ascii="Calibri" w:hAnsi="Calibri" w:cs="Calibri" w:eastAsia="宋体"/>
        </w:rPr>
        <w:t>获得两封精神科医生/心理咨询师的推荐信以及一封 HRT 医生的推荐信</w:t>
      </w:r>
    </w:p>
    <w:p>
      <w:pPr>
        <w:spacing w:before="20" w:after="40"/>
        <w:ind w:left="425" w:hanging="312"/>
      </w:pPr>
      <w:r>
        <w:rPr>
          <w:rFonts w:ascii="Calibri" w:hAnsi="Calibri" w:cs="Calibri" w:eastAsia="宋体"/>
        </w:rPr>
        <w:t xml:space="preserve">3. </w:t>
      </w:r>
      <w:r>
        <w:rPr>
          <w:rFonts w:ascii="Calibri" w:hAnsi="Calibri" w:cs="Calibri" w:eastAsia="宋体"/>
        </w:rPr>
        <w:t>符合 WPATH 定义的 SRS 手术指征</w:t>
      </w:r>
    </w:p>
    <w:p>
      <w:pPr>
        <w:pStyle w:val="Heading4"/>
      </w:pPr>
      <w:r>
        <w:rPr>
          <w:rFonts w:ascii="Calibri" w:hAnsi="Calibri" w:cs="Calibri" w:eastAsia="宋体"/>
        </w:rPr>
        <w:t>大致流程</w:t>
      </w:r>
    </w:p>
    <w:p>
      <w:pPr>
        <w:spacing w:before="20" w:after="40"/>
        <w:ind w:left="425" w:hanging="312"/>
      </w:pPr>
      <w:r>
        <w:rPr>
          <w:rFonts w:ascii="Calibri" w:hAnsi="Calibri" w:cs="Calibri" w:eastAsia="宋体"/>
        </w:rPr>
        <w:t xml:space="preserve">1. </w:t>
      </w:r>
      <w:r>
        <w:rPr>
          <w:rFonts w:ascii="Calibri" w:hAnsi="Calibri" w:cs="Calibri" w:eastAsia="宋体"/>
        </w:rPr>
        <w:t>预约 Initial Consultation</w:t>
      </w:r>
    </w:p>
    <w:p>
      <w:pPr>
        <w:spacing w:before="20" w:after="40"/>
        <w:ind w:left="425" w:hanging="312"/>
      </w:pPr>
      <w:r>
        <w:rPr>
          <w:rFonts w:ascii="Calibri" w:hAnsi="Calibri" w:cs="Calibri" w:eastAsia="宋体"/>
        </w:rPr>
        <w:t xml:space="preserve">2. </w:t>
      </w:r>
      <w:r>
        <w:rPr>
          <w:rFonts w:ascii="Calibri" w:hAnsi="Calibri" w:cs="Calibri" w:eastAsia="宋体"/>
        </w:rPr>
        <w:t>填写同意书，预约手术日期</w:t>
      </w:r>
    </w:p>
    <w:p>
      <w:pPr>
        <w:spacing w:before="20" w:after="40"/>
        <w:ind w:left="425" w:hanging="312"/>
      </w:pPr>
      <w:r>
        <w:rPr>
          <w:rFonts w:ascii="Calibri" w:hAnsi="Calibri" w:cs="Calibri" w:eastAsia="宋体"/>
        </w:rPr>
        <w:t xml:space="preserve">3. </w:t>
      </w:r>
      <w:r>
        <w:rPr>
          <w:rFonts w:ascii="Calibri" w:hAnsi="Calibri" w:cs="Calibri" w:eastAsia="宋体"/>
        </w:rPr>
        <w:t>获得手术推荐信</w:t>
      </w:r>
    </w:p>
    <w:p>
      <w:pPr>
        <w:spacing w:before="20" w:after="40"/>
        <w:ind w:left="425" w:hanging="312"/>
      </w:pPr>
      <w:r>
        <w:rPr>
          <w:rFonts w:ascii="Calibri" w:hAnsi="Calibri" w:cs="Calibri" w:eastAsia="宋体"/>
        </w:rPr>
        <w:t xml:space="preserve">4. </w:t>
      </w:r>
      <w:r>
        <w:rPr>
          <w:rFonts w:ascii="Calibri" w:hAnsi="Calibri" w:cs="Calibri" w:eastAsia="宋体"/>
        </w:rPr>
        <w:t>术前进行要求的血液及身体检测</w:t>
      </w:r>
    </w:p>
    <w:p>
      <w:pPr>
        <w:spacing w:before="20" w:after="40"/>
        <w:ind w:left="425" w:hanging="312"/>
      </w:pPr>
      <w:r>
        <w:rPr>
          <w:rFonts w:ascii="Calibri" w:hAnsi="Calibri" w:cs="Calibri" w:eastAsia="宋体"/>
        </w:rPr>
        <w:t xml:space="preserve">5. </w:t>
      </w:r>
      <w:r>
        <w:rPr>
          <w:rFonts w:ascii="Calibri" w:hAnsi="Calibri" w:cs="Calibri" w:eastAsia="宋体"/>
        </w:rPr>
        <w:t>术前咨询</w:t>
      </w:r>
    </w:p>
    <w:p>
      <w:pPr>
        <w:spacing w:before="20" w:after="40"/>
        <w:ind w:left="425" w:hanging="312"/>
      </w:pPr>
      <w:r>
        <w:rPr>
          <w:rFonts w:ascii="Calibri" w:hAnsi="Calibri" w:cs="Calibri" w:eastAsia="宋体"/>
        </w:rPr>
        <w:t xml:space="preserve">6. </w:t>
      </w:r>
      <w:r>
        <w:rPr>
          <w:rFonts w:ascii="Calibri" w:hAnsi="Calibri" w:cs="Calibri" w:eastAsia="宋体"/>
        </w:rPr>
        <w:t>手术前一天禁食固体食物，准备手术</w:t>
      </w:r>
    </w:p>
    <w:p>
      <w:pPr>
        <w:spacing w:before="20" w:after="40"/>
        <w:ind w:left="425" w:hanging="312"/>
      </w:pPr>
      <w:r>
        <w:rPr>
          <w:rFonts w:ascii="Calibri" w:hAnsi="Calibri" w:cs="Calibri" w:eastAsia="宋体"/>
        </w:rPr>
        <w:t xml:space="preserve">7. </w:t>
      </w:r>
      <w:r>
        <w:rPr>
          <w:rFonts w:ascii="Calibri" w:hAnsi="Calibri" w:cs="Calibri" w:eastAsia="宋体"/>
        </w:rPr>
        <w:t>手术当天住院</w:t>
      </w:r>
    </w:p>
    <w:p>
      <w:pPr>
        <w:spacing w:before="20" w:after="40"/>
        <w:ind w:left="425" w:hanging="312"/>
      </w:pPr>
      <w:r>
        <w:rPr>
          <w:rFonts w:ascii="Calibri" w:hAnsi="Calibri" w:cs="Calibri" w:eastAsia="宋体"/>
        </w:rPr>
        <w:t xml:space="preserve">8. </w:t>
      </w:r>
      <w:r>
        <w:rPr>
          <w:rFonts w:ascii="Calibri" w:hAnsi="Calibri" w:cs="Calibri" w:eastAsia="宋体"/>
        </w:rPr>
        <w:t>手术 2-4 天后出院</w:t>
      </w:r>
    </w:p>
    <w:p>
      <w:pPr>
        <w:spacing w:before="20" w:after="40"/>
        <w:ind w:left="425" w:hanging="312"/>
      </w:pPr>
      <w:r>
        <w:rPr>
          <w:rFonts w:ascii="Calibri" w:hAnsi="Calibri" w:cs="Calibri" w:eastAsia="宋体"/>
        </w:rPr>
        <w:t xml:space="preserve">9. </w:t>
      </w:r>
      <w:r>
        <w:rPr>
          <w:rFonts w:ascii="Calibri" w:hAnsi="Calibri" w:cs="Calibri" w:eastAsia="宋体"/>
        </w:rPr>
        <w:t>术后休养以及一个月内的几次术后复查</w:t>
      </w:r>
    </w:p>
    <w:p>
      <w:pPr>
        <w:pStyle w:val="Heading4"/>
      </w:pPr>
      <w:r>
        <w:rPr>
          <w:rFonts w:ascii="Calibri" w:hAnsi="Calibri" w:cs="Calibri" w:eastAsia="宋体"/>
        </w:rPr>
        <w:t>保险及费用</w:t>
      </w:r>
    </w:p>
    <w:p>
      <w:pPr>
        <w:spacing w:after="100"/>
      </w:pPr>
      <w:r>
        <w:rPr>
          <w:rFonts w:ascii="Calibri" w:hAnsi="Calibri" w:cs="Calibri" w:eastAsia="宋体"/>
        </w:rPr>
        <w:t>一般来说，比较大的保险网络（例如 BCBS, Aetna 等）的 PPO 都会或多或少地报销手术费用，但是为了保险，请提前查阅自己保险的 Policy 或与保险公司联系来确认。</w:t>
      </w:r>
    </w:p>
    <w:p>
      <w:pPr>
        <w:spacing w:after="100"/>
      </w:pPr>
      <w:r>
        <w:rPr>
          <w:rFonts w:ascii="Calibri" w:hAnsi="Calibri" w:cs="Calibri" w:eastAsia="宋体"/>
        </w:rPr>
        <w:t xml:space="preserve">有 </w:t>
      </w:r>
      <w:r>
        <w:rPr>
          <w:rFonts w:ascii="Calibri" w:hAnsi="Calibri" w:cs="Calibri" w:eastAsia="宋体"/>
        </w:rPr>
        <w:t>一些学校</w:t>
      </w:r>
      <w:r>
        <w:rPr>
          <w:rFonts w:ascii="Calibri" w:hAnsi="Calibri" w:cs="Calibri" w:eastAsia="宋体"/>
        </w:rPr>
        <w:t xml:space="preserve"> 的保险是会报销 SRS 费用的。手术医生一般来说都会要求手术者在开始咨询/预约手术时有已经生效的保险。绝大多数医生不接受完全自费手术者。</w:t>
      </w:r>
    </w:p>
    <w:p>
      <w:pPr>
        <w:spacing w:after="100"/>
      </w:pPr>
      <w:r>
        <w:rPr>
          <w:rFonts w:ascii="Calibri" w:hAnsi="Calibri" w:cs="Calibri" w:eastAsia="宋体"/>
        </w:rPr>
        <w:t xml:space="preserve">由于美国医疗价格的高昂，SRS 的价格一般都会达到 Out of Pocket Max Limit (OOP-Max)。这个金额随保险的不同而有所不同，大致在 </w:t>
      </w:r>
      <w:r>
        <w:rPr>
          <w:rFonts w:ascii="Calibri" w:hAnsi="Calibri" w:cs="Calibri" w:eastAsia="宋体"/>
        </w:rPr>
        <w:t>US$3,000.00</w:t>
      </w:r>
      <w:r>
        <w:rPr>
          <w:rFonts w:ascii="Calibri" w:hAnsi="Calibri" w:cs="Calibri" w:eastAsia="宋体"/>
        </w:rPr>
        <w:t xml:space="preserve"> - </w:t>
      </w:r>
      <w:r>
        <w:rPr>
          <w:rFonts w:ascii="Calibri" w:hAnsi="Calibri" w:cs="Calibri" w:eastAsia="宋体"/>
        </w:rPr>
        <w:t>US$10,000.00</w:t>
      </w:r>
      <w:r>
        <w:rPr>
          <w:rFonts w:ascii="Calibri" w:hAnsi="Calibri" w:cs="Calibri" w:eastAsia="宋体"/>
        </w:rPr>
        <w:t xml:space="preserve"> 之间。值得注意的是，当 OOP-Max 金额被达到的时候，当保险期之内其他的所有保险报销的医疗服务均会由保险公司 100% 报销。</w:t>
      </w:r>
    </w:p>
    <w:p>
      <w:pPr>
        <w:spacing w:after="100"/>
      </w:pPr>
      <w:r>
        <w:rPr>
          <w:rFonts w:ascii="Calibri" w:hAnsi="Calibri" w:cs="Calibri" w:eastAsia="宋体"/>
        </w:rPr>
        <w:t>SRS 流程的保险报销前金额大致如下：</w:t>
      </w:r>
    </w:p>
    <w:p>
      <w:pPr>
        <w:spacing w:before="20" w:after="40"/>
        <w:ind w:left="425" w:hanging="312"/>
      </w:pPr>
      <w:r>
        <w:rPr>
          <w:rFonts w:ascii="Calibri" w:hAnsi="Calibri" w:cs="Calibri" w:eastAsia="宋体"/>
        </w:rPr>
        <w:t xml:space="preserve">• </w:t>
      </w:r>
      <w:r>
        <w:rPr>
          <w:rFonts w:ascii="Calibri" w:hAnsi="Calibri" w:cs="Calibri" w:eastAsia="宋体"/>
        </w:rPr>
        <w:t>Initial Consultation：</w:t>
      </w:r>
      <w:r>
        <w:rPr>
          <w:rFonts w:ascii="Calibri" w:hAnsi="Calibri" w:cs="Calibri" w:eastAsia="宋体"/>
        </w:rPr>
        <w:t>US$200.00</w:t>
      </w:r>
      <w:r>
        <w:rPr>
          <w:rFonts w:ascii="Calibri" w:hAnsi="Calibri" w:cs="Calibri" w:eastAsia="宋体"/>
        </w:rPr>
        <w:t xml:space="preserve"> - </w:t>
      </w:r>
      <w:r>
        <w:rPr>
          <w:rFonts w:ascii="Calibri" w:hAnsi="Calibri" w:cs="Calibri" w:eastAsia="宋体"/>
        </w:rPr>
        <w:t>US$400.00</w:t>
      </w:r>
    </w:p>
    <w:p>
      <w:pPr>
        <w:spacing w:before="20" w:after="40"/>
        <w:ind w:left="425" w:hanging="312"/>
      </w:pPr>
      <w:r>
        <w:rPr>
          <w:rFonts w:ascii="Calibri" w:hAnsi="Calibri" w:cs="Calibri" w:eastAsia="宋体"/>
        </w:rPr>
        <w:t xml:space="preserve">• </w:t>
      </w:r>
      <w:r>
        <w:rPr>
          <w:rFonts w:ascii="Calibri" w:hAnsi="Calibri" w:cs="Calibri" w:eastAsia="宋体"/>
        </w:rPr>
        <w:t>SRS 手术：</w:t>
      </w:r>
      <w:r>
        <w:rPr>
          <w:rFonts w:ascii="Calibri" w:hAnsi="Calibri" w:cs="Calibri" w:eastAsia="宋体"/>
        </w:rPr>
        <w:t>US$60,000.00</w:t>
      </w:r>
      <w:r>
        <w:rPr>
          <w:rFonts w:ascii="Calibri" w:hAnsi="Calibri" w:cs="Calibri" w:eastAsia="宋体"/>
        </w:rPr>
        <w:t xml:space="preserve"> - </w:t>
      </w:r>
      <w:r>
        <w:rPr>
          <w:rFonts w:ascii="Calibri" w:hAnsi="Calibri" w:cs="Calibri" w:eastAsia="宋体"/>
        </w:rPr>
        <w:t>US$300,000.00</w:t>
      </w:r>
    </w:p>
    <w:p>
      <w:pPr>
        <w:spacing w:after="100"/>
      </w:pPr>
      <w:r>
        <w:rPr>
          <w:rFonts w:ascii="Calibri" w:hAnsi="Calibri" w:cs="Calibri" w:eastAsia="宋体"/>
        </w:rPr>
        <w:t xml:space="preserve">但是在保险报销之后，在美国进行 SRS 的价格一般会控制在 </w:t>
      </w:r>
      <w:r>
        <w:rPr>
          <w:rFonts w:ascii="Calibri" w:hAnsi="Calibri" w:cs="Calibri" w:eastAsia="宋体"/>
        </w:rPr>
        <w:t>US$10,000.00</w:t>
      </w:r>
      <w:r>
        <w:rPr>
          <w:rFonts w:ascii="Calibri" w:hAnsi="Calibri" w:cs="Calibri" w:eastAsia="宋体"/>
        </w:rPr>
        <w:t xml:space="preserve"> 以内，在比较流行的 SRS 目的地中算价格有优势的。</w:t>
      </w:r>
    </w:p>
    <w:p>
      <w:pPr>
        <w:pStyle w:val="Heading4"/>
      </w:pPr>
      <w:r>
        <w:rPr>
          <w:rFonts w:ascii="Calibri" w:hAnsi="Calibri" w:cs="Calibri" w:eastAsia="宋体"/>
        </w:rPr>
        <w:t>旅行指南</w:t>
      </w:r>
    </w:p>
    <w:p>
      <w:pPr>
        <w:spacing w:after="100"/>
      </w:pPr>
      <w:r>
        <w:rPr>
          <w:rFonts w:ascii="Calibri" w:hAnsi="Calibri" w:cs="Calibri" w:eastAsia="宋体"/>
        </w:rPr>
        <w:t>大多数医生都会要求手术者在术前两三天到达手术城市，并在术后至少在手术城市停留三周。这是为了留出充足的时间进行休养和复查。大多数医生都会要求手术者安排合理安全的交通方式（比如让家人朋友来接、或提前订好 Uber/Lyft 等）在出院后将自己妥善送回休养的酒店。</w:t>
      </w:r>
    </w:p>
    <w:p>
      <w:pPr>
        <w:pStyle w:val="Heading4"/>
      </w:pPr>
      <w:r>
        <w:rPr>
          <w:rFonts w:ascii="Calibri" w:hAnsi="Calibri" w:cs="Calibri" w:eastAsia="宋体"/>
        </w:rPr>
        <w:t>术后事项</w:t>
      </w:r>
    </w:p>
    <w:p>
      <w:pPr>
        <w:spacing w:before="20" w:after="40"/>
        <w:ind w:left="425" w:hanging="312"/>
      </w:pPr>
      <w:r>
        <w:rPr>
          <w:rFonts w:ascii="Calibri" w:hAnsi="Calibri" w:cs="Calibri" w:eastAsia="宋体"/>
        </w:rPr>
        <w:t xml:space="preserve">• </w:t>
      </w:r>
      <w:r>
        <w:rPr>
          <w:rFonts w:ascii="Calibri" w:hAnsi="Calibri" w:cs="Calibri" w:eastAsia="宋体"/>
        </w:rPr>
        <w:t>户口身份证变更指引</w:t>
      </w:r>
      <w:r>
        <w:rPr>
          <w:rFonts w:ascii="Calibri" w:hAnsi="Calibri" w:cs="Calibri" w:eastAsia="宋体"/>
        </w:rPr>
        <w:t>，一般需要按「B)司法鉴定」操作。</w:t>
      </w:r>
    </w:p>
    <w:p>
      <w:pPr>
        <w:pStyle w:val="Heading3"/>
      </w:pPr>
      <w:r>
        <w:rPr>
          <w:rFonts w:ascii="Calibri" w:hAnsi="Calibri" w:cs="Calibri" w:eastAsia="微软雅黑"/>
        </w:rPr>
        <w:t>4.11.2  Heidi Wittenberg</w:t>
      </w:r>
    </w:p>
    <w:p>
      <w:pPr>
        <w:spacing w:after="160"/>
      </w:pPr>
      <w:r>
        <w:rPr>
          <w:rFonts w:ascii="Calibri" w:hAnsi="Calibri" w:cs="Calibri" w:eastAsia="宋体"/>
          <w:color w:val="6B7280"/>
          <w:sz w:val="16"/>
        </w:rPr>
        <w:t>原文：https://mtf.wiki/zh-cn/docs/srs/us/heidi-wittenberg · 最近更新：2024年6月10日</w:t>
      </w:r>
    </w:p>
    <w:p>
      <w:pPr>
        <w:spacing w:after="100"/>
      </w:pPr>
      <w:r>
        <w:rPr>
          <w:rFonts w:ascii="Calibri" w:hAnsi="Calibri" w:cs="Calibri" w:eastAsia="宋体"/>
        </w:rPr>
        <w:t xml:space="preserve">网站: </w:t>
      </w:r>
      <w:r>
        <w:rPr>
          <w:rFonts w:ascii="Calibri" w:hAnsi="Calibri" w:cs="Calibri" w:eastAsia="宋体"/>
        </w:rPr>
        <w:t>https://www.MoZaicCare.net</w:t>
      </w:r>
    </w:p>
    <w:p>
      <w:pPr>
        <w:spacing w:after="100"/>
      </w:pPr>
      <w:r>
        <w:rPr>
          <w:rFonts w:ascii="Calibri" w:hAnsi="Calibri" w:cs="Calibri" w:eastAsia="宋体"/>
        </w:rPr>
        <w:t xml:space="preserve">电话: </w:t>
      </w:r>
      <w:r>
        <w:rPr>
          <w:rFonts w:ascii="Calibri" w:hAnsi="Calibri" w:cs="Calibri" w:eastAsia="宋体"/>
        </w:rPr>
        <w:t>+1 415-395-9895</w:t>
      </w:r>
    </w:p>
    <w:p>
      <w:pPr>
        <w:spacing w:after="100"/>
      </w:pPr>
      <w:r>
        <w:rPr>
          <w:rFonts w:ascii="Calibri" w:hAnsi="Calibri" w:cs="Calibri" w:eastAsia="宋体"/>
          <w:i/>
        </w:rPr>
        <w:t>注：笔者1本人并未在 Wittenberg 处预约手术，本页资料为亲历者采访与官方网站资料汇编而成</w:t>
      </w:r>
      <w:r>
        <w:br/>
      </w:r>
      <w:r>
        <w:rPr>
          <w:rFonts w:ascii="Calibri" w:hAnsi="Calibri" w:cs="Calibri" w:eastAsia="宋体"/>
          <w:i/>
        </w:rPr>
        <w:t>注：笔者2本人在 Wittenberg 处于2024年5月预约了皮瓣，部分内容仅代表现时的情况</w:t>
      </w:r>
    </w:p>
    <w:p>
      <w:pPr>
        <w:spacing w:after="100"/>
      </w:pPr>
      <w:r>
        <w:rPr>
          <w:rFonts w:ascii="Calibri" w:hAnsi="Calibri" w:cs="Calibri" w:eastAsia="宋体"/>
        </w:rPr>
        <w:t>Dr. Heidi Wittenberg 是一位在旧金山的妇产科出身的 SRS 医生。她的诊所是MoZaic Care，另外一位医生是她的学生Dr. Adam Bonnington。她是美国西海岸为数不多的可以进行腹膜手术的医生。现时（2022 年 2 月），她进行手术的医院是 San Francis Memorial Hospital。</w:t>
      </w:r>
    </w:p>
    <w:p>
      <w:pPr>
        <w:pStyle w:val="Heading4"/>
      </w:pPr>
      <w:r>
        <w:rPr>
          <w:rFonts w:ascii="Calibri" w:hAnsi="Calibri" w:cs="Calibri" w:eastAsia="宋体"/>
        </w:rPr>
        <w:t>特点</w:t>
      </w:r>
    </w:p>
    <w:p>
      <w:pPr>
        <w:spacing w:after="100"/>
      </w:pPr>
      <w:r>
        <w:rPr>
          <w:rFonts w:ascii="Calibri" w:hAnsi="Calibri" w:cs="Calibri" w:eastAsia="宋体"/>
        </w:rPr>
        <w:t>由于 Wittenberg 是妇产科出身，所以她对阴道及外阴的解剖结构会比一些整形外科出身的医生好。由她进行的 SRS 的解剖结构以及术后敏感度会比其他医生好一些。但是同样由于她并不是整形外科出身，她对于外在美学的追求并没有其他医生高，所以外观并不一定会很好。</w:t>
      </w:r>
    </w:p>
    <w:p>
      <w:pPr>
        <w:pStyle w:val="Heading4"/>
      </w:pPr>
      <w:r>
        <w:rPr>
          <w:rFonts w:ascii="Calibri" w:hAnsi="Calibri" w:cs="Calibri" w:eastAsia="宋体"/>
        </w:rPr>
        <w:t>要求</w:t>
      </w:r>
    </w:p>
    <w:p>
      <w:pPr>
        <w:spacing w:before="20" w:after="40"/>
        <w:ind w:left="425" w:hanging="312"/>
      </w:pPr>
      <w:r>
        <w:rPr>
          <w:rFonts w:ascii="Calibri" w:hAnsi="Calibri" w:cs="Calibri" w:eastAsia="宋体"/>
        </w:rPr>
        <w:t xml:space="preserve">• </w:t>
      </w:r>
      <w:r>
        <w:rPr>
          <w:rFonts w:ascii="Calibri" w:hAnsi="Calibri" w:cs="Calibri" w:eastAsia="宋体"/>
        </w:rPr>
        <w:t>关于推荐信：要求至少有两封精神科医生的信和一封 HRT 医生的信，其中一封的精神科医生必须有博士或等同学位（推荐信内容的具体要求在页面底部）</w:t>
      </w:r>
    </w:p>
    <w:p>
      <w:pPr>
        <w:spacing w:before="20" w:after="40"/>
        <w:ind w:left="425" w:hanging="312"/>
      </w:pPr>
      <w:r>
        <w:rPr>
          <w:rFonts w:ascii="Calibri" w:hAnsi="Calibri" w:cs="Calibri" w:eastAsia="宋体"/>
        </w:rPr>
        <w:t xml:space="preserve">• </w:t>
      </w:r>
      <w:r>
        <w:rPr>
          <w:rFonts w:ascii="Calibri" w:hAnsi="Calibri" w:cs="Calibri" w:eastAsia="宋体"/>
        </w:rPr>
        <w:t>BMI 要求：强制要求低于 35 且高于 20，但是在正常范围内为最佳（因为伤口缝合原因）</w:t>
      </w:r>
    </w:p>
    <w:p>
      <w:pPr>
        <w:spacing w:before="20" w:after="40"/>
        <w:ind w:left="425" w:hanging="312"/>
      </w:pPr>
      <w:r>
        <w:rPr>
          <w:rFonts w:ascii="Calibri" w:hAnsi="Calibri" w:cs="Calibri" w:eastAsia="宋体"/>
        </w:rPr>
        <w:t xml:space="preserve">• </w:t>
      </w:r>
      <w:r>
        <w:rPr>
          <w:rFonts w:ascii="Calibri" w:hAnsi="Calibri" w:cs="Calibri" w:eastAsia="宋体"/>
        </w:rPr>
        <w:t>年龄要求：18 岁及以上无需家长同意</w:t>
      </w:r>
    </w:p>
    <w:p>
      <w:pPr>
        <w:pStyle w:val="Heading4"/>
      </w:pPr>
      <w:r>
        <w:rPr>
          <w:rFonts w:ascii="Calibri" w:hAnsi="Calibri" w:cs="Calibri" w:eastAsia="宋体"/>
        </w:rPr>
        <w:t>流程</w:t>
      </w:r>
    </w:p>
    <w:p>
      <w:pPr>
        <w:spacing w:before="20" w:after="40"/>
        <w:ind w:left="425" w:hanging="312"/>
      </w:pPr>
      <w:r>
        <w:rPr>
          <w:rFonts w:ascii="Calibri" w:hAnsi="Calibri" w:cs="Calibri" w:eastAsia="宋体"/>
        </w:rPr>
        <w:t xml:space="preserve">1. </w:t>
      </w:r>
      <w:r>
        <w:rPr>
          <w:rFonts w:ascii="Calibri" w:hAnsi="Calibri" w:cs="Calibri" w:eastAsia="宋体"/>
        </w:rPr>
        <w:t>在官网 Contact 处预约 Initial Consultation</w:t>
      </w:r>
    </w:p>
    <w:p>
      <w:pPr>
        <w:spacing w:before="20" w:after="40"/>
        <w:ind w:left="425" w:hanging="312"/>
      </w:pPr>
      <w:r>
        <w:rPr>
          <w:rFonts w:ascii="Calibri" w:hAnsi="Calibri" w:cs="Calibri" w:eastAsia="宋体"/>
        </w:rPr>
        <w:t xml:space="preserve">2. </w:t>
      </w:r>
      <w:r>
        <w:rPr>
          <w:rFonts w:ascii="Calibri" w:hAnsi="Calibri" w:cs="Calibri" w:eastAsia="宋体"/>
        </w:rPr>
        <w:t>参加 Initial Consultation（可以选择和 Wittenberg 或者和她的学生Dr. Adam Bonnington 进行 Initial Consultation。和她的话需要等 4-5 个周；和她学生的话等大约 2-3 周即可）</w:t>
      </w:r>
    </w:p>
    <w:p>
      <w:pPr>
        <w:spacing w:before="20" w:after="40"/>
        <w:ind w:left="425" w:hanging="312"/>
      </w:pPr>
      <w:r>
        <w:rPr>
          <w:rFonts w:ascii="Calibri" w:hAnsi="Calibri" w:cs="Calibri" w:eastAsia="宋体"/>
        </w:rPr>
        <w:t xml:space="preserve">3. </w:t>
      </w:r>
      <w:r>
        <w:rPr>
          <w:rFonts w:ascii="Calibri" w:hAnsi="Calibri" w:cs="Calibri" w:eastAsia="宋体"/>
        </w:rPr>
        <w:t>在预约手术前需准备好3封推荐信并提交给诊所审核（推荐信不齐无法预约手术）</w:t>
      </w:r>
    </w:p>
    <w:p>
      <w:pPr>
        <w:spacing w:before="20" w:after="40"/>
        <w:ind w:left="425" w:hanging="312"/>
      </w:pPr>
      <w:r>
        <w:rPr>
          <w:rFonts w:ascii="Calibri" w:hAnsi="Calibri" w:cs="Calibri" w:eastAsia="宋体"/>
        </w:rPr>
        <w:t xml:space="preserve">4. </w:t>
      </w:r>
      <w:r>
        <w:rPr>
          <w:rFonts w:ascii="Calibri" w:hAnsi="Calibri" w:cs="Calibri" w:eastAsia="宋体"/>
        </w:rPr>
        <w:t>获得手术日期（手术只会在周一/周二），可以选择加入 Cancellation list（如果前面有人取消/延后有机会提前手术时间。注意： Cancellation list 时间非常不确定，一定要做好心理准备即使有更近一些的位置也不一定合适。）</w:t>
      </w:r>
    </w:p>
    <w:p>
      <w:pPr>
        <w:spacing w:before="20" w:after="40"/>
        <w:ind w:left="425" w:hanging="312"/>
      </w:pPr>
      <w:r>
        <w:rPr>
          <w:rFonts w:ascii="Calibri" w:hAnsi="Calibri" w:cs="Calibri" w:eastAsia="宋体"/>
        </w:rPr>
        <w:t xml:space="preserve">5. </w:t>
      </w:r>
      <w:r>
        <w:rPr>
          <w:rFonts w:ascii="Calibri" w:hAnsi="Calibri" w:cs="Calibri" w:eastAsia="宋体"/>
        </w:rPr>
        <w:t>在临近手术日期时处理好保险问题（pre-authorization）</w:t>
      </w:r>
    </w:p>
    <w:p>
      <w:pPr>
        <w:spacing w:before="20" w:after="40"/>
        <w:ind w:left="425" w:hanging="312"/>
      </w:pPr>
      <w:r>
        <w:rPr>
          <w:rFonts w:ascii="Calibri" w:hAnsi="Calibri" w:cs="Calibri" w:eastAsia="宋体"/>
        </w:rPr>
        <w:t xml:space="preserve">6. </w:t>
      </w:r>
      <w:r>
        <w:rPr>
          <w:rFonts w:ascii="Calibri" w:hAnsi="Calibri" w:cs="Calibri" w:eastAsia="宋体"/>
        </w:rPr>
        <w:t>术前1月要进行抽血化验、术前体检（clearance）、EKG等，MoZaic会出具具体的 lab order 可以直接拿给PCP或外面的其他lab。</w:t>
      </w:r>
    </w:p>
    <w:p>
      <w:pPr>
        <w:spacing w:before="20" w:after="40"/>
        <w:ind w:left="425" w:hanging="312"/>
      </w:pPr>
      <w:r>
        <w:rPr>
          <w:rFonts w:ascii="Calibri" w:hAnsi="Calibri" w:cs="Calibri" w:eastAsia="宋体"/>
        </w:rPr>
        <w:t xml:space="preserve">7. </w:t>
      </w:r>
      <w:r>
        <w:rPr>
          <w:rFonts w:ascii="Calibri" w:hAnsi="Calibri" w:cs="Calibri" w:eastAsia="宋体"/>
        </w:rPr>
        <w:t>手术前1周内进行术前咨询（大概率为周三周四），并在医院checkin。</w:t>
      </w:r>
    </w:p>
    <w:p>
      <w:pPr>
        <w:spacing w:before="20" w:after="40"/>
        <w:ind w:left="425" w:hanging="312"/>
      </w:pPr>
      <w:r>
        <w:rPr>
          <w:rFonts w:ascii="Calibri" w:hAnsi="Calibri" w:cs="Calibri" w:eastAsia="宋体"/>
        </w:rPr>
        <w:t xml:space="preserve">8. </w:t>
      </w:r>
      <w:r>
        <w:rPr>
          <w:rFonts w:ascii="Calibri" w:hAnsi="Calibri" w:cs="Calibri" w:eastAsia="宋体"/>
        </w:rPr>
        <w:t>手术时间大约 5 小时（腹膜）或4小时（皮瓣），手术当天需要自己在6:30到医院，术后第 3 天后出院。</w:t>
      </w:r>
    </w:p>
    <w:p>
      <w:pPr>
        <w:spacing w:before="20" w:after="40"/>
        <w:ind w:left="425" w:hanging="312"/>
      </w:pPr>
      <w:r>
        <w:rPr>
          <w:rFonts w:ascii="Calibri" w:hAnsi="Calibri" w:cs="Calibri" w:eastAsia="宋体"/>
        </w:rPr>
        <w:t xml:space="preserve">9. </w:t>
      </w:r>
      <w:r>
        <w:rPr>
          <w:rFonts w:ascii="Calibri" w:hAnsi="Calibri" w:cs="Calibri" w:eastAsia="宋体"/>
        </w:rPr>
        <w:t>术后一周进行第一次 post-op 拔尿管并开始通膜。要求在SF市内停留到第二次 post-op （约两周），在 bay area 停留到第三次 post-op （约三周）</w:t>
      </w:r>
    </w:p>
    <w:p>
      <w:pPr>
        <w:pStyle w:val="Heading4"/>
      </w:pPr>
      <w:r>
        <w:rPr>
          <w:rFonts w:ascii="Calibri" w:hAnsi="Calibri" w:cs="Calibri" w:eastAsia="宋体"/>
        </w:rPr>
        <w:t>术后通膜要求</w:t>
      </w:r>
    </w:p>
    <w:p>
      <w:pPr>
        <w:spacing w:before="20" w:after="40"/>
        <w:ind w:left="425" w:hanging="312"/>
      </w:pPr>
      <w:r>
        <w:rPr>
          <w:rFonts w:ascii="Calibri" w:hAnsi="Calibri" w:cs="Calibri" w:eastAsia="宋体"/>
        </w:rPr>
        <w:t xml:space="preserve">• </w:t>
      </w:r>
      <w:r>
        <w:rPr>
          <w:rFonts w:ascii="Calibri" w:hAnsi="Calibri" w:cs="Calibri" w:eastAsia="宋体"/>
          <w:b/>
        </w:rPr>
        <w:t>前三个月</w:t>
      </w:r>
      <w:r>
        <w:rPr>
          <w:rFonts w:ascii="Calibri" w:hAnsi="Calibri" w:cs="Calibri" w:eastAsia="宋体"/>
        </w:rPr>
        <w:t>：每天3次，每次10-30分钟</w:t>
      </w:r>
    </w:p>
    <w:p>
      <w:pPr>
        <w:spacing w:before="20" w:after="40"/>
        <w:ind w:left="425" w:hanging="312"/>
      </w:pPr>
      <w:r>
        <w:rPr>
          <w:rFonts w:ascii="Calibri" w:hAnsi="Calibri" w:cs="Calibri" w:eastAsia="宋体"/>
        </w:rPr>
        <w:t xml:space="preserve">• </w:t>
      </w:r>
      <w:r>
        <w:rPr>
          <w:rFonts w:ascii="Calibri" w:hAnsi="Calibri" w:cs="Calibri" w:eastAsia="宋体"/>
          <w:b/>
        </w:rPr>
        <w:t>3-6个月</w:t>
      </w:r>
      <w:r>
        <w:rPr>
          <w:rFonts w:ascii="Calibri" w:hAnsi="Calibri" w:cs="Calibri" w:eastAsia="宋体"/>
        </w:rPr>
        <w:t>：每天1次，每次10-30分钟</w:t>
      </w:r>
    </w:p>
    <w:p>
      <w:pPr>
        <w:spacing w:before="20" w:after="40"/>
        <w:ind w:left="425" w:hanging="312"/>
      </w:pPr>
      <w:r>
        <w:rPr>
          <w:rFonts w:ascii="Calibri" w:hAnsi="Calibri" w:cs="Calibri" w:eastAsia="宋体"/>
        </w:rPr>
        <w:t xml:space="preserve">• </w:t>
      </w:r>
      <w:r>
        <w:rPr>
          <w:rFonts w:ascii="Calibri" w:hAnsi="Calibri" w:cs="Calibri" w:eastAsia="宋体"/>
          <w:b/>
        </w:rPr>
        <w:t>6-9个月</w:t>
      </w:r>
      <w:r>
        <w:rPr>
          <w:rFonts w:ascii="Calibri" w:hAnsi="Calibri" w:cs="Calibri" w:eastAsia="宋体"/>
        </w:rPr>
        <w:t>：每周3-4次，每次10-30分钟</w:t>
      </w:r>
    </w:p>
    <w:p>
      <w:pPr>
        <w:spacing w:before="20" w:after="40"/>
        <w:ind w:left="425" w:hanging="312"/>
      </w:pPr>
      <w:r>
        <w:rPr>
          <w:rFonts w:ascii="Calibri" w:hAnsi="Calibri" w:cs="Calibri" w:eastAsia="宋体"/>
        </w:rPr>
        <w:t xml:space="preserve">• </w:t>
      </w:r>
      <w:r>
        <w:rPr>
          <w:rFonts w:ascii="Calibri" w:hAnsi="Calibri" w:cs="Calibri" w:eastAsia="宋体"/>
          <w:b/>
        </w:rPr>
        <w:t>9个月及以后</w:t>
      </w:r>
      <w:r>
        <w:rPr>
          <w:rFonts w:ascii="Calibri" w:hAnsi="Calibri" w:cs="Calibri" w:eastAsia="宋体"/>
        </w:rPr>
        <w:t>：每周1-2次，每次10-30分钟</w:t>
      </w:r>
    </w:p>
    <w:p>
      <w:pPr>
        <w:pStyle w:val="Heading4"/>
      </w:pPr>
      <w:r>
        <w:rPr>
          <w:rFonts w:ascii="Calibri" w:hAnsi="Calibri" w:cs="Calibri" w:eastAsia="宋体"/>
        </w:rPr>
        <w:t>保险</w:t>
      </w:r>
    </w:p>
    <w:p>
      <w:pPr>
        <w:spacing w:after="100"/>
      </w:pPr>
      <w:r>
        <w:rPr>
          <w:rFonts w:ascii="Calibri" w:hAnsi="Calibri" w:cs="Calibri" w:eastAsia="宋体"/>
        </w:rPr>
        <w:t>现时（2022 年 2 月），Wittenberg 接受的网络内保险有：</w:t>
      </w:r>
    </w:p>
    <w:p>
      <w:pPr>
        <w:spacing w:before="20" w:after="40"/>
        <w:ind w:left="425" w:hanging="312"/>
      </w:pPr>
      <w:r>
        <w:rPr>
          <w:rFonts w:ascii="Calibri" w:hAnsi="Calibri" w:cs="Calibri" w:eastAsia="宋体"/>
        </w:rPr>
        <w:t xml:space="preserve">• </w:t>
      </w:r>
      <w:r>
        <w:rPr>
          <w:rFonts w:ascii="Calibri" w:hAnsi="Calibri" w:cs="Calibri" w:eastAsia="宋体"/>
        </w:rPr>
        <w:t>Blue Cross/Blue Shield PPO（除 Covered CA Plans 和 Pathway PPO）</w:t>
      </w:r>
      <w:r>
        <w:br/>
      </w:r>
    </w:p>
    <w:p>
      <w:pPr>
        <w:spacing w:before="20" w:after="40"/>
        <w:ind w:left="822" w:hanging="312"/>
      </w:pPr>
      <w:r>
        <w:rPr>
          <w:rFonts w:ascii="Calibri" w:hAnsi="Calibri" w:cs="Calibri" w:eastAsia="宋体"/>
        </w:rPr>
        <w:t xml:space="preserve">◦ </w:t>
      </w:r>
      <w:r>
        <w:rPr>
          <w:rFonts w:ascii="Calibri" w:hAnsi="Calibri" w:cs="Calibri" w:eastAsia="宋体"/>
        </w:rPr>
        <w:t>UC Ship (2024年5月，据接待人员描述，UCDavis的保险出现了报销问题，请注意。)</w:t>
      </w:r>
    </w:p>
    <w:p>
      <w:pPr>
        <w:spacing w:before="20" w:after="40"/>
        <w:ind w:left="425" w:hanging="312"/>
      </w:pPr>
      <w:r>
        <w:rPr>
          <w:rFonts w:ascii="Calibri" w:hAnsi="Calibri" w:cs="Calibri" w:eastAsia="宋体"/>
        </w:rPr>
        <w:t xml:space="preserve">• </w:t>
      </w:r>
      <w:r>
        <w:rPr>
          <w:rFonts w:ascii="Calibri" w:hAnsi="Calibri" w:cs="Calibri" w:eastAsia="宋体"/>
        </w:rPr>
        <w:t>San Francisco Health Plan</w:t>
      </w:r>
    </w:p>
    <w:p>
      <w:pPr>
        <w:spacing w:before="20" w:after="40"/>
        <w:ind w:left="425" w:hanging="312"/>
      </w:pPr>
      <w:r>
        <w:rPr>
          <w:rFonts w:ascii="Calibri" w:hAnsi="Calibri" w:cs="Calibri" w:eastAsia="宋体"/>
        </w:rPr>
        <w:t xml:space="preserve">• </w:t>
      </w:r>
      <w:r>
        <w:rPr>
          <w:rFonts w:ascii="Calibri" w:hAnsi="Calibri" w:cs="Calibri" w:eastAsia="宋体"/>
        </w:rPr>
        <w:t>OHIP and British Columbia（加拿大，不能报销腹膜 SRS 费用）</w:t>
      </w:r>
    </w:p>
    <w:p>
      <w:pPr>
        <w:spacing w:after="100"/>
      </w:pPr>
      <w:r>
        <w:rPr>
          <w:rFonts w:ascii="Calibri" w:hAnsi="Calibri" w:cs="Calibri" w:eastAsia="宋体"/>
        </w:rPr>
        <w:t>其他网络外的 PPO 保险：</w:t>
      </w:r>
    </w:p>
    <w:p>
      <w:pPr>
        <w:spacing w:before="20" w:after="40"/>
        <w:ind w:left="425" w:hanging="312"/>
      </w:pPr>
      <w:r>
        <w:rPr>
          <w:rFonts w:ascii="Calibri" w:hAnsi="Calibri" w:cs="Calibri" w:eastAsia="宋体"/>
        </w:rPr>
        <w:t xml:space="preserve">• </w:t>
      </w:r>
      <w:r>
        <w:rPr>
          <w:rFonts w:ascii="Calibri" w:hAnsi="Calibri" w:cs="Calibri" w:eastAsia="宋体"/>
        </w:rPr>
        <w:t>Aetna</w:t>
      </w:r>
    </w:p>
    <w:p>
      <w:pPr>
        <w:spacing w:before="20" w:after="40"/>
        <w:ind w:left="425" w:hanging="312"/>
      </w:pPr>
      <w:r>
        <w:rPr>
          <w:rFonts w:ascii="Calibri" w:hAnsi="Calibri" w:cs="Calibri" w:eastAsia="宋体"/>
        </w:rPr>
        <w:t xml:space="preserve">• </w:t>
      </w:r>
      <w:r>
        <w:rPr>
          <w:rFonts w:ascii="Calibri" w:hAnsi="Calibri" w:cs="Calibri" w:eastAsia="宋体"/>
        </w:rPr>
        <w:t>Meritain Health</w:t>
      </w:r>
    </w:p>
    <w:p>
      <w:pPr>
        <w:spacing w:before="20" w:after="40"/>
        <w:ind w:left="425" w:hanging="312"/>
      </w:pPr>
      <w:r>
        <w:rPr>
          <w:rFonts w:ascii="Calibri" w:hAnsi="Calibri" w:cs="Calibri" w:eastAsia="宋体"/>
        </w:rPr>
        <w:t xml:space="preserve">• </w:t>
      </w:r>
      <w:r>
        <w:rPr>
          <w:rFonts w:ascii="Calibri" w:hAnsi="Calibri" w:cs="Calibri" w:eastAsia="宋体"/>
        </w:rPr>
        <w:t>Contra Costa Health Plan</w:t>
      </w:r>
    </w:p>
    <w:p>
      <w:pPr>
        <w:spacing w:before="20" w:after="40"/>
        <w:ind w:left="425" w:hanging="312"/>
      </w:pPr>
      <w:r>
        <w:rPr>
          <w:rFonts w:ascii="Calibri" w:hAnsi="Calibri" w:cs="Calibri" w:eastAsia="宋体"/>
        </w:rPr>
        <w:t xml:space="preserve">• </w:t>
      </w:r>
      <w:r>
        <w:rPr>
          <w:rFonts w:ascii="Calibri" w:hAnsi="Calibri" w:cs="Calibri" w:eastAsia="宋体"/>
        </w:rPr>
        <w:t>Valley Health Plan</w:t>
      </w:r>
    </w:p>
    <w:p>
      <w:pPr>
        <w:spacing w:before="20" w:after="40"/>
        <w:ind w:left="425" w:hanging="312"/>
      </w:pPr>
      <w:r>
        <w:rPr>
          <w:rFonts w:ascii="Calibri" w:hAnsi="Calibri" w:cs="Calibri" w:eastAsia="宋体"/>
        </w:rPr>
        <w:t xml:space="preserve">• </w:t>
      </w:r>
      <w:r>
        <w:rPr>
          <w:rFonts w:ascii="Calibri" w:hAnsi="Calibri" w:cs="Calibri" w:eastAsia="宋体"/>
        </w:rPr>
        <w:t>Multi-plan</w:t>
      </w:r>
    </w:p>
    <w:p>
      <w:pPr>
        <w:spacing w:before="20" w:after="40"/>
        <w:ind w:left="425" w:hanging="312"/>
      </w:pPr>
      <w:r>
        <w:rPr>
          <w:rFonts w:ascii="Calibri" w:hAnsi="Calibri" w:cs="Calibri" w:eastAsia="宋体"/>
        </w:rPr>
        <w:t xml:space="preserve">• </w:t>
      </w:r>
      <w:r>
        <w:rPr>
          <w:rFonts w:ascii="Calibri" w:hAnsi="Calibri" w:cs="Calibri" w:eastAsia="宋体"/>
        </w:rPr>
        <w:t>PHCS</w:t>
      </w:r>
    </w:p>
    <w:p>
      <w:pPr>
        <w:spacing w:before="20" w:after="40"/>
        <w:ind w:left="425" w:hanging="312"/>
      </w:pPr>
      <w:r>
        <w:rPr>
          <w:rFonts w:ascii="Calibri" w:hAnsi="Calibri" w:cs="Calibri" w:eastAsia="宋体"/>
        </w:rPr>
        <w:t xml:space="preserve">• </w:t>
      </w:r>
      <w:r>
        <w:rPr>
          <w:rFonts w:ascii="Calibri" w:hAnsi="Calibri" w:cs="Calibri" w:eastAsia="宋体"/>
        </w:rPr>
        <w:t>Health Net</w:t>
      </w:r>
    </w:p>
    <w:p>
      <w:pPr>
        <w:spacing w:after="100"/>
      </w:pPr>
      <w:r>
        <w:rPr>
          <w:rFonts w:ascii="Calibri" w:hAnsi="Calibri" w:cs="Calibri" w:eastAsia="宋体"/>
        </w:rPr>
        <w:t>现时无法接受的保险有：</w:t>
      </w:r>
    </w:p>
    <w:p>
      <w:pPr>
        <w:spacing w:before="20" w:after="40"/>
        <w:ind w:left="425" w:hanging="312"/>
      </w:pPr>
      <w:r>
        <w:rPr>
          <w:rFonts w:ascii="Calibri" w:hAnsi="Calibri" w:cs="Calibri" w:eastAsia="宋体"/>
        </w:rPr>
        <w:t xml:space="preserve">• </w:t>
      </w:r>
      <w:r>
        <w:rPr>
          <w:rFonts w:ascii="Calibri" w:hAnsi="Calibri" w:cs="Calibri" w:eastAsia="宋体"/>
        </w:rPr>
        <w:t>Medicare</w:t>
      </w:r>
    </w:p>
    <w:p>
      <w:pPr>
        <w:spacing w:before="20" w:after="40"/>
        <w:ind w:left="425" w:hanging="312"/>
      </w:pPr>
      <w:r>
        <w:rPr>
          <w:rFonts w:ascii="Calibri" w:hAnsi="Calibri" w:cs="Calibri" w:eastAsia="宋体"/>
        </w:rPr>
        <w:t xml:space="preserve">• </w:t>
      </w:r>
      <w:r>
        <w:rPr>
          <w:rFonts w:ascii="Calibri" w:hAnsi="Calibri" w:cs="Calibri" w:eastAsia="宋体"/>
        </w:rPr>
        <w:t>Medi-cal</w:t>
      </w:r>
    </w:p>
    <w:p>
      <w:pPr>
        <w:spacing w:before="20" w:after="40"/>
        <w:ind w:left="425" w:hanging="312"/>
      </w:pPr>
      <w:r>
        <w:rPr>
          <w:rFonts w:ascii="Calibri" w:hAnsi="Calibri" w:cs="Calibri" w:eastAsia="宋体"/>
        </w:rPr>
        <w:t xml:space="preserve">• </w:t>
      </w:r>
      <w:r>
        <w:rPr>
          <w:rFonts w:ascii="Calibri" w:hAnsi="Calibri" w:cs="Calibri" w:eastAsia="宋体"/>
        </w:rPr>
        <w:t>Straight Medicaid</w:t>
      </w:r>
    </w:p>
    <w:p>
      <w:pPr>
        <w:spacing w:before="20" w:after="40"/>
        <w:ind w:left="425" w:hanging="312"/>
      </w:pPr>
      <w:r>
        <w:rPr>
          <w:rFonts w:ascii="Calibri" w:hAnsi="Calibri" w:cs="Calibri" w:eastAsia="宋体"/>
        </w:rPr>
        <w:t xml:space="preserve">• </w:t>
      </w:r>
      <w:r>
        <w:rPr>
          <w:rFonts w:ascii="Calibri" w:hAnsi="Calibri" w:cs="Calibri" w:eastAsia="宋体"/>
        </w:rPr>
        <w:t>United Healthcare</w:t>
      </w:r>
    </w:p>
    <w:p>
      <w:pPr>
        <w:spacing w:before="20" w:after="40"/>
        <w:ind w:left="425" w:hanging="312"/>
      </w:pPr>
      <w:r>
        <w:rPr>
          <w:rFonts w:ascii="Calibri" w:hAnsi="Calibri" w:cs="Calibri" w:eastAsia="宋体"/>
        </w:rPr>
        <w:t xml:space="preserve">• </w:t>
      </w:r>
      <w:r>
        <w:rPr>
          <w:rFonts w:ascii="Calibri" w:hAnsi="Calibri" w:cs="Calibri" w:eastAsia="宋体"/>
        </w:rPr>
        <w:t>Signa</w:t>
      </w:r>
    </w:p>
    <w:p>
      <w:pPr>
        <w:spacing w:before="20" w:after="40"/>
        <w:ind w:left="425" w:hanging="312"/>
      </w:pPr>
      <w:r>
        <w:rPr>
          <w:rFonts w:ascii="Calibri" w:hAnsi="Calibri" w:cs="Calibri" w:eastAsia="宋体"/>
        </w:rPr>
        <w:t xml:space="preserve">• </w:t>
      </w:r>
      <w:r>
        <w:rPr>
          <w:rFonts w:ascii="Calibri" w:hAnsi="Calibri" w:cs="Calibri" w:eastAsia="宋体"/>
        </w:rPr>
        <w:t>Tricare</w:t>
      </w:r>
    </w:p>
    <w:p>
      <w:pPr>
        <w:spacing w:before="20" w:after="40"/>
        <w:ind w:left="425" w:hanging="312"/>
      </w:pPr>
      <w:r>
        <w:rPr>
          <w:rFonts w:ascii="Calibri" w:hAnsi="Calibri" w:cs="Calibri" w:eastAsia="宋体"/>
        </w:rPr>
        <w:t xml:space="preserve">• </w:t>
      </w:r>
      <w:r>
        <w:rPr>
          <w:rFonts w:ascii="Calibri" w:hAnsi="Calibri" w:cs="Calibri" w:eastAsia="宋体"/>
        </w:rPr>
        <w:t>LA Care</w:t>
      </w:r>
    </w:p>
    <w:p>
      <w:pPr>
        <w:spacing w:before="20" w:after="40"/>
        <w:ind w:left="425" w:hanging="312"/>
      </w:pPr>
      <w:r>
        <w:rPr>
          <w:rFonts w:ascii="Calibri" w:hAnsi="Calibri" w:cs="Calibri" w:eastAsia="宋体"/>
        </w:rPr>
        <w:t xml:space="preserve">• </w:t>
      </w:r>
      <w:r>
        <w:rPr>
          <w:rFonts w:ascii="Calibri" w:hAnsi="Calibri" w:cs="Calibri" w:eastAsia="宋体"/>
        </w:rPr>
        <w:t>Health Plan of LA</w:t>
      </w:r>
    </w:p>
    <w:p>
      <w:pPr>
        <w:spacing w:before="20" w:after="40"/>
        <w:ind w:left="425" w:hanging="312"/>
      </w:pPr>
      <w:r>
        <w:rPr>
          <w:rFonts w:ascii="Calibri" w:hAnsi="Calibri" w:cs="Calibri" w:eastAsia="宋体"/>
        </w:rPr>
        <w:t xml:space="preserve">• </w:t>
      </w:r>
      <w:r>
        <w:rPr>
          <w:rFonts w:ascii="Calibri" w:hAnsi="Calibri" w:cs="Calibri" w:eastAsia="宋体"/>
        </w:rPr>
        <w:t>Health Care LA, IPA</w:t>
      </w:r>
    </w:p>
    <w:p>
      <w:pPr>
        <w:spacing w:before="20" w:after="40"/>
        <w:ind w:left="425" w:hanging="312"/>
      </w:pPr>
      <w:r>
        <w:rPr>
          <w:rFonts w:ascii="Calibri" w:hAnsi="Calibri" w:cs="Calibri" w:eastAsia="宋体"/>
        </w:rPr>
        <w:t xml:space="preserve">• </w:t>
      </w:r>
      <w:r>
        <w:rPr>
          <w:rFonts w:ascii="Calibri" w:hAnsi="Calibri" w:cs="Calibri" w:eastAsia="宋体"/>
        </w:rPr>
        <w:t>Community Health Center Network (CHCN)</w:t>
      </w:r>
    </w:p>
    <w:p>
      <w:pPr>
        <w:spacing w:before="20" w:after="40"/>
        <w:ind w:left="425" w:hanging="312"/>
      </w:pPr>
      <w:r>
        <w:rPr>
          <w:rFonts w:ascii="Calibri" w:hAnsi="Calibri" w:cs="Calibri" w:eastAsia="宋体"/>
        </w:rPr>
        <w:t xml:space="preserve">• </w:t>
      </w:r>
      <w:r>
        <w:rPr>
          <w:rFonts w:ascii="Calibri" w:hAnsi="Calibri" w:cs="Calibri" w:eastAsia="宋体"/>
        </w:rPr>
        <w:t>Molina Health</w:t>
      </w:r>
    </w:p>
    <w:p>
      <w:pPr>
        <w:spacing w:before="20" w:after="40"/>
        <w:ind w:left="425" w:hanging="312"/>
      </w:pPr>
      <w:r>
        <w:rPr>
          <w:rFonts w:ascii="Calibri" w:hAnsi="Calibri" w:cs="Calibri" w:eastAsia="宋体"/>
        </w:rPr>
        <w:t xml:space="preserve">• </w:t>
      </w:r>
      <w:r>
        <w:rPr>
          <w:rFonts w:ascii="Calibri" w:hAnsi="Calibri" w:cs="Calibri" w:eastAsia="宋体"/>
        </w:rPr>
        <w:t>Harvard Pilgrim Health Care</w:t>
      </w:r>
    </w:p>
    <w:p>
      <w:pPr>
        <w:spacing w:before="20" w:after="40"/>
        <w:ind w:left="425" w:hanging="312"/>
      </w:pPr>
      <w:r>
        <w:rPr>
          <w:rFonts w:ascii="Calibri" w:hAnsi="Calibri" w:cs="Calibri" w:eastAsia="宋体"/>
        </w:rPr>
        <w:t xml:space="preserve">• </w:t>
      </w:r>
      <w:r>
        <w:rPr>
          <w:rFonts w:ascii="Calibri" w:hAnsi="Calibri" w:cs="Calibri" w:eastAsia="宋体"/>
        </w:rPr>
        <w:t>GEHA</w:t>
      </w:r>
    </w:p>
    <w:p>
      <w:pPr>
        <w:spacing w:before="20" w:after="40"/>
        <w:ind w:left="425" w:hanging="312"/>
      </w:pPr>
      <w:r>
        <w:rPr>
          <w:rFonts w:ascii="Calibri" w:hAnsi="Calibri" w:cs="Calibri" w:eastAsia="宋体"/>
        </w:rPr>
        <w:t xml:space="preserve">• </w:t>
      </w:r>
      <w:r>
        <w:rPr>
          <w:rFonts w:ascii="Calibri" w:hAnsi="Calibri" w:cs="Calibri" w:eastAsia="宋体"/>
        </w:rPr>
        <w:t>Kaiser</w:t>
      </w:r>
    </w:p>
    <w:p>
      <w:pPr>
        <w:spacing w:before="20" w:after="40"/>
        <w:ind w:left="425" w:hanging="312"/>
      </w:pPr>
      <w:r>
        <w:rPr>
          <w:rFonts w:ascii="Calibri" w:hAnsi="Calibri" w:cs="Calibri" w:eastAsia="宋体"/>
        </w:rPr>
        <w:t xml:space="preserve">• </w:t>
      </w:r>
      <w:r>
        <w:rPr>
          <w:rFonts w:ascii="Calibri" w:hAnsi="Calibri" w:cs="Calibri" w:eastAsia="宋体"/>
        </w:rPr>
        <w:t>IEHP</w:t>
      </w:r>
    </w:p>
    <w:p>
      <w:pPr>
        <w:spacing w:after="100"/>
      </w:pPr>
      <w:r>
        <w:rPr>
          <w:rFonts w:ascii="Calibri" w:hAnsi="Calibri" w:cs="Calibri" w:eastAsia="宋体"/>
        </w:rPr>
        <w:t>如果保险未列出，请直接与 Wittenberg 办公室联系。</w:t>
      </w:r>
    </w:p>
    <w:p>
      <w:pPr>
        <w:pStyle w:val="Heading4"/>
      </w:pPr>
      <w:r>
        <w:rPr>
          <w:rFonts w:ascii="Calibri" w:hAnsi="Calibri" w:cs="Calibri" w:eastAsia="宋体"/>
        </w:rPr>
        <w:t>术后照片（NSFW）</w:t>
      </w:r>
    </w:p>
    <w:p>
      <w:pPr>
        <w:spacing w:after="100"/>
      </w:pPr>
      <w:r>
        <w:rPr>
          <w:rFonts w:ascii="Calibri" w:hAnsi="Calibri" w:cs="Calibri" w:eastAsia="宋体"/>
        </w:rPr>
        <w:t>（官方提供照片）</w:t>
      </w:r>
    </w:p>
    <w:p>
      <w:pPr>
        <w:pStyle w:val="Heading4"/>
      </w:pPr>
      <w:r>
        <w:rPr>
          <w:rFonts w:ascii="Calibri" w:hAnsi="Calibri" w:cs="Calibri" w:eastAsia="宋体"/>
        </w:rPr>
        <w:t>推荐信要求</w:t>
      </w:r>
    </w:p>
    <w:p>
      <w:pPr>
        <w:spacing w:after="100"/>
      </w:pPr>
      <w:r>
        <w:rPr>
          <w:rFonts w:ascii="Calibri" w:hAnsi="Calibri" w:cs="Calibri" w:eastAsia="宋体"/>
        </w:rPr>
        <w:t>原文链接：</w:t>
      </w:r>
      <w:r>
        <w:rPr>
          <w:rFonts w:ascii="Calibri" w:hAnsi="Calibri" w:cs="Calibri" w:eastAsia="宋体"/>
        </w:rPr>
        <w:t>点击这里</w:t>
      </w:r>
    </w:p>
    <w:p>
      <w:pPr>
        <w:spacing w:before="20" w:after="40"/>
        <w:ind w:left="425" w:hanging="312"/>
      </w:pPr>
      <w:r>
        <w:rPr>
          <w:rFonts w:ascii="Calibri" w:hAnsi="Calibri" w:cs="Calibri" w:eastAsia="宋体"/>
        </w:rPr>
        <w:t xml:space="preserve">• </w:t>
      </w:r>
      <w:r>
        <w:rPr>
          <w:rFonts w:ascii="Calibri" w:hAnsi="Calibri" w:cs="Calibri" w:eastAsia="宋体"/>
        </w:rPr>
        <w:t>The patient's general identifying characteristics.</w:t>
      </w:r>
    </w:p>
    <w:p>
      <w:pPr>
        <w:spacing w:before="20" w:after="40"/>
        <w:ind w:left="425" w:hanging="312"/>
      </w:pPr>
      <w:r>
        <w:rPr>
          <w:rFonts w:ascii="Calibri" w:hAnsi="Calibri" w:cs="Calibri" w:eastAsia="宋体"/>
        </w:rPr>
        <w:t xml:space="preserve">• </w:t>
      </w:r>
      <w:r>
        <w:rPr>
          <w:rFonts w:ascii="Calibri" w:hAnsi="Calibri" w:cs="Calibri" w:eastAsia="宋体"/>
        </w:rPr>
        <w:t>The initial and evolving gender, sexual and other psychiatric diagnoses.</w:t>
      </w:r>
    </w:p>
    <w:p>
      <w:pPr>
        <w:spacing w:before="20" w:after="40"/>
        <w:ind w:left="425" w:hanging="312"/>
      </w:pPr>
      <w:r>
        <w:rPr>
          <w:rFonts w:ascii="Calibri" w:hAnsi="Calibri" w:cs="Calibri" w:eastAsia="宋体"/>
        </w:rPr>
        <w:t xml:space="preserve">• </w:t>
      </w:r>
      <w:r>
        <w:rPr>
          <w:rFonts w:ascii="Calibri" w:hAnsi="Calibri" w:cs="Calibri" w:eastAsia="宋体"/>
        </w:rPr>
        <w:t>The duration of their professional relationship, including the type of psychotherapy or evaluation that the patient underwent.</w:t>
      </w:r>
    </w:p>
    <w:p>
      <w:pPr>
        <w:spacing w:before="20" w:after="40"/>
        <w:ind w:left="425" w:hanging="312"/>
      </w:pPr>
      <w:r>
        <w:rPr>
          <w:rFonts w:ascii="Calibri" w:hAnsi="Calibri" w:cs="Calibri" w:eastAsia="宋体"/>
        </w:rPr>
        <w:t xml:space="preserve">• </w:t>
      </w:r>
      <w:r>
        <w:rPr>
          <w:rFonts w:ascii="Calibri" w:hAnsi="Calibri" w:cs="Calibri" w:eastAsia="宋体"/>
        </w:rPr>
        <w:t>The eligibility criteria that have been met and the mental health professional's rationale for hormone therapy or surgery.</w:t>
      </w:r>
    </w:p>
    <w:p>
      <w:pPr>
        <w:spacing w:before="20" w:after="40"/>
        <w:ind w:left="425" w:hanging="312"/>
      </w:pPr>
      <w:r>
        <w:rPr>
          <w:rFonts w:ascii="Calibri" w:hAnsi="Calibri" w:cs="Calibri" w:eastAsia="宋体"/>
        </w:rPr>
        <w:t xml:space="preserve">• </w:t>
      </w:r>
      <w:r>
        <w:rPr>
          <w:rFonts w:ascii="Calibri" w:hAnsi="Calibri" w:cs="Calibri" w:eastAsia="宋体"/>
        </w:rPr>
        <w:t>The degree to which the patient has followed the Standards of Care to date and the likelihood of future compliance.</w:t>
      </w:r>
    </w:p>
    <w:p>
      <w:pPr>
        <w:spacing w:before="20" w:after="40"/>
        <w:ind w:left="425" w:hanging="312"/>
      </w:pPr>
      <w:r>
        <w:rPr>
          <w:rFonts w:ascii="Calibri" w:hAnsi="Calibri" w:cs="Calibri" w:eastAsia="宋体"/>
        </w:rPr>
        <w:t xml:space="preserve">• </w:t>
      </w:r>
      <w:r>
        <w:rPr>
          <w:rFonts w:ascii="Calibri" w:hAnsi="Calibri" w:cs="Calibri" w:eastAsia="宋体"/>
        </w:rPr>
        <w:t>Whether the author of the report is part of a gender team.</w:t>
      </w:r>
    </w:p>
    <w:p>
      <w:pPr>
        <w:spacing w:before="20" w:after="40"/>
        <w:ind w:left="425" w:hanging="312"/>
      </w:pPr>
      <w:r>
        <w:rPr>
          <w:rFonts w:ascii="Calibri" w:hAnsi="Calibri" w:cs="Calibri" w:eastAsia="宋体"/>
        </w:rPr>
        <w:t xml:space="preserve">• </w:t>
      </w:r>
      <w:r>
        <w:rPr>
          <w:rFonts w:ascii="Calibri" w:hAnsi="Calibri" w:cs="Calibri" w:eastAsia="宋体"/>
        </w:rPr>
        <w:t>That the sender welcomes a phone call to verify the fact that the mental health professional actually wrote the letter as described.</w:t>
      </w:r>
    </w:p>
    <w:p>
      <w:pPr>
        <w:pStyle w:val="Heading3"/>
      </w:pPr>
      <w:r>
        <w:rPr>
          <w:rFonts w:ascii="Calibri" w:hAnsi="Calibri" w:cs="Calibri" w:eastAsia="微软雅黑"/>
        </w:rPr>
        <w:t>4.11.3  Min Jun</w:t>
      </w:r>
    </w:p>
    <w:p>
      <w:pPr>
        <w:spacing w:after="160"/>
      </w:pPr>
      <w:r>
        <w:rPr>
          <w:rFonts w:ascii="Calibri" w:hAnsi="Calibri" w:cs="Calibri" w:eastAsia="宋体"/>
          <w:color w:val="6B7280"/>
          <w:sz w:val="16"/>
        </w:rPr>
        <w:t>原文：https://mtf.wiki/zh-cn/docs/srs/us/min-jun · 最近更新：2025年12月8日</w:t>
      </w:r>
    </w:p>
    <w:p>
      <w:pPr>
        <w:spacing w:after="100"/>
      </w:pPr>
      <w:r>
        <w:rPr>
          <w:rFonts w:ascii="Calibri" w:hAnsi="Calibri" w:cs="Calibri" w:eastAsia="宋体"/>
        </w:rPr>
        <w:t xml:space="preserve">网站: </w:t>
      </w:r>
      <w:r>
        <w:rPr>
          <w:rFonts w:ascii="Calibri" w:hAnsi="Calibri" w:cs="Calibri" w:eastAsia="宋体"/>
        </w:rPr>
        <w:t>https://www.junsurgical.com</w:t>
      </w:r>
    </w:p>
    <w:p>
      <w:pPr>
        <w:spacing w:after="100"/>
      </w:pPr>
      <w:r>
        <w:rPr>
          <w:rFonts w:ascii="Calibri" w:hAnsi="Calibri" w:cs="Calibri" w:eastAsia="宋体"/>
        </w:rPr>
        <w:t xml:space="preserve">电话: </w:t>
      </w:r>
      <w:r>
        <w:rPr>
          <w:rFonts w:ascii="Calibri" w:hAnsi="Calibri" w:cs="Calibri" w:eastAsia="宋体"/>
        </w:rPr>
        <w:t>+1 415-357-7066</w:t>
      </w:r>
    </w:p>
    <w:p>
      <w:pPr>
        <w:spacing w:after="100"/>
      </w:pPr>
      <w:r>
        <w:rPr>
          <w:rFonts w:ascii="Calibri" w:hAnsi="Calibri" w:cs="Calibri" w:eastAsia="宋体"/>
        </w:rPr>
        <w:t xml:space="preserve">电子邮件: </w:t>
      </w:r>
      <w:r>
        <w:rPr>
          <w:rFonts w:ascii="Calibri" w:hAnsi="Calibri" w:cs="Calibri" w:eastAsia="宋体"/>
        </w:rPr>
        <w:t>info@junsurgical.com</w:t>
      </w:r>
    </w:p>
    <w:p>
      <w:pPr>
        <w:spacing w:after="100"/>
      </w:pPr>
      <w:r>
        <w:rPr>
          <w:rFonts w:ascii="Calibri" w:hAnsi="Calibri" w:cs="Calibri" w:eastAsia="宋体"/>
        </w:rPr>
        <w:t xml:space="preserve">Min Jun 在纽约大学医学院从 Dr. Rachel Bluebond-Langner 学习了机器人辅助阴道成形术的技术。他提供 SRS 及 SRS 修复的手术服务。Min Jun 现时 </w:t>
      </w:r>
      <w:r>
        <w:rPr>
          <w:rFonts w:ascii="Calibri" w:hAnsi="Calibri" w:cs="Calibri" w:eastAsia="宋体"/>
          <w:vertAlign w:val="subscript"/>
        </w:rPr>
        <w:t>2025 年 11 月</w:t>
      </w:r>
      <w:r>
        <w:rPr>
          <w:rFonts w:ascii="Calibri" w:hAnsi="Calibri" w:cs="Calibri" w:eastAsia="宋体"/>
        </w:rPr>
        <w:t>的手术地点位于 California Pacific Medical Center, Sequoia Hospital, UCSF Hyde Hospital中任意一个。他现在的诊所位于3301 El Camino Real. STE 101, Atherton CA 94027。</w:t>
      </w:r>
    </w:p>
    <w:p>
      <w:pPr>
        <w:pStyle w:val="Heading4"/>
      </w:pPr>
      <w:r>
        <w:rPr>
          <w:rFonts w:ascii="Calibri" w:hAnsi="Calibri" w:cs="Calibri" w:eastAsia="宋体"/>
        </w:rPr>
        <w:t>特点</w:t>
      </w:r>
    </w:p>
    <w:p>
      <w:pPr>
        <w:spacing w:after="100"/>
      </w:pPr>
      <w:r>
        <w:rPr>
          <w:rFonts w:ascii="Calibri" w:hAnsi="Calibri" w:cs="Calibri" w:eastAsia="宋体"/>
        </w:rPr>
        <w:t>Min Jun 所使用的技术为 Da Vinci 机器人辅助的腹膜阴道成形术。该技术从下腹开出 4-6 个 2cm 左右的刀口，并将机器人放进去，从腹部开始游离腹膜。他使用阴囊皮肤作为外部阴道皮肤以及阴唇皮肤；阴茎皮肤及龟头作为阴蒂附近的皮肤和阴蒂。这样的好处是因为阴蒂周围的皮肤得以保留，阴蒂的完整性和美观性可以得到增强。机器人接下来从内部缝合腹膜和皮肤的衔接部位，并完成手术。</w:t>
      </w:r>
    </w:p>
    <w:p>
      <w:pPr>
        <w:pStyle w:val="Heading4"/>
      </w:pPr>
      <w:r>
        <w:rPr>
          <w:rFonts w:ascii="Calibri" w:hAnsi="Calibri" w:cs="Calibri" w:eastAsia="宋体"/>
        </w:rPr>
        <w:t>要求</w:t>
      </w:r>
    </w:p>
    <w:p>
      <w:pPr>
        <w:spacing w:before="20" w:after="40"/>
        <w:ind w:left="425" w:hanging="312"/>
      </w:pPr>
      <w:r>
        <w:rPr>
          <w:rFonts w:ascii="Calibri" w:hAnsi="Calibri" w:cs="Calibri" w:eastAsia="宋体"/>
        </w:rPr>
        <w:t xml:space="preserve">• </w:t>
      </w:r>
      <w:r>
        <w:rPr>
          <w:rFonts w:ascii="Calibri" w:hAnsi="Calibri" w:cs="Calibri" w:eastAsia="宋体"/>
        </w:rPr>
        <w:t>Jun Surgical 要求至少有两封精神科医生的信和一封 HRT 医生的信（推荐信内容的具体要求在页面底部）</w:t>
      </w:r>
    </w:p>
    <w:p>
      <w:pPr>
        <w:spacing w:before="20" w:after="40"/>
        <w:ind w:left="425" w:hanging="312"/>
      </w:pPr>
      <w:r>
        <w:rPr>
          <w:rFonts w:ascii="Calibri" w:hAnsi="Calibri" w:cs="Calibri" w:eastAsia="宋体"/>
        </w:rPr>
        <w:t xml:space="preserve">• </w:t>
      </w:r>
      <w:r>
        <w:rPr>
          <w:rFonts w:ascii="Calibri" w:hAnsi="Calibri" w:cs="Calibri" w:eastAsia="宋体"/>
        </w:rPr>
        <w:t>必须在拿到推荐信之后才能开始预约手术</w:t>
      </w:r>
    </w:p>
    <w:p>
      <w:pPr>
        <w:spacing w:before="20" w:after="40"/>
        <w:ind w:left="425" w:hanging="312"/>
      </w:pPr>
      <w:r>
        <w:rPr>
          <w:rFonts w:ascii="Calibri" w:hAnsi="Calibri" w:cs="Calibri" w:eastAsia="宋体"/>
        </w:rPr>
        <w:t xml:space="preserve">• </w:t>
      </w:r>
      <w:r>
        <w:rPr>
          <w:rFonts w:ascii="Calibri" w:hAnsi="Calibri" w:cs="Calibri" w:eastAsia="宋体"/>
        </w:rPr>
        <w:t>BMI 要求：强制要求低于 35，但是在正常范围内为最佳（因为伤口缝合原因）</w:t>
      </w:r>
    </w:p>
    <w:p>
      <w:pPr>
        <w:spacing w:before="20" w:after="40"/>
        <w:ind w:left="425" w:hanging="312"/>
      </w:pPr>
      <w:r>
        <w:rPr>
          <w:rFonts w:ascii="Calibri" w:hAnsi="Calibri" w:cs="Calibri" w:eastAsia="宋体"/>
        </w:rPr>
        <w:t xml:space="preserve">• </w:t>
      </w:r>
      <w:r>
        <w:rPr>
          <w:rFonts w:ascii="Calibri" w:hAnsi="Calibri" w:cs="Calibri" w:eastAsia="宋体"/>
        </w:rPr>
        <w:t>年龄要求：要求满 19 岁</w:t>
      </w:r>
    </w:p>
    <w:p>
      <w:pPr>
        <w:pStyle w:val="Heading4"/>
      </w:pPr>
      <w:r>
        <w:rPr>
          <w:rFonts w:ascii="Calibri" w:hAnsi="Calibri" w:cs="Calibri" w:eastAsia="宋体"/>
        </w:rPr>
        <w:t>流程</w:t>
      </w:r>
    </w:p>
    <w:p>
      <w:pPr>
        <w:spacing w:before="20" w:after="40"/>
        <w:ind w:left="425" w:hanging="312"/>
      </w:pPr>
      <w:r>
        <w:rPr>
          <w:rFonts w:ascii="Calibri" w:hAnsi="Calibri" w:cs="Calibri" w:eastAsia="宋体"/>
        </w:rPr>
        <w:t xml:space="preserve">1. </w:t>
      </w:r>
      <w:r>
        <w:rPr>
          <w:rFonts w:ascii="Calibri" w:hAnsi="Calibri" w:cs="Calibri" w:eastAsia="宋体"/>
        </w:rPr>
        <w:t>在官网 Contact 处选择Book A Consultation，向Jun Surgical 发送预约 Initial Consultation 的email</w:t>
      </w:r>
    </w:p>
    <w:p>
      <w:pPr>
        <w:spacing w:before="20" w:after="40"/>
        <w:ind w:left="425" w:hanging="312"/>
      </w:pPr>
      <w:r>
        <w:rPr>
          <w:rFonts w:ascii="Calibri" w:hAnsi="Calibri" w:cs="Calibri" w:eastAsia="宋体"/>
        </w:rPr>
        <w:t xml:space="preserve">2. </w:t>
      </w:r>
      <w:r>
        <w:rPr>
          <w:rFonts w:ascii="Calibri" w:hAnsi="Calibri" w:cs="Calibri" w:eastAsia="宋体"/>
        </w:rPr>
        <w:t>等待他的办公室释放预约时间（通常需要等候5个月左右）</w:t>
      </w:r>
    </w:p>
    <w:p>
      <w:pPr>
        <w:spacing w:before="20" w:after="40"/>
        <w:ind w:left="425" w:hanging="312"/>
      </w:pPr>
      <w:r>
        <w:rPr>
          <w:rFonts w:ascii="Calibri" w:hAnsi="Calibri" w:cs="Calibri" w:eastAsia="宋体"/>
        </w:rPr>
        <w:t xml:space="preserve">3. </w:t>
      </w:r>
      <w:r>
        <w:rPr>
          <w:rFonts w:ascii="Calibri" w:hAnsi="Calibri" w:cs="Calibri" w:eastAsia="宋体"/>
        </w:rPr>
        <w:t>参加 Initial Consultation，可以向 Min Jun 提问</w:t>
      </w:r>
    </w:p>
    <w:p>
      <w:pPr>
        <w:spacing w:before="20" w:after="40"/>
        <w:ind w:left="425" w:hanging="312"/>
      </w:pPr>
      <w:r>
        <w:rPr>
          <w:rFonts w:ascii="Calibri" w:hAnsi="Calibri" w:cs="Calibri" w:eastAsia="宋体"/>
        </w:rPr>
        <w:t xml:space="preserve">4. </w:t>
      </w:r>
      <w:r>
        <w:rPr>
          <w:rFonts w:ascii="Calibri" w:hAnsi="Calibri" w:cs="Calibri" w:eastAsia="宋体"/>
        </w:rPr>
        <w:t>拿到信之后发邮件预约手术</w:t>
      </w:r>
    </w:p>
    <w:p>
      <w:pPr>
        <w:spacing w:before="20" w:after="40"/>
        <w:ind w:left="425" w:hanging="312"/>
      </w:pPr>
      <w:r>
        <w:rPr>
          <w:rFonts w:ascii="Calibri" w:hAnsi="Calibri" w:cs="Calibri" w:eastAsia="宋体"/>
        </w:rPr>
        <w:t xml:space="preserve">5. </w:t>
      </w:r>
      <w:r>
        <w:rPr>
          <w:rFonts w:ascii="Calibri" w:hAnsi="Calibri" w:cs="Calibri" w:eastAsia="宋体"/>
        </w:rPr>
        <w:t>获得手术日期，可以选择加入 Cancellation list（如果前面有人取消有机会提前手术时间）</w:t>
      </w:r>
    </w:p>
    <w:p>
      <w:pPr>
        <w:spacing w:before="20" w:after="40"/>
        <w:ind w:left="425" w:hanging="312"/>
      </w:pPr>
      <w:r>
        <w:rPr>
          <w:rFonts w:ascii="Calibri" w:hAnsi="Calibri" w:cs="Calibri" w:eastAsia="宋体"/>
        </w:rPr>
        <w:t xml:space="preserve">6. </w:t>
      </w:r>
      <w:r>
        <w:rPr>
          <w:rFonts w:ascii="Calibri" w:hAnsi="Calibri" w:cs="Calibri" w:eastAsia="宋体"/>
        </w:rPr>
        <w:t>在临近手术日期时处理好保险问题，并在术前一个月内完成所需要的血液检查（会提前通过邮件发过来所有所需的东西）</w:t>
      </w:r>
    </w:p>
    <w:p>
      <w:pPr>
        <w:spacing w:before="20" w:after="40"/>
        <w:ind w:left="425" w:hanging="312"/>
      </w:pPr>
      <w:r>
        <w:rPr>
          <w:rFonts w:ascii="Calibri" w:hAnsi="Calibri" w:cs="Calibri" w:eastAsia="宋体"/>
        </w:rPr>
        <w:t xml:space="preserve">7. </w:t>
      </w:r>
      <w:r>
        <w:rPr>
          <w:rFonts w:ascii="Calibri" w:hAnsi="Calibri" w:cs="Calibri" w:eastAsia="宋体"/>
        </w:rPr>
        <w:t>手术两日前在 Jun Surgical Medical Clinic 进行术前咨询</w:t>
      </w:r>
    </w:p>
    <w:p>
      <w:pPr>
        <w:spacing w:before="20" w:after="40"/>
        <w:ind w:left="425" w:hanging="312"/>
      </w:pPr>
      <w:r>
        <w:rPr>
          <w:rFonts w:ascii="Calibri" w:hAnsi="Calibri" w:cs="Calibri" w:eastAsia="宋体"/>
        </w:rPr>
        <w:t xml:space="preserve">8. </w:t>
      </w:r>
      <w:r>
        <w:rPr>
          <w:rFonts w:ascii="Calibri" w:hAnsi="Calibri" w:cs="Calibri" w:eastAsia="宋体"/>
        </w:rPr>
        <w:t>术后大约 2-3 天后出院，在 SF 附近休养</w:t>
      </w:r>
    </w:p>
    <w:p>
      <w:pPr>
        <w:spacing w:before="20" w:after="40"/>
        <w:ind w:left="425" w:hanging="312"/>
      </w:pPr>
      <w:r>
        <w:rPr>
          <w:rFonts w:ascii="Calibri" w:hAnsi="Calibri" w:cs="Calibri" w:eastAsia="宋体"/>
        </w:rPr>
        <w:t xml:space="preserve">9. </w:t>
      </w:r>
      <w:r>
        <w:rPr>
          <w:rFonts w:ascii="Calibri" w:hAnsi="Calibri" w:cs="Calibri" w:eastAsia="宋体"/>
        </w:rPr>
        <w:t>术后 7，14，21 天在 Jun Surgical Medical Clinic 进行术后检查</w:t>
      </w:r>
    </w:p>
    <w:p>
      <w:pPr>
        <w:spacing w:before="20" w:after="40"/>
        <w:ind w:left="425" w:hanging="312"/>
      </w:pPr>
      <w:r>
        <w:rPr>
          <w:rFonts w:ascii="Calibri" w:hAnsi="Calibri" w:cs="Calibri" w:eastAsia="宋体"/>
        </w:rPr>
        <w:t xml:space="preserve">10. </w:t>
      </w:r>
      <w:r>
        <w:rPr>
          <w:rFonts w:ascii="Calibri" w:hAnsi="Calibri" w:cs="Calibri" w:eastAsia="宋体"/>
        </w:rPr>
        <w:t>术后 7 天后拆包，并开始通模具。一开始通模具的频率为一天 4 次，每次 15 分钟。之后会随时间减少次数。</w:t>
      </w:r>
    </w:p>
    <w:p>
      <w:pPr>
        <w:pStyle w:val="Heading4"/>
      </w:pPr>
      <w:r>
        <w:rPr>
          <w:rFonts w:ascii="Calibri" w:hAnsi="Calibri" w:cs="Calibri" w:eastAsia="宋体"/>
        </w:rPr>
        <w:t>保险</w:t>
      </w:r>
    </w:p>
    <w:p>
      <w:pPr>
        <w:spacing w:after="100"/>
      </w:pPr>
      <w:r>
        <w:rPr>
          <w:rFonts w:ascii="Calibri" w:hAnsi="Calibri" w:cs="Calibri" w:eastAsia="宋体"/>
        </w:rPr>
        <w:t>现时（2025 年 11 月），Jun Surgical Medical Clinic 旧金山接受的网络内保险有：</w:t>
      </w:r>
    </w:p>
    <w:p>
      <w:pPr>
        <w:spacing w:before="20" w:after="40"/>
        <w:ind w:left="425" w:hanging="312"/>
      </w:pPr>
      <w:r>
        <w:rPr>
          <w:rFonts w:ascii="Calibri" w:hAnsi="Calibri" w:cs="Calibri" w:eastAsia="宋体"/>
        </w:rPr>
        <w:t xml:space="preserve">• </w:t>
      </w:r>
      <w:r>
        <w:rPr>
          <w:rFonts w:ascii="Calibri" w:hAnsi="Calibri" w:cs="Calibri" w:eastAsia="宋体"/>
        </w:rPr>
        <w:t>Blue Shield of California</w:t>
      </w:r>
    </w:p>
    <w:p>
      <w:pPr>
        <w:spacing w:before="20" w:after="40"/>
        <w:ind w:left="425" w:hanging="312"/>
      </w:pPr>
      <w:r>
        <w:rPr>
          <w:rFonts w:ascii="Calibri" w:hAnsi="Calibri" w:cs="Calibri" w:eastAsia="宋体"/>
        </w:rPr>
        <w:t xml:space="preserve">• </w:t>
      </w:r>
      <w:r>
        <w:rPr>
          <w:rFonts w:ascii="Calibri" w:hAnsi="Calibri" w:cs="Calibri" w:eastAsia="宋体"/>
        </w:rPr>
        <w:t>Ontario Health Insurance Plan (OHIP)</w:t>
      </w:r>
    </w:p>
    <w:p>
      <w:pPr>
        <w:spacing w:after="100"/>
      </w:pPr>
      <w:r>
        <w:rPr>
          <w:rFonts w:ascii="Calibri" w:hAnsi="Calibri" w:cs="Calibri" w:eastAsia="宋体"/>
        </w:rPr>
        <w:t>其他 PPO 保险需要提前和 Jun Surgical Medical Clinic 进行沟通。</w:t>
      </w:r>
    </w:p>
    <w:p>
      <w:pPr>
        <w:spacing w:after="100"/>
      </w:pPr>
      <w:r>
        <w:rPr>
          <w:rFonts w:ascii="Calibri" w:hAnsi="Calibri" w:cs="Calibri" w:eastAsia="宋体"/>
        </w:rPr>
        <w:t>现时无法接受的保险有：</w:t>
      </w:r>
    </w:p>
    <w:p>
      <w:pPr>
        <w:spacing w:before="20" w:after="40"/>
        <w:ind w:left="425" w:hanging="312"/>
      </w:pPr>
      <w:r>
        <w:rPr>
          <w:rFonts w:ascii="Calibri" w:hAnsi="Calibri" w:cs="Calibri" w:eastAsia="宋体"/>
        </w:rPr>
        <w:t xml:space="preserve">• </w:t>
      </w:r>
      <w:r>
        <w:rPr>
          <w:rFonts w:ascii="Calibri" w:hAnsi="Calibri" w:cs="Calibri" w:eastAsia="宋体"/>
        </w:rPr>
        <w:t>Medicare</w:t>
      </w:r>
    </w:p>
    <w:p>
      <w:pPr>
        <w:spacing w:before="20" w:after="40"/>
        <w:ind w:left="425" w:hanging="312"/>
      </w:pPr>
      <w:r>
        <w:rPr>
          <w:rFonts w:ascii="Calibri" w:hAnsi="Calibri" w:cs="Calibri" w:eastAsia="宋体"/>
        </w:rPr>
        <w:t xml:space="preserve">• </w:t>
      </w:r>
      <w:r>
        <w:rPr>
          <w:rFonts w:ascii="Calibri" w:hAnsi="Calibri" w:cs="Calibri" w:eastAsia="宋体"/>
        </w:rPr>
        <w:t>Medicaid</w:t>
      </w:r>
    </w:p>
    <w:p>
      <w:pPr>
        <w:spacing w:before="20" w:after="40"/>
        <w:ind w:left="425" w:hanging="312"/>
      </w:pPr>
      <w:r>
        <w:rPr>
          <w:rFonts w:ascii="Calibri" w:hAnsi="Calibri" w:cs="Calibri" w:eastAsia="宋体"/>
        </w:rPr>
        <w:t xml:space="preserve">• </w:t>
      </w:r>
      <w:r>
        <w:rPr>
          <w:rFonts w:ascii="Calibri" w:hAnsi="Calibri" w:cs="Calibri" w:eastAsia="宋体"/>
        </w:rPr>
        <w:t>State Medi-Cal/Straight Medi-Cal/Fee-for-Service Medi-Cal</w:t>
      </w:r>
    </w:p>
    <w:p>
      <w:pPr>
        <w:spacing w:before="20" w:after="40"/>
        <w:ind w:left="425" w:hanging="312"/>
      </w:pPr>
      <w:r>
        <w:rPr>
          <w:rFonts w:ascii="Calibri" w:hAnsi="Calibri" w:cs="Calibri" w:eastAsia="宋体"/>
        </w:rPr>
        <w:t xml:space="preserve">• </w:t>
      </w:r>
      <w:r>
        <w:rPr>
          <w:rFonts w:ascii="Calibri" w:hAnsi="Calibri" w:cs="Calibri" w:eastAsia="宋体"/>
        </w:rPr>
        <w:t>Tri-Care</w:t>
      </w:r>
    </w:p>
    <w:p>
      <w:pPr>
        <w:spacing w:before="20" w:after="40"/>
        <w:ind w:left="425" w:hanging="312"/>
      </w:pPr>
      <w:r>
        <w:rPr>
          <w:rFonts w:ascii="Calibri" w:hAnsi="Calibri" w:cs="Calibri" w:eastAsia="宋体"/>
        </w:rPr>
        <w:t xml:space="preserve">• </w:t>
      </w:r>
      <w:r>
        <w:rPr>
          <w:rFonts w:ascii="Calibri" w:hAnsi="Calibri" w:cs="Calibri" w:eastAsia="宋体"/>
        </w:rPr>
        <w:t>Kaiser</w:t>
      </w:r>
    </w:p>
    <w:p>
      <w:pPr>
        <w:pStyle w:val="Heading4"/>
      </w:pPr>
      <w:r>
        <w:rPr>
          <w:rFonts w:ascii="Calibri" w:hAnsi="Calibri" w:cs="Calibri" w:eastAsia="宋体"/>
        </w:rPr>
        <w:t>术后照片（NSFW）</w:t>
      </w:r>
    </w:p>
    <w:p>
      <w:pPr>
        <w:spacing w:after="100"/>
      </w:pPr>
      <w:r>
        <w:rPr>
          <w:rFonts w:ascii="Calibri" w:hAnsi="Calibri" w:cs="Calibri" w:eastAsia="宋体"/>
        </w:rPr>
        <w:t>（英文 Reddit 链接）</w:t>
      </w:r>
    </w:p>
    <w:p>
      <w:pPr>
        <w:pStyle w:val="Heading4"/>
      </w:pPr>
      <w:r>
        <w:rPr>
          <w:rFonts w:ascii="Calibri" w:hAnsi="Calibri" w:cs="Calibri" w:eastAsia="宋体"/>
        </w:rPr>
        <w:t>推荐信要求（英文）</w:t>
      </w:r>
    </w:p>
    <w:p>
      <w:pPr>
        <w:spacing w:before="20" w:after="40"/>
        <w:ind w:left="425" w:hanging="312"/>
      </w:pPr>
      <w:r>
        <w:rPr>
          <w:rFonts w:ascii="Calibri" w:hAnsi="Calibri" w:cs="Calibri" w:eastAsia="宋体"/>
        </w:rPr>
        <w:t xml:space="preserve">• </w:t>
      </w:r>
      <w:r>
        <w:rPr>
          <w:rFonts w:ascii="Calibri" w:hAnsi="Calibri" w:cs="Calibri" w:eastAsia="宋体"/>
        </w:rPr>
        <w:t>For the majority of our U.S. patients, insurance usually requires 3 letters from the following per SOC 7 guidelines:</w:t>
      </w:r>
    </w:p>
    <w:p>
      <w:pPr>
        <w:spacing w:before="20" w:after="40"/>
        <w:ind w:left="822" w:hanging="312"/>
      </w:pPr>
      <w:r>
        <w:rPr>
          <w:rFonts w:ascii="Calibri" w:hAnsi="Calibri" w:cs="Calibri" w:eastAsia="宋体"/>
        </w:rPr>
        <w:t xml:space="preserve">◦ </w:t>
      </w:r>
      <w:r>
        <w:rPr>
          <w:rFonts w:ascii="Calibri" w:hAnsi="Calibri" w:cs="Calibri" w:eastAsia="宋体"/>
        </w:rPr>
        <w:t>Mental health professional holding an advanced degree. This is often a doctorate level degree (e.g. Ph.D., Psy.D., M.D., D.O., etc)</w:t>
      </w:r>
    </w:p>
    <w:p>
      <w:pPr>
        <w:spacing w:before="20" w:after="40"/>
        <w:ind w:left="822" w:hanging="312"/>
      </w:pPr>
      <w:r>
        <w:rPr>
          <w:rFonts w:ascii="Calibri" w:hAnsi="Calibri" w:cs="Calibri" w:eastAsia="宋体"/>
        </w:rPr>
        <w:t xml:space="preserve">◦ </w:t>
      </w:r>
      <w:r>
        <w:rPr>
          <w:rFonts w:ascii="Calibri" w:hAnsi="Calibri" w:cs="Calibri" w:eastAsia="宋体"/>
        </w:rPr>
        <w:t>Mental health professional performing an evaluative role</w:t>
      </w:r>
    </w:p>
    <w:p>
      <w:pPr>
        <w:spacing w:before="20" w:after="40"/>
        <w:ind w:left="822" w:hanging="312"/>
      </w:pPr>
      <w:r>
        <w:rPr>
          <w:rFonts w:ascii="Calibri" w:hAnsi="Calibri" w:cs="Calibri" w:eastAsia="宋体"/>
        </w:rPr>
        <w:t xml:space="preserve">◦ </w:t>
      </w:r>
      <w:r>
        <w:rPr>
          <w:rFonts w:ascii="Calibri" w:hAnsi="Calibri" w:cs="Calibri" w:eastAsia="宋体"/>
        </w:rPr>
        <w:t>Hormone provider (primary care provider, specialist, etc.)</w:t>
      </w:r>
    </w:p>
    <w:p>
      <w:pPr>
        <w:spacing w:before="20" w:after="40"/>
        <w:ind w:left="425" w:hanging="312"/>
      </w:pPr>
      <w:r>
        <w:rPr>
          <w:rFonts w:ascii="Calibri" w:hAnsi="Calibri" w:cs="Calibri" w:eastAsia="宋体"/>
        </w:rPr>
        <w:t xml:space="preserve">• </w:t>
      </w:r>
      <w:r>
        <w:rPr>
          <w:rFonts w:ascii="Calibri" w:hAnsi="Calibri" w:cs="Calibri" w:eastAsia="宋体"/>
        </w:rPr>
        <w:t>For some of our U.S. patients, insurance usually requires 2 letters of the following per SOC 8 guidelines:</w:t>
      </w:r>
    </w:p>
    <w:p>
      <w:pPr>
        <w:spacing w:before="20" w:after="40"/>
        <w:ind w:left="822" w:hanging="312"/>
      </w:pPr>
      <w:r>
        <w:rPr>
          <w:rFonts w:ascii="Calibri" w:hAnsi="Calibri" w:cs="Calibri" w:eastAsia="宋体"/>
        </w:rPr>
        <w:t xml:space="preserve">◦ </w:t>
      </w:r>
      <w:r>
        <w:rPr>
          <w:rFonts w:ascii="Calibri" w:hAnsi="Calibri" w:cs="Calibri" w:eastAsia="宋体"/>
        </w:rPr>
        <w:t>Mental health professional</w:t>
      </w:r>
    </w:p>
    <w:p>
      <w:pPr>
        <w:spacing w:before="20" w:after="40"/>
        <w:ind w:left="822" w:hanging="312"/>
      </w:pPr>
      <w:r>
        <w:rPr>
          <w:rFonts w:ascii="Calibri" w:hAnsi="Calibri" w:cs="Calibri" w:eastAsia="宋体"/>
        </w:rPr>
        <w:t xml:space="preserve">◦ </w:t>
      </w:r>
      <w:r>
        <w:rPr>
          <w:rFonts w:ascii="Calibri" w:hAnsi="Calibri" w:cs="Calibri" w:eastAsia="宋体"/>
        </w:rPr>
        <w:t>Hormone provider (primary care provider, specialist, etc.)</w:t>
      </w:r>
    </w:p>
    <w:p>
      <w:pPr>
        <w:pStyle w:val="Heading5"/>
      </w:pPr>
      <w:r>
        <w:rPr>
          <w:rFonts w:ascii="Calibri" w:hAnsi="Calibri" w:cs="Calibri" w:eastAsia="宋体"/>
        </w:rPr>
        <w:t>Mental Health Letter Requirements</w:t>
      </w:r>
    </w:p>
    <w:p>
      <w:pPr>
        <w:spacing w:before="20" w:after="40"/>
        <w:ind w:left="425" w:hanging="312"/>
      </w:pPr>
      <w:r>
        <w:rPr>
          <w:rFonts w:ascii="Calibri" w:hAnsi="Calibri" w:cs="Calibri" w:eastAsia="宋体"/>
        </w:rPr>
        <w:t xml:space="preserve">• </w:t>
      </w:r>
      <w:r>
        <w:rPr>
          <w:rFonts w:ascii="Calibri" w:hAnsi="Calibri" w:cs="Calibri" w:eastAsia="宋体"/>
        </w:rPr>
        <w:t>Identifying information: Patient’s legal name, preferred name (if different), and date of birth</w:t>
      </w:r>
    </w:p>
    <w:p>
      <w:pPr>
        <w:spacing w:before="20" w:after="40"/>
        <w:ind w:left="425" w:hanging="312"/>
      </w:pPr>
      <w:r>
        <w:rPr>
          <w:rFonts w:ascii="Calibri" w:hAnsi="Calibri" w:cs="Calibri" w:eastAsia="宋体"/>
        </w:rPr>
        <w:t xml:space="preserve">• </w:t>
      </w:r>
      <w:r>
        <w:rPr>
          <w:rFonts w:ascii="Calibri" w:hAnsi="Calibri" w:cs="Calibri" w:eastAsia="宋体"/>
        </w:rPr>
        <w:t>The mental health provider must state their qualifications in the diagnosis and treatment of gender dysphoria.</w:t>
      </w:r>
    </w:p>
    <w:p>
      <w:pPr>
        <w:spacing w:before="20" w:after="40"/>
        <w:ind w:left="425" w:hanging="312"/>
      </w:pPr>
      <w:r>
        <w:rPr>
          <w:rFonts w:ascii="Calibri" w:hAnsi="Calibri" w:cs="Calibri" w:eastAsia="宋体"/>
        </w:rPr>
        <w:t xml:space="preserve">• </w:t>
      </w:r>
      <w:r>
        <w:rPr>
          <w:rFonts w:ascii="Calibri" w:hAnsi="Calibri" w:cs="Calibri" w:eastAsia="宋体"/>
        </w:rPr>
        <w:t>Diagnosis: A statement that the patient has been diagnosed with persistent, well-documented gender dysphoria, including:</w:t>
      </w:r>
    </w:p>
    <w:p>
      <w:pPr>
        <w:spacing w:before="20" w:after="40"/>
        <w:ind w:left="425" w:hanging="312"/>
      </w:pPr>
      <w:r>
        <w:rPr>
          <w:rFonts w:ascii="Calibri" w:hAnsi="Calibri" w:cs="Calibri" w:eastAsia="宋体"/>
        </w:rPr>
        <w:t xml:space="preserve">• </w:t>
      </w:r>
      <w:r>
        <w:rPr>
          <w:rFonts w:ascii="Calibri" w:hAnsi="Calibri" w:cs="Calibri" w:eastAsia="宋体"/>
        </w:rPr>
        <w:t>The desire to live and be accepted as a member of the gender identity, including the desire to make their body as congruent as possible with the gender identity through surgery</w:t>
      </w:r>
    </w:p>
    <w:p>
      <w:pPr>
        <w:spacing w:before="20" w:after="40"/>
        <w:ind w:left="425" w:hanging="312"/>
      </w:pPr>
      <w:r>
        <w:rPr>
          <w:rFonts w:ascii="Calibri" w:hAnsi="Calibri" w:cs="Calibri" w:eastAsia="宋体"/>
        </w:rPr>
        <w:t xml:space="preserve">• </w:t>
      </w:r>
      <w:r>
        <w:rPr>
          <w:rFonts w:ascii="Calibri" w:hAnsi="Calibri" w:cs="Calibri" w:eastAsia="宋体"/>
        </w:rPr>
        <w:t>The transgender identity has been present persistently for at least two years; and</w:t>
      </w:r>
    </w:p>
    <w:p>
      <w:pPr>
        <w:spacing w:before="20" w:after="40"/>
        <w:ind w:left="425" w:hanging="312"/>
      </w:pPr>
      <w:r>
        <w:rPr>
          <w:rFonts w:ascii="Calibri" w:hAnsi="Calibri" w:cs="Calibri" w:eastAsia="宋体"/>
        </w:rPr>
        <w:t xml:space="preserve">• </w:t>
      </w:r>
      <w:r>
        <w:rPr>
          <w:rFonts w:ascii="Calibri" w:hAnsi="Calibri" w:cs="Calibri" w:eastAsia="宋体"/>
        </w:rPr>
        <w:t>Gender dysphoria is not a symptom of another mental health disorder; and</w:t>
      </w:r>
    </w:p>
    <w:p>
      <w:pPr>
        <w:spacing w:before="20" w:after="40"/>
        <w:ind w:left="425" w:hanging="312"/>
      </w:pPr>
      <w:r>
        <w:rPr>
          <w:rFonts w:ascii="Calibri" w:hAnsi="Calibri" w:cs="Calibri" w:eastAsia="宋体"/>
        </w:rPr>
        <w:t xml:space="preserve">• </w:t>
      </w:r>
      <w:r>
        <w:rPr>
          <w:rFonts w:ascii="Calibri" w:hAnsi="Calibri" w:cs="Calibri" w:eastAsia="宋体"/>
        </w:rPr>
        <w:t>The gender dysphoria causes clinically significant distress or impairment in social, occupational, or other important areas of functioning.</w:t>
      </w:r>
    </w:p>
    <w:p>
      <w:pPr>
        <w:spacing w:before="20" w:after="40"/>
        <w:ind w:left="425" w:hanging="312"/>
      </w:pPr>
      <w:r>
        <w:rPr>
          <w:rFonts w:ascii="Calibri" w:hAnsi="Calibri" w:cs="Calibri" w:eastAsia="宋体"/>
        </w:rPr>
        <w:t xml:space="preserve">• </w:t>
      </w:r>
      <w:r>
        <w:rPr>
          <w:rFonts w:ascii="Calibri" w:hAnsi="Calibri" w:cs="Calibri" w:eastAsia="宋体"/>
        </w:rPr>
        <w:t>12 continuous months of living in a gender role that is congruent with their gender identity.</w:t>
      </w:r>
    </w:p>
    <w:p>
      <w:pPr>
        <w:spacing w:before="20" w:after="40"/>
        <w:ind w:left="425" w:hanging="312"/>
      </w:pPr>
      <w:r>
        <w:rPr>
          <w:rFonts w:ascii="Calibri" w:hAnsi="Calibri" w:cs="Calibri" w:eastAsia="宋体"/>
        </w:rPr>
        <w:t xml:space="preserve">• </w:t>
      </w:r>
      <w:r>
        <w:rPr>
          <w:rFonts w:ascii="Calibri" w:hAnsi="Calibri" w:cs="Calibri" w:eastAsia="宋体"/>
        </w:rPr>
        <w:t>12 continuous months of hormone therapy as appropriate to the patient’s gender goals (unless the patient has a medical contraindication or is otherwise unable or unwilling to take hormones).</w:t>
      </w:r>
    </w:p>
    <w:p>
      <w:pPr>
        <w:spacing w:before="20" w:after="40"/>
        <w:ind w:left="425" w:hanging="312"/>
      </w:pPr>
      <w:r>
        <w:rPr>
          <w:rFonts w:ascii="Calibri" w:hAnsi="Calibri" w:cs="Calibri" w:eastAsia="宋体"/>
        </w:rPr>
        <w:t xml:space="preserve">• </w:t>
      </w:r>
      <w:r>
        <w:rPr>
          <w:rFonts w:ascii="Calibri" w:hAnsi="Calibri" w:cs="Calibri" w:eastAsia="宋体"/>
        </w:rPr>
        <w:t>The patient has the capacity to make a fully informed decision and to consent for treatment.</w:t>
      </w:r>
    </w:p>
    <w:p>
      <w:pPr>
        <w:spacing w:before="20" w:after="40"/>
        <w:ind w:left="425" w:hanging="312"/>
      </w:pPr>
      <w:r>
        <w:rPr>
          <w:rFonts w:ascii="Calibri" w:hAnsi="Calibri" w:cs="Calibri" w:eastAsia="宋体"/>
        </w:rPr>
        <w:t xml:space="preserve">• </w:t>
      </w:r>
      <w:r>
        <w:rPr>
          <w:rFonts w:ascii="Calibri" w:hAnsi="Calibri" w:cs="Calibri" w:eastAsia="宋体"/>
        </w:rPr>
        <w:t>The patient can comply with long term follow-up requirements and post-operative expectations have been addressed.</w:t>
      </w:r>
    </w:p>
    <w:p>
      <w:pPr>
        <w:spacing w:before="20" w:after="40"/>
        <w:ind w:left="425" w:hanging="312"/>
      </w:pPr>
      <w:r>
        <w:rPr>
          <w:rFonts w:ascii="Calibri" w:hAnsi="Calibri" w:cs="Calibri" w:eastAsia="宋体"/>
        </w:rPr>
        <w:t xml:space="preserve">• </w:t>
      </w:r>
      <w:r>
        <w:rPr>
          <w:rFonts w:ascii="Calibri" w:hAnsi="Calibri" w:cs="Calibri" w:eastAsia="宋体"/>
        </w:rPr>
        <w:t>If significant medical or mental health concerns are present, they must be well controlled.</w:t>
      </w:r>
    </w:p>
    <w:p>
      <w:pPr>
        <w:pStyle w:val="Heading5"/>
      </w:pPr>
      <w:r>
        <w:rPr>
          <w:rFonts w:ascii="Calibri" w:hAnsi="Calibri" w:cs="Calibri" w:eastAsia="宋体"/>
        </w:rPr>
        <w:t>Hormone Provider Letter Requirement</w:t>
      </w:r>
    </w:p>
    <w:p>
      <w:pPr>
        <w:spacing w:before="20" w:after="40"/>
        <w:ind w:left="425" w:hanging="312"/>
      </w:pPr>
      <w:r>
        <w:rPr>
          <w:rFonts w:ascii="Calibri" w:hAnsi="Calibri" w:cs="Calibri" w:eastAsia="宋体"/>
        </w:rPr>
        <w:t xml:space="preserve">• </w:t>
      </w:r>
      <w:r>
        <w:rPr>
          <w:rFonts w:ascii="Calibri" w:hAnsi="Calibri" w:cs="Calibri" w:eastAsia="宋体"/>
        </w:rPr>
        <w:t>Identifying information: Patient’s legal name, preferred name (if different), and date of birth</w:t>
      </w:r>
    </w:p>
    <w:p>
      <w:pPr>
        <w:spacing w:before="20" w:after="40"/>
        <w:ind w:left="425" w:hanging="312"/>
      </w:pPr>
      <w:r>
        <w:rPr>
          <w:rFonts w:ascii="Calibri" w:hAnsi="Calibri" w:cs="Calibri" w:eastAsia="宋体"/>
        </w:rPr>
        <w:t xml:space="preserve">• </w:t>
      </w:r>
      <w:r>
        <w:rPr>
          <w:rFonts w:ascii="Calibri" w:hAnsi="Calibri" w:cs="Calibri" w:eastAsia="宋体"/>
        </w:rPr>
        <w:t>The start date of the patient-provider relationship and frequency of meeting.</w:t>
      </w:r>
    </w:p>
    <w:p>
      <w:pPr>
        <w:spacing w:before="20" w:after="40"/>
        <w:ind w:left="425" w:hanging="312"/>
      </w:pPr>
      <w:r>
        <w:rPr>
          <w:rFonts w:ascii="Calibri" w:hAnsi="Calibri" w:cs="Calibri" w:eastAsia="宋体"/>
        </w:rPr>
        <w:t xml:space="preserve">• </w:t>
      </w:r>
      <w:r>
        <w:rPr>
          <w:rFonts w:ascii="Calibri" w:hAnsi="Calibri" w:cs="Calibri" w:eastAsia="宋体"/>
        </w:rPr>
        <w:t>12 continuous months of hormone therapy as appropriate to the patient’s gender goals (unless the patient has a medical contraindication or is otherwise unable or unwilling to take hormones).</w:t>
      </w:r>
    </w:p>
    <w:p>
      <w:pPr>
        <w:spacing w:before="20" w:after="40"/>
        <w:ind w:left="425" w:hanging="312"/>
      </w:pPr>
      <w:r>
        <w:rPr>
          <w:rFonts w:ascii="Calibri" w:hAnsi="Calibri" w:cs="Calibri" w:eastAsia="宋体"/>
        </w:rPr>
        <w:t xml:space="preserve">• </w:t>
      </w:r>
      <w:r>
        <w:rPr>
          <w:rFonts w:ascii="Calibri" w:hAnsi="Calibri" w:cs="Calibri" w:eastAsia="宋体"/>
        </w:rPr>
        <w:t>Explicit start date should be included along with specific regimen.</w:t>
      </w:r>
    </w:p>
    <w:p>
      <w:pPr>
        <w:pStyle w:val="Heading2"/>
      </w:pPr>
      <w:r>
        <w:rPr>
          <w:rFonts w:ascii="Calibri" w:hAnsi="Calibri" w:cs="Calibri" w:eastAsia="微软雅黑"/>
        </w:rPr>
        <w:t>4.12  墨西哥</w:t>
      </w:r>
    </w:p>
    <w:p>
      <w:pPr>
        <w:spacing w:after="160"/>
      </w:pPr>
      <w:r>
        <w:rPr>
          <w:rFonts w:ascii="Calibri" w:hAnsi="Calibri" w:cs="Calibri" w:eastAsia="宋体"/>
          <w:color w:val="6B7280"/>
          <w:sz w:val="16"/>
        </w:rPr>
        <w:t>原文：https://mtf.wiki/zh-cn/docs/srs/mexico</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4.12.1  Mexico Transgender Center</w:t>
      </w:r>
    </w:p>
    <w:p>
      <w:pPr>
        <w:spacing w:after="160"/>
      </w:pPr>
      <w:r>
        <w:rPr>
          <w:rFonts w:ascii="Calibri" w:hAnsi="Calibri" w:cs="Calibri" w:eastAsia="宋体"/>
          <w:color w:val="6B7280"/>
          <w:sz w:val="16"/>
        </w:rPr>
        <w:t>原文：https://mtf.wiki/zh-cn/docs/srs/mexico/mtc · 最近更新：2022年8月17日</w:t>
      </w:r>
    </w:p>
    <w:p>
      <w:pPr>
        <w:spacing w:after="100"/>
      </w:pPr>
      <w:r>
        <w:rPr>
          <w:rFonts w:ascii="Calibri" w:hAnsi="Calibri" w:cs="Calibri" w:eastAsia="宋体"/>
        </w:rPr>
        <w:t xml:space="preserve">网站: </w:t>
      </w:r>
      <w:r>
        <w:rPr>
          <w:rFonts w:ascii="Calibri" w:hAnsi="Calibri" w:cs="Calibri" w:eastAsia="宋体"/>
        </w:rPr>
        <w:t>https://MexicoTransgenderCenter.us</w:t>
      </w:r>
    </w:p>
    <w:p>
      <w:pPr>
        <w:spacing w:after="100"/>
      </w:pPr>
      <w:r>
        <w:rPr>
          <w:rFonts w:ascii="Calibri" w:hAnsi="Calibri" w:cs="Calibri" w:eastAsia="宋体"/>
        </w:rPr>
        <w:t xml:space="preserve">电话: </w:t>
      </w:r>
      <w:r>
        <w:rPr>
          <w:rFonts w:ascii="Calibri" w:hAnsi="Calibri" w:cs="Calibri" w:eastAsia="宋体"/>
        </w:rPr>
        <w:t>+1 888-808-0595</w:t>
      </w:r>
    </w:p>
    <w:p>
      <w:pPr>
        <w:spacing w:after="100"/>
      </w:pPr>
      <w:r>
        <w:rPr>
          <w:rFonts w:ascii="Calibri" w:hAnsi="Calibri" w:cs="Calibri" w:eastAsia="宋体"/>
        </w:rPr>
        <w:t xml:space="preserve">电子邮件: </w:t>
      </w:r>
      <w:r>
        <w:rPr>
          <w:rFonts w:ascii="Calibri" w:hAnsi="Calibri" w:cs="Calibri" w:eastAsia="宋体"/>
        </w:rPr>
        <w:t>info@mexicotransgendercenter.us</w:t>
      </w:r>
    </w:p>
    <w:p>
      <w:pPr>
        <w:spacing w:after="100"/>
      </w:pPr>
      <w:r>
        <w:rPr>
          <w:rFonts w:ascii="Calibri" w:hAnsi="Calibri" w:cs="Calibri" w:eastAsia="宋体"/>
        </w:rPr>
        <w:t xml:space="preserve">在瓜达拉哈拉 </w:t>
      </w:r>
      <w:r>
        <w:rPr>
          <w:rFonts w:ascii="Calibri" w:hAnsi="Calibri" w:cs="Calibri" w:eastAsia="宋体"/>
        </w:rPr>
        <w:t>CHG Hospitales</w:t>
      </w:r>
      <w:r>
        <w:rPr>
          <w:rFonts w:ascii="Calibri" w:hAnsi="Calibri" w:cs="Calibri" w:eastAsia="宋体"/>
        </w:rPr>
        <w:t xml:space="preserve"> 和蒂华纳 </w:t>
      </w:r>
      <w:r>
        <w:rPr>
          <w:rFonts w:ascii="Calibri" w:hAnsi="Calibri" w:cs="Calibri" w:eastAsia="宋体"/>
        </w:rPr>
        <w:t>Lityen</w:t>
      </w:r>
      <w:r>
        <w:rPr>
          <w:rFonts w:ascii="Calibri" w:hAnsi="Calibri" w:cs="Calibri" w:eastAsia="宋体"/>
        </w:rPr>
        <w:t xml:space="preserve"> 手术，蒂华纳（Tijuana）位于美墨边境，持美国签证即可入境。</w:t>
      </w:r>
    </w:p>
    <w:p>
      <w:pPr>
        <w:pStyle w:val="Heading4"/>
      </w:pPr>
      <w:r>
        <w:rPr>
          <w:rFonts w:ascii="Calibri" w:hAnsi="Calibri" w:cs="Calibri" w:eastAsia="宋体"/>
        </w:rPr>
        <w:t>医生</w:t>
      </w:r>
    </w:p>
    <w:p>
      <w:pPr>
        <w:spacing w:before="20" w:after="40"/>
        <w:ind w:left="425" w:hanging="312"/>
      </w:pPr>
      <w:r>
        <w:rPr>
          <w:rFonts w:ascii="Calibri" w:hAnsi="Calibri" w:cs="Calibri" w:eastAsia="宋体"/>
        </w:rPr>
        <w:t xml:space="preserve">• </w:t>
      </w:r>
      <w:r>
        <w:rPr>
          <w:rFonts w:ascii="Calibri" w:hAnsi="Calibri" w:cs="Calibri" w:eastAsia="宋体"/>
        </w:rPr>
        <w:t>Dr. Ivan Aguilar</w:t>
      </w:r>
    </w:p>
    <w:p>
      <w:pPr>
        <w:spacing w:before="20" w:after="40"/>
        <w:ind w:left="425" w:hanging="312"/>
      </w:pPr>
      <w:r>
        <w:rPr>
          <w:rFonts w:ascii="Calibri" w:hAnsi="Calibri" w:cs="Calibri" w:eastAsia="宋体"/>
        </w:rPr>
        <w:t xml:space="preserve">• </w:t>
      </w:r>
      <w:r>
        <w:rPr>
          <w:rFonts w:ascii="Calibri" w:hAnsi="Calibri" w:cs="Calibri" w:eastAsia="宋体"/>
        </w:rPr>
        <w:t>Dr. Carlos Mendez</w:t>
      </w:r>
    </w:p>
    <w:p>
      <w:pPr>
        <w:spacing w:after="100"/>
      </w:pPr>
      <w:r>
        <w:rPr>
          <w:rFonts w:ascii="Calibri" w:hAnsi="Calibri" w:cs="Calibri" w:eastAsia="宋体"/>
        </w:rPr>
        <w:t>Aguilar 医生曾前往美国学习 Marci Bowers 的 SRS 技术。</w:t>
      </w:r>
    </w:p>
    <w:p>
      <w:pPr>
        <w:pStyle w:val="Heading4"/>
      </w:pPr>
      <w:r>
        <w:rPr>
          <w:rFonts w:ascii="Calibri" w:hAnsi="Calibri" w:cs="Calibri" w:eastAsia="宋体"/>
        </w:rPr>
        <w:t>提供服务</w:t>
      </w:r>
    </w:p>
    <w:p>
      <w:pPr>
        <w:spacing w:before="20" w:after="40"/>
        <w:ind w:left="425" w:hanging="312"/>
      </w:pPr>
      <w:r>
        <w:rPr>
          <w:rFonts w:ascii="Calibri" w:hAnsi="Calibri" w:cs="Calibri" w:eastAsia="宋体"/>
        </w:rPr>
        <w:t xml:space="preserve">• </w:t>
      </w:r>
      <w:r>
        <w:rPr>
          <w:rFonts w:ascii="Calibri" w:hAnsi="Calibri" w:cs="Calibri" w:eastAsia="宋体"/>
        </w:rPr>
        <w:t>SRS</w:t>
      </w:r>
    </w:p>
    <w:p>
      <w:pPr>
        <w:spacing w:before="20" w:after="40"/>
        <w:ind w:left="425" w:hanging="312"/>
      </w:pPr>
      <w:r>
        <w:rPr>
          <w:rFonts w:ascii="Calibri" w:hAnsi="Calibri" w:cs="Calibri" w:eastAsia="宋体"/>
        </w:rPr>
        <w:t xml:space="preserve">• </w:t>
      </w:r>
      <w:r>
        <w:rPr>
          <w:rFonts w:ascii="Calibri" w:hAnsi="Calibri" w:cs="Calibri" w:eastAsia="宋体"/>
        </w:rPr>
        <w:t>睾丸切除</w:t>
      </w:r>
    </w:p>
    <w:p>
      <w:pPr>
        <w:spacing w:before="20" w:after="40"/>
        <w:ind w:left="425" w:hanging="312"/>
      </w:pPr>
      <w:r>
        <w:rPr>
          <w:rFonts w:ascii="Calibri" w:hAnsi="Calibri" w:cs="Calibri" w:eastAsia="宋体"/>
        </w:rPr>
        <w:t xml:space="preserve">• </w:t>
      </w:r>
      <w:r>
        <w:rPr>
          <w:rFonts w:ascii="Calibri" w:hAnsi="Calibri" w:cs="Calibri" w:eastAsia="宋体"/>
        </w:rPr>
        <w:t>切平</w:t>
      </w:r>
    </w:p>
    <w:p>
      <w:pPr>
        <w:spacing w:before="360" w:after="0"/>
      </w:pPr>
      <w:r>
        <w:rPr>
          <w:rFonts w:ascii="Calibri" w:hAnsi="Calibri" w:cs="Calibri" w:eastAsia="宋体"/>
          <w:i/>
          <w:color w:val="6B7280"/>
          <w:sz w:val="16"/>
        </w:rPr>
        <w:t>以上内容整理自 MtF.wiki 中文文档（https://mtf.wiki/zh-cn/docs/srs），仅供离线阅读。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生殖器相关手术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生殖器相关手术</dc:title>
  <dc:subject>MtF.wiki 中文文档 · 离线副本</dc:subject>
  <dc:creator>MtF.wiki</dc:creator>
  <cp:keywords>MtF.wiki;跨性别;文档;离线副本</cp:keywords>
  <dc:description>整理自 https://mtf.wiki/zh-cn/docs/srs，按网站原有目录层级编排，未包含图片。</dc:description>
  <cp:lastModifiedBy/>
  <cp:revision>1</cp:revision>
  <dcterms:created xsi:type="dcterms:W3CDTF">2013-12-23T23:15:00Z</dcterms:created>
  <dcterms:modified xsi:type="dcterms:W3CDTF">2013-12-23T23:15:00Z</dcterms:modified>
  <cp:category/>
</cp:coreProperties>
</file>