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HRT 医疗资源</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https://mtf.wiki/zh-cn/docs/hrt</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49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3  HRT 医疗资源</w:t>
      </w:r>
    </w:p>
    <w:p>
      <w:pPr>
        <w:spacing w:before="0" w:after="20"/>
        <w:ind w:left="312"/>
      </w:pPr>
      <w:r>
        <w:rPr>
          <w:rFonts w:ascii="Calibri" w:hAnsi="Calibri" w:cs="Calibri" w:eastAsia="宋体"/>
          <w:b w:val="0"/>
          <w:color w:val="6B7280"/>
          <w:sz w:val="19"/>
        </w:rPr>
        <w:t>3.1  HRT 医疗资源综述</w:t>
      </w:r>
    </w:p>
    <w:p>
      <w:pPr>
        <w:spacing w:before="0" w:after="20"/>
        <w:ind w:left="312"/>
      </w:pPr>
      <w:r>
        <w:rPr>
          <w:rFonts w:ascii="Calibri" w:hAnsi="Calibri" w:cs="Calibri" w:eastAsia="宋体"/>
          <w:b w:val="0"/>
          <w:color w:val="6B7280"/>
          <w:sz w:val="19"/>
        </w:rPr>
        <w:t>3.2  北医三院</w:t>
      </w:r>
    </w:p>
    <w:p>
      <w:pPr>
        <w:spacing w:before="0" w:after="20"/>
        <w:ind w:left="624"/>
      </w:pPr>
      <w:r>
        <w:rPr>
          <w:rFonts w:ascii="Calibri" w:hAnsi="Calibri" w:cs="Calibri" w:eastAsia="宋体"/>
          <w:b w:val="0"/>
          <w:color w:val="6B7280"/>
          <w:sz w:val="19"/>
        </w:rPr>
        <w:t>3.2.1  刘烨</w:t>
      </w:r>
    </w:p>
    <w:p>
      <w:pPr>
        <w:spacing w:before="0" w:after="20"/>
        <w:ind w:left="624"/>
      </w:pPr>
      <w:r>
        <w:rPr>
          <w:rFonts w:ascii="Calibri" w:hAnsi="Calibri" w:cs="Calibri" w:eastAsia="宋体"/>
          <w:b w:val="0"/>
          <w:color w:val="6B7280"/>
          <w:sz w:val="19"/>
        </w:rPr>
        <w:t>3.2.2  常旭</w:t>
      </w:r>
    </w:p>
    <w:p>
      <w:pPr>
        <w:spacing w:before="0" w:after="20"/>
        <w:ind w:left="624"/>
      </w:pPr>
      <w:r>
        <w:rPr>
          <w:rFonts w:ascii="Calibri" w:hAnsi="Calibri" w:cs="Calibri" w:eastAsia="宋体"/>
          <w:b w:val="0"/>
          <w:color w:val="6B7280"/>
          <w:sz w:val="19"/>
        </w:rPr>
        <w:t>3.2.3  潘柏林</w:t>
      </w:r>
    </w:p>
    <w:p>
      <w:pPr>
        <w:spacing w:before="0" w:after="20"/>
        <w:ind w:left="312"/>
      </w:pPr>
      <w:r>
        <w:rPr>
          <w:rFonts w:ascii="Calibri" w:hAnsi="Calibri" w:cs="Calibri" w:eastAsia="宋体"/>
          <w:b w:val="0"/>
          <w:color w:val="6B7280"/>
          <w:sz w:val="19"/>
        </w:rPr>
        <w:t>3.3  长沙湘雅三院｜龙智</w:t>
      </w:r>
    </w:p>
    <w:p>
      <w:pPr>
        <w:spacing w:before="0" w:after="20"/>
        <w:ind w:left="312"/>
      </w:pPr>
      <w:r>
        <w:rPr>
          <w:rFonts w:ascii="Calibri" w:hAnsi="Calibri" w:cs="Calibri" w:eastAsia="宋体"/>
          <w:b w:val="0"/>
          <w:color w:val="6B7280"/>
          <w:sz w:val="19"/>
        </w:rPr>
        <w:t>3.4  杭州｜浙大二院</w:t>
      </w:r>
    </w:p>
    <w:p>
      <w:pPr>
        <w:spacing w:before="0" w:after="20"/>
        <w:ind w:left="312"/>
      </w:pPr>
      <w:r>
        <w:rPr>
          <w:rFonts w:ascii="Calibri" w:hAnsi="Calibri" w:cs="Calibri" w:eastAsia="宋体"/>
          <w:b w:val="0"/>
          <w:color w:val="6B7280"/>
          <w:sz w:val="19"/>
        </w:rPr>
        <w:t>3.5  广州｜高绿芬</w:t>
      </w:r>
    </w:p>
    <w:p>
      <w:pPr>
        <w:spacing w:before="0" w:after="20"/>
        <w:ind w:left="312"/>
      </w:pPr>
      <w:r>
        <w:rPr>
          <w:rFonts w:ascii="Calibri" w:hAnsi="Calibri" w:cs="Calibri" w:eastAsia="宋体"/>
          <w:b w:val="0"/>
          <w:color w:val="6B7280"/>
          <w:sz w:val="19"/>
        </w:rPr>
        <w:t>3.6  辽宁</w:t>
      </w:r>
    </w:p>
    <w:p>
      <w:pPr>
        <w:spacing w:before="0" w:after="20"/>
        <w:ind w:left="624"/>
      </w:pPr>
      <w:r>
        <w:rPr>
          <w:rFonts w:ascii="Calibri" w:hAnsi="Calibri" w:cs="Calibri" w:eastAsia="宋体"/>
          <w:b w:val="0"/>
          <w:color w:val="6B7280"/>
          <w:sz w:val="19"/>
        </w:rPr>
        <w:t>3.6.1  大连｜张霞</w:t>
      </w:r>
    </w:p>
    <w:p>
      <w:pPr>
        <w:spacing w:before="0" w:after="20"/>
        <w:ind w:left="312"/>
      </w:pPr>
      <w:r>
        <w:rPr>
          <w:rFonts w:ascii="Calibri" w:hAnsi="Calibri" w:cs="Calibri" w:eastAsia="宋体"/>
          <w:b w:val="0"/>
          <w:color w:val="6B7280"/>
          <w:sz w:val="19"/>
        </w:rPr>
        <w:t>3.7  青岛｜何兰杰</w:t>
      </w:r>
    </w:p>
    <w:p>
      <w:pPr>
        <w:spacing w:before="0" w:after="20"/>
        <w:ind w:left="312"/>
      </w:pPr>
      <w:r>
        <w:rPr>
          <w:rFonts w:ascii="Calibri" w:hAnsi="Calibri" w:cs="Calibri" w:eastAsia="宋体"/>
          <w:b w:val="0"/>
          <w:color w:val="6B7280"/>
          <w:sz w:val="19"/>
        </w:rPr>
        <w:t>3.8  上海</w:t>
      </w:r>
    </w:p>
    <w:p>
      <w:pPr>
        <w:spacing w:before="0" w:after="20"/>
        <w:ind w:left="624"/>
      </w:pPr>
      <w:r>
        <w:rPr>
          <w:rFonts w:ascii="Calibri" w:hAnsi="Calibri" w:cs="Calibri" w:eastAsia="宋体"/>
          <w:b w:val="0"/>
          <w:color w:val="6B7280"/>
          <w:sz w:val="19"/>
        </w:rPr>
        <w:t>3.8.1  上海九院｜程辰</w:t>
      </w:r>
    </w:p>
    <w:p>
      <w:pPr>
        <w:spacing w:before="0" w:after="20"/>
        <w:ind w:left="624"/>
      </w:pPr>
      <w:r>
        <w:rPr>
          <w:rFonts w:ascii="Calibri" w:hAnsi="Calibri" w:cs="Calibri" w:eastAsia="宋体"/>
          <w:b w:val="0"/>
          <w:color w:val="6B7280"/>
          <w:sz w:val="19"/>
        </w:rPr>
        <w:t>3.8.2  复旦儿科</w:t>
      </w:r>
    </w:p>
    <w:p>
      <w:pPr>
        <w:spacing w:before="0" w:after="20"/>
        <w:ind w:left="624"/>
      </w:pPr>
      <w:r>
        <w:rPr>
          <w:rFonts w:ascii="Calibri" w:hAnsi="Calibri" w:cs="Calibri" w:eastAsia="宋体"/>
          <w:b w:val="0"/>
          <w:color w:val="6B7280"/>
          <w:sz w:val="19"/>
        </w:rPr>
        <w:t>3.8.3  上海中山医院｜李小英</w:t>
      </w:r>
    </w:p>
    <w:p>
      <w:pPr>
        <w:spacing w:before="0" w:after="20"/>
        <w:ind w:left="624"/>
      </w:pPr>
      <w:r>
        <w:rPr>
          <w:rFonts w:ascii="Calibri" w:hAnsi="Calibri" w:cs="Calibri" w:eastAsia="宋体"/>
          <w:b w:val="0"/>
          <w:color w:val="6B7280"/>
          <w:sz w:val="19"/>
        </w:rPr>
        <w:t>3.8.4  上海瑞金医院</w:t>
      </w:r>
    </w:p>
    <w:p>
      <w:pPr>
        <w:spacing w:before="0" w:after="20"/>
        <w:ind w:left="624"/>
      </w:pPr>
      <w:r>
        <w:rPr>
          <w:rFonts w:ascii="Calibri" w:hAnsi="Calibri" w:cs="Calibri" w:eastAsia="宋体"/>
          <w:b w:val="0"/>
          <w:color w:val="6B7280"/>
          <w:sz w:val="19"/>
        </w:rPr>
        <w:t>3.8.5  上海其它医院</w:t>
      </w:r>
    </w:p>
    <w:p>
      <w:pPr>
        <w:spacing w:before="0" w:after="20"/>
        <w:ind w:left="312"/>
      </w:pPr>
      <w:r>
        <w:rPr>
          <w:rFonts w:ascii="Calibri" w:hAnsi="Calibri" w:cs="Calibri" w:eastAsia="宋体"/>
          <w:b w:val="0"/>
          <w:color w:val="6B7280"/>
          <w:sz w:val="19"/>
        </w:rPr>
        <w:t>3.9  重庆</w:t>
      </w:r>
    </w:p>
    <w:p>
      <w:pPr>
        <w:spacing w:before="0" w:after="20"/>
        <w:ind w:left="624"/>
      </w:pPr>
      <w:r>
        <w:rPr>
          <w:rFonts w:ascii="Calibri" w:hAnsi="Calibri" w:cs="Calibri" w:eastAsia="宋体"/>
          <w:b w:val="0"/>
          <w:color w:val="6B7280"/>
          <w:sz w:val="19"/>
        </w:rPr>
        <w:t>3.9.1  重医三院 | 段炼</w:t>
      </w:r>
    </w:p>
    <w:p>
      <w:pPr>
        <w:spacing w:before="0" w:after="20"/>
        <w:ind w:left="312"/>
      </w:pPr>
      <w:r>
        <w:rPr>
          <w:rFonts w:ascii="Calibri" w:hAnsi="Calibri" w:cs="Calibri" w:eastAsia="宋体"/>
          <w:b w:val="0"/>
          <w:color w:val="6B7280"/>
          <w:sz w:val="19"/>
        </w:rPr>
        <w:t>3.10  苏州</w:t>
      </w:r>
    </w:p>
    <w:p>
      <w:pPr>
        <w:spacing w:before="0" w:after="20"/>
        <w:ind w:left="624"/>
      </w:pPr>
      <w:r>
        <w:rPr>
          <w:rFonts w:ascii="Calibri" w:hAnsi="Calibri" w:cs="Calibri" w:eastAsia="宋体"/>
          <w:b w:val="0"/>
          <w:color w:val="6B7280"/>
          <w:sz w:val="19"/>
        </w:rPr>
        <w:t>3.10.1  苏州市立医院</w:t>
      </w:r>
    </w:p>
    <w:p>
      <w:pPr>
        <w:spacing w:before="0" w:after="20"/>
        <w:ind w:left="312"/>
      </w:pPr>
      <w:r>
        <w:rPr>
          <w:rFonts w:ascii="Calibri" w:hAnsi="Calibri" w:cs="Calibri" w:eastAsia="宋体"/>
          <w:b w:val="0"/>
          <w:color w:val="6B7280"/>
          <w:sz w:val="19"/>
        </w:rPr>
        <w:t>3.11  中国大陆其它地区</w:t>
      </w:r>
    </w:p>
    <w:p>
      <w:pPr>
        <w:spacing w:before="0" w:after="20"/>
        <w:ind w:left="312"/>
      </w:pPr>
      <w:r>
        <w:rPr>
          <w:rFonts w:ascii="Calibri" w:hAnsi="Calibri" w:cs="Calibri" w:eastAsia="宋体"/>
          <w:b w:val="0"/>
          <w:color w:val="6B7280"/>
          <w:sz w:val="19"/>
        </w:rPr>
        <w:t>3.12  澳门</w:t>
      </w:r>
    </w:p>
    <w:p>
      <w:pPr>
        <w:spacing w:before="0" w:after="20"/>
        <w:ind w:left="624"/>
      </w:pPr>
      <w:r>
        <w:rPr>
          <w:rFonts w:ascii="Calibri" w:hAnsi="Calibri" w:cs="Calibri" w:eastAsia="宋体"/>
          <w:b w:val="0"/>
          <w:color w:val="6B7280"/>
          <w:sz w:val="19"/>
        </w:rPr>
        <w:t>3.12.1  仁伯爵综合医院（山顶医院）</w:t>
      </w:r>
    </w:p>
    <w:p>
      <w:pPr>
        <w:spacing w:before="0" w:after="20"/>
        <w:ind w:left="312"/>
      </w:pPr>
      <w:r>
        <w:rPr>
          <w:rFonts w:ascii="Calibri" w:hAnsi="Calibri" w:cs="Calibri" w:eastAsia="宋体"/>
          <w:b w:val="0"/>
          <w:color w:val="6B7280"/>
          <w:sz w:val="19"/>
        </w:rPr>
        <w:t>3.13  香港</w:t>
      </w:r>
    </w:p>
    <w:p>
      <w:pPr>
        <w:spacing w:before="0" w:after="20"/>
        <w:ind w:left="624"/>
      </w:pPr>
      <w:r>
        <w:rPr>
          <w:rFonts w:ascii="Calibri" w:hAnsi="Calibri" w:cs="Calibri" w:eastAsia="宋体"/>
          <w:b w:val="0"/>
          <w:color w:val="6B7280"/>
          <w:sz w:val="19"/>
        </w:rPr>
        <w:t>3.13.1  私家内分泌科诊所</w:t>
      </w:r>
    </w:p>
    <w:p>
      <w:pPr>
        <w:spacing w:before="0" w:after="20"/>
        <w:ind w:left="312"/>
      </w:pPr>
      <w:r>
        <w:rPr>
          <w:rFonts w:ascii="Calibri" w:hAnsi="Calibri" w:cs="Calibri" w:eastAsia="宋体"/>
          <w:b w:val="0"/>
          <w:color w:val="6B7280"/>
          <w:sz w:val="19"/>
        </w:rPr>
        <w:t>3.14  加拿大</w:t>
      </w:r>
    </w:p>
    <w:p>
      <w:pPr>
        <w:spacing w:before="0" w:after="20"/>
        <w:ind w:left="624"/>
      </w:pPr>
      <w:r>
        <w:rPr>
          <w:rFonts w:ascii="Calibri" w:hAnsi="Calibri" w:cs="Calibri" w:eastAsia="宋体"/>
          <w:b w:val="0"/>
          <w:color w:val="6B7280"/>
          <w:sz w:val="19"/>
        </w:rPr>
        <w:t>3.14.1  各省人权状况对比</w:t>
      </w:r>
    </w:p>
    <w:p>
      <w:pPr>
        <w:spacing w:before="0" w:after="20"/>
        <w:ind w:left="624"/>
      </w:pPr>
      <w:r>
        <w:rPr>
          <w:rFonts w:ascii="Calibri" w:hAnsi="Calibri" w:cs="Calibri" w:eastAsia="宋体"/>
          <w:b w:val="0"/>
          <w:color w:val="6B7280"/>
          <w:sz w:val="19"/>
        </w:rPr>
        <w:t>3.14.2  多伦多大学 UofT</w:t>
      </w:r>
    </w:p>
    <w:p>
      <w:pPr>
        <w:spacing w:before="0" w:after="20"/>
        <w:ind w:left="624"/>
      </w:pPr>
      <w:r>
        <w:rPr>
          <w:rFonts w:ascii="Calibri" w:hAnsi="Calibri" w:cs="Calibri" w:eastAsia="宋体"/>
          <w:b w:val="0"/>
          <w:color w:val="6B7280"/>
          <w:sz w:val="19"/>
        </w:rPr>
        <w:t>3.14.3  安大略省金斯敦（Kingston）</w:t>
      </w:r>
    </w:p>
    <w:p>
      <w:pPr>
        <w:spacing w:before="0" w:after="20"/>
        <w:ind w:left="624"/>
      </w:pPr>
      <w:r>
        <w:rPr>
          <w:rFonts w:ascii="Calibri" w:hAnsi="Calibri" w:cs="Calibri" w:eastAsia="宋体"/>
          <w:b w:val="0"/>
          <w:color w:val="6B7280"/>
          <w:sz w:val="19"/>
        </w:rPr>
        <w:t>3.14.4  注意事项</w:t>
      </w:r>
    </w:p>
    <w:p>
      <w:pPr>
        <w:spacing w:before="0" w:after="20"/>
        <w:ind w:left="624"/>
      </w:pPr>
      <w:r>
        <w:rPr>
          <w:rFonts w:ascii="Calibri" w:hAnsi="Calibri" w:cs="Calibri" w:eastAsia="宋体"/>
          <w:b w:val="0"/>
          <w:color w:val="6B7280"/>
          <w:sz w:val="19"/>
        </w:rPr>
        <w:t>3.14.5  渥太华大学 uOttawa / University of Ottawa</w:t>
      </w:r>
    </w:p>
    <w:p>
      <w:pPr>
        <w:spacing w:before="0" w:after="20"/>
        <w:ind w:left="624"/>
      </w:pPr>
      <w:r>
        <w:rPr>
          <w:rFonts w:ascii="Calibri" w:hAnsi="Calibri" w:cs="Calibri" w:eastAsia="宋体"/>
          <w:b w:val="0"/>
          <w:color w:val="6B7280"/>
          <w:sz w:val="19"/>
        </w:rPr>
        <w:t>3.14.6  滑铁卢大学 uWaterloo / University of Waterloo</w:t>
      </w:r>
    </w:p>
    <w:p>
      <w:pPr>
        <w:spacing w:before="0" w:after="20"/>
        <w:ind w:left="624"/>
      </w:pPr>
      <w:r>
        <w:rPr>
          <w:rFonts w:ascii="Calibri" w:hAnsi="Calibri" w:cs="Calibri" w:eastAsia="宋体"/>
          <w:b w:val="0"/>
          <w:color w:val="6B7280"/>
          <w:sz w:val="19"/>
        </w:rPr>
        <w:t>3.14.7  阿尔伯塔大学 / University of Alberta</w:t>
      </w:r>
    </w:p>
    <w:p>
      <w:pPr>
        <w:spacing w:before="0" w:after="20"/>
        <w:ind w:left="312"/>
      </w:pPr>
      <w:r>
        <w:rPr>
          <w:rFonts w:ascii="Calibri" w:hAnsi="Calibri" w:cs="Calibri" w:eastAsia="宋体"/>
          <w:b w:val="0"/>
          <w:color w:val="6B7280"/>
          <w:sz w:val="19"/>
        </w:rPr>
        <w:t>3.15  澳大利亚</w:t>
      </w:r>
    </w:p>
    <w:p>
      <w:pPr>
        <w:spacing w:before="0" w:after="20"/>
        <w:ind w:left="624"/>
      </w:pPr>
      <w:r>
        <w:rPr>
          <w:rFonts w:ascii="Calibri" w:hAnsi="Calibri" w:cs="Calibri" w:eastAsia="宋体"/>
          <w:b w:val="0"/>
          <w:color w:val="6B7280"/>
          <w:sz w:val="19"/>
        </w:rPr>
        <w:t>3.15.1  澳大利亚 HRT 综述</w:t>
      </w:r>
    </w:p>
    <w:p>
      <w:pPr>
        <w:spacing w:before="0" w:after="20"/>
        <w:ind w:left="624"/>
      </w:pPr>
      <w:r>
        <w:rPr>
          <w:rFonts w:ascii="Calibri" w:hAnsi="Calibri" w:cs="Calibri" w:eastAsia="宋体"/>
          <w:b w:val="0"/>
          <w:color w:val="6B7280"/>
          <w:sz w:val="19"/>
        </w:rPr>
        <w:t>3.15.2  悉尼 Sydney</w:t>
      </w:r>
    </w:p>
    <w:p>
      <w:pPr>
        <w:spacing w:before="0" w:after="20"/>
        <w:ind w:left="624"/>
      </w:pPr>
      <w:r>
        <w:rPr>
          <w:rFonts w:ascii="Calibri" w:hAnsi="Calibri" w:cs="Calibri" w:eastAsia="宋体"/>
          <w:b w:val="0"/>
          <w:color w:val="6B7280"/>
          <w:sz w:val="19"/>
        </w:rPr>
        <w:t>3.15.3  西澳大学 UWA / University of Western Australia</w:t>
      </w:r>
    </w:p>
    <w:p>
      <w:pPr>
        <w:spacing w:before="0" w:after="20"/>
        <w:ind w:left="312"/>
      </w:pPr>
      <w:r>
        <w:rPr>
          <w:rFonts w:ascii="Calibri" w:hAnsi="Calibri" w:cs="Calibri" w:eastAsia="宋体"/>
          <w:b w:val="0"/>
          <w:color w:val="6B7280"/>
          <w:sz w:val="19"/>
        </w:rPr>
        <w:t>3.16  芬兰</w:t>
      </w:r>
    </w:p>
    <w:p>
      <w:pPr>
        <w:spacing w:before="0" w:after="20"/>
        <w:ind w:left="312"/>
      </w:pPr>
      <w:r>
        <w:rPr>
          <w:rFonts w:ascii="Calibri" w:hAnsi="Calibri" w:cs="Calibri" w:eastAsia="宋体"/>
          <w:b w:val="0"/>
          <w:color w:val="6B7280"/>
          <w:sz w:val="19"/>
        </w:rPr>
        <w:t>3.17  法国</w:t>
      </w:r>
    </w:p>
    <w:p>
      <w:pPr>
        <w:spacing w:before="0" w:after="20"/>
        <w:ind w:left="312"/>
      </w:pPr>
      <w:r>
        <w:rPr>
          <w:rFonts w:ascii="Calibri" w:hAnsi="Calibri" w:cs="Calibri" w:eastAsia="宋体"/>
          <w:b w:val="0"/>
          <w:color w:val="6B7280"/>
          <w:sz w:val="19"/>
        </w:rPr>
        <w:t>3.18  意大利</w:t>
      </w:r>
    </w:p>
    <w:p>
      <w:pPr>
        <w:spacing w:before="0" w:after="20"/>
        <w:ind w:left="312"/>
      </w:pPr>
      <w:r>
        <w:rPr>
          <w:rFonts w:ascii="Calibri" w:hAnsi="Calibri" w:cs="Calibri" w:eastAsia="宋体"/>
          <w:b w:val="0"/>
          <w:color w:val="6B7280"/>
          <w:sz w:val="19"/>
        </w:rPr>
        <w:t>3.19  日本</w:t>
      </w:r>
    </w:p>
    <w:p>
      <w:pPr>
        <w:spacing w:before="0" w:after="20"/>
        <w:ind w:left="312"/>
      </w:pPr>
      <w:r>
        <w:rPr>
          <w:rFonts w:ascii="Calibri" w:hAnsi="Calibri" w:cs="Calibri" w:eastAsia="宋体"/>
          <w:b w:val="0"/>
          <w:color w:val="6B7280"/>
          <w:sz w:val="19"/>
        </w:rPr>
        <w:t>3.20  新加坡</w:t>
      </w:r>
    </w:p>
    <w:p>
      <w:pPr>
        <w:spacing w:before="0" w:after="20"/>
        <w:ind w:left="624"/>
      </w:pPr>
      <w:r>
        <w:rPr>
          <w:rFonts w:ascii="Calibri" w:hAnsi="Calibri" w:cs="Calibri" w:eastAsia="宋体"/>
          <w:b w:val="0"/>
          <w:color w:val="6B7280"/>
          <w:sz w:val="19"/>
        </w:rPr>
        <w:t>3.20.1  伊丽莎白医院</w:t>
      </w:r>
    </w:p>
    <w:p>
      <w:pPr>
        <w:spacing w:before="0" w:after="20"/>
        <w:ind w:left="312"/>
      </w:pPr>
      <w:r>
        <w:rPr>
          <w:rFonts w:ascii="Calibri" w:hAnsi="Calibri" w:cs="Calibri" w:eastAsia="宋体"/>
          <w:b w:val="0"/>
          <w:color w:val="6B7280"/>
          <w:sz w:val="19"/>
        </w:rPr>
        <w:t>3.21  西班牙</w:t>
      </w:r>
    </w:p>
    <w:p>
      <w:pPr>
        <w:spacing w:before="0" w:after="20"/>
        <w:ind w:left="312"/>
      </w:pPr>
      <w:r>
        <w:rPr>
          <w:rFonts w:ascii="Calibri" w:hAnsi="Calibri" w:cs="Calibri" w:eastAsia="宋体"/>
          <w:b w:val="0"/>
          <w:color w:val="6B7280"/>
          <w:sz w:val="19"/>
        </w:rPr>
        <w:t>3.22  美国</w:t>
      </w:r>
    </w:p>
    <w:p>
      <w:pPr>
        <w:spacing w:before="0" w:after="20"/>
        <w:ind w:left="624"/>
      </w:pPr>
      <w:r>
        <w:rPr>
          <w:rFonts w:ascii="Calibri" w:hAnsi="Calibri" w:cs="Calibri" w:eastAsia="宋体"/>
          <w:b w:val="0"/>
          <w:color w:val="6B7280"/>
          <w:sz w:val="19"/>
        </w:rPr>
        <w:t>3.22.1  美国 HRT 综述</w:t>
      </w:r>
    </w:p>
    <w:p>
      <w:pPr>
        <w:spacing w:before="0" w:after="20"/>
        <w:ind w:left="624"/>
      </w:pPr>
      <w:r>
        <w:rPr>
          <w:rFonts w:ascii="Calibri" w:hAnsi="Calibri" w:cs="Calibri" w:eastAsia="宋体"/>
          <w:b w:val="0"/>
          <w:color w:val="6B7280"/>
          <w:sz w:val="19"/>
        </w:rPr>
        <w:t>3.22.2  MI | Powers Family Medicine</w:t>
      </w:r>
    </w:p>
    <w:p>
      <w:r>
        <w:br w:type="page"/>
      </w:r>
    </w:p>
    <w:p>
      <w:pPr>
        <w:pStyle w:val="Heading1"/>
      </w:pPr>
      <w:r>
        <w:rPr>
          <w:rFonts w:ascii="Calibri" w:hAnsi="Calibri" w:cs="Calibri" w:eastAsia="微软雅黑"/>
        </w:rPr>
        <w:t>3  HRT 医疗资源</w:t>
      </w:r>
    </w:p>
    <w:p>
      <w:pPr>
        <w:spacing w:after="160"/>
      </w:pPr>
      <w:r>
        <w:rPr>
          <w:rFonts w:ascii="Calibri" w:hAnsi="Calibri" w:cs="Calibri" w:eastAsia="宋体"/>
          <w:color w:val="6B7280"/>
          <w:sz w:val="16"/>
        </w:rPr>
        <w:t>原文：https://mtf.wiki/zh-cn/docs/hrt</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3.1  HRT 医疗资源综述</w:t>
      </w:r>
    </w:p>
    <w:p>
      <w:pPr>
        <w:spacing w:after="160"/>
      </w:pPr>
      <w:r>
        <w:rPr>
          <w:rFonts w:ascii="Calibri" w:hAnsi="Calibri" w:cs="Calibri" w:eastAsia="宋体"/>
          <w:color w:val="6B7280"/>
          <w:sz w:val="16"/>
        </w:rPr>
        <w:t>原文：https://mtf.wiki/zh-cn/docs/hrt/overview · 最近更新：2026年8月13日</w:t>
      </w:r>
    </w:p>
    <w:p>
      <w:pPr>
        <w:pStyle w:val="Heading3"/>
      </w:pPr>
      <w:r>
        <w:rPr>
          <w:rFonts w:ascii="Calibri" w:hAnsi="Calibri" w:cs="Calibri" w:eastAsia="宋体"/>
        </w:rPr>
        <w:t>综述</w:t>
      </w:r>
    </w:p>
    <w:p>
      <w:pPr>
        <w:spacing w:after="100"/>
      </w:pPr>
      <w:r>
        <w:rPr>
          <w:rFonts w:ascii="Calibri" w:hAnsi="Calibri" w:cs="Calibri" w:eastAsia="宋体"/>
        </w:rPr>
        <w:t>根据中国大陆的医疗现状，不同年龄段获取 HRT 的条件与资源存在一定差异：</w:t>
      </w:r>
    </w:p>
    <w:p>
      <w:pPr>
        <w:spacing w:before="20" w:after="40"/>
        <w:ind w:left="425" w:hanging="312"/>
      </w:pPr>
      <w:r>
        <w:rPr>
          <w:rFonts w:ascii="Calibri" w:hAnsi="Calibri" w:cs="Calibri" w:eastAsia="宋体"/>
        </w:rPr>
        <w:t xml:space="preserve">1. </w:t>
      </w:r>
      <w:r>
        <w:rPr>
          <w:rFonts w:ascii="Calibri" w:hAnsi="Calibri" w:cs="Calibri" w:eastAsia="宋体"/>
        </w:rPr>
        <w:t xml:space="preserve">未满 16 周岁：若处于青春期，医生可能会建议使用 </w:t>
      </w:r>
      <w:r>
        <w:rPr>
          <w:rFonts w:ascii="Calibri" w:hAnsi="Calibri" w:cs="Calibri" w:eastAsia="宋体"/>
        </w:rPr>
        <w:t>GnRH</w:t>
      </w:r>
      <w:r>
        <w:rPr>
          <w:rFonts w:ascii="Calibri" w:hAnsi="Calibri" w:cs="Calibri" w:eastAsia="宋体"/>
        </w:rPr>
        <w:t xml:space="preserve"> 类似物进行青春期阻断治疗。</w:t>
      </w:r>
    </w:p>
    <w:p>
      <w:pPr>
        <w:spacing w:before="20" w:after="40"/>
        <w:ind w:left="425" w:hanging="312"/>
      </w:pPr>
      <w:r>
        <w:rPr>
          <w:rFonts w:ascii="Calibri" w:hAnsi="Calibri" w:cs="Calibri" w:eastAsia="宋体"/>
        </w:rPr>
        <w:t xml:space="preserve">2. </w:t>
      </w:r>
      <w:r>
        <w:rPr>
          <w:rFonts w:ascii="Calibri" w:hAnsi="Calibri" w:cs="Calibri" w:eastAsia="宋体"/>
        </w:rPr>
        <w:t>16 至 18 周岁：可以进行常规激素治疗，原则上需要监护人同意。</w:t>
      </w:r>
    </w:p>
    <w:p>
      <w:pPr>
        <w:spacing w:before="20" w:after="40"/>
        <w:ind w:left="425" w:hanging="312"/>
      </w:pPr>
      <w:r>
        <w:rPr>
          <w:rFonts w:ascii="Calibri" w:hAnsi="Calibri" w:cs="Calibri" w:eastAsia="宋体"/>
        </w:rPr>
        <w:t xml:space="preserve">3. </w:t>
      </w:r>
      <w:r>
        <w:rPr>
          <w:rFonts w:ascii="Calibri" w:hAnsi="Calibri" w:cs="Calibri" w:eastAsia="宋体"/>
        </w:rPr>
        <w:t>已满 18 周岁：可独立进行 HRT 治疗。</w:t>
      </w:r>
    </w:p>
    <w:p>
      <w:pPr>
        <w:spacing w:after="100"/>
      </w:pPr>
      <w:r>
        <w:rPr>
          <w:rFonts w:ascii="Calibri" w:hAnsi="Calibri" w:cs="Calibri" w:eastAsia="宋体"/>
        </w:rPr>
        <w:t xml:space="preserve">多数医生仅能开具 </w:t>
      </w:r>
      <w:r>
        <w:rPr>
          <w:rFonts w:ascii="Calibri" w:hAnsi="Calibri" w:cs="Calibri" w:eastAsia="宋体"/>
        </w:rPr>
        <w:t>HRT 处方</w:t>
      </w:r>
      <w:r>
        <w:rPr>
          <w:rFonts w:ascii="Calibri" w:hAnsi="Calibri" w:cs="Calibri" w:eastAsia="宋体"/>
        </w:rPr>
        <w:t xml:space="preserve">，对于 </w:t>
      </w:r>
      <w:r>
        <w:rPr>
          <w:rFonts w:ascii="Calibri" w:hAnsi="Calibri" w:cs="Calibri" w:eastAsia="宋体"/>
        </w:rPr>
        <w:t>HRT 指导</w:t>
      </w:r>
      <w:r>
        <w:rPr>
          <w:rFonts w:ascii="Calibri" w:hAnsi="Calibri" w:cs="Calibri" w:eastAsia="宋体"/>
        </w:rPr>
        <w:t xml:space="preserve"> 普遍较为保守</w:t>
      </w:r>
    </w:p>
    <w:p>
      <w:pPr>
        <w:pStyle w:val="Heading3"/>
      </w:pPr>
      <w:r>
        <w:rPr>
          <w:rFonts w:ascii="Calibri" w:hAnsi="Calibri" w:cs="Calibri" w:eastAsia="宋体"/>
        </w:rPr>
        <w:t>提供用药指导的医疗资源</w:t>
      </w:r>
    </w:p>
    <w:p>
      <w:pPr>
        <w:spacing w:after="100"/>
      </w:pPr>
      <w:r>
        <w:rPr>
          <w:rFonts w:ascii="Calibri" w:hAnsi="Calibri" w:cs="Calibri" w:eastAsia="宋体"/>
        </w:rPr>
        <w:t>目前已知以下医疗机构和医生能够提供较为系统的 HRT 用药评估与指导：</w:t>
      </w:r>
    </w:p>
    <w:p>
      <w:pPr>
        <w:spacing w:before="20" w:after="40"/>
        <w:ind w:left="425" w:hanging="312"/>
      </w:pPr>
      <w:r>
        <w:rPr>
          <w:rFonts w:ascii="Calibri" w:hAnsi="Calibri" w:cs="Calibri" w:eastAsia="宋体"/>
        </w:rPr>
        <w:t xml:space="preserve">1. </w:t>
      </w:r>
      <w:r>
        <w:rPr>
          <w:rFonts w:ascii="Calibri" w:hAnsi="Calibri" w:cs="Calibri" w:eastAsia="宋体"/>
        </w:rPr>
        <w:t>上海九院｜程辰</w:t>
      </w:r>
    </w:p>
    <w:p>
      <w:pPr>
        <w:spacing w:before="20" w:after="40"/>
        <w:ind w:left="425" w:hanging="312"/>
      </w:pPr>
      <w:r>
        <w:rPr>
          <w:rFonts w:ascii="Calibri" w:hAnsi="Calibri" w:cs="Calibri" w:eastAsia="宋体"/>
        </w:rPr>
        <w:t xml:space="preserve">2. </w:t>
      </w:r>
      <w:r>
        <w:rPr>
          <w:rFonts w:ascii="Calibri" w:hAnsi="Calibri" w:cs="Calibri" w:eastAsia="宋体"/>
        </w:rPr>
        <w:t>北医三院</w:t>
      </w:r>
    </w:p>
    <w:p>
      <w:pPr>
        <w:spacing w:before="20" w:after="40"/>
        <w:ind w:left="425" w:hanging="312"/>
      </w:pPr>
      <w:r>
        <w:rPr>
          <w:rFonts w:ascii="Calibri" w:hAnsi="Calibri" w:cs="Calibri" w:eastAsia="宋体"/>
        </w:rPr>
        <w:t xml:space="preserve">3. </w:t>
      </w:r>
      <w:r>
        <w:rPr>
          <w:rFonts w:ascii="Calibri" w:hAnsi="Calibri" w:cs="Calibri" w:eastAsia="宋体"/>
        </w:rPr>
        <w:t>广州暨南一院｜高绿芬</w:t>
      </w:r>
    </w:p>
    <w:p>
      <w:pPr>
        <w:pStyle w:val="Heading3"/>
      </w:pPr>
      <w:r>
        <w:rPr>
          <w:rFonts w:ascii="Calibri" w:hAnsi="Calibri" w:cs="Calibri" w:eastAsia="宋体"/>
        </w:rPr>
        <w:t>仅提供处方的医疗资源</w:t>
      </w:r>
    </w:p>
    <w:p>
      <w:pPr>
        <w:spacing w:after="100"/>
      </w:pPr>
      <w:r>
        <w:rPr>
          <w:rFonts w:ascii="Calibri" w:hAnsi="Calibri" w:cs="Calibri" w:eastAsia="宋体"/>
        </w:rPr>
        <w:t>目前医院开具的处方中，常见以下 HRT 药物：</w:t>
      </w:r>
    </w:p>
    <w:p>
      <w:pPr>
        <w:spacing w:before="20" w:after="40"/>
        <w:ind w:left="425" w:hanging="312"/>
      </w:pPr>
      <w:r>
        <w:rPr>
          <w:rFonts w:ascii="Calibri" w:hAnsi="Calibri" w:cs="Calibri" w:eastAsia="宋体"/>
        </w:rPr>
        <w:t xml:space="preserve">• </w:t>
      </w:r>
      <w:r>
        <w:rPr>
          <w:rFonts w:ascii="Calibri" w:hAnsi="Calibri" w:cs="Calibri" w:eastAsia="宋体"/>
        </w:rPr>
        <w:t>雌二醇药品</w:t>
      </w:r>
      <w:r>
        <w:br/>
      </w:r>
    </w:p>
    <w:p>
      <w:pPr>
        <w:spacing w:before="20" w:after="40"/>
        <w:ind w:left="822" w:hanging="312"/>
      </w:pPr>
      <w:r>
        <w:rPr>
          <w:rFonts w:ascii="Calibri" w:hAnsi="Calibri" w:cs="Calibri" w:eastAsia="宋体"/>
        </w:rPr>
        <w:t xml:space="preserve">◦ </w:t>
      </w:r>
      <w:r>
        <w:rPr>
          <w:rFonts w:ascii="Calibri" w:hAnsi="Calibri" w:cs="Calibri" w:eastAsia="宋体"/>
        </w:rPr>
        <w:t xml:space="preserve">戊酸雌二醇片 </w:t>
      </w:r>
      <w:r>
        <w:rPr>
          <w:rFonts w:ascii="Calibri" w:hAnsi="Calibri" w:cs="Calibri" w:eastAsia="宋体"/>
        </w:rPr>
        <w:t>补佳乐®</w:t>
      </w:r>
    </w:p>
    <w:p>
      <w:pPr>
        <w:spacing w:before="20" w:after="40"/>
        <w:ind w:left="822" w:hanging="312"/>
      </w:pPr>
      <w:r>
        <w:rPr>
          <w:rFonts w:ascii="Calibri" w:hAnsi="Calibri" w:cs="Calibri" w:eastAsia="宋体"/>
        </w:rPr>
        <w:t xml:space="preserve">◦ </w:t>
      </w:r>
      <w:r>
        <w:rPr>
          <w:rFonts w:ascii="Calibri" w:hAnsi="Calibri" w:cs="Calibri" w:eastAsia="宋体"/>
        </w:rPr>
        <w:t xml:space="preserve">雌二醇凝胶 </w:t>
      </w:r>
      <w:r>
        <w:rPr>
          <w:rFonts w:ascii="Calibri" w:hAnsi="Calibri" w:cs="Calibri" w:eastAsia="宋体"/>
        </w:rPr>
        <w:t>爱斯妥</w:t>
      </w:r>
      <w:r>
        <w:br/>
      </w:r>
      <w:r>
        <w:rPr>
          <w:rFonts w:ascii="Calibri" w:hAnsi="Calibri" w:cs="Calibri" w:eastAsia="宋体"/>
        </w:rPr>
        <w:t>健民雌二醇凝胶</w:t>
      </w:r>
    </w:p>
    <w:p>
      <w:pPr>
        <w:spacing w:before="20" w:after="40"/>
        <w:ind w:left="425" w:hanging="312"/>
      </w:pPr>
      <w:r>
        <w:rPr>
          <w:rFonts w:ascii="Calibri" w:hAnsi="Calibri" w:cs="Calibri" w:eastAsia="宋体"/>
        </w:rPr>
        <w:t xml:space="preserve">• </w:t>
      </w:r>
      <w:r>
        <w:rPr>
          <w:rFonts w:ascii="Calibri" w:hAnsi="Calibri" w:cs="Calibri" w:eastAsia="宋体"/>
        </w:rPr>
        <w:t>抗雄激素药品</w:t>
      </w:r>
      <w:r>
        <w:br/>
      </w:r>
    </w:p>
    <w:p>
      <w:pPr>
        <w:spacing w:before="20" w:after="40"/>
        <w:ind w:left="822" w:hanging="312"/>
      </w:pPr>
      <w:r>
        <w:rPr>
          <w:rFonts w:ascii="Calibri" w:hAnsi="Calibri" w:cs="Calibri" w:eastAsia="宋体"/>
        </w:rPr>
        <w:t xml:space="preserve">◦ </w:t>
      </w:r>
      <w:r>
        <w:rPr>
          <w:rFonts w:ascii="Calibri" w:hAnsi="Calibri" w:cs="Calibri" w:eastAsia="宋体"/>
        </w:rPr>
        <w:t xml:space="preserve">醋酸环丙孕酮 </w:t>
      </w:r>
      <w:r>
        <w:rPr>
          <w:rFonts w:ascii="Calibri" w:hAnsi="Calibri" w:cs="Calibri" w:eastAsia="宋体"/>
        </w:rPr>
        <w:t>华典</w:t>
      </w:r>
    </w:p>
    <w:p>
      <w:pPr>
        <w:spacing w:before="20" w:after="40"/>
        <w:ind w:left="822" w:hanging="312"/>
      </w:pPr>
      <w:r>
        <w:rPr>
          <w:rFonts w:ascii="Calibri" w:hAnsi="Calibri" w:cs="Calibri" w:eastAsia="宋体"/>
        </w:rPr>
        <w:t xml:space="preserve">◦ </w:t>
      </w:r>
      <w:r>
        <w:rPr>
          <w:rFonts w:ascii="Calibri" w:hAnsi="Calibri" w:cs="Calibri" w:eastAsia="宋体"/>
        </w:rPr>
        <w:t>螺内酯</w:t>
      </w:r>
    </w:p>
    <w:p>
      <w:pPr>
        <w:spacing w:after="100"/>
      </w:pPr>
      <w:r>
        <w:rPr>
          <w:rFonts w:ascii="Calibri" w:hAnsi="Calibri" w:cs="Calibri" w:eastAsia="宋体"/>
        </w:rPr>
        <w:t xml:space="preserve">如果就诊医生仅能开药而无法提供具体的用药指导，建议自行且定期地 </w:t>
      </w:r>
      <w:r>
        <w:rPr>
          <w:rFonts w:ascii="Calibri" w:hAnsi="Calibri" w:cs="Calibri" w:eastAsia="宋体"/>
        </w:rPr>
        <w:t>进行激素检查</w:t>
      </w:r>
      <w:r>
        <w:rPr>
          <w:rFonts w:ascii="Calibri" w:hAnsi="Calibri" w:cs="Calibri" w:eastAsia="宋体"/>
        </w:rPr>
        <w:t xml:space="preserve"> ，以便动态调整用药剂量。关于具体的用药问题，参见 </w:t>
      </w:r>
      <w:r>
        <w:rPr>
          <w:rFonts w:ascii="Calibri" w:hAnsi="Calibri" w:cs="Calibri" w:eastAsia="宋体"/>
        </w:rPr>
        <w:t>HRT 综述</w:t>
      </w:r>
      <w:r>
        <w:rPr>
          <w:rFonts w:ascii="Calibri" w:hAnsi="Calibri" w:cs="Calibri" w:eastAsia="宋体"/>
        </w:rPr>
        <w:t>。</w:t>
      </w:r>
    </w:p>
    <w:p>
      <w:pPr>
        <w:pStyle w:val="Heading3"/>
      </w:pPr>
      <w:r>
        <w:rPr>
          <w:rFonts w:ascii="Calibri" w:hAnsi="Calibri" w:cs="Calibri" w:eastAsia="宋体"/>
        </w:rPr>
        <w:t>药物获取途径</w:t>
      </w:r>
    </w:p>
    <w:p>
      <w:pPr>
        <w:spacing w:after="100"/>
      </w:pPr>
      <w:r>
        <w:rPr>
          <w:rFonts w:ascii="Calibri" w:hAnsi="Calibri" w:cs="Calibri" w:eastAsia="宋体"/>
        </w:rPr>
        <w:t>HRT 常用药物几乎均为处方药。根据相关法规</w:t>
      </w:r>
      <w:r>
        <w:rPr>
          <w:rFonts w:ascii="Calibri" w:hAnsi="Calibri" w:cs="Calibri" w:eastAsia="宋体"/>
          <w:vertAlign w:val="superscript"/>
        </w:rPr>
        <w:t>1</w:t>
      </w:r>
      <w:r>
        <w:rPr>
          <w:rFonts w:ascii="Calibri" w:hAnsi="Calibri" w:cs="Calibri" w:eastAsia="宋体"/>
        </w:rPr>
        <w:t>，购买需遵循一般处方药的获取规范，即需要由具备处方权的医生开具处方。</w:t>
      </w:r>
    </w:p>
    <w:p>
      <w:pPr>
        <w:spacing w:before="20" w:after="40"/>
        <w:ind w:left="425" w:hanging="312"/>
      </w:pPr>
      <w:r>
        <w:rPr>
          <w:rFonts w:ascii="Calibri" w:hAnsi="Calibri" w:cs="Calibri" w:eastAsia="宋体"/>
        </w:rPr>
        <w:t xml:space="preserve">• </w:t>
      </w:r>
      <w:r>
        <w:rPr>
          <w:rFonts w:ascii="Calibri" w:hAnsi="Calibri" w:cs="Calibri" w:eastAsia="宋体"/>
        </w:rPr>
        <w:t>首次开具处方：「HRT 医疗资源」板块提供了一些可能可以首次开具 HRT 处方的医院及医生供您参考。这</w:t>
      </w:r>
      <w:r>
        <w:rPr>
          <w:rFonts w:ascii="Calibri" w:hAnsi="Calibri" w:cs="Calibri" w:eastAsia="宋体"/>
          <w:b/>
        </w:rPr>
        <w:t>并不意味着</w:t>
      </w:r>
      <w:r>
        <w:rPr>
          <w:rFonts w:ascii="Calibri" w:hAnsi="Calibri" w:cs="Calibri" w:eastAsia="宋体"/>
        </w:rPr>
        <w:t>只有这里列明的医院及医生才能开具相关药物的处方，您完全可以自行在本地医院进行探索。若您发现了未被收录的友好医疗资源，或发现现有信息存在偏差，欢迎通过页面底部的“意见反馈”或邮件等渠道联系我们补充修改。</w:t>
      </w:r>
    </w:p>
    <w:p>
      <w:pPr>
        <w:spacing w:before="20" w:after="40"/>
        <w:ind w:left="425" w:hanging="312"/>
      </w:pPr>
      <w:r>
        <w:rPr>
          <w:rFonts w:ascii="Calibri" w:hAnsi="Calibri" w:cs="Calibri" w:eastAsia="宋体"/>
        </w:rPr>
        <w:t xml:space="preserve">• </w:t>
      </w:r>
      <w:r>
        <w:rPr>
          <w:rFonts w:ascii="Calibri" w:hAnsi="Calibri" w:cs="Calibri" w:eastAsia="宋体"/>
        </w:rPr>
        <w:t>已有处方续药：若您</w:t>
      </w:r>
      <w:r>
        <w:rPr>
          <w:rFonts w:ascii="Calibri" w:hAnsi="Calibri" w:cs="Calibri" w:eastAsia="宋体"/>
          <w:b/>
        </w:rPr>
        <w:t>已持有</w:t>
      </w:r>
      <w:r>
        <w:rPr>
          <w:rFonts w:ascii="Calibri" w:hAnsi="Calibri" w:cs="Calibri" w:eastAsia="宋体"/>
        </w:rPr>
        <w:t>上级医院或资深医生开具的 HRT 处方或相关病历，通常可直接携带相关材料，前往普通门诊或简易门诊续开药物。该板块侧重收录首诊资源，不会收录此类「凭已有处方续药」的 HRT 医疗资源报告。</w:t>
      </w:r>
    </w:p>
    <w:p>
      <w:pPr>
        <w:spacing w:before="20" w:after="40"/>
        <w:ind w:left="425" w:hanging="312"/>
      </w:pPr>
      <w:r>
        <w:rPr>
          <w:rFonts w:ascii="Calibri" w:hAnsi="Calibri" w:cs="Calibri" w:eastAsia="宋体"/>
        </w:rPr>
        <w:t xml:space="preserve">• </w:t>
      </w:r>
      <w:r>
        <w:rPr>
          <w:rFonts w:ascii="Calibri" w:hAnsi="Calibri" w:cs="Calibri" w:eastAsia="宋体"/>
        </w:rPr>
        <w:t>线下药店与线上平台：许多</w:t>
      </w:r>
      <w:r>
        <w:rPr>
          <w:rFonts w:ascii="Calibri" w:hAnsi="Calibri" w:cs="Calibri" w:eastAsia="宋体"/>
          <w:b/>
        </w:rPr>
        <w:t>线下实体药店</w:t>
      </w:r>
      <w:r>
        <w:rPr>
          <w:rFonts w:ascii="Calibri" w:hAnsi="Calibri" w:cs="Calibri" w:eastAsia="宋体"/>
        </w:rPr>
        <w:t>可以直接开方购买部分 HRT 药物（如补佳乐® 戊酸雌二醇片），无需携带处方。部分</w:t>
      </w:r>
      <w:r>
        <w:rPr>
          <w:rFonts w:ascii="Calibri" w:hAnsi="Calibri" w:cs="Calibri" w:eastAsia="宋体"/>
          <w:b/>
        </w:rPr>
        <w:t>网购平台</w:t>
      </w:r>
      <w:r>
        <w:rPr>
          <w:rFonts w:ascii="Calibri" w:hAnsi="Calibri" w:cs="Calibri" w:eastAsia="宋体"/>
        </w:rPr>
        <w:t>也提供线上问诊、开方与购药的服务。</w:t>
      </w:r>
    </w:p>
    <w:p>
      <w:pPr>
        <w:spacing w:after="100"/>
      </w:pPr>
      <w:r>
        <w:rPr>
          <w:rFonts w:ascii="Calibri" w:hAnsi="Calibri" w:cs="Calibri" w:eastAsia="宋体"/>
        </w:rPr>
        <w:t>部分地区在线下渠道获取雌二醇凝胶可能较为困难。如有相关需求，可考虑询问当地的生殖专科医院、妇幼保健院或部队医院。可在北医三院、上海九院等 HRT 医疗资源成熟的医院首诊开具第一张处方后依上一条原则在本地获取后续药物。</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处方药与非处方药分类管理办法（试行）</w:t>
      </w:r>
      <w:r>
        <w:rPr>
          <w:rFonts w:ascii="Calibri" w:hAnsi="Calibri" w:cs="Calibri" w:eastAsia="宋体"/>
        </w:rPr>
        <w:t>https://w.wiki/D7Sd</w:t>
      </w:r>
      <w:r>
        <w:rPr>
          <w:rFonts w:ascii="Calibri" w:hAnsi="Calibri" w:cs="Calibri" w:eastAsia="宋体"/>
        </w:rPr>
        <w:t xml:space="preserve"> </w:t>
      </w:r>
    </w:p>
    <w:p>
      <w:pPr>
        <w:pStyle w:val="Heading2"/>
      </w:pPr>
      <w:r>
        <w:rPr>
          <w:rFonts w:ascii="Calibri" w:hAnsi="Calibri" w:cs="Calibri" w:eastAsia="微软雅黑"/>
        </w:rPr>
        <w:t>3.2  北医三院</w:t>
      </w:r>
    </w:p>
    <w:p>
      <w:pPr>
        <w:spacing w:after="160"/>
      </w:pPr>
      <w:r>
        <w:rPr>
          <w:rFonts w:ascii="Calibri" w:hAnsi="Calibri" w:cs="Calibri" w:eastAsia="宋体"/>
          <w:color w:val="6B7280"/>
          <w:sz w:val="16"/>
        </w:rPr>
        <w:t>原文：https://mtf.wiki/zh-cn/docs/hrt/puth · 最近更新：2026年9月22日</w:t>
      </w:r>
    </w:p>
    <w:p>
      <w:pPr>
        <w:pStyle w:val="Heading3"/>
      </w:pPr>
      <w:r>
        <w:rPr>
          <w:rFonts w:ascii="Calibri" w:hAnsi="Calibri" w:cs="Calibri" w:eastAsia="宋体"/>
        </w:rPr>
        <w:t>概况</w:t>
      </w:r>
    </w:p>
    <w:p>
      <w:pPr>
        <w:spacing w:after="100"/>
      </w:pPr>
      <w:r>
        <w:rPr>
          <w:rFonts w:ascii="Calibri" w:hAnsi="Calibri" w:cs="Calibri" w:eastAsia="宋体"/>
        </w:rPr>
        <w:t>北京大学第三医院</w:t>
      </w:r>
      <w:r>
        <w:rPr>
          <w:rFonts w:ascii="Calibri" w:hAnsi="Calibri" w:cs="Calibri" w:eastAsia="宋体"/>
        </w:rPr>
        <w:t>（Peking University Third Hospital，PUTH）是集医疗、教学、科研、预防保健、康复与健康管理为一体的综合性三甲医院。北京大学第三医院部分医生一直致力于跨性别医疗事业的发展，创建了一支跨性别序列医疗团队，并设置了跨性别专科门诊。具体而言，如果符合要求，可以在北京大学第三医院获得易性症诊断及进行 HRT，这包括了定期检查、获得用药建议及购买部分药物。北京大学第三医院也可进行性别重置手术。</w:t>
      </w:r>
    </w:p>
    <w:p>
      <w:pPr>
        <w:spacing w:after="100"/>
      </w:pPr>
      <w:r>
        <w:rPr>
          <w:rFonts w:ascii="Calibri" w:hAnsi="Calibri" w:cs="Calibri" w:eastAsia="宋体"/>
        </w:rPr>
        <w:t>无需身份证或就诊卡即可就诊</w:t>
      </w:r>
    </w:p>
    <w:p>
      <w:pPr>
        <w:spacing w:after="100"/>
      </w:pPr>
      <w:r>
        <w:rPr>
          <w:rFonts w:ascii="Calibri" w:hAnsi="Calibri" w:cs="Calibri" w:eastAsia="宋体"/>
        </w:rPr>
        <w:t>北医三院跨性别序列医疗团队微信公众号：</w:t>
      </w:r>
      <w:r>
        <w:rPr>
          <w:rFonts w:ascii="Calibri" w:hAnsi="Calibri" w:cs="Calibri" w:eastAsia="宋体"/>
        </w:rPr>
        <w:t>| 本来模样 |</w:t>
      </w:r>
      <w:r>
        <w:rPr>
          <w:rFonts w:ascii="Calibri" w:hAnsi="Calibri" w:cs="Calibri" w:eastAsia="宋体"/>
        </w:rPr>
        <w:t>、</w:t>
      </w:r>
      <w:r>
        <w:rPr>
          <w:rFonts w:ascii="Calibri" w:hAnsi="Calibri" w:cs="Calibri" w:eastAsia="宋体"/>
        </w:rPr>
        <w:t>粉蓝指南</w:t>
      </w:r>
    </w:p>
    <w:p>
      <w:pPr>
        <w:pStyle w:val="Heading4"/>
      </w:pPr>
      <w:r>
        <w:rPr>
          <w:rFonts w:ascii="Calibri" w:hAnsi="Calibri" w:cs="Calibri" w:eastAsia="宋体"/>
        </w:rPr>
        <w:t>地理位置及交通</w:t>
      </w:r>
    </w:p>
    <w:p>
      <w:pPr>
        <w:spacing w:after="100"/>
      </w:pPr>
      <w:r>
        <w:rPr>
          <w:rFonts w:ascii="Calibri" w:hAnsi="Calibri" w:cs="Calibri" w:eastAsia="宋体"/>
        </w:rPr>
        <w:t>北京大学第三医院设有多个院区。</w:t>
      </w:r>
    </w:p>
    <w:p>
      <w:pPr>
        <w:spacing w:before="20" w:after="40"/>
        <w:ind w:left="425" w:hanging="312"/>
      </w:pPr>
      <w:r>
        <w:rPr>
          <w:rFonts w:ascii="Calibri" w:hAnsi="Calibri" w:cs="Calibri" w:eastAsia="宋体"/>
        </w:rPr>
        <w:t xml:space="preserve">• </w:t>
      </w:r>
      <w:r>
        <w:rPr>
          <w:rFonts w:ascii="Calibri" w:hAnsi="Calibri" w:cs="Calibri" w:eastAsia="宋体"/>
        </w:rPr>
        <w:t>北京大学第三医院（主院区）：位于</w:t>
      </w:r>
      <w:r>
        <w:rPr>
          <w:rFonts w:ascii="Calibri" w:hAnsi="Calibri" w:cs="Calibri" w:eastAsia="宋体"/>
        </w:rPr>
        <w:t>北京市海淀区花园北路 49 号</w:t>
      </w:r>
      <w:r>
        <w:rPr>
          <w:rFonts w:ascii="Calibri" w:hAnsi="Calibri" w:cs="Calibri" w:eastAsia="宋体"/>
        </w:rPr>
        <w:t>，刘烨、潘柏林等医生通常在此出诊。</w:t>
      </w:r>
    </w:p>
    <w:p>
      <w:pPr>
        <w:spacing w:before="20" w:after="40"/>
        <w:ind w:left="425" w:hanging="312"/>
      </w:pPr>
      <w:r>
        <w:rPr>
          <w:rFonts w:ascii="Calibri" w:hAnsi="Calibri" w:cs="Calibri" w:eastAsia="宋体"/>
        </w:rPr>
        <w:t xml:space="preserve">• </w:t>
      </w:r>
      <w:r>
        <w:rPr>
          <w:rFonts w:ascii="Calibri" w:hAnsi="Calibri" w:cs="Calibri" w:eastAsia="宋体"/>
        </w:rPr>
        <w:t>生殖医学中心：位于</w:t>
      </w:r>
      <w:r>
        <w:rPr>
          <w:rFonts w:ascii="Calibri" w:hAnsi="Calibri" w:cs="Calibri" w:eastAsia="宋体"/>
        </w:rPr>
        <w:t>北京市海淀区学院路甲 38 号</w:t>
      </w:r>
      <w:r>
        <w:rPr>
          <w:rFonts w:ascii="Calibri" w:hAnsi="Calibri" w:cs="Calibri" w:eastAsia="宋体"/>
        </w:rPr>
        <w:t>，主院区旁边。如果要检测染色体需要在这里领取结果。</w:t>
      </w:r>
    </w:p>
    <w:p>
      <w:pPr>
        <w:pStyle w:val="Heading4"/>
      </w:pPr>
      <w:r>
        <w:rPr>
          <w:rFonts w:ascii="Calibri" w:hAnsi="Calibri" w:cs="Calibri" w:eastAsia="宋体"/>
        </w:rPr>
        <w:t>预约挂号</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诊室与排班信息可能经常变动，请以挂号时信息为准。</w:t>
      </w:r>
    </w:p>
    <w:p>
      <w:pPr>
        <w:keepNext/>
        <w:spacing w:before="120" w:after="40"/>
        <w:pBdr>
          <w:bottom w:val="single" w:sz="6" w:space="1" w:color="D4D8DE"/>
        </w:pBdr>
      </w:pPr>
      <w:r>
        <w:rPr>
          <w:rFonts w:ascii="Calibri" w:hAnsi="Calibri" w:cs="Calibri" w:eastAsia="微软雅黑"/>
          <w:b/>
        </w:rPr>
        <w:t>▸ 诊室与排班信息</w:t>
      </w:r>
    </w:p>
    <w:p>
      <w:pPr>
        <w:spacing w:after="100"/>
      </w:pPr>
      <w:r>
        <w:rPr>
          <w:rFonts w:ascii="Calibri" w:hAnsi="Calibri" w:cs="Calibri" w:eastAsia="宋体"/>
        </w:rPr>
        <w:t xml:space="preserve">参阅 </w:t>
      </w:r>
      <w:r>
        <w:rPr>
          <w:rFonts w:ascii="Calibri" w:hAnsi="Calibri" w:cs="Calibri" w:eastAsia="宋体"/>
        </w:rPr>
        <w:t>北医三院易性症门诊时间调整</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潘柏林：易性症综合咨询、面部女性化改善、喉结缩小手术、性别肯定主体手术、启动激素治疗、激素治疗复诊</w:t>
      </w:r>
    </w:p>
    <w:p>
      <w:pPr>
        <w:spacing w:before="20" w:after="40"/>
        <w:ind w:left="425" w:hanging="312"/>
      </w:pPr>
      <w:r>
        <w:rPr>
          <w:rFonts w:ascii="Calibri" w:hAnsi="Calibri" w:cs="Calibri" w:eastAsia="宋体"/>
        </w:rPr>
        <w:t xml:space="preserve">• </w:t>
      </w:r>
      <w:r>
        <w:rPr>
          <w:rFonts w:ascii="Calibri" w:hAnsi="Calibri" w:cs="Calibri" w:eastAsia="宋体"/>
        </w:rPr>
        <w:t>刘烨：易性症综合咨询、启动激素治疗、激素治疗复诊、青春期阻滞剂治疗、激素治疗精细化调药</w:t>
      </w:r>
    </w:p>
    <w:p>
      <w:pPr>
        <w:spacing w:before="20" w:after="40"/>
        <w:ind w:left="425" w:hanging="312"/>
      </w:pPr>
      <w:r>
        <w:rPr>
          <w:rFonts w:ascii="Calibri" w:hAnsi="Calibri" w:cs="Calibri" w:eastAsia="宋体"/>
        </w:rPr>
        <w:t xml:space="preserve">• </w:t>
      </w:r>
      <w:r>
        <w:rPr>
          <w:rFonts w:ascii="Calibri" w:hAnsi="Calibri" w:cs="Calibri" w:eastAsia="宋体"/>
        </w:rPr>
        <w:t>赵润蕾：平胸手术、缩胸手术、丰臀手术、丰胯（丰髋）手术、吸脂体雕、隆胸手术、性别肯定主体手术、启动激素治疗、激素治疗复诊</w:t>
      </w:r>
    </w:p>
    <w:p>
      <w:pPr>
        <w:spacing w:before="20" w:after="40"/>
        <w:ind w:left="425" w:hanging="312"/>
      </w:pPr>
      <w:r>
        <w:rPr>
          <w:rFonts w:ascii="Calibri" w:hAnsi="Calibri" w:cs="Calibri" w:eastAsia="宋体"/>
        </w:rPr>
        <w:t xml:space="preserve">• </w:t>
      </w:r>
      <w:r>
        <w:rPr>
          <w:rFonts w:ascii="Calibri" w:hAnsi="Calibri" w:cs="Calibri" w:eastAsia="宋体"/>
        </w:rPr>
        <w:t>常旭：性别肯定主体手术、性发育异常、上眼皮和眼袋手术、面部女性化改善、射频注射类项目、启动激素治疗、激素治疗复诊</w:t>
      </w:r>
    </w:p>
    <w:p>
      <w:pPr>
        <w:spacing w:before="20" w:after="40"/>
        <w:ind w:left="425" w:hanging="312"/>
      </w:pPr>
      <w:r>
        <w:rPr>
          <w:rFonts w:ascii="Calibri" w:hAnsi="Calibri" w:cs="Calibri" w:eastAsia="宋体"/>
        </w:rPr>
        <w:t xml:space="preserve">• </w:t>
      </w:r>
      <w:r>
        <w:rPr>
          <w:rFonts w:ascii="Calibri" w:hAnsi="Calibri" w:cs="Calibri" w:eastAsia="宋体"/>
        </w:rPr>
        <w:t>王关卉儿：激光脱毛、射频、注射类项目、面部女性化改善，目前不接诊激素治疗方面的咨询</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跨性别相关内容如跨性别初诊咨询、启动内分泌治疗、激素治疗复诊、性别重置主体手术咨询等服务，均需挂“易性症门诊”或相关特需门诊就诊，其他门诊时段不接诊上述医疗咨询和复诊。</w:t>
      </w:r>
    </w:p>
    <w:p>
      <w:pPr>
        <w:spacing w:after="100"/>
      </w:pPr>
      <w:r>
        <w:rPr>
          <w:rFonts w:ascii="Calibri" w:hAnsi="Calibri" w:cs="Calibri" w:eastAsia="宋体"/>
        </w:rPr>
        <w:t>目前团队共有五位医生开设易性症门诊。且因目前就诊量大，为保证每位来诊者的就医质量，均需预约挂号。无特殊情况，不予现场加号。</w:t>
      </w:r>
    </w:p>
    <w:p>
      <w:pPr>
        <w:spacing w:after="100"/>
      </w:pPr>
      <w:r>
        <w:rPr>
          <w:rFonts w:ascii="Calibri" w:hAnsi="Calibri" w:cs="Calibri" w:eastAsia="宋体"/>
        </w:rPr>
        <w:t>潘柏林医生、常旭医生的其他门诊时间，仅接诊美容整形的来诊者，其中可包括跨性别整形手术（非性别重置主体手术）的咨询。</w:t>
      </w:r>
    </w:p>
    <w:p>
      <w:pPr>
        <w:spacing w:after="100"/>
      </w:pPr>
      <w:r>
        <w:rPr>
          <w:rFonts w:ascii="Calibri" w:hAnsi="Calibri" w:cs="Calibri" w:eastAsia="宋体"/>
        </w:rPr>
        <w:t>线上预约挂号可通过北医三院 APP，「</w:t>
      </w:r>
      <w:r>
        <w:rPr>
          <w:rFonts w:ascii="Calibri" w:hAnsi="Calibri" w:cs="Calibri" w:eastAsia="宋体"/>
        </w:rPr>
        <w:t>北医三院服务号</w:t>
      </w:r>
      <w:r>
        <w:rPr>
          <w:rFonts w:ascii="Calibri" w:hAnsi="Calibri" w:cs="Calibri" w:eastAsia="宋体"/>
        </w:rPr>
        <w:t>」微信公众号及</w:t>
      </w:r>
      <w:r>
        <w:rPr>
          <w:rFonts w:ascii="Calibri" w:hAnsi="Calibri" w:cs="Calibri" w:eastAsia="宋体"/>
        </w:rPr>
        <w:t>北京市预约挂号统一平台</w:t>
      </w:r>
      <w:r>
        <w:rPr>
          <w:rFonts w:ascii="Calibri" w:hAnsi="Calibri" w:cs="Calibri" w:eastAsia="宋体"/>
        </w:rPr>
        <w:t>挂号。其中前二者号源共享，同有同无；最后一种方式的号源独立。</w:t>
      </w:r>
    </w:p>
    <w:p>
      <w:pPr>
        <w:spacing w:after="100"/>
      </w:pPr>
      <w:r>
        <w:rPr>
          <w:rFonts w:ascii="Calibri" w:hAnsi="Calibri" w:cs="Calibri" w:eastAsia="宋体"/>
        </w:rPr>
        <w:t>北医三院 APP</w:t>
      </w:r>
    </w:p>
    <w:p>
      <w:pPr>
        <w:spacing w:after="100"/>
      </w:pPr>
      <w:r>
        <w:rPr>
          <w:rFonts w:ascii="Calibri" w:hAnsi="Calibri" w:cs="Calibri" w:eastAsia="宋体"/>
        </w:rPr>
        <w:t>微信公众号：</w:t>
      </w:r>
      <w:r>
        <w:rPr>
          <w:rFonts w:ascii="Calibri" w:hAnsi="Calibri" w:cs="Calibri" w:eastAsia="宋体"/>
        </w:rPr>
        <w:t>北医三院服务号</w:t>
      </w:r>
    </w:p>
    <w:p>
      <w:pPr>
        <w:spacing w:after="100"/>
      </w:pPr>
      <w:r>
        <w:rPr>
          <w:rFonts w:ascii="Calibri" w:hAnsi="Calibri" w:cs="Calibri" w:eastAsia="宋体"/>
        </w:rPr>
        <w:t>北医三院现已可预约接下来七天的号源。具体而言，对于前两种方式，每天 15:00 可以开始预约其后七天的号源</w:t>
      </w:r>
      <w:r>
        <w:rPr>
          <w:rFonts w:ascii="Calibri" w:hAnsi="Calibri" w:cs="Calibri" w:eastAsia="宋体"/>
          <w:vertAlign w:val="superscript"/>
        </w:rPr>
        <w:t>1</w:t>
      </w:r>
      <w:r>
        <w:rPr>
          <w:rFonts w:ascii="Calibri" w:hAnsi="Calibri" w:cs="Calibri" w:eastAsia="宋体"/>
        </w:rPr>
        <w:t>；对于第三种方式，每天中午 12 点可以开始预约其后七天的号源。</w:t>
      </w:r>
    </w:p>
    <w:p>
      <w:pPr>
        <w:spacing w:before="20" w:after="40"/>
        <w:ind w:left="425" w:hanging="312"/>
      </w:pPr>
      <w:r>
        <w:rPr>
          <w:rFonts w:ascii="Calibri" w:hAnsi="Calibri" w:cs="Calibri" w:eastAsia="宋体"/>
        </w:rPr>
        <w:t xml:space="preserve">• </w:t>
      </w:r>
      <w:r>
        <w:rPr>
          <w:rFonts w:ascii="Calibri" w:hAnsi="Calibri" w:cs="Calibri" w:eastAsia="宋体"/>
        </w:rPr>
        <w:t>若通过北医三院 APP 或北医三院服务号挂号，则应逐级选择对应科室，找到所需的医生或「门诊号」</w:t>
      </w:r>
      <w:r>
        <w:rPr>
          <w:rFonts w:ascii="Calibri" w:hAnsi="Calibri" w:cs="Calibri" w:eastAsia="宋体"/>
          <w:vertAlign w:val="superscript"/>
        </w:rPr>
        <w:t>2</w:t>
      </w:r>
      <w:r>
        <w:rPr>
          <w:rFonts w:ascii="Calibri" w:hAnsi="Calibri" w:cs="Calibri" w:eastAsia="宋体"/>
        </w:rPr>
        <w:t>，然后选择具体号源预约。在 APP 预约时需要精确选择挂第几号，这就是就诊时的排序号。预约时支付挂号费。</w:t>
      </w:r>
    </w:p>
    <w:p>
      <w:pPr>
        <w:spacing w:before="20" w:after="40"/>
        <w:ind w:left="425" w:hanging="312"/>
      </w:pPr>
      <w:r>
        <w:rPr>
          <w:rFonts w:ascii="Calibri" w:hAnsi="Calibri" w:cs="Calibri" w:eastAsia="宋体"/>
        </w:rPr>
        <w:t xml:space="preserve">• </w:t>
      </w:r>
      <w:r>
        <w:rPr>
          <w:rFonts w:ascii="Calibri" w:hAnsi="Calibri" w:cs="Calibri" w:eastAsia="宋体"/>
        </w:rPr>
        <w:t xml:space="preserve">若通过北京市预约挂号统一平台挂号，则应访问 </w:t>
      </w:r>
      <w:r>
        <w:rPr>
          <w:rFonts w:ascii="Calibri" w:hAnsi="Calibri" w:cs="Calibri" w:eastAsia="宋体"/>
        </w:rPr>
        <w:t>https://www.114yygh.com</w:t>
      </w:r>
      <w:r>
        <w:rPr>
          <w:rFonts w:ascii="Calibri" w:hAnsi="Calibri" w:cs="Calibri" w:eastAsia="宋体"/>
        </w:rPr>
        <w:t xml:space="preserve"> 或关注微信公众号「</w:t>
      </w:r>
      <w:r>
        <w:rPr>
          <w:rFonts w:ascii="Calibri" w:hAnsi="Calibri" w:cs="Calibri" w:eastAsia="宋体"/>
        </w:rPr>
        <w:t>北京 114 预约挂号</w:t>
      </w:r>
      <w:r>
        <w:rPr>
          <w:rFonts w:ascii="Calibri" w:hAnsi="Calibri" w:cs="Calibri" w:eastAsia="宋体"/>
        </w:rPr>
        <w:t>」，然后选择北京大学第三医院进行挂号。挂号方式与前两种类似。预约时不可选择精确时段，只能选择上午或下午。取号时支付挂号费。</w:t>
      </w:r>
    </w:p>
    <w:p>
      <w:pPr>
        <w:spacing w:after="100"/>
      </w:pPr>
      <w:r>
        <w:rPr>
          <w:rFonts w:ascii="Calibri" w:hAnsi="Calibri" w:cs="Calibri" w:eastAsia="宋体"/>
        </w:rPr>
        <w:t>线下预约挂号可使用医院内的自助机或到人工窗口，其号源与北医三院 APP、北医三院服务号共享，同有同无。</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16岁以下的来诊者</w:t>
      </w:r>
    </w:p>
    <w:p>
      <w:pPr>
        <w:shd w:val="clear" w:color="auto" w:fill="FFFBEB"/>
        <w:pBdr>
          <w:left w:val="single" w:sz="18" w:space="6" w:color="F59E0B"/>
        </w:pBdr>
        <w:spacing w:after="40"/>
      </w:pPr>
      <w:r>
        <w:rPr>
          <w:rFonts w:ascii="Calibri" w:hAnsi="Calibri" w:cs="Calibri" w:eastAsia="宋体"/>
        </w:rPr>
        <w:t xml:space="preserve">因近期北医三院整体预约挂号系统调整，16岁以下的来诊者首诊时需使用家长身份证注册ID号、使用家长姓名预约挂号，其他情况预约挂号方式不变。参阅 </w:t>
      </w:r>
      <w:r>
        <w:rPr>
          <w:rFonts w:ascii="Calibri" w:hAnsi="Calibri" w:cs="Calibri" w:eastAsia="宋体"/>
        </w:rPr>
        <w:t>通知</w:t>
      </w:r>
    </w:p>
    <w:p>
      <w:pPr>
        <w:pStyle w:val="Heading4"/>
      </w:pPr>
      <w:r>
        <w:rPr>
          <w:rFonts w:ascii="Calibri" w:hAnsi="Calibri" w:cs="Calibri" w:eastAsia="宋体"/>
        </w:rPr>
        <w:t>取号就诊</w:t>
      </w:r>
    </w:p>
    <w:p>
      <w:pPr>
        <w:spacing w:before="20" w:after="40"/>
        <w:ind w:left="425" w:hanging="312"/>
      </w:pPr>
      <w:r>
        <w:rPr>
          <w:rFonts w:ascii="Calibri" w:hAnsi="Calibri" w:cs="Calibri" w:eastAsia="宋体"/>
        </w:rPr>
        <w:t xml:space="preserve">• </w:t>
      </w:r>
      <w:r>
        <w:rPr>
          <w:rFonts w:ascii="Calibri" w:hAnsi="Calibri" w:cs="Calibri" w:eastAsia="宋体"/>
        </w:rPr>
        <w:t>采用前两种方式挂号的</w:t>
      </w:r>
      <w:r>
        <w:rPr>
          <w:rFonts w:ascii="Calibri" w:hAnsi="Calibri" w:cs="Calibri" w:eastAsia="宋体"/>
          <w:b/>
        </w:rPr>
        <w:t>非医保</w:t>
      </w:r>
      <w:r>
        <w:rPr>
          <w:rFonts w:ascii="Calibri" w:hAnsi="Calibri" w:cs="Calibri" w:eastAsia="宋体"/>
        </w:rPr>
        <w:t>用户，原则上不必领取挂号单，可凭电子就诊卡（二维码）直接到对应诊区报到/登记</w:t>
      </w:r>
      <w:r>
        <w:rPr>
          <w:rFonts w:ascii="Calibri" w:hAnsi="Calibri" w:cs="Calibri" w:eastAsia="宋体"/>
          <w:vertAlign w:val="superscript"/>
        </w:rPr>
        <w:t>3</w:t>
      </w:r>
    </w:p>
    <w:p>
      <w:pPr>
        <w:spacing w:before="20" w:after="40"/>
        <w:ind w:left="425" w:hanging="312"/>
      </w:pPr>
      <w:r>
        <w:rPr>
          <w:rFonts w:ascii="Calibri" w:hAnsi="Calibri" w:cs="Calibri" w:eastAsia="宋体"/>
        </w:rPr>
        <w:t xml:space="preserve">• </w:t>
      </w:r>
      <w:r>
        <w:rPr>
          <w:rFonts w:ascii="Calibri" w:hAnsi="Calibri" w:cs="Calibri" w:eastAsia="宋体"/>
        </w:rPr>
        <w:t>其他情况需要先到自助机或人工窗口缴费取号，然后到对应诊区报到/登记</w:t>
      </w:r>
    </w:p>
    <w:p>
      <w:pPr>
        <w:spacing w:after="100"/>
      </w:pPr>
      <w:r>
        <w:rPr>
          <w:rFonts w:ascii="Calibri" w:hAnsi="Calibri" w:cs="Calibri" w:eastAsia="宋体"/>
        </w:rPr>
        <w:t>切记请勿忘记报到/登记</w:t>
      </w:r>
      <w:r>
        <w:rPr>
          <w:rFonts w:ascii="Calibri" w:hAnsi="Calibri" w:cs="Calibri" w:eastAsia="宋体"/>
          <w:vertAlign w:val="superscript"/>
        </w:rPr>
        <w:t>4</w:t>
      </w:r>
      <w:r>
        <w:rPr>
          <w:rFonts w:ascii="Calibri" w:hAnsi="Calibri" w:cs="Calibri" w:eastAsia="宋体"/>
        </w:rPr>
        <w:t>，否则不会叫号。</w:t>
      </w:r>
    </w:p>
    <w:p>
      <w:pPr>
        <w:spacing w:after="100"/>
      </w:pPr>
      <w:r>
        <w:rPr>
          <w:rFonts w:ascii="Calibri" w:hAnsi="Calibri" w:cs="Calibri" w:eastAsia="宋体"/>
        </w:rPr>
        <w:t>对于预约挂号，上午号需在 11:30 前取号，下午号需在 16:30 前取号。</w:t>
      </w:r>
    </w:p>
    <w:p>
      <w:pPr>
        <w:spacing w:after="100"/>
      </w:pPr>
      <w:r>
        <w:rPr>
          <w:rFonts w:ascii="Calibri" w:hAnsi="Calibri" w:cs="Calibri" w:eastAsia="宋体"/>
        </w:rPr>
        <w:t>由于医疗美容楼的开门时间是8:00-17:00，如果到达时间早于早上八点，美容楼大门</w:t>
      </w:r>
      <w:r>
        <w:rPr>
          <w:rFonts w:ascii="Calibri" w:hAnsi="Calibri" w:cs="Calibri" w:eastAsia="宋体"/>
          <w:b/>
        </w:rPr>
        <w:t>可能</w:t>
      </w:r>
      <w:r>
        <w:rPr>
          <w:rFonts w:ascii="Calibri" w:hAnsi="Calibri" w:cs="Calibri" w:eastAsia="宋体"/>
        </w:rPr>
        <w:t>还是上锁状态，所以请勿担心，非意外的情况下找个休息的地方</w:t>
      </w:r>
      <w:r>
        <w:rPr>
          <w:rFonts w:ascii="Calibri" w:hAnsi="Calibri" w:cs="Calibri" w:eastAsia="宋体"/>
          <w:strike/>
        </w:rPr>
        <w:t>比如门诊楼进门左手旁的椅子</w:t>
      </w:r>
      <w:r>
        <w:rPr>
          <w:rFonts w:ascii="Calibri" w:hAnsi="Calibri" w:cs="Calibri" w:eastAsia="宋体"/>
        </w:rPr>
        <w:t>等到8:00再过去就好了</w:t>
      </w:r>
    </w:p>
    <w:p>
      <w:pPr>
        <w:pStyle w:val="Heading4"/>
      </w:pPr>
      <w:r>
        <w:rPr>
          <w:rFonts w:ascii="Calibri" w:hAnsi="Calibri" w:cs="Calibri" w:eastAsia="宋体"/>
        </w:rPr>
        <w:t>缴费</w:t>
      </w:r>
    </w:p>
    <w:p>
      <w:pPr>
        <w:spacing w:after="100"/>
      </w:pPr>
      <w:r>
        <w:rPr>
          <w:rFonts w:ascii="Calibri" w:hAnsi="Calibri" w:cs="Calibri" w:eastAsia="宋体"/>
        </w:rPr>
        <w:t>自助机可以提供大部分服务，如需现金支付需在人工窗口进行。人工窗口可提供收费票据和收费明细。北医三院所开具检查项目在检查之前可申请退款。</w:t>
      </w:r>
    </w:p>
    <w:p>
      <w:pPr>
        <w:pStyle w:val="Heading4"/>
      </w:pPr>
      <w:r>
        <w:rPr>
          <w:rFonts w:ascii="Calibri" w:hAnsi="Calibri" w:cs="Calibri" w:eastAsia="宋体"/>
        </w:rPr>
        <w:t>检查</w:t>
      </w:r>
    </w:p>
    <w:p>
      <w:pPr>
        <w:spacing w:before="20" w:after="40"/>
        <w:ind w:left="425" w:hanging="312"/>
      </w:pPr>
      <w:r>
        <w:rPr>
          <w:rFonts w:ascii="Calibri" w:hAnsi="Calibri" w:cs="Calibri" w:eastAsia="宋体"/>
        </w:rPr>
        <w:t xml:space="preserve">• </w:t>
      </w:r>
      <w:r>
        <w:rPr>
          <w:rFonts w:ascii="Calibri" w:hAnsi="Calibri" w:cs="Calibri" w:eastAsia="宋体"/>
        </w:rPr>
        <w:t>门诊血液检查通常在门诊楼三楼进行采血。医生开具的「门诊引导单」上有所有的项目，可在采血费项中得知一共需要采多少管血。需要在缴费后60天内采血（其他具体请见「门诊引导单」左下角提示）。</w:t>
      </w:r>
    </w:p>
    <w:p>
      <w:pPr>
        <w:spacing w:before="20" w:after="40"/>
        <w:ind w:left="425" w:hanging="312"/>
      </w:pPr>
      <w:r>
        <w:rPr>
          <w:rFonts w:ascii="Calibri" w:hAnsi="Calibri" w:cs="Calibri" w:eastAsia="宋体"/>
        </w:rPr>
        <w:t xml:space="preserve">• </w:t>
      </w:r>
      <w:r>
        <w:rPr>
          <w:rFonts w:ascii="Calibri" w:hAnsi="Calibri" w:cs="Calibri" w:eastAsia="宋体"/>
        </w:rPr>
        <w:t>骨密度检查在二层外科二诊区分诊台预约（仅能预约至工作日进行检查，请做好安排）。</w:t>
      </w:r>
    </w:p>
    <w:p>
      <w:pPr>
        <w:spacing w:before="20" w:after="40"/>
        <w:ind w:left="425" w:hanging="312"/>
      </w:pPr>
      <w:r>
        <w:rPr>
          <w:rFonts w:ascii="Calibri" w:hAnsi="Calibri" w:cs="Calibri" w:eastAsia="宋体"/>
        </w:rPr>
        <w:t xml:space="preserve">• </w:t>
      </w:r>
      <w:r>
        <w:rPr>
          <w:rFonts w:ascii="Calibri" w:hAnsi="Calibri" w:cs="Calibri" w:eastAsia="宋体"/>
        </w:rPr>
        <w:t>超声检查在四楼超声诊断科/自助机预约。</w:t>
      </w:r>
    </w:p>
    <w:p>
      <w:pPr>
        <w:spacing w:before="20" w:after="40"/>
        <w:ind w:left="425" w:hanging="312"/>
      </w:pPr>
      <w:r>
        <w:rPr>
          <w:rFonts w:ascii="Calibri" w:hAnsi="Calibri" w:cs="Calibri" w:eastAsia="宋体"/>
        </w:rPr>
        <w:t xml:space="preserve">• </w:t>
      </w:r>
      <w:r>
        <w:rPr>
          <w:rFonts w:ascii="Calibri" w:hAnsi="Calibri" w:cs="Calibri" w:eastAsia="宋体"/>
        </w:rPr>
        <w:t>染色体检查现随血液检查一同抽血。</w:t>
      </w:r>
    </w:p>
    <w:p>
      <w:pPr>
        <w:pStyle w:val="Heading4"/>
      </w:pPr>
      <w:r>
        <w:rPr>
          <w:rFonts w:ascii="Calibri" w:hAnsi="Calibri" w:cs="Calibri" w:eastAsia="宋体"/>
        </w:rPr>
        <w:t>取检验结果</w:t>
      </w:r>
    </w:p>
    <w:p>
      <w:pPr>
        <w:spacing w:before="20" w:after="40"/>
        <w:ind w:left="425" w:hanging="312"/>
      </w:pPr>
      <w:r>
        <w:rPr>
          <w:rFonts w:ascii="Calibri" w:hAnsi="Calibri" w:cs="Calibri" w:eastAsia="宋体"/>
        </w:rPr>
        <w:t xml:space="preserve">• </w:t>
      </w:r>
      <w:r>
        <w:rPr>
          <w:rFonts w:ascii="Calibri" w:hAnsi="Calibri" w:cs="Calibri" w:eastAsia="宋体"/>
        </w:rPr>
        <w:t>常规检验结果可以在自助机上打印，也可以在北医三院 APP 和北医三院服务号上查询。如果想永久保存建议取实体检验报告。医院的医生在接诊时可以用电脑查到过往的检验结果。</w:t>
      </w:r>
    </w:p>
    <w:p>
      <w:pPr>
        <w:spacing w:before="20" w:after="40"/>
        <w:ind w:left="425" w:hanging="312"/>
      </w:pPr>
      <w:r>
        <w:rPr>
          <w:rFonts w:ascii="Calibri" w:hAnsi="Calibri" w:cs="Calibri" w:eastAsia="宋体"/>
        </w:rPr>
        <w:t xml:space="preserve">• </w:t>
      </w:r>
      <w:r>
        <w:rPr>
          <w:rFonts w:ascii="Calibri" w:hAnsi="Calibri" w:cs="Calibri" w:eastAsia="宋体"/>
        </w:rPr>
        <w:t>特殊检验检查结果（如染色体等）可能有专门的领取方式，在检查时医生会告知。目前染色体在北京大学第三医院生殖医学中心三楼人工窗口取。这些结果医生往往无法在电脑上查询到，需要在就诊时携带。</w:t>
      </w:r>
    </w:p>
    <w:p>
      <w:pPr>
        <w:pStyle w:val="Heading3"/>
      </w:pPr>
      <w:r>
        <w:rPr>
          <w:rFonts w:ascii="Calibri" w:hAnsi="Calibri" w:cs="Calibri" w:eastAsia="宋体"/>
        </w:rPr>
        <w:t>HRT</w:t>
      </w:r>
    </w:p>
    <w:p>
      <w:pPr>
        <w:spacing w:after="100"/>
      </w:pPr>
      <w:r>
        <w:rPr>
          <w:rFonts w:ascii="Calibri" w:hAnsi="Calibri" w:cs="Calibri" w:eastAsia="宋体"/>
        </w:rPr>
        <w:t>本节描述的是如何在北医三院医生的帮助下得到专业的剂量、控制不良反应评估等服务，同时获得 HRT 治疗方案和 SRS 所需要的病历。自行用药后依然可以向医生求助，这不会对后续诊疗受到影响。北医三院可开出的药物见下文。</w:t>
      </w:r>
    </w:p>
    <w:p>
      <w:pPr>
        <w:spacing w:after="100"/>
      </w:pPr>
      <w:r>
        <w:rPr>
          <w:rFonts w:ascii="Calibri" w:hAnsi="Calibri" w:cs="Calibri" w:eastAsia="宋体"/>
        </w:rPr>
        <w:t>更多信息可添加助理微信（微信号：PBLzl09）或在好大夫平台咨询。</w:t>
      </w:r>
    </w:p>
    <w:p>
      <w:pPr>
        <w:pStyle w:val="Heading4"/>
      </w:pPr>
      <w:r>
        <w:rPr>
          <w:rFonts w:ascii="Calibri" w:hAnsi="Calibri" w:cs="Calibri" w:eastAsia="宋体"/>
        </w:rPr>
        <w:t>基本要求</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启动 HRT 需要父母知情，且不反对用药。</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16岁及以下，不能启动激素治疗，可以考虑使用青春期阻滞剂缓解性别焦虑；</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16~18岁，启动激素治疗时，需至少父母一方陪同门诊并现场签字；</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18岁及以上，建议至少家长一方陪同门诊，如果无法陪同，也强烈建议取得家长认同后再来门诊。</w:t>
      </w:r>
      <w:r>
        <w:rPr>
          <w:rFonts w:ascii="Calibri" w:hAnsi="Calibri" w:cs="Calibri" w:eastAsia="宋体"/>
          <w:strike/>
        </w:rPr>
        <w:t>如果与家长实在意见相左，原则上尊重就诊者本人意愿。</w:t>
      </w:r>
    </w:p>
    <w:p>
      <w:pPr>
        <w:spacing w:after="100"/>
      </w:pPr>
      <w:r>
        <w:rPr>
          <w:rFonts w:ascii="Calibri" w:hAnsi="Calibri" w:cs="Calibri" w:eastAsia="宋体"/>
        </w:rPr>
        <w:t>年满 16 周岁有监护人伴诊知情同意，或年满 18 周岁与家长电话沟通确认不反对，可开展激素治疗或青春期阻断治疗，青春期阻断治疗详见</w:t>
      </w:r>
      <w:r>
        <w:rPr>
          <w:rFonts w:ascii="Calibri" w:hAnsi="Calibri" w:cs="Calibri" w:eastAsia="宋体"/>
        </w:rPr>
        <w:t>刘烨</w:t>
      </w:r>
      <w:r>
        <w:rPr>
          <w:rFonts w:ascii="Calibri" w:hAnsi="Calibri" w:cs="Calibri" w:eastAsia="宋体"/>
        </w:rPr>
        <w:t>。</w:t>
      </w:r>
    </w:p>
    <w:p>
      <w:pPr>
        <w:spacing w:after="100"/>
      </w:pPr>
      <w:r>
        <w:rPr>
          <w:rFonts w:ascii="Calibri" w:hAnsi="Calibri" w:cs="Calibri" w:eastAsia="宋体"/>
        </w:rPr>
        <w:t xml:space="preserve">进行 HRT 之前需要有三级医院精神科或心理科就诊病历，记录“易性症/性别焦虑/性别不认同/性别认知障碍”等诊断。没有有关证明或许可以开有关检查但是 HRT 会被打回。获取病历或证明的方法详见 </w:t>
      </w:r>
      <w:r>
        <w:rPr>
          <w:rFonts w:ascii="Calibri" w:hAnsi="Calibri" w:cs="Calibri" w:eastAsia="宋体"/>
        </w:rPr>
        <w:t>心理科／精神科</w:t>
      </w:r>
      <w:r>
        <w:rPr>
          <w:rFonts w:ascii="Calibri" w:hAnsi="Calibri" w:cs="Calibri" w:eastAsia="宋体"/>
        </w:rPr>
        <w:t>。</w:t>
      </w:r>
    </w:p>
    <w:p>
      <w:pPr>
        <w:pStyle w:val="Heading4"/>
      </w:pPr>
      <w:r>
        <w:rPr>
          <w:rFonts w:ascii="Calibri" w:hAnsi="Calibri" w:cs="Calibri" w:eastAsia="宋体"/>
        </w:rPr>
        <w:t>医生选择</w:t>
      </w:r>
    </w:p>
    <w:p>
      <w:pPr>
        <w:spacing w:after="100"/>
      </w:pPr>
      <w:r>
        <w:rPr>
          <w:rFonts w:ascii="Calibri" w:hAnsi="Calibri" w:cs="Calibri" w:eastAsia="宋体"/>
        </w:rPr>
        <w:t>不同医生的 HRT 策略会有差异。目前在本页面下的几个医生处均可以走完全流程，中途换医生也可以，但是医生熟悉了会对你身体状况有更好了解，体验会好很多。</w:t>
      </w:r>
    </w:p>
    <w:p>
      <w:pPr>
        <w:spacing w:after="100"/>
      </w:pPr>
      <w:r>
        <w:rPr>
          <w:rFonts w:ascii="Calibri" w:hAnsi="Calibri" w:cs="Calibri" w:eastAsia="宋体"/>
        </w:rPr>
        <w:t>青春期阻断剂只有刘烨处可以开！</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检查单注意事项</w:t>
      </w:r>
    </w:p>
    <w:p>
      <w:pPr>
        <w:shd w:val="clear" w:color="auto" w:fill="FFFBEB"/>
        <w:pBdr>
          <w:left w:val="single" w:sz="18" w:space="6" w:color="F59E0B"/>
        </w:pBdr>
        <w:spacing w:after="40"/>
      </w:pPr>
      <w:r>
        <w:rPr>
          <w:rFonts w:ascii="Calibri" w:hAnsi="Calibri" w:cs="Calibri" w:eastAsia="宋体"/>
        </w:rPr>
        <w:t>如果 PTH 组合中「全段甲状旁腺素」指标偏高，潘柏林处无法开具处方，反而会开具一些不必要的检查，请直接去找刘烨！</w:t>
      </w:r>
    </w:p>
    <w:p>
      <w:pPr>
        <w:shd w:val="clear" w:color="auto" w:fill="FFFBEB"/>
        <w:pBdr>
          <w:left w:val="single" w:sz="18" w:space="6" w:color="F59E0B"/>
        </w:pBdr>
        <w:spacing w:after="40"/>
      </w:pPr>
      <w:r>
        <w:rPr>
          <w:rFonts w:ascii="Calibri" w:hAnsi="Calibri" w:cs="Calibri" w:eastAsia="宋体"/>
        </w:rPr>
        <w:t>不过现在因为刘烨特需门诊出诊时间移至周二晚，所以如果周二晚前往就诊遇到内分泌相关问题可能可以得到“会诊”待遇。</w:t>
      </w:r>
    </w:p>
    <w:p>
      <w:pPr>
        <w:pStyle w:val="Heading4"/>
      </w:pPr>
      <w:r>
        <w:rPr>
          <w:rFonts w:ascii="Calibri" w:hAnsi="Calibri" w:cs="Calibri" w:eastAsia="宋体"/>
        </w:rPr>
        <w:t>就诊过程</w:t>
      </w:r>
    </w:p>
    <w:p>
      <w:pPr>
        <w:pStyle w:val="Heading5"/>
      </w:pPr>
      <w:r>
        <w:rPr>
          <w:rFonts w:ascii="Calibri" w:hAnsi="Calibri" w:cs="Calibri" w:eastAsia="宋体"/>
        </w:rPr>
        <w:t>第一次就诊（进行身体检查）</w:t>
      </w:r>
    </w:p>
    <w:p>
      <w:pPr>
        <w:spacing w:after="100"/>
      </w:pPr>
      <w:r>
        <w:rPr>
          <w:rFonts w:ascii="Calibri" w:hAnsi="Calibri" w:cs="Calibri" w:eastAsia="宋体"/>
        </w:rPr>
        <w:t>如果携带了「易性症」诊断的病历或证明，则医生会开具检查。（如果已经在在 3 个月内进行过其中部分检查，可以告知医生，以免重复进行；如果已经进行过全部检查，则可以直接将这次就诊视为「第二次就诊」，即制定 HRT 方案。）通过这些检查医生会确定你的身体情况是否适合进行 HRT，并且会帮助监测一些副作用。（大部分人会有骨量减少，需要补充维生素 D．）涉及的检查包括：</w:t>
      </w:r>
    </w:p>
    <w:p>
      <w:pPr>
        <w:spacing w:before="20" w:after="40"/>
        <w:ind w:left="425" w:hanging="312"/>
      </w:pPr>
      <w:r>
        <w:rPr>
          <w:rFonts w:ascii="Calibri" w:hAnsi="Calibri" w:cs="Calibri" w:eastAsia="宋体"/>
        </w:rPr>
        <w:t xml:space="preserve">• </w:t>
      </w:r>
      <w:r>
        <w:rPr>
          <w:rFonts w:ascii="Calibri" w:hAnsi="Calibri" w:cs="Calibri" w:eastAsia="宋体"/>
        </w:rPr>
        <w:t>血常规</w:t>
      </w:r>
    </w:p>
    <w:p>
      <w:pPr>
        <w:spacing w:before="20" w:after="40"/>
        <w:ind w:left="425" w:hanging="312"/>
      </w:pPr>
      <w:r>
        <w:rPr>
          <w:rFonts w:ascii="Calibri" w:hAnsi="Calibri" w:cs="Calibri" w:eastAsia="宋体"/>
        </w:rPr>
        <w:t xml:space="preserve">• </w:t>
      </w:r>
      <w:r>
        <w:rPr>
          <w:rFonts w:ascii="Calibri" w:hAnsi="Calibri" w:cs="Calibri" w:eastAsia="宋体"/>
        </w:rPr>
        <w:t>凝血七项（含 D-Dimer，雌激素副作用）</w:t>
      </w:r>
    </w:p>
    <w:p>
      <w:pPr>
        <w:spacing w:before="20" w:after="40"/>
        <w:ind w:left="425" w:hanging="312"/>
      </w:pPr>
      <w:r>
        <w:rPr>
          <w:rFonts w:ascii="Calibri" w:hAnsi="Calibri" w:cs="Calibri" w:eastAsia="宋体"/>
        </w:rPr>
        <w:t xml:space="preserve">• </w:t>
      </w:r>
      <w:r>
        <w:rPr>
          <w:rFonts w:ascii="Calibri" w:hAnsi="Calibri" w:cs="Calibri" w:eastAsia="宋体"/>
        </w:rPr>
        <w:t>血生化（含转氨酶、胆红素、肌酐、尿酸、钙磷、钾钠氯、血糖、血脂）</w:t>
      </w:r>
    </w:p>
    <w:p>
      <w:pPr>
        <w:spacing w:before="20" w:after="40"/>
        <w:ind w:left="425" w:hanging="312"/>
      </w:pPr>
      <w:r>
        <w:rPr>
          <w:rFonts w:ascii="Calibri" w:hAnsi="Calibri" w:cs="Calibri" w:eastAsia="宋体"/>
        </w:rPr>
        <w:t xml:space="preserve">• </w:t>
      </w:r>
      <w:r>
        <w:rPr>
          <w:rFonts w:ascii="Calibri" w:hAnsi="Calibri" w:cs="Calibri" w:eastAsia="宋体"/>
        </w:rPr>
        <w:t>糖化血红蛋白</w:t>
      </w:r>
    </w:p>
    <w:p>
      <w:pPr>
        <w:spacing w:before="20" w:after="40"/>
        <w:ind w:left="425" w:hanging="312"/>
      </w:pPr>
      <w:r>
        <w:rPr>
          <w:rFonts w:ascii="Calibri" w:hAnsi="Calibri" w:cs="Calibri" w:eastAsia="宋体"/>
        </w:rPr>
        <w:t xml:space="preserve">• </w:t>
      </w:r>
      <w:r>
        <w:rPr>
          <w:rFonts w:ascii="Calibri" w:hAnsi="Calibri" w:cs="Calibri" w:eastAsia="宋体"/>
        </w:rPr>
        <w:t>甲功三项（FT3、FT4、TSH）</w:t>
      </w:r>
    </w:p>
    <w:p>
      <w:pPr>
        <w:spacing w:before="20" w:after="40"/>
        <w:ind w:left="425" w:hanging="312"/>
      </w:pPr>
      <w:r>
        <w:rPr>
          <w:rFonts w:ascii="Calibri" w:hAnsi="Calibri" w:cs="Calibri" w:eastAsia="宋体"/>
        </w:rPr>
        <w:t xml:space="preserve">• </w:t>
      </w:r>
      <w:r>
        <w:rPr>
          <w:rFonts w:ascii="Calibri" w:hAnsi="Calibri" w:cs="Calibri" w:eastAsia="宋体"/>
        </w:rPr>
        <w:t>甲状旁腺素</w:t>
      </w:r>
    </w:p>
    <w:p>
      <w:pPr>
        <w:spacing w:before="20" w:after="40"/>
        <w:ind w:left="425" w:hanging="312"/>
      </w:pPr>
      <w:r>
        <w:rPr>
          <w:rFonts w:ascii="Calibri" w:hAnsi="Calibri" w:cs="Calibri" w:eastAsia="宋体"/>
        </w:rPr>
        <w:t xml:space="preserve">• </w:t>
      </w:r>
      <w:r>
        <w:rPr>
          <w:rFonts w:ascii="Calibri" w:hAnsi="Calibri" w:cs="Calibri" w:eastAsia="宋体"/>
        </w:rPr>
        <w:t>2,5-羟维生素 D</w:t>
      </w:r>
    </w:p>
    <w:p>
      <w:pPr>
        <w:spacing w:before="20" w:after="40"/>
        <w:ind w:left="425" w:hanging="312"/>
      </w:pPr>
      <w:r>
        <w:rPr>
          <w:rFonts w:ascii="Calibri" w:hAnsi="Calibri" w:cs="Calibri" w:eastAsia="宋体"/>
        </w:rPr>
        <w:t xml:space="preserve">• </w:t>
      </w:r>
      <w:r>
        <w:rPr>
          <w:rFonts w:ascii="Calibri" w:hAnsi="Calibri" w:cs="Calibri" w:eastAsia="宋体"/>
        </w:rPr>
        <w:t>空腹胰岛素</w:t>
      </w:r>
    </w:p>
    <w:p>
      <w:pPr>
        <w:spacing w:before="20" w:after="40"/>
        <w:ind w:left="425" w:hanging="312"/>
      </w:pPr>
      <w:r>
        <w:rPr>
          <w:rFonts w:ascii="Calibri" w:hAnsi="Calibri" w:cs="Calibri" w:eastAsia="宋体"/>
        </w:rPr>
        <w:t xml:space="preserve">• </w:t>
      </w:r>
      <w:r>
        <w:rPr>
          <w:rFonts w:ascii="Calibri" w:hAnsi="Calibri" w:cs="Calibri" w:eastAsia="宋体"/>
        </w:rPr>
        <w:t>性激素六项</w:t>
      </w:r>
    </w:p>
    <w:p>
      <w:pPr>
        <w:spacing w:before="20" w:after="40"/>
        <w:ind w:left="425" w:hanging="312"/>
      </w:pPr>
      <w:r>
        <w:rPr>
          <w:rFonts w:ascii="Calibri" w:hAnsi="Calibri" w:cs="Calibri" w:eastAsia="宋体"/>
        </w:rPr>
        <w:t xml:space="preserve">• </w:t>
      </w:r>
      <w:r>
        <w:rPr>
          <w:rFonts w:ascii="Calibri" w:hAnsi="Calibri" w:cs="Calibri" w:eastAsia="宋体"/>
        </w:rPr>
        <w:t>腹部超声（肝、胆、胰）</w:t>
      </w:r>
    </w:p>
    <w:p>
      <w:pPr>
        <w:spacing w:before="20" w:after="40"/>
        <w:ind w:left="425" w:hanging="312"/>
      </w:pPr>
      <w:r>
        <w:rPr>
          <w:rFonts w:ascii="Calibri" w:hAnsi="Calibri" w:cs="Calibri" w:eastAsia="宋体"/>
        </w:rPr>
        <w:t xml:space="preserve">• </w:t>
      </w:r>
      <w:r>
        <w:rPr>
          <w:rFonts w:ascii="Calibri" w:hAnsi="Calibri" w:cs="Calibri" w:eastAsia="宋体"/>
        </w:rPr>
        <w:t>乳腺超声（发育前基线检查）</w:t>
      </w:r>
    </w:p>
    <w:p>
      <w:pPr>
        <w:spacing w:before="20" w:after="40"/>
        <w:ind w:left="425" w:hanging="312"/>
      </w:pPr>
      <w:r>
        <w:rPr>
          <w:rFonts w:ascii="Calibri" w:hAnsi="Calibri" w:cs="Calibri" w:eastAsia="宋体"/>
        </w:rPr>
        <w:t xml:space="preserve">• </w:t>
      </w:r>
      <w:r>
        <w:rPr>
          <w:rFonts w:ascii="Calibri" w:hAnsi="Calibri" w:cs="Calibri" w:eastAsia="宋体"/>
        </w:rPr>
        <w:t>骨密度（基线检查）（双能X线法或超声、检查部位是腰椎和髋关节）</w:t>
      </w:r>
    </w:p>
    <w:p>
      <w:pPr>
        <w:spacing w:before="20" w:after="40"/>
        <w:ind w:left="425" w:hanging="312"/>
      </w:pPr>
      <w:r>
        <w:rPr>
          <w:rFonts w:ascii="Calibri" w:hAnsi="Calibri" w:cs="Calibri" w:eastAsia="宋体"/>
        </w:rPr>
        <w:t xml:space="preserve">• </w:t>
      </w:r>
      <w:r>
        <w:rPr>
          <w:rFonts w:ascii="Calibri" w:hAnsi="Calibri" w:cs="Calibri" w:eastAsia="宋体"/>
        </w:rPr>
        <w:t>染色体检查（可选）</w:t>
      </w:r>
    </w:p>
    <w:p>
      <w:pPr>
        <w:spacing w:before="20" w:after="40"/>
        <w:ind w:left="425" w:hanging="312"/>
      </w:pPr>
      <w:r>
        <w:rPr>
          <w:rFonts w:ascii="Calibri" w:hAnsi="Calibri" w:cs="Calibri" w:eastAsia="宋体"/>
        </w:rPr>
        <w:t xml:space="preserve">• </w:t>
      </w:r>
      <w:r>
        <w:rPr>
          <w:rFonts w:ascii="Calibri" w:hAnsi="Calibri" w:cs="Calibri" w:eastAsia="宋体"/>
        </w:rPr>
        <w:t>妇科超声（FtM）</w:t>
      </w:r>
    </w:p>
    <w:p>
      <w:pPr>
        <w:spacing w:after="100"/>
      </w:pPr>
      <w:r>
        <w:rPr>
          <w:rFonts w:ascii="Calibri" w:hAnsi="Calibri" w:cs="Calibri" w:eastAsia="宋体"/>
        </w:rPr>
        <w:t>总花费介于 1000 - 2000 之间。</w:t>
      </w:r>
    </w:p>
    <w:p>
      <w:pPr>
        <w:spacing w:after="100"/>
      </w:pPr>
      <w:r>
        <w:rPr>
          <w:rFonts w:ascii="Calibri" w:hAnsi="Calibri" w:cs="Calibri" w:eastAsia="宋体"/>
        </w:rPr>
        <w:t>采血前须空腹。血液检查很快提供报告，结果最晚次日可取。</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检查单注意事项</w:t>
      </w:r>
    </w:p>
    <w:p>
      <w:pPr>
        <w:shd w:val="clear" w:color="auto" w:fill="ECFDF5"/>
        <w:pBdr>
          <w:left w:val="single" w:sz="18" w:space="6" w:color="10B981"/>
        </w:pBdr>
        <w:spacing w:after="40"/>
      </w:pPr>
      <w:r>
        <w:rPr>
          <w:rFonts w:ascii="Calibri" w:hAnsi="Calibri" w:cs="Calibri" w:eastAsia="宋体"/>
        </w:rPr>
        <w:t>生化结果 CO</w:t>
      </w:r>
      <w:r>
        <w:rPr>
          <w:rFonts w:ascii="Calibri" w:hAnsi="Calibri" w:cs="Calibri" w:eastAsia="宋体"/>
          <w:vertAlign w:val="subscript"/>
        </w:rPr>
        <w:t>2</w:t>
      </w:r>
      <w:r>
        <w:rPr>
          <w:rFonts w:ascii="Calibri" w:hAnsi="Calibri" w:cs="Calibri" w:eastAsia="宋体"/>
        </w:rPr>
        <w:t xml:space="preserve"> 偏低是空腹太久了，属正常现象</w:t>
      </w:r>
    </w:p>
    <w:p>
      <w:pPr>
        <w:spacing w:after="100"/>
      </w:pPr>
      <w:r>
        <w:rPr>
          <w:rFonts w:ascii="Calibri" w:hAnsi="Calibri" w:cs="Calibri" w:eastAsia="宋体"/>
        </w:rPr>
        <w:t>根据医院接诊情况，以上检查来得早的话超声可以预约到当天甚至早上，结果当/次日可取，或者因为排队很长预约到另一天。骨密度可能可以当天约上，也可能排队很长通常会约在另一天，但是检查之后结果立等可取。</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有关北医三院超声检查等待时间注意事项</w:t>
      </w:r>
    </w:p>
    <w:p>
      <w:pPr>
        <w:shd w:val="clear" w:color="auto" w:fill="FFFBEB"/>
        <w:pBdr>
          <w:left w:val="single" w:sz="18" w:space="6" w:color="F59E0B"/>
        </w:pBdr>
        <w:spacing w:after="40"/>
      </w:pPr>
      <w:r>
        <w:rPr>
          <w:rFonts w:ascii="Calibri" w:hAnsi="Calibri" w:cs="Calibri" w:eastAsia="宋体"/>
        </w:rPr>
        <w:t>目前北医三院超声检查排期较长（可能需要等待3个工作日以上），如果急需检查结果（特别是外地且未提前进行检查的人士），可联系原为你开具检查申请的医生为你更改为国合/特需超声检查（平均每个检查费用会高出350元以上，但基本可以签到后当即完成检查）。</w:t>
      </w:r>
    </w:p>
    <w:p>
      <w:pPr>
        <w:spacing w:after="100"/>
      </w:pPr>
      <w:r>
        <w:rPr>
          <w:rFonts w:ascii="Calibri" w:hAnsi="Calibri" w:cs="Calibri" w:eastAsia="宋体"/>
        </w:rPr>
        <w:t>染色体检查需要整整 30 天才能出结果；第三方检查结果也是是有效的，价格接近，但时间能缩短到大约 15 天并且可以提前做。</w:t>
      </w:r>
    </w:p>
    <w:p>
      <w:pPr>
        <w:spacing w:after="100"/>
      </w:pPr>
      <w:r>
        <w:rPr>
          <w:rFonts w:ascii="Calibri" w:hAnsi="Calibri" w:cs="Calibri" w:eastAsia="宋体"/>
        </w:rPr>
        <w:t xml:space="preserve">骨密度与乳腺超声是开具处方的必要条件，如因个人原因导致无法在预约时间前往，可拨打分诊台电话 </w:t>
      </w:r>
      <w:r>
        <w:rPr>
          <w:rFonts w:ascii="Calibri" w:hAnsi="Calibri" w:cs="Calibri" w:eastAsia="宋体"/>
        </w:rPr>
        <w:t>+86 010-8226-4567</w:t>
      </w:r>
      <w:r>
        <w:rPr>
          <w:rFonts w:ascii="Calibri" w:hAnsi="Calibri" w:cs="Calibri" w:eastAsia="宋体"/>
        </w:rPr>
        <w:t xml:space="preserve"> 申请更改时间。</w:t>
      </w:r>
    </w:p>
    <w:p>
      <w:pPr>
        <w:spacing w:after="100"/>
      </w:pPr>
      <w:r>
        <w:rPr>
          <w:rFonts w:ascii="Calibri" w:hAnsi="Calibri" w:cs="Calibri" w:eastAsia="宋体"/>
        </w:rPr>
        <w:t>北医三院承认外院检查结果。上述化验检查若在当地完善，建议在具有一定规模的三甲医院完成，一般内分泌科的医生会熟悉上述检查</w:t>
      </w:r>
      <w:r>
        <w:rPr>
          <w:rFonts w:ascii="Calibri" w:hAnsi="Calibri" w:cs="Calibri" w:eastAsia="宋体"/>
          <w:strike/>
        </w:rPr>
        <w:t>甚至知道你做这些是为了HRT</w:t>
      </w:r>
      <w:r>
        <w:rPr>
          <w:rFonts w:ascii="Calibri" w:hAnsi="Calibri" w:cs="Calibri" w:eastAsia="宋体"/>
        </w:rPr>
        <w:t>，可请其照单开具。同样的，也可以找北医三院任何院区的任何内分泌科医生请其照单开具（本部和北方院区皆可，后者在当天也容易挂到号且也可开本部检查单）。</w:t>
      </w:r>
    </w:p>
    <w:p>
      <w:pPr>
        <w:spacing w:after="100"/>
      </w:pPr>
      <w:r>
        <w:rPr>
          <w:rFonts w:ascii="Calibri" w:hAnsi="Calibri" w:cs="Calibri" w:eastAsia="宋体"/>
        </w:rPr>
        <w:t>注：北医三院本部的性激素六项检查在系统中是分开的，直接搜索“性激素六项”只能搜索到北方院区的检查项目，遇到对此不太熟悉的医生还请提醒注意（同时，没有“标注北方院区的检查项目可以在本部抽血然后在北方院区进行化验”这一说法，本部会拒绝进行该项目的化验）。</w:t>
      </w:r>
    </w:p>
    <w:p>
      <w:pPr>
        <w:spacing w:after="100"/>
      </w:pPr>
      <w:r>
        <w:rPr>
          <w:rFonts w:ascii="Calibri" w:hAnsi="Calibri" w:cs="Calibri" w:eastAsia="宋体"/>
          <w:b/>
        </w:rPr>
        <w:t>注意：分诊台较为繁忙，请务必保持耐心联系时不要急躁，不然有几率以无法更改为由拒绝。</w:t>
      </w:r>
    </w:p>
    <w:p>
      <w:pPr>
        <w:pStyle w:val="Heading5"/>
      </w:pPr>
      <w:r>
        <w:rPr>
          <w:rFonts w:ascii="Calibri" w:hAnsi="Calibri" w:cs="Calibri" w:eastAsia="宋体"/>
        </w:rPr>
        <w:t>第二次就诊（制定 HRT 方案）</w:t>
      </w:r>
    </w:p>
    <w:p>
      <w:pPr>
        <w:spacing w:after="100"/>
      </w:pPr>
      <w:r>
        <w:rPr>
          <w:rFonts w:ascii="Calibri" w:hAnsi="Calibri" w:cs="Calibri" w:eastAsia="宋体"/>
        </w:rPr>
        <w:t>应当在所有检查结果产生后前去就诊。启动当日所需材料如下图所示，这张清单在第一次就诊时医生会给出。</w:t>
      </w:r>
    </w:p>
    <w:p>
      <w:pPr>
        <w:spacing w:after="100"/>
      </w:pPr>
      <w:r>
        <w:rPr>
          <w:rFonts w:ascii="Calibri" w:hAnsi="Calibri" w:cs="Calibri" w:eastAsia="宋体"/>
          <w:b/>
        </w:rPr>
        <w:t>第二次就诊请务必携带「易性症」或其他类似诊断的病历或诊断证明。</w:t>
      </w:r>
    </w:p>
    <w:p>
      <w:pPr>
        <w:keepNext/>
        <w:spacing w:before="120" w:after="40"/>
        <w:pBdr>
          <w:bottom w:val="single" w:sz="6" w:space="1" w:color="D4D8DE"/>
        </w:pBdr>
      </w:pPr>
      <w:r>
        <w:rPr>
          <w:rFonts w:ascii="Calibri" w:hAnsi="Calibri" w:cs="Calibri" w:eastAsia="微软雅黑"/>
          <w:b/>
        </w:rPr>
        <w:t>▸ 激素治疗注意事项</w:t>
      </w:r>
    </w:p>
    <w:p>
      <w:pPr>
        <w:spacing w:after="100"/>
      </w:pPr>
      <w:r>
        <w:rPr>
          <w:rFonts w:ascii="Calibri" w:hAnsi="Calibri" w:cs="Calibri" w:eastAsia="宋体"/>
        </w:rPr>
        <w:t>其中血压、心率会当场测量，无需特别准备，候诊时或者接诊后，对应的助理会带领测量，若明显偏离异常值将可能影响 HRT 处方的开具。若在医院等场合易因情绪紧张</w:t>
      </w:r>
      <w:r>
        <w:rPr>
          <w:rFonts w:ascii="Calibri" w:hAnsi="Calibri" w:cs="Calibri" w:eastAsia="宋体"/>
          <w:strike/>
        </w:rPr>
        <w:t>或快要迟到了跑过来的</w:t>
      </w:r>
      <w:r>
        <w:rPr>
          <w:rFonts w:ascii="Calibri" w:hAnsi="Calibri" w:cs="Calibri" w:eastAsia="宋体"/>
        </w:rPr>
        <w:t>等心率血压异常，可向助理出示可穿戴科技设备（手环、手表等）记录的近期数据，和或近期数次自行测量血压的记录代替。</w:t>
      </w:r>
    </w:p>
    <w:p>
      <w:pPr>
        <w:spacing w:after="100"/>
      </w:pPr>
      <w:r>
        <w:rPr>
          <w:rFonts w:ascii="Calibri" w:hAnsi="Calibri" w:cs="Calibri" w:eastAsia="宋体"/>
        </w:rPr>
        <w:t>医生可能会询问你自己对雌激素药物（补佳乐或爱斯妥）和抗雄激素药物（螺内酯或醋酸环丙孕酮）的倾向。可以根据自己的意愿和医生的建议选择药物。北医三院没有的药物，可在好大夫平台上获取电子处方并购买药物（详情见下文 线上问诊）。</w:t>
      </w:r>
    </w:p>
    <w:p>
      <w:pPr>
        <w:spacing w:after="100"/>
      </w:pPr>
      <w:r>
        <w:rPr>
          <w:rFonts w:ascii="Calibri" w:hAnsi="Calibri" w:cs="Calibri" w:eastAsia="宋体"/>
        </w:rPr>
        <w:t>医生可能会询问是否生育力保存。</w:t>
      </w:r>
    </w:p>
    <w:p>
      <w:pPr>
        <w:pStyle w:val="Heading5"/>
      </w:pPr>
      <w:r>
        <w:rPr>
          <w:rFonts w:ascii="Calibri" w:hAnsi="Calibri" w:cs="Calibri" w:eastAsia="宋体"/>
        </w:rPr>
        <w:t>复诊（调整 HRT 方案或继续购买药物）</w:t>
      </w:r>
    </w:p>
    <w:p>
      <w:pPr>
        <w:spacing w:after="100"/>
      </w:pPr>
      <w:r>
        <w:rPr>
          <w:rFonts w:ascii="Calibri" w:hAnsi="Calibri" w:cs="Calibri" w:eastAsia="宋体"/>
        </w:rPr>
        <w:t>开始 HRT 之后要求每三个月复查一次，以继续开具药物。要求的检查项目包括：肝肾功能、血脂、血糖、电解质（以上项目可以直接和医生说检查生化组合）、性激素（睾酮、雌二醇、泌乳素，这三项为必查的三项，查六项也没关系），视情况可能会有其他检查项目。</w:t>
      </w:r>
    </w:p>
    <w:p>
      <w:pPr>
        <w:spacing w:after="100"/>
      </w:pPr>
      <w:r>
        <w:rPr>
          <w:rFonts w:ascii="Calibri" w:hAnsi="Calibri" w:cs="Calibri" w:eastAsia="宋体"/>
        </w:rPr>
        <w:t>线下复诊开药时记得在取号或签到前在护士站旁测量血压，并拍照记录测量结果</w:t>
      </w:r>
      <w:r>
        <w:rPr>
          <w:rFonts w:ascii="Calibri" w:hAnsi="Calibri" w:cs="Calibri" w:eastAsia="宋体"/>
          <w:strike/>
        </w:rPr>
        <w:t>当然你记忆力足够好也可以不用拍</w:t>
      </w:r>
      <w:r>
        <w:rPr>
          <w:rFonts w:ascii="Calibri" w:hAnsi="Calibri" w:cs="Calibri" w:eastAsia="宋体"/>
        </w:rPr>
        <w:t>，同时建议自行测量近期体重，这些医生会在写病历时询问到。同时也会被要求填写抑郁、焦虑量表（题目不多，各10道题左右）以及对于个人身体满意度的评分（李克特量表1-10计分，内容包括但不限于毛发、面部、身材等）。</w:t>
      </w:r>
    </w:p>
    <w:p>
      <w:pPr>
        <w:spacing w:after="100"/>
      </w:pPr>
      <w:r>
        <w:rPr>
          <w:rFonts w:ascii="Calibri" w:hAnsi="Calibri" w:cs="Calibri" w:eastAsia="宋体"/>
        </w:rPr>
        <w:t>也可通过线上问诊方式上传三个月内的复查结果并开具后续药物。</w:t>
      </w:r>
    </w:p>
    <w:p>
      <w:pPr>
        <w:pStyle w:val="Heading4"/>
      </w:pPr>
      <w:r>
        <w:rPr>
          <w:rFonts w:ascii="Calibri" w:hAnsi="Calibri" w:cs="Calibri" w:eastAsia="宋体"/>
        </w:rPr>
        <w:t>时间安排</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说明</w:t>
      </w:r>
    </w:p>
    <w:p>
      <w:pPr>
        <w:shd w:val="clear" w:color="auto" w:fill="ECFDF5"/>
        <w:pBdr>
          <w:left w:val="single" w:sz="18" w:space="6" w:color="10B981"/>
        </w:pBdr>
        <w:spacing w:after="40"/>
      </w:pPr>
      <w:r>
        <w:rPr>
          <w:rFonts w:ascii="Calibri" w:hAnsi="Calibri" w:cs="Calibri" w:eastAsia="宋体"/>
        </w:rPr>
        <w:t>外地人士可在当地做完相关检查后，携带检查报告和带有「性别焦虑」或者「性别认知障碍」等字样（你觉得它是它就是）的诊断病历（不一定是邸奶奶或者丛大爷的）直接前往北医三院开处方，可以节省时间与经费支出，使用当地医保，检查有效期三个月。</w:t>
      </w:r>
    </w:p>
    <w:p>
      <w:pPr>
        <w:shd w:val="clear" w:color="auto" w:fill="ECFDF5"/>
        <w:pBdr>
          <w:left w:val="single" w:sz="18" w:space="6" w:color="10B981"/>
        </w:pBdr>
        <w:spacing w:after="40"/>
      </w:pPr>
      <w:r>
        <w:rPr>
          <w:rFonts w:ascii="Calibri" w:hAnsi="Calibri" w:cs="Calibri" w:eastAsia="宋体"/>
        </w:rPr>
        <w:t>之后的每三个月复查，在本地完成后可通过线上问诊方式上传复查结果并开具后续药物。</w:t>
      </w:r>
    </w:p>
    <w:p>
      <w:pPr>
        <w:spacing w:after="100"/>
      </w:pPr>
      <w:r>
        <w:rPr>
          <w:rFonts w:ascii="Calibri" w:hAnsi="Calibri" w:cs="Calibri" w:eastAsia="宋体"/>
        </w:rPr>
        <w:t>如果计划在北京进行身体检查，但时间有限，希望尽量减少在北京停留的时间，可以参考以下时间安排：</w:t>
      </w:r>
    </w:p>
    <w:p>
      <w:pPr>
        <w:spacing w:before="20" w:after="40"/>
        <w:ind w:left="425" w:hanging="312"/>
      </w:pPr>
      <w:r>
        <w:rPr>
          <w:rFonts w:ascii="Calibri" w:hAnsi="Calibri" w:cs="Calibri" w:eastAsia="宋体"/>
        </w:rPr>
        <w:t xml:space="preserve">1. </w:t>
      </w:r>
      <w:r>
        <w:rPr>
          <w:rFonts w:ascii="Calibri" w:hAnsi="Calibri" w:cs="Calibri" w:eastAsia="宋体"/>
        </w:rPr>
        <w:t>约在诊前两周进行染色体检查（可选）。</w:t>
      </w:r>
    </w:p>
    <w:p>
      <w:pPr>
        <w:spacing w:before="20" w:after="40"/>
        <w:ind w:left="425" w:hanging="312"/>
      </w:pPr>
      <w:r>
        <w:rPr>
          <w:rFonts w:ascii="Calibri" w:hAnsi="Calibri" w:cs="Calibri" w:eastAsia="宋体"/>
        </w:rPr>
        <w:t xml:space="preserve">2. </w:t>
      </w:r>
      <w:r>
        <w:rPr>
          <w:rFonts w:ascii="Calibri" w:hAnsi="Calibri" w:cs="Calibri" w:eastAsia="宋体"/>
        </w:rPr>
        <w:t>初诊时，按预约时间前往医院，领取检查单后缴费，首先进行血液检查。</w:t>
      </w:r>
    </w:p>
    <w:p>
      <w:pPr>
        <w:spacing w:before="20" w:after="40"/>
        <w:ind w:left="425" w:hanging="312"/>
      </w:pPr>
      <w:r>
        <w:rPr>
          <w:rFonts w:ascii="Calibri" w:hAnsi="Calibri" w:cs="Calibri" w:eastAsia="宋体"/>
        </w:rPr>
        <w:t xml:space="preserve">3. </w:t>
      </w:r>
      <w:r>
        <w:rPr>
          <w:rFonts w:ascii="Calibri" w:hAnsi="Calibri" w:cs="Calibri" w:eastAsia="宋体"/>
        </w:rPr>
        <w:t>完成血液检查后，预约乳腺超声和骨密度检查。如当日预约已满，可预约复诊当天的号。</w:t>
      </w:r>
    </w:p>
    <w:p>
      <w:pPr>
        <w:spacing w:before="20" w:after="40"/>
        <w:ind w:left="425" w:hanging="312"/>
      </w:pPr>
      <w:r>
        <w:rPr>
          <w:rFonts w:ascii="Calibri" w:hAnsi="Calibri" w:cs="Calibri" w:eastAsia="宋体"/>
        </w:rPr>
        <w:t xml:space="preserve">4. </w:t>
      </w:r>
      <w:r>
        <w:rPr>
          <w:rFonts w:ascii="Calibri" w:hAnsi="Calibri" w:cs="Calibri" w:eastAsia="宋体"/>
        </w:rPr>
        <w:t>按照预约时间进行骨密度和乳腺检查，并现场领取检查结果。</w:t>
      </w:r>
    </w:p>
    <w:p>
      <w:pPr>
        <w:spacing w:before="20" w:after="40"/>
        <w:ind w:left="425" w:hanging="312"/>
      </w:pPr>
      <w:r>
        <w:rPr>
          <w:rFonts w:ascii="Calibri" w:hAnsi="Calibri" w:cs="Calibri" w:eastAsia="宋体"/>
        </w:rPr>
        <w:t xml:space="preserve">5. </w:t>
      </w:r>
      <w:r>
        <w:rPr>
          <w:rFonts w:ascii="Calibri" w:hAnsi="Calibri" w:cs="Calibri" w:eastAsia="宋体"/>
        </w:rPr>
        <w:t>复诊时，携带「易性症」病历，前往任一医生处复查，如无问题，可当天获得处方及药物。</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预约检查注意事项</w:t>
      </w:r>
    </w:p>
    <w:p>
      <w:pPr>
        <w:shd w:val="clear" w:color="auto" w:fill="FFFBEB"/>
        <w:pBdr>
          <w:left w:val="single" w:sz="18" w:space="6" w:color="F59E0B"/>
        </w:pBdr>
        <w:spacing w:after="40"/>
      </w:pPr>
      <w:r>
        <w:rPr>
          <w:rFonts w:ascii="Calibri" w:hAnsi="Calibri" w:cs="Calibri" w:eastAsia="宋体"/>
        </w:rPr>
        <w:t>若医生出诊时间为上午，且打算与检查同一天做，建议控制预约检查的序号不大于 15 号，否则检查时间容易超时</w:t>
      </w:r>
    </w:p>
    <w:p>
      <w:pPr>
        <w:pStyle w:val="Heading3"/>
      </w:pPr>
      <w:r>
        <w:rPr>
          <w:rFonts w:ascii="Calibri" w:hAnsi="Calibri" w:cs="Calibri" w:eastAsia="宋体"/>
        </w:rPr>
        <w:t>线上问诊</w:t>
      </w:r>
    </w:p>
    <w:p>
      <w:pPr>
        <w:pStyle w:val="Heading4"/>
      </w:pPr>
      <w:r>
        <w:rPr>
          <w:rFonts w:ascii="Calibri" w:hAnsi="Calibri" w:cs="Calibri" w:eastAsia="宋体"/>
        </w:rPr>
        <w:t>线上问诊团队成员</w:t>
      </w:r>
    </w:p>
    <w:p>
      <w:pPr>
        <w:spacing w:after="100"/>
      </w:pPr>
      <w:r>
        <w:rPr>
          <w:rFonts w:ascii="Calibri" w:hAnsi="Calibri" w:cs="Calibri" w:eastAsia="宋体"/>
        </w:rPr>
        <w:t>目前北医三院线上问诊团队包含了北医三院跨性别医疗团队的主要成员，参与人员如下（截至 2026-07-23）：</w:t>
      </w:r>
    </w:p>
    <w:tbl>
      <w:tblPr>
        <w:tblStyle w:val="TableGrid"/>
        <w:tblW w:type="auto" w:w="0"/>
        <w:jc w:val="center"/>
        <w:tblLayout w:type="fixed"/>
        <w:tblLook w:firstColumn="1" w:firstRow="1" w:lastColumn="0" w:lastRow="0" w:noHBand="0" w:noVBand="1" w:val="04A0"/>
      </w:tblPr>
      <w:tblGrid>
        <w:gridCol w:w="2146"/>
        <w:gridCol w:w="7152"/>
      </w:tblGrid>
      <w:tr>
        <w:trPr>
          <w:tblHeader/>
        </w:trPr>
        <w:tc>
          <w:tcPr>
            <w:tcW w:type="dxa" w:w="2146"/>
            <w:shd w:val="clear" w:color="auto" w:fill="EDF1F7"/>
          </w:tcPr>
          <w:p>
            <w:pPr>
              <w:spacing w:before="40" w:after="40" w:line="276" w:lineRule="auto"/>
            </w:pPr>
            <w:r>
              <w:rPr>
                <w:b/>
                <w:sz w:val="18"/>
              </w:rPr>
            </w:r>
            <w:r>
              <w:rPr>
                <w:rFonts w:ascii="Calibri" w:hAnsi="Calibri" w:cs="Calibri" w:eastAsia="宋体"/>
                <w:b/>
                <w:sz w:val="18"/>
              </w:rPr>
              <w:t>医师</w:t>
            </w:r>
          </w:p>
        </w:tc>
        <w:tc>
          <w:tcPr>
            <w:tcW w:type="dxa" w:w="7152"/>
            <w:shd w:val="clear" w:color="auto" w:fill="EDF1F7"/>
          </w:tcPr>
          <w:p>
            <w:pPr>
              <w:spacing w:before="40" w:after="40" w:line="276" w:lineRule="auto"/>
            </w:pPr>
            <w:r>
              <w:rPr>
                <w:b/>
                <w:sz w:val="18"/>
              </w:rPr>
            </w:r>
            <w:r>
              <w:rPr>
                <w:rFonts w:ascii="Calibri" w:hAnsi="Calibri" w:cs="Calibri" w:eastAsia="宋体"/>
                <w:b/>
                <w:sz w:val="18"/>
              </w:rPr>
              <w:t>科室</w:t>
            </w:r>
          </w:p>
        </w:tc>
      </w:tr>
      <w:tr>
        <w:tc>
          <w:tcPr>
            <w:tcW w:type="dxa" w:w="2146"/>
          </w:tcPr>
          <w:p>
            <w:pPr>
              <w:spacing w:before="40" w:after="40" w:line="276" w:lineRule="auto"/>
            </w:pPr>
            <w:r>
              <w:rPr>
                <w:sz w:val="18"/>
              </w:rPr>
            </w:r>
            <w:r>
              <w:rPr>
                <w:rFonts w:ascii="Calibri" w:hAnsi="Calibri" w:cs="Calibri" w:eastAsia="宋体"/>
                <w:b/>
                <w:sz w:val="18"/>
              </w:rPr>
              <w:t>潘柏林</w:t>
            </w:r>
          </w:p>
        </w:tc>
        <w:tc>
          <w:tcPr>
            <w:tcW w:type="dxa" w:w="7152"/>
          </w:tcPr>
          <w:p>
            <w:pPr>
              <w:spacing w:before="40" w:after="40" w:line="276" w:lineRule="auto"/>
            </w:pPr>
            <w:r>
              <w:rPr>
                <w:sz w:val="18"/>
              </w:rPr>
            </w:r>
            <w:r>
              <w:rPr>
                <w:rFonts w:ascii="Calibri" w:hAnsi="Calibri" w:cs="Calibri" w:eastAsia="宋体"/>
                <w:sz w:val="18"/>
              </w:rPr>
              <w:t>成形外科（整形外科）</w:t>
            </w:r>
          </w:p>
        </w:tc>
      </w:tr>
      <w:tr>
        <w:tc>
          <w:tcPr>
            <w:tcW w:type="dxa" w:w="2146"/>
          </w:tcPr>
          <w:p>
            <w:pPr>
              <w:spacing w:before="40" w:after="40" w:line="276" w:lineRule="auto"/>
            </w:pPr>
            <w:r>
              <w:rPr>
                <w:sz w:val="18"/>
              </w:rPr>
            </w:r>
            <w:r>
              <w:rPr>
                <w:rFonts w:ascii="Calibri" w:hAnsi="Calibri" w:cs="Calibri" w:eastAsia="宋体"/>
                <w:b/>
                <w:sz w:val="18"/>
              </w:rPr>
              <w:t>刘烨</w:t>
            </w:r>
          </w:p>
        </w:tc>
        <w:tc>
          <w:tcPr>
            <w:tcW w:type="dxa" w:w="7152"/>
          </w:tcPr>
          <w:p>
            <w:pPr>
              <w:spacing w:before="40" w:after="40" w:line="276" w:lineRule="auto"/>
            </w:pPr>
            <w:r>
              <w:rPr>
                <w:sz w:val="18"/>
              </w:rPr>
            </w:r>
            <w:r>
              <w:rPr>
                <w:rFonts w:ascii="Calibri" w:hAnsi="Calibri" w:cs="Calibri" w:eastAsia="宋体"/>
                <w:sz w:val="18"/>
              </w:rPr>
              <w:t>内分泌科</w:t>
            </w:r>
          </w:p>
        </w:tc>
      </w:tr>
      <w:tr>
        <w:tc>
          <w:tcPr>
            <w:tcW w:type="dxa" w:w="2146"/>
          </w:tcPr>
          <w:p>
            <w:pPr>
              <w:spacing w:before="40" w:after="40" w:line="276" w:lineRule="auto"/>
            </w:pPr>
            <w:r>
              <w:rPr>
                <w:sz w:val="18"/>
              </w:rPr>
            </w:r>
            <w:r>
              <w:rPr>
                <w:rFonts w:ascii="Calibri" w:hAnsi="Calibri" w:cs="Calibri" w:eastAsia="宋体"/>
                <w:sz w:val="18"/>
              </w:rPr>
              <w:t>常旭</w:t>
            </w:r>
          </w:p>
        </w:tc>
        <w:tc>
          <w:tcPr>
            <w:tcW w:type="dxa" w:w="7152"/>
          </w:tcPr>
          <w:p>
            <w:pPr>
              <w:spacing w:before="40" w:after="40" w:line="276" w:lineRule="auto"/>
            </w:pPr>
            <w:r>
              <w:rPr>
                <w:sz w:val="18"/>
              </w:rPr>
            </w:r>
            <w:r>
              <w:rPr>
                <w:rFonts w:ascii="Calibri" w:hAnsi="Calibri" w:cs="Calibri" w:eastAsia="宋体"/>
                <w:sz w:val="18"/>
              </w:rPr>
              <w:t>成形外科（整形外科）</w:t>
            </w:r>
          </w:p>
        </w:tc>
      </w:tr>
      <w:tr>
        <w:tc>
          <w:tcPr>
            <w:tcW w:type="dxa" w:w="2146"/>
          </w:tcPr>
          <w:p>
            <w:pPr>
              <w:spacing w:before="40" w:after="40" w:line="276" w:lineRule="auto"/>
            </w:pPr>
            <w:r>
              <w:rPr>
                <w:sz w:val="18"/>
              </w:rPr>
            </w:r>
            <w:r>
              <w:rPr>
                <w:rFonts w:ascii="Calibri" w:hAnsi="Calibri" w:cs="Calibri" w:eastAsia="宋体"/>
                <w:sz w:val="18"/>
              </w:rPr>
              <w:t>赵润蕾</w:t>
            </w:r>
          </w:p>
        </w:tc>
        <w:tc>
          <w:tcPr>
            <w:tcW w:type="dxa" w:w="7152"/>
          </w:tcPr>
          <w:p>
            <w:pPr>
              <w:spacing w:before="40" w:after="40" w:line="276" w:lineRule="auto"/>
            </w:pPr>
            <w:r>
              <w:rPr>
                <w:sz w:val="18"/>
              </w:rPr>
            </w:r>
            <w:r>
              <w:rPr>
                <w:rFonts w:ascii="Calibri" w:hAnsi="Calibri" w:cs="Calibri" w:eastAsia="宋体"/>
                <w:sz w:val="18"/>
              </w:rPr>
              <w:t>成形外科（整形外科）</w:t>
            </w:r>
          </w:p>
        </w:tc>
      </w:tr>
      <w:tr>
        <w:tc>
          <w:tcPr>
            <w:tcW w:type="dxa" w:w="2146"/>
          </w:tcPr>
          <w:p>
            <w:pPr>
              <w:spacing w:before="40" w:after="40" w:line="276" w:lineRule="auto"/>
            </w:pPr>
            <w:r>
              <w:rPr>
                <w:sz w:val="18"/>
              </w:rPr>
            </w:r>
            <w:r>
              <w:rPr>
                <w:rFonts w:ascii="Calibri" w:hAnsi="Calibri" w:cs="Calibri" w:eastAsia="宋体"/>
                <w:sz w:val="18"/>
              </w:rPr>
              <w:t>乐云逸</w:t>
            </w:r>
          </w:p>
        </w:tc>
        <w:tc>
          <w:tcPr>
            <w:tcW w:type="dxa" w:w="7152"/>
          </w:tcPr>
          <w:p>
            <w:pPr>
              <w:spacing w:before="40" w:after="40" w:line="276" w:lineRule="auto"/>
            </w:pPr>
            <w:r>
              <w:rPr>
                <w:sz w:val="18"/>
              </w:rPr>
            </w:r>
            <w:r>
              <w:rPr>
                <w:rFonts w:ascii="Calibri" w:hAnsi="Calibri" w:cs="Calibri" w:eastAsia="宋体"/>
                <w:sz w:val="18"/>
              </w:rPr>
              <w:t>内分泌科</w:t>
            </w:r>
          </w:p>
        </w:tc>
      </w:tr>
      <w:tr>
        <w:tc>
          <w:tcPr>
            <w:tcW w:type="dxa" w:w="2146"/>
          </w:tcPr>
          <w:p>
            <w:pPr>
              <w:spacing w:before="40" w:after="40" w:line="276" w:lineRule="auto"/>
            </w:pPr>
            <w:r>
              <w:rPr>
                <w:sz w:val="18"/>
              </w:rPr>
            </w:r>
            <w:r>
              <w:rPr>
                <w:rFonts w:ascii="Calibri" w:hAnsi="Calibri" w:cs="Calibri" w:eastAsia="宋体"/>
                <w:sz w:val="18"/>
              </w:rPr>
              <w:t>马文豪</w:t>
            </w:r>
          </w:p>
        </w:tc>
        <w:tc>
          <w:tcPr>
            <w:tcW w:type="dxa" w:w="7152"/>
          </w:tcPr>
          <w:p>
            <w:pPr>
              <w:spacing w:before="40" w:after="40" w:line="276" w:lineRule="auto"/>
            </w:pPr>
            <w:r>
              <w:rPr>
                <w:sz w:val="18"/>
              </w:rPr>
            </w:r>
            <w:r>
              <w:rPr>
                <w:rFonts w:ascii="Calibri" w:hAnsi="Calibri" w:cs="Calibri" w:eastAsia="宋体"/>
                <w:sz w:val="18"/>
              </w:rPr>
              <w:t>医学生</w:t>
            </w:r>
          </w:p>
        </w:tc>
      </w:tr>
      <w:tr>
        <w:tc>
          <w:tcPr>
            <w:tcW w:type="dxa" w:w="2146"/>
          </w:tcPr>
          <w:p>
            <w:pPr>
              <w:spacing w:before="40" w:after="40" w:line="276" w:lineRule="auto"/>
            </w:pPr>
            <w:r>
              <w:rPr>
                <w:sz w:val="18"/>
              </w:rPr>
            </w:r>
            <w:r>
              <w:rPr>
                <w:rFonts w:ascii="Calibri" w:hAnsi="Calibri" w:cs="Calibri" w:eastAsia="宋体"/>
                <w:sz w:val="18"/>
              </w:rPr>
              <w:t>赵绮文</w:t>
            </w:r>
          </w:p>
        </w:tc>
        <w:tc>
          <w:tcPr>
            <w:tcW w:type="dxa" w:w="7152"/>
          </w:tcPr>
          <w:p>
            <w:pPr>
              <w:spacing w:before="40" w:after="40" w:line="276" w:lineRule="auto"/>
            </w:pPr>
            <w:r>
              <w:rPr>
                <w:sz w:val="18"/>
              </w:rPr>
            </w:r>
            <w:r>
              <w:rPr>
                <w:rFonts w:ascii="Calibri" w:hAnsi="Calibri" w:cs="Calibri" w:eastAsia="宋体"/>
                <w:sz w:val="18"/>
              </w:rPr>
              <w:t>成形外科（整形外科）</w:t>
            </w:r>
          </w:p>
        </w:tc>
      </w:tr>
    </w:tbl>
    <w:p>
      <w:pPr>
        <w:pStyle w:val="Heading4"/>
      </w:pPr>
      <w:r>
        <w:rPr>
          <w:rFonts w:ascii="Calibri" w:hAnsi="Calibri" w:cs="Calibri" w:eastAsia="宋体"/>
        </w:rPr>
        <w:t>问诊方法</w:t>
      </w:r>
    </w:p>
    <w:p>
      <w:pPr>
        <w:spacing w:after="100"/>
      </w:pPr>
      <w:r>
        <w:rPr>
          <w:rFonts w:ascii="Calibri" w:hAnsi="Calibri" w:cs="Calibri" w:eastAsia="宋体"/>
        </w:rPr>
        <w:t>目前，北医三院跨性别医疗团队支持通过</w:t>
      </w:r>
      <w:r>
        <w:rPr>
          <w:rFonts w:ascii="Calibri" w:hAnsi="Calibri" w:cs="Calibri" w:eastAsia="宋体"/>
        </w:rPr>
        <w:t>好大夫在线</w:t>
      </w:r>
      <w:r>
        <w:rPr>
          <w:rFonts w:ascii="Calibri" w:hAnsi="Calibri" w:cs="Calibri" w:eastAsia="宋体"/>
        </w:rPr>
        <w:t>平台进行在线问诊，方式同时支持图文问诊与简短咨询方式，为方便流畅的沟通和检查相关资料得发送，建议使用图文问诊方式。</w:t>
      </w:r>
    </w:p>
    <w:p>
      <w:pPr>
        <w:spacing w:after="100"/>
      </w:pPr>
      <w:r>
        <w:rPr>
          <w:rFonts w:ascii="Calibri" w:hAnsi="Calibri" w:cs="Calibri" w:eastAsia="宋体"/>
        </w:rPr>
        <w:t>线上问诊</w:t>
      </w:r>
      <w:r>
        <w:rPr>
          <w:rFonts w:ascii="Calibri" w:hAnsi="Calibri" w:cs="Calibri" w:eastAsia="宋体"/>
          <w:b/>
        </w:rPr>
        <w:t>不能代替面诊</w:t>
      </w:r>
      <w:r>
        <w:rPr>
          <w:rFonts w:ascii="Calibri" w:hAnsi="Calibri" w:cs="Calibri" w:eastAsia="宋体"/>
        </w:rPr>
        <w:t>，问诊中/医生回复/仅供参考</w:t>
      </w:r>
    </w:p>
    <w:p>
      <w:pPr>
        <w:spacing w:after="100"/>
      </w:pPr>
      <w:r>
        <w:rPr>
          <w:rFonts w:ascii="Calibri" w:hAnsi="Calibri" w:cs="Calibri" w:eastAsia="宋体"/>
        </w:rPr>
        <w:t>如需线上问诊，可通过好大夫在线微信小程序或官网进入潘柏林医生主页，选择</w:t>
      </w:r>
      <w:r>
        <w:rPr>
          <w:rFonts w:ascii="Calibri" w:hAnsi="Calibri" w:cs="Calibri" w:eastAsia="宋体"/>
          <w:b/>
        </w:rPr>
        <w:t>多学科会诊</w:t>
      </w:r>
      <w:r>
        <w:rPr>
          <w:rFonts w:ascii="Calibri" w:hAnsi="Calibri" w:cs="Calibri" w:eastAsia="宋体"/>
        </w:rPr>
        <w:t>按钮（312 元/次</w:t>
      </w:r>
      <w:r>
        <w:rPr>
          <w:rFonts w:ascii="Calibri" w:hAnsi="Calibri" w:cs="Calibri" w:eastAsia="宋体"/>
          <w:vertAlign w:val="superscript"/>
        </w:rPr>
        <w:t>2026-07-23</w:t>
      </w:r>
      <w:r>
        <w:rPr>
          <w:rFonts w:ascii="Calibri" w:hAnsi="Calibri" w:cs="Calibri" w:eastAsia="宋体"/>
        </w:rPr>
        <w:t>；价格可能变动，请以购买页面为准）。</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请注意，目前直接向潘柏林申请服务是不支持咨询跨性别相关问题的，将会提示分诊审核不通过。</w:t>
      </w:r>
    </w:p>
    <w:p>
      <w:pPr>
        <w:spacing w:after="100"/>
      </w:pPr>
      <w:r>
        <w:rPr>
          <w:rFonts w:ascii="Calibri" w:hAnsi="Calibri" w:cs="Calibri" w:eastAsia="宋体"/>
        </w:rPr>
        <w:t>预计接诊时间为 13 小时左右，实际使用下来较显示时间快。2 日内可以多次交流，期间主要为刘烨与潘柏林交叉问诊。</w:t>
      </w:r>
    </w:p>
    <w:p>
      <w:pPr>
        <w:spacing w:after="100"/>
      </w:pPr>
      <w:r>
        <w:rPr>
          <w:rFonts w:ascii="Calibri" w:hAnsi="Calibri" w:cs="Calibri" w:eastAsia="宋体"/>
        </w:rPr>
        <w:t>线上问诊无法开具 HRT 处方，但是可以通过化验结果提供具体的 HRT 用药建议。</w:t>
      </w:r>
    </w:p>
    <w:p>
      <w:pPr>
        <w:spacing w:after="100"/>
      </w:pPr>
      <w:r>
        <w:rPr>
          <w:rFonts w:ascii="Calibri" w:hAnsi="Calibri" w:cs="Calibri" w:eastAsia="宋体"/>
        </w:rPr>
        <w:t>在</w:t>
      </w:r>
      <w:r>
        <w:rPr>
          <w:rFonts w:ascii="Calibri" w:hAnsi="Calibri" w:cs="Calibri" w:eastAsia="宋体"/>
          <w:b/>
        </w:rPr>
        <w:t>第一次线下问诊</w:t>
      </w:r>
      <w:r>
        <w:rPr>
          <w:rFonts w:ascii="Calibri" w:hAnsi="Calibri" w:cs="Calibri" w:eastAsia="宋体"/>
        </w:rPr>
        <w:t>之后，接下来可以通过线上问诊的方式获取后续建议和开具药物。</w:t>
      </w:r>
    </w:p>
    <w:p>
      <w:pPr>
        <w:pStyle w:val="Heading4"/>
      </w:pPr>
      <w:r>
        <w:rPr>
          <w:rFonts w:ascii="Calibri" w:hAnsi="Calibri" w:cs="Calibri" w:eastAsia="宋体"/>
        </w:rPr>
        <w:t>临床招募</w:t>
      </w:r>
    </w:p>
    <w:p>
      <w:pPr>
        <w:spacing w:after="100"/>
      </w:pPr>
      <w:r>
        <w:rPr>
          <w:rFonts w:ascii="Calibri" w:hAnsi="Calibri" w:cs="Calibri" w:eastAsia="宋体"/>
        </w:rPr>
        <w:t>【临床招募】北医三院性别肯定激素治疗新启动者随访对象</w:t>
      </w:r>
    </w:p>
    <w:p>
      <w:pPr>
        <w:spacing w:after="100"/>
      </w:pPr>
      <w:r>
        <w:rPr>
          <w:rFonts w:ascii="Calibri" w:hAnsi="Calibri" w:cs="Calibri" w:eastAsia="宋体"/>
        </w:rPr>
        <w:t>本项目招募计划启动性别肯定激素治疗的跨性别男性和女性，按照常规激素治疗的复诊频率随访1年，评估激素治疗对中国跨性别者的生理、心理和认知功能的效应。</w:t>
      </w:r>
    </w:p>
    <w:p>
      <w:pPr>
        <w:spacing w:after="100"/>
      </w:pPr>
      <w:r>
        <w:rPr>
          <w:rFonts w:ascii="Calibri" w:hAnsi="Calibri" w:cs="Calibri" w:eastAsia="宋体"/>
        </w:rPr>
        <w:t>本项目已通过北医三院伦理委员会批准。</w:t>
      </w:r>
    </w:p>
    <w:p>
      <w:pPr>
        <w:pStyle w:val="Heading5"/>
      </w:pPr>
      <w:r>
        <w:rPr>
          <w:rFonts w:ascii="Calibri" w:hAnsi="Calibri" w:cs="Calibri" w:eastAsia="宋体"/>
        </w:rPr>
        <w:t>入组条件</w:t>
      </w:r>
    </w:p>
    <w:p>
      <w:pPr>
        <w:spacing w:before="20" w:after="40"/>
        <w:ind w:left="425" w:hanging="312"/>
      </w:pPr>
      <w:r>
        <w:rPr>
          <w:rFonts w:ascii="Calibri" w:hAnsi="Calibri" w:cs="Calibri" w:eastAsia="宋体"/>
        </w:rPr>
        <w:t xml:space="preserve">1. </w:t>
      </w:r>
      <w:r>
        <w:rPr>
          <w:rFonts w:ascii="Calibri" w:hAnsi="Calibri" w:cs="Calibri" w:eastAsia="宋体"/>
        </w:rPr>
        <w:t>已就诊精神心理科，诊断易性症、性别认同障碍、性别焦虑或性别烦躁;有性别肯定激素治疗的诉求；</w:t>
      </w:r>
    </w:p>
    <w:p>
      <w:pPr>
        <w:spacing w:before="20" w:after="40"/>
        <w:ind w:left="425" w:hanging="312"/>
      </w:pPr>
      <w:r>
        <w:rPr>
          <w:rFonts w:ascii="Calibri" w:hAnsi="Calibri" w:cs="Calibri" w:eastAsia="宋体"/>
        </w:rPr>
        <w:t xml:space="preserve">2. </w:t>
      </w:r>
      <w:r>
        <w:rPr>
          <w:rFonts w:ascii="Calibri" w:hAnsi="Calibri" w:cs="Calibri" w:eastAsia="宋体"/>
        </w:rPr>
        <w:t>满18周岁且≤ 40岁，具备完全民事行为能力；</w:t>
      </w:r>
    </w:p>
    <w:p>
      <w:pPr>
        <w:spacing w:before="20" w:after="40"/>
        <w:ind w:left="425" w:hanging="312"/>
      </w:pPr>
      <w:r>
        <w:rPr>
          <w:rFonts w:ascii="Calibri" w:hAnsi="Calibri" w:cs="Calibri" w:eastAsia="宋体"/>
        </w:rPr>
        <w:t xml:space="preserve">3. </w:t>
      </w:r>
      <w:r>
        <w:rPr>
          <w:rFonts w:ascii="Calibri" w:hAnsi="Calibri" w:cs="Calibri" w:eastAsia="宋体"/>
        </w:rPr>
        <w:t>从未使用过相关药物;或既往连续使用&lt; 30天，且近三个月未使用；</w:t>
      </w:r>
    </w:p>
    <w:p>
      <w:pPr>
        <w:spacing w:before="20" w:after="40"/>
        <w:ind w:left="425" w:hanging="312"/>
      </w:pPr>
      <w:r>
        <w:rPr>
          <w:rFonts w:ascii="Calibri" w:hAnsi="Calibri" w:cs="Calibri" w:eastAsia="宋体"/>
        </w:rPr>
        <w:t xml:space="preserve">4. </w:t>
      </w:r>
      <w:r>
        <w:rPr>
          <w:rFonts w:ascii="Calibri" w:hAnsi="Calibri" w:cs="Calibri" w:eastAsia="宋体"/>
        </w:rPr>
        <w:t>重要亲属 (如父母、在婚配偶) 知情理解您进行性别确认激素治疗的诉求；</w:t>
      </w:r>
    </w:p>
    <w:p>
      <w:pPr>
        <w:spacing w:before="20" w:after="40"/>
        <w:ind w:left="425" w:hanging="312"/>
      </w:pPr>
      <w:r>
        <w:rPr>
          <w:rFonts w:ascii="Calibri" w:hAnsi="Calibri" w:cs="Calibri" w:eastAsia="宋体"/>
        </w:rPr>
        <w:t xml:space="preserve">5. </w:t>
      </w:r>
      <w:r>
        <w:rPr>
          <w:rFonts w:ascii="Calibri" w:hAnsi="Calibri" w:cs="Calibri" w:eastAsia="宋体"/>
        </w:rPr>
        <w:t>能够在医生指导下规律用药，不自行改变方案；</w:t>
      </w:r>
    </w:p>
    <w:p>
      <w:pPr>
        <w:spacing w:before="20" w:after="40"/>
        <w:ind w:left="425" w:hanging="312"/>
      </w:pPr>
      <w:r>
        <w:rPr>
          <w:rFonts w:ascii="Calibri" w:hAnsi="Calibri" w:cs="Calibri" w:eastAsia="宋体"/>
        </w:rPr>
        <w:t xml:space="preserve">6. </w:t>
      </w:r>
      <w:r>
        <w:rPr>
          <w:rFonts w:ascii="Calibri" w:hAnsi="Calibri" w:cs="Calibri" w:eastAsia="宋体"/>
        </w:rPr>
        <w:t>能够每3个月来我院复诊 (具体来诊可根据您的时间微调)；</w:t>
      </w:r>
    </w:p>
    <w:p>
      <w:pPr>
        <w:spacing w:before="20" w:after="40"/>
        <w:ind w:left="425" w:hanging="312"/>
      </w:pPr>
      <w:r>
        <w:rPr>
          <w:rFonts w:ascii="Calibri" w:hAnsi="Calibri" w:cs="Calibri" w:eastAsia="宋体"/>
        </w:rPr>
        <w:t xml:space="preserve">7. </w:t>
      </w:r>
      <w:r>
        <w:rPr>
          <w:rFonts w:ascii="Calibri" w:hAnsi="Calibri" w:cs="Calibri" w:eastAsia="宋体"/>
        </w:rPr>
        <w:t>1年内无计划进行子宫、卵巢、乳房、阴茎、睾丸的性别重置手术；</w:t>
      </w:r>
    </w:p>
    <w:p>
      <w:pPr>
        <w:spacing w:before="20" w:after="40"/>
        <w:ind w:left="425" w:hanging="312"/>
      </w:pPr>
      <w:r>
        <w:rPr>
          <w:rFonts w:ascii="Calibri" w:hAnsi="Calibri" w:cs="Calibri" w:eastAsia="宋体"/>
        </w:rPr>
        <w:t xml:space="preserve">8. </w:t>
      </w:r>
      <w:r>
        <w:rPr>
          <w:rFonts w:ascii="Calibri" w:hAnsi="Calibri" w:cs="Calibri" w:eastAsia="宋体"/>
        </w:rPr>
        <w:t>无自然生育诉求或已完成生育力保存；</w:t>
      </w:r>
    </w:p>
    <w:p>
      <w:pPr>
        <w:spacing w:before="20" w:after="40"/>
        <w:ind w:left="425" w:hanging="312"/>
      </w:pPr>
      <w:r>
        <w:rPr>
          <w:rFonts w:ascii="Calibri" w:hAnsi="Calibri" w:cs="Calibri" w:eastAsia="宋体"/>
        </w:rPr>
        <w:t xml:space="preserve">9. </w:t>
      </w:r>
      <w:r>
        <w:rPr>
          <w:rFonts w:ascii="Calibri" w:hAnsi="Calibri" w:cs="Calibri" w:eastAsia="宋体"/>
        </w:rPr>
        <w:t>近2周未服用精神类药物；</w:t>
      </w:r>
    </w:p>
    <w:p>
      <w:pPr>
        <w:spacing w:before="20" w:after="40"/>
        <w:ind w:left="425" w:hanging="312"/>
      </w:pPr>
      <w:r>
        <w:rPr>
          <w:rFonts w:ascii="Calibri" w:hAnsi="Calibri" w:cs="Calibri" w:eastAsia="宋体"/>
        </w:rPr>
        <w:t xml:space="preserve">10. </w:t>
      </w:r>
      <w:r>
        <w:rPr>
          <w:rFonts w:ascii="Calibri" w:hAnsi="Calibri" w:cs="Calibri" w:eastAsia="宋体"/>
        </w:rPr>
        <w:t>未患有严重的慢性胃肠道、肝胆胰腺疾病。</w:t>
      </w:r>
    </w:p>
    <w:p>
      <w:pPr>
        <w:pStyle w:val="Heading5"/>
      </w:pPr>
      <w:r>
        <w:rPr>
          <w:rFonts w:ascii="Calibri" w:hAnsi="Calibri" w:cs="Calibri" w:eastAsia="宋体"/>
        </w:rPr>
        <w:t>正式参与后您将获得</w:t>
      </w:r>
    </w:p>
    <w:p>
      <w:pPr>
        <w:spacing w:before="20" w:after="40"/>
        <w:ind w:left="425" w:hanging="312"/>
      </w:pPr>
      <w:r>
        <w:rPr>
          <w:rFonts w:ascii="Calibri" w:hAnsi="Calibri" w:cs="Calibri" w:eastAsia="宋体"/>
        </w:rPr>
        <w:t xml:space="preserve">1. </w:t>
      </w:r>
      <w:r>
        <w:rPr>
          <w:rFonts w:ascii="Calibri" w:hAnsi="Calibri" w:cs="Calibri" w:eastAsia="宋体"/>
        </w:rPr>
        <w:t>规范的性别肯定激素治疗医疗指导；</w:t>
      </w:r>
    </w:p>
    <w:p>
      <w:pPr>
        <w:spacing w:before="20" w:after="40"/>
        <w:ind w:left="425" w:hanging="312"/>
      </w:pPr>
      <w:r>
        <w:rPr>
          <w:rFonts w:ascii="Calibri" w:hAnsi="Calibri" w:cs="Calibri" w:eastAsia="宋体"/>
        </w:rPr>
        <w:t xml:space="preserve">2. </w:t>
      </w:r>
      <w:r>
        <w:rPr>
          <w:rFonts w:ascii="Calibri" w:hAnsi="Calibri" w:cs="Calibri" w:eastAsia="宋体"/>
        </w:rPr>
        <w:t>满足条件正式入组后，常规复诊所需的血液化验、心理和认知功能评估的费用均免除；</w:t>
      </w:r>
    </w:p>
    <w:p>
      <w:pPr>
        <w:spacing w:before="20" w:after="40"/>
        <w:ind w:left="425" w:hanging="312"/>
      </w:pPr>
      <w:r>
        <w:rPr>
          <w:rFonts w:ascii="Calibri" w:hAnsi="Calibri" w:cs="Calibri" w:eastAsia="宋体"/>
        </w:rPr>
        <w:t xml:space="preserve">3. </w:t>
      </w:r>
      <w:r>
        <w:rPr>
          <w:rFonts w:ascii="Calibri" w:hAnsi="Calibri" w:cs="Calibri" w:eastAsia="宋体"/>
        </w:rPr>
        <w:t>一对一复诊预约的绿色通道。</w:t>
      </w:r>
    </w:p>
    <w:p>
      <w:pPr>
        <w:pStyle w:val="Heading5"/>
      </w:pPr>
      <w:r>
        <w:rPr>
          <w:rFonts w:ascii="Calibri" w:hAnsi="Calibri" w:cs="Calibri" w:eastAsia="宋体"/>
        </w:rPr>
        <w:t>联系我们</w:t>
      </w:r>
    </w:p>
    <w:p>
      <w:pPr>
        <w:spacing w:before="20" w:after="40"/>
        <w:ind w:left="425" w:hanging="312"/>
      </w:pPr>
      <w:r>
        <w:rPr>
          <w:rFonts w:ascii="Calibri" w:hAnsi="Calibri" w:cs="Calibri" w:eastAsia="宋体"/>
        </w:rPr>
        <w:t xml:space="preserve">1. </w:t>
      </w:r>
      <w:r>
        <w:rPr>
          <w:rFonts w:ascii="Calibri" w:hAnsi="Calibri" w:cs="Calibri" w:eastAsia="宋体"/>
        </w:rPr>
        <w:t xml:space="preserve">邮箱: </w:t>
      </w:r>
      <w:r>
        <w:rPr>
          <w:rFonts w:ascii="Calibri" w:hAnsi="Calibri" w:cs="Calibri" w:eastAsia="宋体"/>
        </w:rPr>
        <w:t>transhormone@126.com</w:t>
      </w:r>
    </w:p>
    <w:p>
      <w:pPr>
        <w:spacing w:before="20" w:after="40"/>
        <w:ind w:left="425" w:hanging="312"/>
      </w:pPr>
      <w:r>
        <w:rPr>
          <w:rFonts w:ascii="Calibri" w:hAnsi="Calibri" w:cs="Calibri" w:eastAsia="宋体"/>
        </w:rPr>
        <w:t xml:space="preserve">2. </w:t>
      </w:r>
      <w:r>
        <w:rPr>
          <w:rFonts w:ascii="Calibri" w:hAnsi="Calibri" w:cs="Calibri" w:eastAsia="宋体"/>
        </w:rPr>
        <w:t xml:space="preserve">电话: </w:t>
      </w:r>
      <w:r>
        <w:rPr>
          <w:rFonts w:ascii="Calibri" w:hAnsi="Calibri" w:cs="Calibri" w:eastAsia="宋体"/>
        </w:rPr>
        <w:t>010-82265025</w:t>
      </w:r>
      <w:r>
        <w:rPr>
          <w:rFonts w:ascii="Calibri" w:hAnsi="Calibri" w:cs="Calibri" w:eastAsia="宋体"/>
        </w:rPr>
        <w:t xml:space="preserve"> (工作日8:30-16:30)</w:t>
      </w:r>
    </w:p>
    <w:p>
      <w:pPr>
        <w:spacing w:before="20" w:after="40"/>
        <w:ind w:left="822" w:hanging="312"/>
      </w:pPr>
      <w:r>
        <w:rPr>
          <w:rFonts w:ascii="Calibri" w:hAnsi="Calibri" w:cs="Calibri" w:eastAsia="宋体"/>
        </w:rPr>
        <w:t xml:space="preserve">◦ </w:t>
      </w:r>
      <w:r>
        <w:rPr>
          <w:rFonts w:ascii="Calibri" w:hAnsi="Calibri" w:cs="Calibri" w:eastAsia="宋体"/>
        </w:rPr>
        <w:t>北医三院易性症激素门诊: 内分泌科，周四下午(本部门诊楼3层内科2诊区)</w:t>
      </w:r>
    </w:p>
    <w:p>
      <w:pPr>
        <w:spacing w:before="20" w:after="40"/>
        <w:ind w:left="822" w:hanging="312"/>
      </w:pPr>
      <w:r>
        <w:rPr>
          <w:rFonts w:ascii="Calibri" w:hAnsi="Calibri" w:cs="Calibri" w:eastAsia="宋体"/>
        </w:rPr>
        <w:t xml:space="preserve">◦ </w:t>
      </w:r>
      <w:r>
        <w:rPr>
          <w:rFonts w:ascii="Calibri" w:hAnsi="Calibri" w:cs="Calibri" w:eastAsia="宋体"/>
        </w:rPr>
        <w:t>北医三院易性症综合门诊: 成形外科，周一/二上午(本部医疗美容中心1层)</w:t>
      </w:r>
    </w:p>
    <w:p>
      <w:pPr>
        <w:spacing w:before="20" w:after="40"/>
        <w:ind w:left="822" w:hanging="312"/>
      </w:pPr>
      <w:r>
        <w:rPr>
          <w:rFonts w:ascii="Calibri" w:hAnsi="Calibri" w:cs="Calibri" w:eastAsia="宋体"/>
        </w:rPr>
        <w:t xml:space="preserve">◦ </w:t>
      </w:r>
      <w:r>
        <w:rPr>
          <w:rFonts w:ascii="Calibri" w:hAnsi="Calibri" w:cs="Calibri" w:eastAsia="宋体"/>
        </w:rPr>
        <w:t>晚间特需门诊: 内分泌科/成形外科，周二6~7pm(健康医学中心楼7层)</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也可以于每天早晨 7 点开始约当天的号源。 </w:t>
      </w:r>
    </w:p>
    <w:p>
      <w:pPr>
        <w:spacing w:before="20" w:after="40"/>
        <w:ind w:left="425" w:hanging="312"/>
      </w:pPr>
      <w:r>
        <w:rPr>
          <w:rFonts w:ascii="Calibri" w:hAnsi="Calibri" w:cs="Calibri" w:eastAsia="宋体"/>
        </w:rPr>
        <w:t xml:space="preserve">2. </w:t>
      </w:r>
      <w:r>
        <w:rPr>
          <w:rFonts w:ascii="Calibri" w:hAnsi="Calibri" w:cs="Calibri" w:eastAsia="宋体"/>
        </w:rPr>
        <w:t xml:space="preserve">APP 和服务号的科室索引结构不完全相同。 </w:t>
      </w:r>
    </w:p>
    <w:p>
      <w:pPr>
        <w:spacing w:before="20" w:after="40"/>
        <w:ind w:left="425" w:hanging="312"/>
      </w:pPr>
      <w:r>
        <w:rPr>
          <w:rFonts w:ascii="Calibri" w:hAnsi="Calibri" w:cs="Calibri" w:eastAsia="宋体"/>
        </w:rPr>
        <w:t xml:space="preserve">3. </w:t>
      </w:r>
      <w:r>
        <w:rPr>
          <w:rFonts w:ascii="Calibri" w:hAnsi="Calibri" w:cs="Calibri" w:eastAsia="宋体"/>
        </w:rPr>
        <w:t xml:space="preserve">刘烨在内分泌科普通号出诊时，需要先由刘烨在挂号单上盖章方可在分诊台指定分归刘烨医生接诊，因此仍然需要取挂号单。不过她已经有专门的挂号选项啦。 </w:t>
      </w:r>
    </w:p>
    <w:p>
      <w:pPr>
        <w:spacing w:before="20" w:after="40"/>
        <w:ind w:left="425" w:hanging="312"/>
      </w:pPr>
      <w:r>
        <w:rPr>
          <w:rFonts w:ascii="Calibri" w:hAnsi="Calibri" w:cs="Calibri" w:eastAsia="宋体"/>
        </w:rPr>
        <w:t xml:space="preserve">4. </w:t>
      </w:r>
      <w:r>
        <w:rPr>
          <w:rFonts w:ascii="Calibri" w:hAnsi="Calibri" w:cs="Calibri" w:eastAsia="宋体"/>
        </w:rPr>
        <w:t xml:space="preserve">就是扫下挂号小票上的条形码 </w:t>
      </w:r>
    </w:p>
    <w:p>
      <w:pPr>
        <w:pStyle w:val="Heading3"/>
      </w:pPr>
      <w:r>
        <w:rPr>
          <w:rFonts w:ascii="Calibri" w:hAnsi="Calibri" w:cs="Calibri" w:eastAsia="微软雅黑"/>
        </w:rPr>
        <w:t>3.2.1  刘烨</w:t>
      </w:r>
    </w:p>
    <w:p>
      <w:pPr>
        <w:spacing w:after="160"/>
      </w:pPr>
      <w:r>
        <w:rPr>
          <w:rFonts w:ascii="Calibri" w:hAnsi="Calibri" w:cs="Calibri" w:eastAsia="宋体"/>
          <w:color w:val="6B7280"/>
          <w:sz w:val="16"/>
        </w:rPr>
        <w:t>原文：https://mtf.wiki/zh-cn/docs/hrt/puth/liu-ye · 最近更新：2026年9月22日</w:t>
      </w:r>
    </w:p>
    <w:p>
      <w:pPr>
        <w:pStyle w:val="Heading4"/>
      </w:pPr>
      <w:r>
        <w:rPr>
          <w:rFonts w:ascii="Calibri" w:hAnsi="Calibri" w:cs="Calibri" w:eastAsia="宋体"/>
        </w:rPr>
        <w:t>刘烨</w:t>
      </w:r>
    </w:p>
    <w:p>
      <w:pPr>
        <w:spacing w:after="100"/>
      </w:pPr>
      <w:r>
        <w:rPr>
          <w:rFonts w:ascii="Calibri" w:hAnsi="Calibri" w:cs="Calibri" w:eastAsia="宋体"/>
        </w:rPr>
        <w:t>漂亮大姐姐</w:t>
      </w:r>
    </w:p>
    <w:p>
      <w:pPr>
        <w:spacing w:after="100"/>
      </w:pPr>
      <w:r>
        <w:rPr>
          <w:rFonts w:ascii="Calibri" w:hAnsi="Calibri" w:cs="Calibri" w:eastAsia="宋体"/>
        </w:rPr>
        <w:t>温馨体贴</w:t>
      </w:r>
    </w:p>
    <w:p>
      <w:pPr>
        <w:spacing w:after="100"/>
      </w:pPr>
      <w:r>
        <w:rPr>
          <w:rFonts w:ascii="Calibri" w:hAnsi="Calibri" w:cs="Calibri" w:eastAsia="宋体"/>
        </w:rPr>
        <w:t>医生姓名：</w:t>
      </w:r>
      <w:r>
        <w:rPr>
          <w:rFonts w:ascii="Calibri" w:hAnsi="Calibri" w:cs="Calibri" w:eastAsia="宋体"/>
        </w:rPr>
        <w:t>刘烨</w:t>
      </w:r>
      <w:r>
        <w:rPr>
          <w:rFonts w:ascii="Calibri" w:hAnsi="Calibri" w:cs="Calibri" w:eastAsia="宋体"/>
        </w:rPr>
        <w:t xml:space="preserve"> 所在医院：</w:t>
      </w:r>
      <w:r>
        <w:rPr>
          <w:rFonts w:ascii="Calibri" w:hAnsi="Calibri" w:cs="Calibri" w:eastAsia="宋体"/>
        </w:rPr>
        <w:t>北京大学第三医院</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跨性别相关内容如跨性别初诊咨询、启动内分泌治疗、激素治疗复诊、性别重置主体手术咨询等服务，均需挂“易性症门诊”就诊，其他门诊时段不接诊上述医疗咨询和复诊。</w:t>
      </w:r>
    </w:p>
    <w:p>
      <w:pPr>
        <w:spacing w:after="100"/>
      </w:pPr>
      <w:r>
        <w:rPr>
          <w:rFonts w:ascii="Calibri" w:hAnsi="Calibri" w:cs="Calibri" w:eastAsia="宋体"/>
        </w:rPr>
        <w:t xml:space="preserve">如何挂号详见 </w:t>
      </w:r>
      <w:r>
        <w:rPr>
          <w:rFonts w:ascii="Calibri" w:hAnsi="Calibri" w:cs="Calibri" w:eastAsia="宋体"/>
        </w:rPr>
        <w:t>北医三院：预约挂号</w:t>
      </w:r>
      <w:r>
        <w:rPr>
          <w:rFonts w:ascii="Calibri" w:hAnsi="Calibri" w:cs="Calibri" w:eastAsia="宋体"/>
        </w:rPr>
        <w:t>。</w:t>
      </w:r>
    </w:p>
    <w:p>
      <w:pPr>
        <w:pStyle w:val="Heading4"/>
      </w:pPr>
      <w:r>
        <w:rPr>
          <w:rFonts w:ascii="Calibri" w:hAnsi="Calibri" w:cs="Calibri" w:eastAsia="宋体"/>
        </w:rPr>
        <w:t>青春期阻断剂相关事宜</w:t>
      </w:r>
    </w:p>
    <w:p>
      <w:pPr>
        <w:spacing w:after="100"/>
      </w:pPr>
      <w:r>
        <w:rPr>
          <w:rFonts w:ascii="Calibri" w:hAnsi="Calibri" w:cs="Calibri" w:eastAsia="宋体"/>
        </w:rPr>
        <w:t>医生可能会建议包括但不限于</w:t>
      </w:r>
      <w:r>
        <w:rPr>
          <w:rFonts w:ascii="Calibri" w:hAnsi="Calibri" w:cs="Calibri" w:eastAsia="宋体"/>
          <w:b/>
        </w:rPr>
        <w:t>未满16岁且父母知情同意</w:t>
      </w:r>
      <w:r>
        <w:rPr>
          <w:rFonts w:ascii="Calibri" w:hAnsi="Calibri" w:cs="Calibri" w:eastAsia="宋体"/>
        </w:rPr>
        <w:t>或</w:t>
      </w:r>
      <w:r>
        <w:rPr>
          <w:rFonts w:ascii="Calibri" w:hAnsi="Calibri" w:cs="Calibri" w:eastAsia="宋体"/>
          <w:b/>
        </w:rPr>
        <w:t>已满16岁但父母不坚定支持使用激素治疗</w:t>
      </w:r>
      <w:r>
        <w:rPr>
          <w:rFonts w:ascii="Calibri" w:hAnsi="Calibri" w:cs="Calibri" w:eastAsia="宋体"/>
        </w:rPr>
        <w:t>等情况使用青春期阻断剂。</w:t>
      </w:r>
    </w:p>
    <w:p>
      <w:pPr>
        <w:spacing w:after="100"/>
      </w:pPr>
      <w:r>
        <w:rPr>
          <w:rFonts w:ascii="Calibri" w:hAnsi="Calibri" w:cs="Calibri" w:eastAsia="宋体"/>
        </w:rPr>
        <w:t>要求符合易性症诊断，可能需要住院进行检查，北医三院内分泌科床位比较紧张，可能需要等候约一个月左右。</w:t>
      </w:r>
    </w:p>
    <w:p>
      <w:pPr>
        <w:spacing w:after="100"/>
      </w:pPr>
      <w:r>
        <w:rPr>
          <w:rFonts w:ascii="Calibri" w:hAnsi="Calibri" w:cs="Calibri" w:eastAsia="宋体"/>
        </w:rPr>
        <w:t>仅供参考，勿作他用。</w:t>
      </w:r>
    </w:p>
    <w:p>
      <w:pPr>
        <w:spacing w:after="100"/>
      </w:pPr>
      <w:r>
        <w:rPr>
          <w:rFonts w:ascii="Calibri" w:hAnsi="Calibri" w:cs="Calibri" w:eastAsia="宋体"/>
        </w:rPr>
        <w:t>首次开方为1月缓释制剂，</w:t>
      </w:r>
      <w:r>
        <w:rPr>
          <w:rFonts w:ascii="Calibri" w:hAnsi="Calibri" w:cs="Calibri" w:eastAsia="宋体"/>
          <w:b/>
        </w:rPr>
        <w:t>需要在本院取药1次量，本院无法进行门诊注射，开具“院外注射证明”（需盖医院公章）便于在本地注射</w:t>
      </w:r>
      <w:r>
        <w:rPr>
          <w:rFonts w:ascii="Calibri" w:hAnsi="Calibri" w:cs="Calibri" w:eastAsia="宋体"/>
        </w:rPr>
        <w:t>，医生表示本次开具初次处方后，可以在本地有该药品的医院续方、注射，按现行集采中选价估算，药物花费约每月 900 元</w:t>
      </w:r>
      <w:r>
        <w:rPr>
          <w:rFonts w:ascii="Calibri" w:hAnsi="Calibri" w:cs="Calibri" w:eastAsia="宋体"/>
          <w:vertAlign w:val="superscript"/>
        </w:rPr>
        <w:t>1</w:t>
      </w:r>
      <w:r>
        <w:rPr>
          <w:rFonts w:ascii="Calibri" w:hAnsi="Calibri" w:cs="Calibri" w:eastAsia="宋体"/>
        </w:rPr>
        <w:t>。</w:t>
      </w:r>
    </w:p>
    <w:p>
      <w:pPr>
        <w:spacing w:after="100"/>
      </w:pPr>
      <w:r>
        <w:rPr>
          <w:rFonts w:ascii="Calibri" w:hAnsi="Calibri" w:cs="Calibri" w:eastAsia="宋体"/>
        </w:rPr>
        <w:t>后续复诊可换用 3 月缓释制剂（注射用醋酸亮丙瑞林微球 11.25 mg），可减少注射频率，药物花费约每 3 月 2093.77 元</w:t>
      </w:r>
      <w:r>
        <w:rPr>
          <w:rFonts w:ascii="Calibri" w:hAnsi="Calibri" w:cs="Calibri" w:eastAsia="宋体"/>
          <w:vertAlign w:val="superscript"/>
        </w:rPr>
        <w:t>2</w:t>
      </w:r>
      <w:r>
        <w:rPr>
          <w:rFonts w:ascii="Calibri" w:hAnsi="Calibri" w:cs="Calibri" w:eastAsia="宋体"/>
        </w:rPr>
        <w:t>。</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4"/>
      </w:pPr>
      <w:r>
        <w:rPr>
          <w:rFonts w:ascii="Calibri" w:hAnsi="Calibri" w:cs="Calibri" w:eastAsia="宋体"/>
        </w:rPr>
        <w:t>问诊细节</w:t>
      </w:r>
    </w:p>
    <w:p>
      <w:pPr>
        <w:spacing w:after="100"/>
      </w:pPr>
      <w:r>
        <w:rPr>
          <w:rFonts w:ascii="Calibri" w:hAnsi="Calibri" w:cs="Calibri" w:eastAsia="宋体"/>
        </w:rPr>
        <w:t>前往三层一诊区刷码排队候诊。</w:t>
      </w:r>
    </w:p>
    <w:p>
      <w:pPr>
        <w:spacing w:after="100"/>
      </w:pPr>
      <w:r>
        <w:rPr>
          <w:rFonts w:ascii="Calibri" w:hAnsi="Calibri" w:cs="Calibri" w:eastAsia="宋体"/>
        </w:rPr>
        <w:t>医生未成年友好</w:t>
      </w:r>
    </w:p>
    <w:p>
      <w:pPr>
        <w:spacing w:after="100"/>
      </w:pPr>
      <w:r>
        <w:rPr>
          <w:rFonts w:ascii="Calibri" w:hAnsi="Calibri" w:cs="Calibri" w:eastAsia="宋体"/>
        </w:rPr>
        <w:t>医生可能会推荐维生素 D，写在病历中但是不提供处方。</w:t>
      </w:r>
    </w:p>
    <w:p>
      <w:pPr>
        <w:spacing w:after="100"/>
      </w:pPr>
      <w:r>
        <w:rPr>
          <w:rFonts w:ascii="Calibri" w:hAnsi="Calibri" w:cs="Calibri" w:eastAsia="宋体"/>
        </w:rPr>
        <w:t>可以开具「建议以女性标准体测」的证明，无法开具「建议免测」「避免剧烈运动」等证明。</w:t>
      </w:r>
    </w:p>
    <w:p>
      <w:pPr>
        <w:pStyle w:val="Heading4"/>
      </w:pPr>
      <w:r>
        <w:rPr>
          <w:rFonts w:ascii="Calibri" w:hAnsi="Calibri" w:cs="Calibri" w:eastAsia="宋体"/>
        </w:rPr>
        <w:t>注意事项</w:t>
      </w:r>
    </w:p>
    <w:p>
      <w:pPr>
        <w:spacing w:after="100"/>
      </w:pPr>
      <w:r>
        <w:rPr>
          <w:rFonts w:ascii="Calibri" w:hAnsi="Calibri" w:cs="Calibri" w:eastAsia="宋体"/>
        </w:rPr>
        <w:t>因存在医保拒付的先例，刘烨等内分泌科医生有几率因⌈易性症医保无法报销⌋为由将检查项目开为自费项目，请特别注意。有部分内分泌科医生因此会选择在检查单上使用⌈体检⌋作为临床诊断导致无法正常通过医保进行报销。</w:t>
      </w:r>
    </w:p>
    <w:p>
      <w:pPr>
        <w:spacing w:after="100"/>
      </w:pPr>
      <w:r>
        <w:rPr>
          <w:rFonts w:ascii="Calibri" w:hAnsi="Calibri" w:cs="Calibri" w:eastAsia="宋体"/>
        </w:rPr>
        <w:t>刘烨对非二元性别群体激素治疗缺乏经验，可能会拒绝开具处方。</w:t>
      </w:r>
    </w:p>
    <w:p>
      <w:pPr>
        <w:pStyle w:val="Heading4"/>
      </w:pPr>
      <w:r>
        <w:rPr>
          <w:rFonts w:ascii="Calibri" w:hAnsi="Calibri" w:cs="Calibri" w:eastAsia="宋体"/>
        </w:rPr>
        <w:t>处方与用药建议</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3.75 mg 每月剂型的现行集采中选价为 896.98 元（国产，见</w:t>
      </w:r>
      <w:r>
        <w:rPr>
          <w:rFonts w:ascii="Calibri" w:hAnsi="Calibri" w:cs="Calibri" w:eastAsia="宋体"/>
        </w:rPr>
        <w:t>亳州市卫生健康委员会药品价格公示</w:t>
      </w:r>
      <w:r>
        <w:rPr>
          <w:rFonts w:ascii="Calibri" w:hAnsi="Calibri" w:cs="Calibri" w:eastAsia="宋体"/>
        </w:rPr>
        <w:t>）～902.98 元（原研，广东联盟接续采购中选结果，见</w:t>
      </w:r>
      <w:r>
        <w:rPr>
          <w:rFonts w:ascii="Calibri" w:hAnsi="Calibri" w:cs="Calibri" w:eastAsia="宋体"/>
        </w:rPr>
        <w:t>南方都市报 2026-02-04 报道</w:t>
      </w:r>
      <w:r>
        <w:rPr>
          <w:rFonts w:ascii="Calibri" w:hAnsi="Calibri" w:cs="Calibri" w:eastAsia="宋体"/>
        </w:rPr>
        <w:t xml:space="preserve">）。各地实际售价可能不同。 </w:t>
      </w:r>
    </w:p>
    <w:p>
      <w:pPr>
        <w:spacing w:before="20" w:after="40"/>
        <w:ind w:left="425" w:hanging="312"/>
      </w:pPr>
      <w:r>
        <w:rPr>
          <w:rFonts w:ascii="Calibri" w:hAnsi="Calibri" w:cs="Calibri" w:eastAsia="宋体"/>
        </w:rPr>
        <w:t xml:space="preserve">2. </w:t>
      </w:r>
      <w:r>
        <w:rPr>
          <w:rFonts w:ascii="Calibri" w:hAnsi="Calibri" w:cs="Calibri" w:eastAsia="宋体"/>
        </w:rPr>
        <w:t xml:space="preserve">北京大学第三医院. 药品查询 [EB/OL]. </w:t>
      </w:r>
      <w:r>
        <w:rPr>
          <w:rFonts w:ascii="Calibri" w:hAnsi="Calibri" w:cs="Calibri" w:eastAsia="宋体"/>
        </w:rPr>
        <w:t>https://www.puh3.net.cn/patient/index.html#/drugQuery</w:t>
      </w:r>
      <w:r>
        <w:rPr>
          <w:rFonts w:ascii="Calibri" w:hAnsi="Calibri" w:cs="Calibri" w:eastAsia="宋体"/>
        </w:rPr>
        <w:t xml:space="preserve">（2026 年 9 月查询：注射用醋酸亮丙瑞林微球，进口 11.25 mg × 1 支/盒，2093.77 元） </w:t>
      </w:r>
    </w:p>
    <w:p>
      <w:pPr>
        <w:pStyle w:val="Heading3"/>
      </w:pPr>
      <w:r>
        <w:rPr>
          <w:rFonts w:ascii="Calibri" w:hAnsi="Calibri" w:cs="Calibri" w:eastAsia="微软雅黑"/>
        </w:rPr>
        <w:t>3.2.2  常旭</w:t>
      </w:r>
    </w:p>
    <w:p>
      <w:pPr>
        <w:spacing w:after="160"/>
      </w:pPr>
      <w:r>
        <w:rPr>
          <w:rFonts w:ascii="Calibri" w:hAnsi="Calibri" w:cs="Calibri" w:eastAsia="宋体"/>
          <w:color w:val="6B7280"/>
          <w:sz w:val="16"/>
        </w:rPr>
        <w:t>原文：https://mtf.wiki/zh-cn/docs/hrt/puth/chang-xu · 最近更新：2024年10月15日</w:t>
      </w:r>
    </w:p>
    <w:p>
      <w:pPr>
        <w:pStyle w:val="Heading4"/>
      </w:pPr>
      <w:r>
        <w:rPr>
          <w:rFonts w:ascii="Calibri" w:hAnsi="Calibri" w:cs="Calibri" w:eastAsia="宋体"/>
        </w:rPr>
        <w:t>常旭</w:t>
      </w:r>
    </w:p>
    <w:p>
      <w:pPr>
        <w:spacing w:after="100"/>
      </w:pPr>
      <w:r>
        <w:rPr>
          <w:rFonts w:ascii="Calibri" w:hAnsi="Calibri" w:cs="Calibri" w:eastAsia="宋体"/>
        </w:rPr>
        <w:t>超级帅</w:t>
      </w:r>
    </w:p>
    <w:p>
      <w:pPr>
        <w:spacing w:after="100"/>
      </w:pPr>
      <w:r>
        <w:rPr>
          <w:rFonts w:ascii="Calibri" w:hAnsi="Calibri" w:cs="Calibri" w:eastAsia="宋体"/>
        </w:rPr>
        <w:t>拍照片</w:t>
      </w:r>
    </w:p>
    <w:p>
      <w:pPr>
        <w:spacing w:after="100"/>
      </w:pPr>
      <w:r>
        <w:rPr>
          <w:rFonts w:ascii="Calibri" w:hAnsi="Calibri" w:cs="Calibri" w:eastAsia="宋体"/>
        </w:rPr>
        <w:t>医生姓名：</w:t>
      </w:r>
      <w:r>
        <w:rPr>
          <w:rFonts w:ascii="Calibri" w:hAnsi="Calibri" w:cs="Calibri" w:eastAsia="宋体"/>
        </w:rPr>
        <w:t>常旭</w:t>
      </w:r>
      <w:r>
        <w:rPr>
          <w:rFonts w:ascii="Calibri" w:hAnsi="Calibri" w:cs="Calibri" w:eastAsia="宋体"/>
        </w:rPr>
        <w:t xml:space="preserve"> 所在医院：</w:t>
      </w:r>
      <w:r>
        <w:rPr>
          <w:rFonts w:ascii="Calibri" w:hAnsi="Calibri" w:cs="Calibri" w:eastAsia="宋体"/>
        </w:rPr>
        <w:t>北京大学第三医院</w:t>
      </w:r>
    </w:p>
    <w:p>
      <w:pPr>
        <w:spacing w:after="100"/>
      </w:pPr>
      <w:r>
        <w:rPr>
          <w:rFonts w:ascii="Calibri" w:hAnsi="Calibri" w:cs="Calibri" w:eastAsia="宋体"/>
        </w:rPr>
        <w:t>其若出诊普通门诊在挂号时不显示出诊医生，如需指定常旭医生请在线下签到时向分诊台说明。</w:t>
      </w:r>
    </w:p>
    <w:p>
      <w:pPr>
        <w:spacing w:after="100"/>
      </w:pPr>
      <w:r>
        <w:rPr>
          <w:rFonts w:ascii="Calibri" w:hAnsi="Calibri" w:cs="Calibri" w:eastAsia="宋体"/>
        </w:rPr>
        <w:t xml:space="preserve">如何挂号详见 </w:t>
      </w:r>
      <w:r>
        <w:rPr>
          <w:rFonts w:ascii="Calibri" w:hAnsi="Calibri" w:cs="Calibri" w:eastAsia="宋体"/>
        </w:rPr>
        <w:t>北医三院：预约挂号</w:t>
      </w:r>
      <w:r>
        <w:rPr>
          <w:rFonts w:ascii="Calibri" w:hAnsi="Calibri" w:cs="Calibri" w:eastAsia="宋体"/>
        </w:rPr>
        <w:t>。</w:t>
      </w:r>
    </w:p>
    <w:p>
      <w:pPr>
        <w:pStyle w:val="Heading4"/>
      </w:pPr>
      <w:r>
        <w:rPr>
          <w:rFonts w:ascii="Calibri" w:hAnsi="Calibri" w:cs="Calibri" w:eastAsia="宋体"/>
        </w:rPr>
        <w:t>问诊</w:t>
      </w:r>
    </w:p>
    <w:p>
      <w:pPr>
        <w:spacing w:after="100"/>
      </w:pPr>
      <w:r>
        <w:rPr>
          <w:rFonts w:ascii="Calibri" w:hAnsi="Calibri" w:cs="Calibri" w:eastAsia="宋体"/>
        </w:rPr>
        <w:t>常旭医生可在家长同意的前提下开具 HRT 处方和激素治疗相关检查。</w:t>
      </w:r>
    </w:p>
    <w:p>
      <w:pPr>
        <w:spacing w:after="100"/>
      </w:pPr>
      <w:r>
        <w:rPr>
          <w:rFonts w:ascii="Calibri" w:hAnsi="Calibri" w:cs="Calibri" w:eastAsia="宋体"/>
        </w:rPr>
        <w:t>常旭医生为北医三院阴道成型主刀医生之一，可向其咨询 SRS、FFS 等外科手术相关信息。</w:t>
      </w:r>
    </w:p>
    <w:p>
      <w:pPr>
        <w:pStyle w:val="Heading3"/>
      </w:pPr>
      <w:r>
        <w:rPr>
          <w:rFonts w:ascii="Calibri" w:hAnsi="Calibri" w:cs="Calibri" w:eastAsia="微软雅黑"/>
        </w:rPr>
        <w:t>3.2.3  潘柏林</w:t>
      </w:r>
    </w:p>
    <w:p>
      <w:pPr>
        <w:spacing w:after="160"/>
      </w:pPr>
      <w:r>
        <w:rPr>
          <w:rFonts w:ascii="Calibri" w:hAnsi="Calibri" w:cs="Calibri" w:eastAsia="宋体"/>
          <w:color w:val="6B7280"/>
          <w:sz w:val="16"/>
        </w:rPr>
        <w:t>原文：https://mtf.wiki/zh-cn/docs/hrt/puth/pan-bailin · 最近更新：2025年2月8日</w:t>
      </w:r>
    </w:p>
    <w:p>
      <w:pPr>
        <w:pStyle w:val="Heading4"/>
      </w:pPr>
      <w:r>
        <w:rPr>
          <w:rFonts w:ascii="Calibri" w:hAnsi="Calibri" w:cs="Calibri" w:eastAsia="宋体"/>
        </w:rPr>
        <w:t>潘</w:t>
      </w:r>
      <w:r>
        <w:rPr>
          <w:rFonts w:ascii="Calibri" w:hAnsi="Calibri" w:cs="Calibri" w:eastAsia="宋体"/>
        </w:rPr>
        <w:t>柏</w:t>
      </w:r>
      <w:r>
        <w:rPr>
          <w:rFonts w:ascii="Calibri" w:hAnsi="Calibri" w:cs="Calibri" w:eastAsia="宋体"/>
        </w:rPr>
        <w:t>（Bǎi）</w:t>
      </w:r>
      <w:r>
        <w:rPr>
          <w:rFonts w:ascii="Calibri" w:hAnsi="Calibri" w:cs="Calibri" w:eastAsia="宋体"/>
        </w:rPr>
        <w:t>林</w:t>
      </w:r>
    </w:p>
    <w:p>
      <w:pPr>
        <w:spacing w:after="100"/>
      </w:pPr>
      <w:r>
        <w:rPr>
          <w:rFonts w:ascii="Calibri" w:hAnsi="Calibri" w:cs="Calibri" w:eastAsia="宋体"/>
        </w:rPr>
        <w:t>超级帅</w:t>
      </w:r>
    </w:p>
    <w:p>
      <w:pPr>
        <w:spacing w:after="100"/>
      </w:pPr>
      <w:r>
        <w:rPr>
          <w:rFonts w:ascii="Calibri" w:hAnsi="Calibri" w:cs="Calibri" w:eastAsia="宋体"/>
        </w:rPr>
        <w:t>拍照片</w:t>
      </w:r>
    </w:p>
    <w:p>
      <w:pPr>
        <w:spacing w:after="100"/>
      </w:pPr>
      <w:r>
        <w:rPr>
          <w:rFonts w:ascii="Calibri" w:hAnsi="Calibri" w:cs="Calibri" w:eastAsia="宋体"/>
        </w:rPr>
        <w:t>医生姓名：</w:t>
      </w:r>
      <w:r>
        <w:rPr>
          <w:rFonts w:ascii="Calibri" w:hAnsi="Calibri" w:cs="Calibri" w:eastAsia="宋体"/>
        </w:rPr>
        <w:t>潘柏林</w:t>
      </w:r>
    </w:p>
    <w:p>
      <w:pPr>
        <w:spacing w:after="100"/>
      </w:pPr>
      <w:r>
        <w:rPr>
          <w:rFonts w:ascii="Calibri" w:hAnsi="Calibri" w:cs="Calibri" w:eastAsia="宋体"/>
        </w:rPr>
        <w:t>所在医院：</w:t>
      </w:r>
      <w:r>
        <w:rPr>
          <w:rFonts w:ascii="Calibri" w:hAnsi="Calibri" w:cs="Calibri" w:eastAsia="宋体"/>
        </w:rPr>
        <w:t>北京大学第三医院</w:t>
      </w:r>
    </w:p>
    <w:p>
      <w:pPr>
        <w:spacing w:after="100"/>
      </w:pPr>
      <w:r>
        <w:rPr>
          <w:rFonts w:ascii="Calibri" w:hAnsi="Calibri" w:cs="Calibri" w:eastAsia="宋体"/>
        </w:rPr>
        <w:t>潘柏林医生的个人空间 - 哔哩哔哩视频</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潘柏林会向跨儿本人及家长建议生育力保存，即精子冻存。</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跨性别相关内容如跨性别初诊咨询、启动内分泌治疗、激素治疗复诊、性别重置主体手术咨询等服务，均需挂“易性症门诊”就诊，其他门诊时段不接诊上述医疗咨询和复诊。</w:t>
      </w:r>
    </w:p>
    <w:p>
      <w:pPr>
        <w:spacing w:after="100"/>
      </w:pPr>
      <w:r>
        <w:rPr>
          <w:rFonts w:ascii="Calibri" w:hAnsi="Calibri" w:cs="Calibri" w:eastAsia="宋体"/>
        </w:rPr>
        <w:t xml:space="preserve">如何挂号详见 </w:t>
      </w:r>
      <w:r>
        <w:rPr>
          <w:rFonts w:ascii="Calibri" w:hAnsi="Calibri" w:cs="Calibri" w:eastAsia="宋体"/>
        </w:rPr>
        <w:t>北医三院：预约挂号</w:t>
      </w:r>
      <w:r>
        <w:rPr>
          <w:rFonts w:ascii="Calibri" w:hAnsi="Calibri" w:cs="Calibri" w:eastAsia="宋体"/>
        </w:rPr>
        <w:t>。</w:t>
      </w:r>
    </w:p>
    <w:p>
      <w:pPr>
        <w:pStyle w:val="Heading4"/>
      </w:pPr>
      <w:r>
        <w:rPr>
          <w:rFonts w:ascii="Calibri" w:hAnsi="Calibri" w:cs="Calibri" w:eastAsia="宋体"/>
        </w:rPr>
        <w:t>问诊细节</w:t>
      </w:r>
    </w:p>
    <w:p>
      <w:pPr>
        <w:spacing w:after="100"/>
      </w:pPr>
      <w:r>
        <w:rPr>
          <w:rFonts w:ascii="Calibri" w:hAnsi="Calibri" w:cs="Calibri" w:eastAsia="宋体"/>
        </w:rPr>
        <w:t>诊室位于健康医学楼七楼西侧（出电梯右拐），到后在分诊台刷码排队候诊。潘柏林大约 17:30 会来，他开具的检查单可正常走医保，目前尚未收到医保拒付的先例。会被要求填写一个调查性问卷。</w:t>
      </w:r>
    </w:p>
    <w:p>
      <w:pPr>
        <w:spacing w:after="100"/>
      </w:pPr>
      <w:r>
        <w:rPr>
          <w:rFonts w:ascii="Calibri" w:hAnsi="Calibri" w:cs="Calibri" w:eastAsia="宋体"/>
        </w:rPr>
        <w:t>在有了检测报告第二次去的时候潘柏林会问你父母的意见如何，然后会让你现场打电话确认。潘医生会劝家长。</w:t>
      </w:r>
    </w:p>
    <w:p>
      <w:pPr>
        <w:spacing w:after="100"/>
      </w:pPr>
      <w:r>
        <w:rPr>
          <w:rFonts w:ascii="Calibri" w:hAnsi="Calibri" w:cs="Calibri" w:eastAsia="宋体"/>
        </w:rPr>
        <w:t>潘医生专业为鼻唇整形，有 FFS 需要可以询问。</w:t>
      </w:r>
    </w:p>
    <w:p>
      <w:pPr>
        <w:pStyle w:val="Heading4"/>
      </w:pPr>
      <w:r>
        <w:rPr>
          <w:rFonts w:ascii="Calibri" w:hAnsi="Calibri" w:cs="Calibri" w:eastAsia="宋体"/>
        </w:rPr>
        <w:t>注意事项</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关于拍照片</w:t>
      </w:r>
    </w:p>
    <w:p>
      <w:pPr>
        <w:shd w:val="clear" w:color="auto" w:fill="EFF6FF"/>
        <w:pBdr>
          <w:left w:val="single" w:sz="18" w:space="6" w:color="3B82F6"/>
        </w:pBdr>
        <w:spacing w:after="40"/>
      </w:pPr>
      <w:r>
        <w:rPr>
          <w:rFonts w:ascii="Calibri" w:hAnsi="Calibri" w:cs="Calibri" w:eastAsia="宋体"/>
        </w:rPr>
        <w:t>拍裸照是外科检查的一种，是潘柏林医生为了获取跨性别者对于激素药物的反应而进行的定性数据的获取，并放入病历中进行留档，并进行临床研究，类似于拍 X 光片或是做 CT．</w:t>
      </w:r>
    </w:p>
    <w:p>
      <w:pPr>
        <w:shd w:val="clear" w:color="auto" w:fill="EFF6FF"/>
        <w:pBdr>
          <w:left w:val="single" w:sz="18" w:space="6" w:color="3B82F6"/>
        </w:pBdr>
        <w:spacing w:after="40"/>
      </w:pPr>
      <w:r>
        <w:rPr>
          <w:rFonts w:ascii="Calibri" w:hAnsi="Calibri" w:cs="Calibri" w:eastAsia="宋体"/>
        </w:rPr>
        <w:t>所有在整形外科接受整形治疗的患者基本都要进行拍照，其原因主要也是为了放入患者的整形病历中留档并进行临床研究。</w:t>
      </w:r>
    </w:p>
    <w:p>
      <w:pPr>
        <w:shd w:val="clear" w:color="auto" w:fill="EFF6FF"/>
        <w:pBdr>
          <w:left w:val="single" w:sz="18" w:space="6" w:color="3B82F6"/>
        </w:pBdr>
        <w:spacing w:after="40"/>
      </w:pPr>
      <w:r>
        <w:rPr>
          <w:rFonts w:ascii="Calibri" w:hAnsi="Calibri" w:cs="Calibri" w:eastAsia="宋体"/>
        </w:rPr>
        <w:t>在进行拍照之前，潘医生会通过书面形式告知。如有用于研究的需要，将会提前告知。</w:t>
      </w:r>
    </w:p>
    <w:p>
      <w:pPr>
        <w:shd w:val="clear" w:color="auto" w:fill="EFF6FF"/>
        <w:pBdr>
          <w:left w:val="single" w:sz="18" w:space="6" w:color="3B82F6"/>
        </w:pBdr>
        <w:spacing w:after="40"/>
      </w:pPr>
      <w:r>
        <w:rPr>
          <w:rFonts w:ascii="Calibri" w:hAnsi="Calibri" w:cs="Calibri" w:eastAsia="宋体"/>
        </w:rPr>
        <w:t xml:space="preserve">如不愿意被拍照，可直接去找 </w:t>
      </w:r>
      <w:r>
        <w:rPr>
          <w:rFonts w:ascii="Calibri" w:hAnsi="Calibri" w:cs="Calibri" w:eastAsia="宋体"/>
        </w:rPr>
        <w:t>刘烨</w:t>
      </w:r>
      <w:r>
        <w:rPr>
          <w:rFonts w:ascii="Calibri" w:hAnsi="Calibri" w:cs="Calibri" w:eastAsia="宋体"/>
        </w:rPr>
        <w:t xml:space="preserve"> 医生。</w:t>
      </w:r>
    </w:p>
    <w:p>
      <w:pPr>
        <w:pStyle w:val="Heading4"/>
      </w:pPr>
      <w:r>
        <w:rPr>
          <w:rFonts w:ascii="Calibri" w:hAnsi="Calibri" w:cs="Calibri" w:eastAsia="宋体"/>
        </w:rPr>
        <w:t>检测项目</w:t>
      </w:r>
    </w:p>
    <w:p>
      <w:pPr>
        <w:pStyle w:val="Heading4"/>
      </w:pPr>
      <w:r>
        <w:rPr>
          <w:rFonts w:ascii="Calibri" w:hAnsi="Calibri" w:cs="Calibri" w:eastAsia="宋体"/>
        </w:rPr>
        <w:t>处方</w:t>
      </w:r>
    </w:p>
    <w:p>
      <w:pPr>
        <w:spacing w:before="20" w:after="40"/>
        <w:ind w:left="425" w:hanging="312"/>
      </w:pPr>
      <w:r>
        <w:rPr>
          <w:rFonts w:ascii="Calibri" w:hAnsi="Calibri" w:cs="Calibri" w:eastAsia="宋体"/>
        </w:rPr>
        <w:t xml:space="preserve">1. </w:t>
      </w:r>
      <w:r>
        <w:rPr>
          <w:rFonts w:ascii="Calibri" w:hAnsi="Calibri" w:cs="Calibri" w:eastAsia="宋体"/>
        </w:rPr>
        <w:t>北医三院药房目前并无醋酸环丙孕酮。如有需要可请医生在处方上手写加注，自行院外购买；或于好大夫在线</w:t>
      </w:r>
      <w:r>
        <w:rPr>
          <w:rFonts w:ascii="Calibri" w:hAnsi="Calibri" w:cs="Calibri" w:eastAsia="宋体"/>
        </w:rPr>
        <w:t>线上问诊</w:t>
      </w:r>
      <w:r>
        <w:rPr>
          <w:rFonts w:ascii="Calibri" w:hAnsi="Calibri" w:cs="Calibri" w:eastAsia="宋体"/>
        </w:rPr>
        <w:t>并购买。</w:t>
      </w:r>
    </w:p>
    <w:p>
      <w:pPr>
        <w:spacing w:before="20" w:after="40"/>
        <w:ind w:left="425" w:hanging="312"/>
      </w:pPr>
      <w:r>
        <w:rPr>
          <w:rFonts w:ascii="Calibri" w:hAnsi="Calibri" w:cs="Calibri" w:eastAsia="宋体"/>
        </w:rPr>
        <w:t xml:space="preserve">2. </w:t>
      </w:r>
      <w:r>
        <w:rPr>
          <w:rFonts w:ascii="Calibri" w:hAnsi="Calibri" w:cs="Calibri" w:eastAsia="宋体"/>
        </w:rPr>
        <w:t>北医三院药房有爱斯妥，目前可开出。</w:t>
      </w:r>
    </w:p>
    <w:p>
      <w:pPr>
        <w:pStyle w:val="Heading2"/>
      </w:pPr>
      <w:r>
        <w:rPr>
          <w:rFonts w:ascii="Calibri" w:hAnsi="Calibri" w:cs="Calibri" w:eastAsia="微软雅黑"/>
        </w:rPr>
        <w:t>3.3  长沙湘雅三院｜龙智</w:t>
      </w:r>
    </w:p>
    <w:p>
      <w:pPr>
        <w:spacing w:after="160"/>
      </w:pPr>
      <w:r>
        <w:rPr>
          <w:rFonts w:ascii="Calibri" w:hAnsi="Calibri" w:cs="Calibri" w:eastAsia="宋体"/>
          <w:color w:val="6B7280"/>
          <w:sz w:val="16"/>
        </w:rPr>
        <w:t>原文：https://mtf.wiki/zh-cn/docs/hrt/xiangya3 · 最近更新：2025年12月8日</w:t>
      </w:r>
    </w:p>
    <w:p>
      <w:pPr>
        <w:spacing w:after="100"/>
      </w:pPr>
      <w:r>
        <w:rPr>
          <w:rFonts w:ascii="Calibri" w:hAnsi="Calibri" w:cs="Calibri" w:eastAsia="宋体"/>
        </w:rPr>
        <w:t>医生姓名：</w:t>
      </w:r>
      <w:r>
        <w:rPr>
          <w:rFonts w:ascii="Calibri" w:hAnsi="Calibri" w:cs="Calibri" w:eastAsia="宋体"/>
        </w:rPr>
        <w:t>龙智</w:t>
      </w:r>
    </w:p>
    <w:p>
      <w:pPr>
        <w:spacing w:after="100"/>
      </w:pPr>
      <w:r>
        <w:rPr>
          <w:rFonts w:ascii="Calibri" w:hAnsi="Calibri" w:cs="Calibri" w:eastAsia="宋体"/>
        </w:rPr>
        <w:t>所在医院：</w:t>
      </w:r>
      <w:r>
        <w:rPr>
          <w:rFonts w:ascii="Calibri" w:hAnsi="Calibri" w:cs="Calibri" w:eastAsia="宋体"/>
        </w:rPr>
        <w:t>中南大学湘雅三医院</w:t>
      </w:r>
    </w:p>
    <w:p>
      <w:pPr>
        <w:spacing w:after="100"/>
      </w:pPr>
      <w:r>
        <w:rPr>
          <w:rFonts w:ascii="Calibri" w:hAnsi="Calibri" w:cs="Calibri" w:eastAsia="宋体"/>
        </w:rPr>
        <w:t>出诊时间：</w:t>
      </w:r>
      <w:r>
        <w:rPr>
          <w:rFonts w:ascii="Calibri" w:hAnsi="Calibri" w:cs="Calibri" w:eastAsia="宋体"/>
        </w:rPr>
        <w:t>https://www.haodf.com/doctor/294961/xinxi-menzhen.html</w:t>
      </w:r>
    </w:p>
    <w:p>
      <w:pPr>
        <w:pStyle w:val="Heading3"/>
      </w:pPr>
      <w:r>
        <w:rPr>
          <w:rFonts w:ascii="Calibri" w:hAnsi="Calibri" w:cs="Calibri" w:eastAsia="宋体"/>
        </w:rPr>
        <w:t>HRT 处方开具指南</w:t>
      </w:r>
    </w:p>
    <w:p>
      <w:pPr>
        <w:spacing w:after="100"/>
      </w:pPr>
      <w:r>
        <w:rPr>
          <w:rFonts w:ascii="Calibri" w:hAnsi="Calibri" w:cs="Calibri" w:eastAsia="宋体"/>
        </w:rPr>
        <w:t>必须有「易性症」或相关的诊断证明，</w:t>
      </w:r>
      <w:r>
        <w:rPr>
          <w:rFonts w:ascii="Calibri" w:hAnsi="Calibri" w:cs="Calibri" w:eastAsia="宋体"/>
        </w:rPr>
        <w:t>程明</w:t>
      </w:r>
      <w:r>
        <w:rPr>
          <w:rFonts w:ascii="Calibri" w:hAnsi="Calibri" w:cs="Calibri" w:eastAsia="宋体"/>
        </w:rPr>
        <w:t>、</w:t>
      </w:r>
      <w:r>
        <w:rPr>
          <w:rFonts w:ascii="Calibri" w:hAnsi="Calibri" w:cs="Calibri" w:eastAsia="宋体"/>
        </w:rPr>
        <w:t>贺莹</w:t>
      </w:r>
      <w:r>
        <w:rPr>
          <w:rFonts w:ascii="Calibri" w:hAnsi="Calibri" w:cs="Calibri" w:eastAsia="宋体"/>
        </w:rPr>
        <w:t xml:space="preserve"> 的证明有效。</w:t>
      </w:r>
    </w:p>
    <w:p>
      <w:pPr>
        <w:spacing w:before="20" w:after="40"/>
        <w:ind w:left="425" w:hanging="312"/>
      </w:pPr>
      <w:r>
        <w:rPr>
          <w:rFonts w:ascii="Calibri" w:hAnsi="Calibri" w:cs="Calibri" w:eastAsia="宋体"/>
        </w:rPr>
        <w:t xml:space="preserve">1. </w:t>
      </w:r>
      <w:r>
        <w:rPr>
          <w:rFonts w:ascii="Calibri" w:hAnsi="Calibri" w:cs="Calibri" w:eastAsia="宋体"/>
        </w:rPr>
        <w:t>初诊必须携带身份证及诊断证明</w:t>
      </w:r>
    </w:p>
    <w:p>
      <w:pPr>
        <w:spacing w:before="20" w:after="40"/>
        <w:ind w:left="425" w:hanging="312"/>
      </w:pPr>
      <w:r>
        <w:rPr>
          <w:rFonts w:ascii="Calibri" w:hAnsi="Calibri" w:cs="Calibri" w:eastAsia="宋体"/>
        </w:rPr>
        <w:t xml:space="preserve">2. </w:t>
      </w:r>
      <w:r>
        <w:rPr>
          <w:rFonts w:ascii="Calibri" w:hAnsi="Calibri" w:cs="Calibri" w:eastAsia="宋体"/>
        </w:rPr>
        <w:t xml:space="preserve">提前在微信的「湘雅三 e 院」小程序里挂好 </w:t>
      </w:r>
      <w:r>
        <w:rPr>
          <w:rFonts w:ascii="Calibri" w:hAnsi="Calibri" w:cs="Calibri" w:eastAsia="宋体"/>
          <w:b/>
        </w:rPr>
        <w:t>龙智</w:t>
      </w:r>
      <w:r>
        <w:rPr>
          <w:rFonts w:ascii="Calibri" w:hAnsi="Calibri" w:cs="Calibri" w:eastAsia="宋体"/>
        </w:rPr>
        <w:t xml:space="preserve"> 医生的号，在</w:t>
      </w:r>
      <w:r>
        <w:rPr>
          <w:rFonts w:ascii="Calibri" w:hAnsi="Calibri" w:cs="Calibri" w:eastAsia="宋体"/>
        </w:rPr>
        <w:t>预约挂号-泌尿外科-男性专病</w:t>
      </w:r>
      <w:r>
        <w:rPr>
          <w:rFonts w:ascii="Calibri" w:hAnsi="Calibri" w:cs="Calibri" w:eastAsia="宋体"/>
        </w:rPr>
        <w:t>里找到他 （这会引起一部分人的 GD，但是他还算友跨，至少在提醒后愿意叫小姑娘）</w:t>
      </w:r>
    </w:p>
    <w:p>
      <w:pPr>
        <w:spacing w:before="20" w:after="40"/>
        <w:ind w:left="425" w:hanging="312"/>
      </w:pPr>
      <w:r>
        <w:rPr>
          <w:rFonts w:ascii="Calibri" w:hAnsi="Calibri" w:cs="Calibri" w:eastAsia="宋体"/>
        </w:rPr>
        <w:t xml:space="preserve">3. </w:t>
      </w:r>
      <w:r>
        <w:rPr>
          <w:rFonts w:ascii="Calibri" w:hAnsi="Calibri" w:cs="Calibri" w:eastAsia="宋体"/>
        </w:rPr>
        <w:t>建议在就诊当天提前 15 分钟抵达。</w:t>
      </w:r>
    </w:p>
    <w:p>
      <w:pPr>
        <w:spacing w:before="20" w:after="40"/>
        <w:ind w:left="425" w:hanging="312"/>
      </w:pPr>
      <w:r>
        <w:rPr>
          <w:rFonts w:ascii="Calibri" w:hAnsi="Calibri" w:cs="Calibri" w:eastAsia="宋体"/>
        </w:rPr>
        <w:t xml:space="preserve">4. </w:t>
      </w:r>
      <w:r>
        <w:rPr>
          <w:rFonts w:ascii="Calibri" w:hAnsi="Calibri" w:cs="Calibri" w:eastAsia="宋体"/>
        </w:rPr>
        <w:t>就诊地点在新门诊楼三楼A区泌尿外科</w:t>
      </w:r>
    </w:p>
    <w:p>
      <w:pPr>
        <w:spacing w:before="20" w:after="40"/>
        <w:ind w:left="425" w:hanging="312"/>
      </w:pPr>
      <w:r>
        <w:rPr>
          <w:rFonts w:ascii="Calibri" w:hAnsi="Calibri" w:cs="Calibri" w:eastAsia="宋体"/>
        </w:rPr>
        <w:t xml:space="preserve">5. </w:t>
      </w:r>
      <w:r>
        <w:rPr>
          <w:rFonts w:ascii="Calibri" w:hAnsi="Calibri" w:cs="Calibri" w:eastAsia="宋体"/>
        </w:rPr>
        <w:t>进入门诊楼后无需取号和建卡，到四楼后也无需报到</w:t>
      </w:r>
    </w:p>
    <w:p>
      <w:pPr>
        <w:spacing w:before="20" w:after="40"/>
        <w:ind w:left="425" w:hanging="312"/>
      </w:pPr>
      <w:r>
        <w:rPr>
          <w:rFonts w:ascii="Calibri" w:hAnsi="Calibri" w:cs="Calibri" w:eastAsia="宋体"/>
        </w:rPr>
        <w:t xml:space="preserve">6. </w:t>
      </w:r>
      <w:r>
        <w:rPr>
          <w:rFonts w:ascii="Calibri" w:hAnsi="Calibri" w:cs="Calibri" w:eastAsia="宋体"/>
        </w:rPr>
        <w:t>见到医生后直接说自己有易性倾向，想要开具相关药物的处方，出具证明，然后他会问你开什么药</w:t>
      </w:r>
    </w:p>
    <w:p>
      <w:pPr>
        <w:spacing w:before="20" w:after="40"/>
        <w:ind w:left="425" w:hanging="312"/>
      </w:pPr>
      <w:r>
        <w:rPr>
          <w:rFonts w:ascii="Calibri" w:hAnsi="Calibri" w:cs="Calibri" w:eastAsia="宋体"/>
        </w:rPr>
        <w:t xml:space="preserve">7. </w:t>
      </w:r>
      <w:r>
        <w:rPr>
          <w:rFonts w:ascii="Calibri" w:hAnsi="Calibri" w:cs="Calibri" w:eastAsia="宋体"/>
        </w:rPr>
        <w:t>因院方限制，每种药物每次就诊最多开具三盒，缴费后在门诊药房取药</w:t>
      </w:r>
    </w:p>
    <w:p>
      <w:pPr>
        <w:spacing w:before="20" w:after="40"/>
        <w:ind w:left="425" w:hanging="312"/>
      </w:pPr>
      <w:r>
        <w:rPr>
          <w:rFonts w:ascii="Calibri" w:hAnsi="Calibri" w:cs="Calibri" w:eastAsia="宋体"/>
        </w:rPr>
        <w:t xml:space="preserve">8. </w:t>
      </w:r>
      <w:r>
        <w:rPr>
          <w:rFonts w:ascii="Calibri" w:hAnsi="Calibri" w:cs="Calibri" w:eastAsia="宋体"/>
        </w:rPr>
        <w:t>院方支持药品顺丰邮寄</w:t>
      </w:r>
    </w:p>
    <w:p>
      <w:pPr>
        <w:spacing w:before="20" w:after="40"/>
        <w:ind w:left="425" w:hanging="312"/>
      </w:pPr>
      <w:r>
        <w:rPr>
          <w:rFonts w:ascii="Calibri" w:hAnsi="Calibri" w:cs="Calibri" w:eastAsia="宋体"/>
        </w:rPr>
        <w:t xml:space="preserve">9. </w:t>
      </w:r>
      <w:r>
        <w:rPr>
          <w:rFonts w:ascii="Calibri" w:hAnsi="Calibri" w:cs="Calibri" w:eastAsia="宋体"/>
        </w:rPr>
        <w:t>第二次就诊及后续复诊可于「好大夫在线」App 上进行</w:t>
      </w:r>
    </w:p>
    <w:p>
      <w:pPr>
        <w:spacing w:before="20" w:after="40"/>
        <w:ind w:left="425" w:hanging="312"/>
      </w:pPr>
      <w:r>
        <w:rPr>
          <w:rFonts w:ascii="Calibri" w:hAnsi="Calibri" w:cs="Calibri" w:eastAsia="宋体"/>
        </w:rPr>
        <w:t xml:space="preserve">10. </w:t>
      </w:r>
      <w:r>
        <w:rPr>
          <w:rFonts w:ascii="Calibri" w:hAnsi="Calibri" w:cs="Calibri" w:eastAsia="宋体"/>
        </w:rPr>
        <w:t>未成年不可独自开具处方（需要家长陪同），否则会被拒诊并退号</w:t>
      </w:r>
    </w:p>
    <w:p>
      <w:pPr>
        <w:spacing w:after="100"/>
      </w:pPr>
      <w:r>
        <w:rPr>
          <w:rFonts w:ascii="Calibri" w:hAnsi="Calibri" w:cs="Calibri" w:eastAsia="宋体"/>
        </w:rPr>
        <w:t>该医生只为其开具处方但不提供 HRT 指导！请一定要仔细学习相关资料，定期去查激素水平，据此找出最适合自己的 HRT 方案！身体健康为重！</w:t>
      </w:r>
    </w:p>
    <w:p>
      <w:pPr>
        <w:pStyle w:val="Heading3"/>
      </w:pPr>
      <w:r>
        <w:rPr>
          <w:rFonts w:ascii="Calibri" w:hAnsi="Calibri" w:cs="Calibri" w:eastAsia="宋体"/>
        </w:rPr>
        <w:t>可开处方药物清单</w:t>
      </w:r>
    </w:p>
    <w:p>
      <w:pPr>
        <w:spacing w:before="20" w:after="40"/>
        <w:ind w:left="425" w:hanging="312"/>
      </w:pPr>
      <w:r>
        <w:rPr>
          <w:rFonts w:ascii="Calibri" w:hAnsi="Calibri" w:cs="Calibri" w:eastAsia="宋体"/>
        </w:rPr>
        <w:t xml:space="preserve">• </w:t>
      </w:r>
      <w:r>
        <w:rPr>
          <w:rFonts w:ascii="Calibri" w:hAnsi="Calibri" w:cs="Calibri" w:eastAsia="宋体"/>
        </w:rPr>
        <w:t>爱斯妥</w:t>
      </w:r>
    </w:p>
    <w:p>
      <w:pPr>
        <w:spacing w:before="20" w:after="40"/>
        <w:ind w:left="425" w:hanging="312"/>
      </w:pPr>
      <w:r>
        <w:rPr>
          <w:rFonts w:ascii="Calibri" w:hAnsi="Calibri" w:cs="Calibri" w:eastAsia="宋体"/>
        </w:rPr>
        <w:t xml:space="preserve">• </w:t>
      </w:r>
      <w:r>
        <w:rPr>
          <w:rFonts w:ascii="Calibri" w:hAnsi="Calibri" w:cs="Calibri" w:eastAsia="宋体"/>
        </w:rPr>
        <w:t>补佳乐</w:t>
      </w:r>
    </w:p>
    <w:p>
      <w:pPr>
        <w:spacing w:before="20" w:after="40"/>
        <w:ind w:left="425" w:hanging="312"/>
      </w:pPr>
      <w:r>
        <w:rPr>
          <w:rFonts w:ascii="Calibri" w:hAnsi="Calibri" w:cs="Calibri" w:eastAsia="宋体"/>
        </w:rPr>
        <w:t xml:space="preserve">• </w:t>
      </w:r>
      <w:r>
        <w:rPr>
          <w:rFonts w:ascii="Calibri" w:hAnsi="Calibri" w:cs="Calibri" w:eastAsia="宋体"/>
        </w:rPr>
        <w:t>螺内酯</w:t>
      </w:r>
    </w:p>
    <w:p>
      <w:pPr>
        <w:spacing w:after="100"/>
      </w:pPr>
      <w:r>
        <w:rPr>
          <w:rFonts w:ascii="Calibri" w:hAnsi="Calibri" w:cs="Calibri" w:eastAsia="宋体"/>
        </w:rPr>
        <w:t>可开具处方，但可购买地点尚不明确：</w:t>
      </w:r>
    </w:p>
    <w:p>
      <w:pPr>
        <w:spacing w:before="20" w:after="40"/>
        <w:ind w:left="425" w:hanging="312"/>
      </w:pPr>
      <w:r>
        <w:rPr>
          <w:rFonts w:ascii="Calibri" w:hAnsi="Calibri" w:cs="Calibri" w:eastAsia="宋体"/>
        </w:rPr>
        <w:t xml:space="preserve">• </w:t>
      </w:r>
      <w:r>
        <w:rPr>
          <w:rFonts w:ascii="Calibri" w:hAnsi="Calibri" w:cs="Calibri" w:eastAsia="宋体"/>
        </w:rPr>
        <w:t>醋酸环丙孕酮</w:t>
      </w:r>
    </w:p>
    <w:p>
      <w:pPr>
        <w:pStyle w:val="Heading2"/>
      </w:pPr>
      <w:r>
        <w:rPr>
          <w:rFonts w:ascii="Calibri" w:hAnsi="Calibri" w:cs="Calibri" w:eastAsia="微软雅黑"/>
        </w:rPr>
        <w:t>3.4  杭州｜浙大二院</w:t>
      </w:r>
    </w:p>
    <w:p>
      <w:pPr>
        <w:spacing w:after="160"/>
      </w:pPr>
      <w:r>
        <w:rPr>
          <w:rFonts w:ascii="Calibri" w:hAnsi="Calibri" w:cs="Calibri" w:eastAsia="宋体"/>
          <w:color w:val="6B7280"/>
          <w:sz w:val="16"/>
        </w:rPr>
        <w:t>原文：https://mtf.wiki/zh-cn/docs/hrt/zhejiang2 · 最近更新：2025年12月8日</w:t>
      </w:r>
    </w:p>
    <w:p>
      <w:pPr>
        <w:spacing w:after="100"/>
      </w:pPr>
      <w:r>
        <w:rPr>
          <w:rFonts w:ascii="Calibri" w:hAnsi="Calibri" w:cs="Calibri" w:eastAsia="宋体"/>
        </w:rPr>
        <w:t>医院：</w:t>
      </w:r>
      <w:r>
        <w:rPr>
          <w:rFonts w:ascii="Calibri" w:hAnsi="Calibri" w:cs="Calibri" w:eastAsia="宋体"/>
        </w:rPr>
        <w:t>浙江大学医学院附属第二医院</w:t>
      </w:r>
      <w:r>
        <w:rPr>
          <w:rFonts w:ascii="Calibri" w:hAnsi="Calibri" w:cs="Calibri" w:eastAsia="宋体"/>
        </w:rPr>
        <w:t>（解放路院区）</w:t>
      </w:r>
    </w:p>
    <w:p>
      <w:pPr>
        <w:spacing w:after="100"/>
      </w:pPr>
      <w:r>
        <w:rPr>
          <w:rFonts w:ascii="Calibri" w:hAnsi="Calibri" w:cs="Calibri" w:eastAsia="宋体"/>
        </w:rPr>
        <w:t>医生：内分泌科全部医生</w:t>
      </w:r>
    </w:p>
    <w:p>
      <w:pPr>
        <w:spacing w:before="20" w:after="40"/>
        <w:ind w:left="425" w:hanging="312"/>
      </w:pPr>
      <w:r>
        <w:rPr>
          <w:rFonts w:ascii="Calibri" w:hAnsi="Calibri" w:cs="Calibri" w:eastAsia="宋体"/>
        </w:rPr>
        <w:t xml:space="preserve">• </w:t>
      </w:r>
      <w:r>
        <w:rPr>
          <w:rFonts w:ascii="Calibri" w:hAnsi="Calibri" w:cs="Calibri" w:eastAsia="宋体"/>
        </w:rPr>
        <w:t>首诊不建议选择男性医生，详见下文</w:t>
      </w:r>
    </w:p>
    <w:p>
      <w:pPr>
        <w:spacing w:before="20" w:after="40"/>
        <w:ind w:left="425" w:hanging="312"/>
      </w:pPr>
      <w:r>
        <w:rPr>
          <w:rFonts w:ascii="Calibri" w:hAnsi="Calibri" w:cs="Calibri" w:eastAsia="宋体"/>
        </w:rPr>
        <w:t xml:space="preserve">• </w:t>
      </w:r>
      <w:r>
        <w:rPr>
          <w:rFonts w:ascii="Calibri" w:hAnsi="Calibri" w:cs="Calibri" w:eastAsia="宋体"/>
        </w:rPr>
        <w:t xml:space="preserve">有本院内分泌科就诊记录将可能增加在本院精神科得到诊断证明的概率。参考 </w:t>
      </w:r>
      <w:r>
        <w:rPr>
          <w:rFonts w:ascii="Calibri" w:hAnsi="Calibri" w:cs="Calibri" w:eastAsia="宋体"/>
        </w:rPr>
        <w:t>精神科相关页面</w:t>
      </w:r>
      <w:r>
        <w:rPr>
          <w:rFonts w:ascii="Calibri" w:hAnsi="Calibri" w:cs="Calibri" w:eastAsia="宋体"/>
        </w:rPr>
        <w:t>。</w:t>
      </w:r>
    </w:p>
    <w:p>
      <w:pPr>
        <w:pStyle w:val="Heading3"/>
      </w:pPr>
      <w:r>
        <w:rPr>
          <w:rFonts w:ascii="Calibri" w:hAnsi="Calibri" w:cs="Calibri" w:eastAsia="宋体"/>
        </w:rPr>
        <w:t>出诊时间</w:t>
      </w:r>
    </w:p>
    <w:p>
      <w:pPr>
        <w:spacing w:after="100"/>
      </w:pPr>
      <w:r>
        <w:rPr>
          <w:rFonts w:ascii="Calibri" w:hAnsi="Calibri" w:cs="Calibri" w:eastAsia="宋体"/>
        </w:rPr>
        <w:t>周一至周日，全天，内分泌科门诊-解放路-普通号</w:t>
      </w:r>
    </w:p>
    <w:p>
      <w:pPr>
        <w:pStyle w:val="Heading3"/>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微信公众号「</w:t>
      </w:r>
      <w:r>
        <w:rPr>
          <w:rFonts w:ascii="Calibri" w:hAnsi="Calibri" w:cs="Calibri" w:eastAsia="宋体"/>
        </w:rPr>
        <w:t>浙大二院</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支付宝小程序「浙大二院」</w:t>
      </w:r>
    </w:p>
    <w:p>
      <w:pPr>
        <w:spacing w:after="100"/>
      </w:pPr>
      <w:r>
        <w:rPr>
          <w:rFonts w:ascii="Calibri" w:hAnsi="Calibri" w:cs="Calibri" w:eastAsia="宋体"/>
        </w:rPr>
        <w:t>号源提前28天开放（提前28天15:00开始预约）。</w:t>
      </w:r>
    </w:p>
    <w:p>
      <w:pPr>
        <w:pStyle w:val="Heading3"/>
      </w:pPr>
      <w:r>
        <w:rPr>
          <w:rFonts w:ascii="Calibri" w:hAnsi="Calibri" w:cs="Calibri" w:eastAsia="宋体"/>
        </w:rPr>
        <w:t>就诊</w:t>
      </w:r>
    </w:p>
    <w:p>
      <w:pPr>
        <w:spacing w:after="100"/>
      </w:pPr>
      <w:r>
        <w:rPr>
          <w:rFonts w:ascii="Calibri" w:hAnsi="Calibri" w:cs="Calibri" w:eastAsia="宋体"/>
        </w:rPr>
        <w:t>内分泌科位置：门诊9号楼3楼B区。</w:t>
      </w:r>
    </w:p>
    <w:p>
      <w:pPr>
        <w:spacing w:after="100"/>
      </w:pPr>
      <w:r>
        <w:rPr>
          <w:rFonts w:ascii="Calibri" w:hAnsi="Calibri" w:cs="Calibri" w:eastAsia="宋体"/>
        </w:rPr>
        <w:t>网上预约挂号后，先在院内任意一台自助服务机取号交费，然后到内分泌科护士台处签到。护士台处还可以询问普通号本月所有医生的具体排班情况、指定本次就诊的医生。</w:t>
      </w:r>
    </w:p>
    <w:p>
      <w:pPr>
        <w:spacing w:after="100"/>
      </w:pPr>
      <w:r>
        <w:rPr>
          <w:rFonts w:ascii="Calibri" w:hAnsi="Calibri" w:cs="Calibri" w:eastAsia="宋体"/>
        </w:rPr>
        <w:t>医院执行分时段就诊，如果在预约时段之后签到的，将重新排序到队尾。当天找医生看检查报告需要到护士台取复诊号，次日看报告须重新挂号。</w:t>
      </w:r>
    </w:p>
    <w:p>
      <w:pPr>
        <w:spacing w:before="20" w:after="40"/>
        <w:ind w:left="425" w:hanging="312"/>
      </w:pPr>
      <w:r>
        <w:rPr>
          <w:rFonts w:ascii="Calibri" w:hAnsi="Calibri" w:cs="Calibri" w:eastAsia="宋体"/>
        </w:rPr>
        <w:t xml:space="preserve">• </w:t>
      </w:r>
      <w:r>
        <w:rPr>
          <w:rFonts w:ascii="Calibri" w:hAnsi="Calibri" w:cs="Calibri" w:eastAsia="宋体"/>
        </w:rPr>
        <w:t>抽血化验、B超位置：门诊9号楼4楼。</w:t>
      </w:r>
    </w:p>
    <w:p>
      <w:pPr>
        <w:spacing w:before="20" w:after="40"/>
        <w:ind w:left="425" w:hanging="312"/>
      </w:pPr>
      <w:r>
        <w:rPr>
          <w:rFonts w:ascii="Calibri" w:hAnsi="Calibri" w:cs="Calibri" w:eastAsia="宋体"/>
        </w:rPr>
        <w:t xml:space="preserve">• </w:t>
      </w:r>
      <w:r>
        <w:rPr>
          <w:rFonts w:ascii="Calibri" w:hAnsi="Calibri" w:cs="Calibri" w:eastAsia="宋体"/>
        </w:rPr>
        <w:t>取药位置：门诊9号楼1楼。</w:t>
      </w:r>
    </w:p>
    <w:p>
      <w:pPr>
        <w:spacing w:before="20" w:after="40"/>
        <w:ind w:left="425" w:hanging="312"/>
      </w:pPr>
      <w:r>
        <w:rPr>
          <w:rFonts w:ascii="Calibri" w:hAnsi="Calibri" w:cs="Calibri" w:eastAsia="宋体"/>
        </w:rPr>
        <w:t xml:space="preserve">• </w:t>
      </w:r>
      <w:r>
        <w:rPr>
          <w:rFonts w:ascii="Calibri" w:hAnsi="Calibri" w:cs="Calibri" w:eastAsia="宋体"/>
        </w:rPr>
        <w:t>病历盖章位置：门诊9号楼1楼。</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不建议首诊看男医生，因可能被要求先查染色体。</w:t>
      </w:r>
    </w:p>
    <w:p>
      <w:pPr>
        <w:spacing w:after="100"/>
      </w:pPr>
      <w:r>
        <w:rPr>
          <w:rFonts w:ascii="Calibri" w:hAnsi="Calibri" w:cs="Calibri" w:eastAsia="宋体"/>
        </w:rPr>
        <w:t>除男医生之外，浙二内分泌科医生普遍比较友好，无需紧张。</w:t>
      </w:r>
    </w:p>
    <w:p>
      <w:pPr>
        <w:spacing w:after="100"/>
      </w:pPr>
      <w:r>
        <w:rPr>
          <w:rFonts w:ascii="Calibri" w:hAnsi="Calibri" w:cs="Calibri" w:eastAsia="宋体"/>
        </w:rPr>
        <w:t>开具HRT处方的前置条件：持有精神科病历（本外院均可）。</w:t>
      </w:r>
    </w:p>
    <w:p>
      <w:pPr>
        <w:spacing w:before="20" w:after="40"/>
        <w:ind w:left="425" w:hanging="312"/>
      </w:pPr>
      <w:r>
        <w:rPr>
          <w:rFonts w:ascii="Calibri" w:hAnsi="Calibri" w:cs="Calibri" w:eastAsia="宋体"/>
        </w:rPr>
        <w:t xml:space="preserve">• </w:t>
      </w:r>
      <w:r>
        <w:rPr>
          <w:rFonts w:ascii="Calibri" w:hAnsi="Calibri" w:cs="Calibri" w:eastAsia="宋体"/>
        </w:rPr>
        <w:t>对于首次就诊者（无HRT历史）：</w:t>
      </w:r>
    </w:p>
    <w:p>
      <w:pPr>
        <w:spacing w:after="100"/>
      </w:pPr>
      <w:r>
        <w:rPr>
          <w:rFonts w:ascii="Calibri" w:hAnsi="Calibri" w:cs="Calibri" w:eastAsia="宋体"/>
        </w:rPr>
        <w:t xml:space="preserve">普通号的医生中同时有主治医师和副高、正高，挂普通号时接诊的如果为「主治医师」，可能会表示无法处理，并建议你挂 </w:t>
      </w:r>
      <w:r>
        <w:rPr>
          <w:rFonts w:ascii="Calibri" w:hAnsi="Calibri" w:cs="Calibri" w:eastAsia="宋体"/>
          <w:b/>
        </w:rPr>
        <w:t>专家号</w:t>
      </w:r>
      <w:r>
        <w:rPr>
          <w:rFonts w:ascii="Calibri" w:hAnsi="Calibri" w:cs="Calibri" w:eastAsia="宋体"/>
        </w:rPr>
        <w:t xml:space="preserve"> 。</w:t>
      </w:r>
    </w:p>
    <w:p>
      <w:pPr>
        <w:spacing w:after="100"/>
      </w:pPr>
      <w:r>
        <w:rPr>
          <w:rFonts w:ascii="Calibri" w:hAnsi="Calibri" w:cs="Calibri" w:eastAsia="宋体"/>
        </w:rPr>
        <w:t>挂普通号时接诊的如果为「副高/正高」，将有较大概率开具HRT处方，并提供用药指导。</w:t>
      </w:r>
    </w:p>
    <w:p>
      <w:pPr>
        <w:spacing w:before="20" w:after="40"/>
        <w:ind w:left="425" w:hanging="312"/>
      </w:pPr>
      <w:r>
        <w:rPr>
          <w:rFonts w:ascii="Calibri" w:hAnsi="Calibri" w:cs="Calibri" w:eastAsia="宋体"/>
        </w:rPr>
        <w:t xml:space="preserve">• </w:t>
      </w:r>
      <w:r>
        <w:rPr>
          <w:rFonts w:ascii="Calibri" w:hAnsi="Calibri" w:cs="Calibri" w:eastAsia="宋体"/>
        </w:rPr>
        <w:t>对于非首诊者（曾有HRT处方，或进行过DIY HRT）：</w:t>
      </w:r>
    </w:p>
    <w:p>
      <w:pPr>
        <w:spacing w:after="100"/>
      </w:pPr>
      <w:r>
        <w:rPr>
          <w:rFonts w:ascii="Calibri" w:hAnsi="Calibri" w:cs="Calibri" w:eastAsia="宋体"/>
        </w:rPr>
        <w:t>所有医生均有较大概率开具HRT处方。</w:t>
      </w:r>
    </w:p>
    <w:p>
      <w:pPr>
        <w:spacing w:after="100"/>
      </w:pPr>
      <w:r>
        <w:rPr>
          <w:rFonts w:ascii="Calibri" w:hAnsi="Calibri" w:cs="Calibri" w:eastAsia="宋体"/>
        </w:rPr>
        <w:t>问诊时根据医生提问正常回答用药、检查历史即可。医生可能会建议做性激素、肝功能、凝血功能等的检查，但不会因为不做检查就不给开药。也可以主动要求医生开各类检查。</w:t>
      </w:r>
    </w:p>
    <w:p>
      <w:pPr>
        <w:pStyle w:val="Heading3"/>
      </w:pPr>
      <w:r>
        <w:rPr>
          <w:rFonts w:ascii="Calibri" w:hAnsi="Calibri" w:cs="Calibri" w:eastAsia="宋体"/>
        </w:rPr>
        <w:t>注意事项</w:t>
      </w:r>
    </w:p>
    <w:p>
      <w:pPr>
        <w:spacing w:after="100"/>
      </w:pPr>
      <w:r>
        <w:rPr>
          <w:rFonts w:ascii="Calibri" w:hAnsi="Calibri" w:cs="Calibri" w:eastAsia="宋体"/>
        </w:rPr>
        <w:t>可能会较为谨慎的对待未成年就诊者。</w:t>
      </w:r>
    </w:p>
    <w:p>
      <w:pPr>
        <w:spacing w:after="100"/>
      </w:pPr>
      <w:r>
        <w:rPr>
          <w:rFonts w:ascii="Calibri" w:hAnsi="Calibri" w:cs="Calibri" w:eastAsia="宋体"/>
        </w:rPr>
        <w:t>戊酸雌二醇片（补佳乐）：身份证性别男性明确诊断为「易性症，男」可进医保！</w:t>
      </w:r>
    </w:p>
    <w:p>
      <w:pPr>
        <w:pStyle w:val="Heading3"/>
      </w:pPr>
      <w:r>
        <w:rPr>
          <w:rFonts w:ascii="Calibri" w:hAnsi="Calibri" w:cs="Calibri" w:eastAsia="宋体"/>
        </w:rPr>
        <w:t>可用药物</w:t>
      </w:r>
    </w:p>
    <w:p>
      <w:pPr>
        <w:spacing w:before="20" w:after="40"/>
        <w:ind w:left="425" w:hanging="312"/>
      </w:pPr>
      <w:r>
        <w:rPr>
          <w:rFonts w:ascii="Calibri" w:hAnsi="Calibri" w:cs="Calibri" w:eastAsia="宋体"/>
        </w:rPr>
        <w:t xml:space="preserve">• </w:t>
      </w:r>
      <w:r>
        <w:rPr>
          <w:rFonts w:ascii="Calibri" w:hAnsi="Calibri" w:cs="Calibri" w:eastAsia="宋体"/>
        </w:rPr>
        <w:t>戊酸雌二醇片（补佳乐）</w:t>
      </w:r>
    </w:p>
    <w:p>
      <w:pPr>
        <w:spacing w:before="20" w:after="40"/>
        <w:ind w:left="425" w:hanging="312"/>
      </w:pPr>
      <w:r>
        <w:rPr>
          <w:rFonts w:ascii="Calibri" w:hAnsi="Calibri" w:cs="Calibri" w:eastAsia="宋体"/>
        </w:rPr>
        <w:t xml:space="preserve">• </w:t>
      </w:r>
      <w:r>
        <w:rPr>
          <w:rFonts w:ascii="Calibri" w:hAnsi="Calibri" w:cs="Calibri" w:eastAsia="宋体"/>
        </w:rPr>
        <w:t>螺内酯片</w:t>
      </w:r>
    </w:p>
    <w:p>
      <w:pPr>
        <w:pStyle w:val="Heading2"/>
      </w:pPr>
      <w:r>
        <w:rPr>
          <w:rFonts w:ascii="Calibri" w:hAnsi="Calibri" w:cs="Calibri" w:eastAsia="微软雅黑"/>
        </w:rPr>
        <w:t>3.5  广州｜高绿芬</w:t>
      </w:r>
    </w:p>
    <w:p>
      <w:pPr>
        <w:spacing w:after="160"/>
      </w:pPr>
      <w:r>
        <w:rPr>
          <w:rFonts w:ascii="Calibri" w:hAnsi="Calibri" w:cs="Calibri" w:eastAsia="宋体"/>
          <w:color w:val="6B7280"/>
          <w:sz w:val="16"/>
        </w:rPr>
        <w:t>原文：https://mtf.wiki/zh-cn/docs/hrt/jnuh1 · 最近更新：2026年9月22日</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巡回</w:t>
      </w:r>
    </w:p>
    <w:p>
      <w:pPr>
        <w:shd w:val="clear" w:color="auto" w:fill="ECFDF5"/>
        <w:pBdr>
          <w:left w:val="single" w:sz="18" w:space="6" w:color="10B981"/>
        </w:pBdr>
        <w:spacing w:after="40"/>
      </w:pPr>
      <w:r>
        <w:rPr>
          <w:rFonts w:ascii="Calibri" w:hAnsi="Calibri" w:cs="Calibri" w:eastAsia="宋体"/>
        </w:rPr>
        <w:t>这个条目曾经被条目人物巡回过。终于</w:t>
      </w:r>
      <w:r>
        <w:rPr>
          <w:rFonts w:ascii="Calibri" w:hAnsi="Calibri" w:cs="Calibri" w:eastAsia="宋体"/>
        </w:rPr>
        <w:t>MtF Wiki</w:t>
      </w:r>
      <w:r>
        <w:rPr>
          <w:rFonts w:ascii="Calibri" w:hAnsi="Calibri" w:cs="Calibri" w:eastAsia="宋体"/>
        </w:rPr>
        <w:t>也到了足够让公式前来巡回的知名度了吗！？</w:t>
      </w:r>
    </w:p>
    <w:p>
      <w:pPr>
        <w:spacing w:after="100"/>
      </w:pPr>
      <w:r>
        <w:rPr>
          <w:rFonts w:ascii="Calibri" w:hAnsi="Calibri" w:cs="Calibri" w:eastAsia="宋体"/>
        </w:rPr>
        <w:t>医生姓名：高绿芬</w:t>
      </w:r>
    </w:p>
    <w:p>
      <w:pPr>
        <w:spacing w:before="20" w:after="40"/>
        <w:ind w:left="425" w:hanging="312"/>
      </w:pPr>
      <w:r>
        <w:rPr>
          <w:rFonts w:ascii="Calibri" w:hAnsi="Calibri" w:cs="Calibri" w:eastAsia="宋体"/>
        </w:rPr>
        <w:t xml:space="preserve">• </w:t>
      </w:r>
      <w:r>
        <w:rPr>
          <w:rFonts w:ascii="Calibri" w:hAnsi="Calibri" w:cs="Calibri" w:eastAsia="宋体"/>
        </w:rPr>
        <w:t>医生介绍1</w:t>
      </w:r>
      <w:r>
        <w:rPr>
          <w:rFonts w:ascii="Calibri" w:hAnsi="Calibri" w:cs="Calibri" w:eastAsia="宋体"/>
        </w:rPr>
        <w:t xml:space="preserve"> (有概率会打不开)</w:t>
      </w:r>
    </w:p>
    <w:p>
      <w:pPr>
        <w:spacing w:before="20" w:after="40"/>
        <w:ind w:left="425" w:hanging="312"/>
      </w:pPr>
      <w:r>
        <w:rPr>
          <w:rFonts w:ascii="Calibri" w:hAnsi="Calibri" w:cs="Calibri" w:eastAsia="宋体"/>
        </w:rPr>
        <w:t xml:space="preserve">• </w:t>
      </w:r>
      <w:r>
        <w:rPr>
          <w:rFonts w:ascii="Calibri" w:hAnsi="Calibri" w:cs="Calibri" w:eastAsia="宋体"/>
        </w:rPr>
        <w:t>医生介绍2</w:t>
      </w:r>
    </w:p>
    <w:p>
      <w:pPr>
        <w:spacing w:after="100"/>
      </w:pPr>
      <w:r>
        <w:rPr>
          <w:rFonts w:ascii="Calibri" w:hAnsi="Calibri" w:cs="Calibri" w:eastAsia="宋体"/>
        </w:rPr>
        <w:t>所在医院：</w:t>
      </w:r>
      <w:r>
        <w:rPr>
          <w:rFonts w:ascii="Calibri" w:hAnsi="Calibri" w:cs="Calibri" w:eastAsia="宋体"/>
        </w:rPr>
        <w:t>暨南大学附属第一医院(东圃院区)</w:t>
      </w:r>
    </w:p>
    <w:p>
      <w:pPr>
        <w:pStyle w:val="Heading3"/>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2324"/>
        <w:gridCol w:w="2324"/>
        <w:gridCol w:w="2324"/>
        <w:gridCol w:w="2324"/>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周次</w:t>
            </w:r>
          </w:p>
        </w:tc>
        <w:tc>
          <w:tcPr>
            <w:tcW w:type="dxa" w:w="2324"/>
            <w:shd w:val="clear" w:color="auto" w:fill="EDF1F7"/>
          </w:tcPr>
          <w:p>
            <w:pPr>
              <w:spacing w:before="40" w:after="40" w:line="276" w:lineRule="auto"/>
            </w:pPr>
            <w:r>
              <w:rPr>
                <w:b/>
                <w:sz w:val="18"/>
              </w:rPr>
            </w:r>
            <w:r>
              <w:rPr>
                <w:rFonts w:ascii="Calibri" w:hAnsi="Calibri" w:cs="Calibri" w:eastAsia="宋体"/>
                <w:b/>
                <w:sz w:val="18"/>
              </w:rPr>
              <w:t>时间</w:t>
            </w:r>
          </w:p>
        </w:tc>
        <w:tc>
          <w:tcPr>
            <w:tcW w:type="dxa" w:w="2324"/>
            <w:shd w:val="clear" w:color="auto" w:fill="EDF1F7"/>
          </w:tcPr>
          <w:p>
            <w:pPr>
              <w:spacing w:before="40" w:after="40" w:line="276" w:lineRule="auto"/>
            </w:pPr>
            <w:r>
              <w:rPr>
                <w:b/>
                <w:sz w:val="18"/>
              </w:rPr>
            </w:r>
            <w:r>
              <w:rPr>
                <w:rFonts w:ascii="Calibri" w:hAnsi="Calibri" w:cs="Calibri" w:eastAsia="宋体"/>
                <w:b/>
                <w:sz w:val="18"/>
              </w:rPr>
              <w:t>科室</w:t>
            </w:r>
          </w:p>
        </w:tc>
        <w:tc>
          <w:tcPr>
            <w:tcW w:type="dxa" w:w="232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2324"/>
          </w:tcPr>
          <w:p>
            <w:pPr>
              <w:spacing w:before="40" w:after="40" w:line="276" w:lineRule="auto"/>
            </w:pPr>
            <w:r>
              <w:rPr>
                <w:sz w:val="18"/>
              </w:rPr>
            </w:r>
            <w:r>
              <w:rPr>
                <w:rFonts w:ascii="Calibri" w:hAnsi="Calibri" w:cs="Calibri" w:eastAsia="宋体"/>
                <w:sz w:val="18"/>
              </w:rPr>
              <w:t>星期二</w:t>
            </w:r>
          </w:p>
        </w:tc>
        <w:tc>
          <w:tcPr>
            <w:tcW w:type="dxa" w:w="2324"/>
          </w:tcPr>
          <w:p>
            <w:pPr>
              <w:spacing w:before="40" w:after="40" w:line="276" w:lineRule="auto"/>
            </w:pPr>
            <w:r>
              <w:rPr>
                <w:sz w:val="18"/>
              </w:rPr>
            </w:r>
            <w:r>
              <w:rPr>
                <w:rFonts w:ascii="Calibri" w:hAnsi="Calibri" w:cs="Calibri" w:eastAsia="宋体"/>
                <w:sz w:val="18"/>
              </w:rPr>
              <w:t>上午</w:t>
            </w:r>
          </w:p>
        </w:tc>
        <w:tc>
          <w:tcPr>
            <w:tcW w:type="dxa" w:w="2324"/>
          </w:tcPr>
          <w:p>
            <w:pPr>
              <w:spacing w:before="40" w:after="40" w:line="276" w:lineRule="auto"/>
            </w:pPr>
            <w:r>
              <w:rPr>
                <w:sz w:val="18"/>
              </w:rPr>
            </w:r>
            <w:r>
              <w:rPr>
                <w:rFonts w:ascii="Calibri" w:hAnsi="Calibri" w:cs="Calibri" w:eastAsia="宋体"/>
                <w:sz w:val="18"/>
              </w:rPr>
              <w:t>东圃性别医学与私密整复门诊</w:t>
            </w:r>
          </w:p>
        </w:tc>
        <w:tc>
          <w:tcPr>
            <w:tcW w:type="dxa" w:w="2324"/>
          </w:tcPr>
          <w:p>
            <w:pPr>
              <w:spacing w:before="40" w:after="40" w:line="276" w:lineRule="auto"/>
            </w:pPr>
            <w:r>
              <w:rPr>
                <w:sz w:val="18"/>
              </w:rPr>
            </w:r>
            <w:r>
              <w:rPr>
                <w:rFonts w:ascii="Calibri" w:hAnsi="Calibri" w:cs="Calibri" w:eastAsia="宋体"/>
                <w:sz w:val="18"/>
              </w:rPr>
              <w:t>50 元</w:t>
            </w:r>
          </w:p>
        </w:tc>
      </w:tr>
    </w:tbl>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高绿芬医生涉及跨性别相关医疗咨询及诊疗需求，仅在本专科门诊接诊；暨南大学附属第一医院总院其他妇科门诊不提供相关诊疗服务。</w:t>
      </w:r>
    </w:p>
    <w:p>
      <w:pPr>
        <w:pStyle w:val="Heading3"/>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微信公众号「</w:t>
      </w:r>
      <w:r>
        <w:rPr>
          <w:rFonts w:ascii="Calibri" w:hAnsi="Calibri" w:cs="Calibri" w:eastAsia="宋体"/>
        </w:rPr>
        <w:t>暨南大学附属第一医院</w:t>
      </w:r>
      <w:r>
        <w:rPr>
          <w:rFonts w:ascii="Calibri" w:hAnsi="Calibri" w:cs="Calibri" w:eastAsia="宋体"/>
        </w:rPr>
        <w:t>」可线上预约；</w:t>
      </w:r>
    </w:p>
    <w:p>
      <w:pPr>
        <w:spacing w:before="20" w:after="40"/>
        <w:ind w:left="425" w:hanging="312"/>
      </w:pPr>
      <w:r>
        <w:rPr>
          <w:rFonts w:ascii="Calibri" w:hAnsi="Calibri" w:cs="Calibri" w:eastAsia="宋体"/>
        </w:rPr>
        <w:t xml:space="preserve">• </w:t>
      </w:r>
      <w:r>
        <w:rPr>
          <w:rFonts w:ascii="Calibri" w:hAnsi="Calibri" w:cs="Calibri" w:eastAsia="宋体"/>
        </w:rPr>
        <w:t>支付宝小程序「广州华侨医院」可线上预约。</w:t>
      </w:r>
    </w:p>
    <w:p>
      <w:pPr>
        <w:spacing w:after="100"/>
      </w:pPr>
      <w:r>
        <w:rPr>
          <w:rFonts w:ascii="Calibri" w:hAnsi="Calibri" w:cs="Calibri" w:eastAsia="宋体"/>
        </w:rPr>
        <w:t>提前 7 天傍晚 18:00 放号。</w:t>
      </w:r>
    </w:p>
    <w:p>
      <w:pPr>
        <w:pStyle w:val="Heading3"/>
      </w:pPr>
      <w:r>
        <w:rPr>
          <w:rFonts w:ascii="Calibri" w:hAnsi="Calibri" w:cs="Calibri" w:eastAsia="宋体"/>
        </w:rPr>
        <w:t>就诊</w:t>
      </w:r>
    </w:p>
    <w:p>
      <w:pPr>
        <w:spacing w:after="100"/>
      </w:pPr>
      <w:r>
        <w:rPr>
          <w:rFonts w:ascii="Calibri" w:hAnsi="Calibri" w:cs="Calibri" w:eastAsia="宋体"/>
        </w:rPr>
        <w:t>到达后请前往三楼妇科分诊台微信扫码自助报道，或者在微信小程序手动报道。</w:t>
      </w:r>
    </w:p>
    <w:p>
      <w:pPr>
        <w:spacing w:after="100"/>
      </w:pPr>
      <w:r>
        <w:rPr>
          <w:rFonts w:ascii="Calibri" w:hAnsi="Calibri" w:cs="Calibri" w:eastAsia="宋体"/>
        </w:rPr>
        <w:t>值得注意地，实际就诊顺序将按照挂号时获得的「就诊排队号」排队，其与选定的预约就诊时间相关。超过预约就诊时间后报到将被排到当前队列的末尾。请尽量按照预约时间就诊。</w:t>
      </w:r>
    </w:p>
    <w:p>
      <w:pPr>
        <w:spacing w:after="100"/>
      </w:pPr>
      <w:r>
        <w:rPr>
          <w:rFonts w:ascii="Calibri" w:hAnsi="Calibri" w:cs="Calibri" w:eastAsia="宋体"/>
        </w:rPr>
        <w:t>若此前在贾艳滨医生处就诊并且进行了抽血检查，由于华侨医院的系统不能够方便地同步检验报告，故建议在就诊前提前截图/打印以方便高医生查看结果。</w:t>
      </w:r>
    </w:p>
    <w:p>
      <w:pPr>
        <w:pStyle w:val="Heading3"/>
      </w:pPr>
      <w:r>
        <w:rPr>
          <w:rFonts w:ascii="Calibri" w:hAnsi="Calibri" w:cs="Calibri" w:eastAsia="宋体"/>
        </w:rPr>
        <w:t>问诊细节</w:t>
      </w:r>
    </w:p>
    <w:p>
      <w:pPr>
        <w:spacing w:before="20" w:after="40"/>
        <w:ind w:left="425" w:hanging="312"/>
      </w:pPr>
      <w:r>
        <w:rPr>
          <w:rFonts w:ascii="Calibri" w:hAnsi="Calibri" w:cs="Calibri" w:eastAsia="宋体"/>
        </w:rPr>
        <w:t xml:space="preserve">• </w:t>
      </w:r>
      <w:r>
        <w:rPr>
          <w:rFonts w:ascii="Calibri" w:hAnsi="Calibri" w:cs="Calibri" w:eastAsia="宋体"/>
        </w:rPr>
        <w:t>医生跨性别友好</w:t>
      </w:r>
    </w:p>
    <w:p>
      <w:pPr>
        <w:spacing w:after="100"/>
      </w:pPr>
      <w:r>
        <w:rPr>
          <w:rFonts w:ascii="Calibri" w:hAnsi="Calibri" w:cs="Calibri" w:eastAsia="宋体"/>
        </w:rPr>
        <w:t>医生会询问的内容包括但不限于服药、着装、学业、有没有自残自杀行为（可能会检查痕迹、问询次数与方法等）、是否有想要过切除外生殖器的想法。医生还会稍微解决家长的一些疑问与担忧。</w:t>
      </w:r>
    </w:p>
    <w:p>
      <w:pPr>
        <w:spacing w:after="100"/>
      </w:pPr>
      <w:r>
        <w:rPr>
          <w:rFonts w:ascii="Calibri" w:hAnsi="Calibri" w:cs="Calibri" w:eastAsia="宋体"/>
        </w:rPr>
        <w:t>询问完成后医生会对每一个病人建立一份档案，上面有详细说明青春期阻断和激素治疗的所有信息（档案内包含问卷，一般会询问出生时性别以及期望的性别），需要在档案后面填写自己的联系方式和进行签名，如果有家长则家长也需要填写（家长需要另外填写身份证号）。未成年人一般开皮下针剂注射的</w:t>
      </w:r>
      <w:r>
        <w:rPr>
          <w:rFonts w:ascii="Calibri" w:hAnsi="Calibri" w:cs="Calibri" w:eastAsia="宋体"/>
        </w:rPr>
        <w:t>GnRH 类似物</w:t>
      </w:r>
      <w:r>
        <w:rPr>
          <w:rFonts w:ascii="Calibri" w:hAnsi="Calibri" w:cs="Calibri" w:eastAsia="宋体"/>
        </w:rPr>
        <w:t>药物（按广东联盟集采中选价计：1 月剂型 3.75 mg 约 897～903 元/针（国产 896.98 元、原研 902.98 元），3 月剂型 11.25 mg 2093.77 元/针</w:t>
      </w:r>
      <w:r>
        <w:rPr>
          <w:rFonts w:ascii="Calibri" w:hAnsi="Calibri" w:cs="Calibri" w:eastAsia="宋体"/>
          <w:vertAlign w:val="superscript"/>
        </w:rPr>
        <w:t>1</w:t>
      </w:r>
      <w:r>
        <w:rPr>
          <w:rFonts w:ascii="Calibri" w:hAnsi="Calibri" w:cs="Calibri" w:eastAsia="宋体"/>
        </w:rPr>
        <w:t>；处方当天有效，需要当天在妇科门诊处缴费，不可使用医保报销）。医生会再三提醒未成年患者的家长家长仔细阅读其治疗的作用和风险，一般会详细解释青春期阻断，解释方式如：“我们并未开始激素治疗，青春期阻断只是给孩子的生长发育按了暂停键，他现在就是不会那么快朝着男生的方向发育，但也不会朝着女生的方向发育，懂了吗？”（高绿芬医生原话）。青春期阻断剂药物是28天注射一针。高医生的助理可能会来添加家长的微信，用于约检查以及之后的治疗问题沟通。</w:t>
      </w:r>
    </w:p>
    <w:p>
      <w:pPr>
        <w:spacing w:after="100"/>
      </w:pPr>
      <w:r>
        <w:rPr>
          <w:rFonts w:ascii="Calibri" w:hAnsi="Calibri" w:cs="Calibri" w:eastAsia="宋体"/>
        </w:rPr>
        <w:t xml:space="preserve">医生也会建议刚成年不久的跨性别者使用 GnRH 类似物。其优点在于一次用药的作用时间长，相对于醋酸环丙孕酮（CPA）不易引起包括但不限于：肝功能异常、泌乳素升高、抑郁、累积剂量过高导致的垂体瘤。 </w:t>
      </w:r>
      <w:r>
        <w:rPr>
          <w:rFonts w:ascii="Calibri" w:hAnsi="Calibri" w:cs="Calibri" w:eastAsia="宋体"/>
          <w:i/>
          <w:strike/>
        </w:rPr>
        <w:t>总体来说除了贵没毛病（</w:t>
      </w:r>
      <w:r>
        <w:rPr>
          <w:rFonts w:ascii="Calibri" w:hAnsi="Calibri" w:cs="Calibri" w:eastAsia="宋体"/>
        </w:rPr>
        <w:t xml:space="preserve"> 你也可以礼貌地拒绝。</w:t>
      </w:r>
    </w:p>
    <w:p>
      <w:pPr>
        <w:spacing w:after="100"/>
      </w:pPr>
      <w:r>
        <w:rPr>
          <w:rFonts w:ascii="Calibri" w:hAnsi="Calibri" w:cs="Calibri" w:eastAsia="宋体"/>
        </w:rPr>
        <w:t>如果高医生为你开到了雌二醇或者是青春阻断剂药物，可能会出现以下问题：</w:t>
      </w:r>
    </w:p>
    <w:p>
      <w:pPr>
        <w:spacing w:before="20" w:after="40"/>
        <w:ind w:left="425" w:hanging="312"/>
      </w:pPr>
      <w:r>
        <w:rPr>
          <w:rFonts w:ascii="Calibri" w:hAnsi="Calibri" w:cs="Calibri" w:eastAsia="宋体"/>
        </w:rPr>
        <w:t xml:space="preserve">• </w:t>
      </w:r>
      <w:r>
        <w:rPr>
          <w:rFonts w:ascii="Calibri" w:hAnsi="Calibri" w:cs="Calibri" w:eastAsia="宋体"/>
        </w:rPr>
        <w:t>如果此时你没有一般意义上的易性症的证明，药房不会为你拿药，需要提醒高绿芬医生手写诊断（此诊断仅为医生手写在处方单和注射单上，因为高医生没有开具易性症精神类诊断的资质，所以本诊断只用于药房拿药和护士注射）。</w:t>
      </w:r>
    </w:p>
    <w:p>
      <w:pPr>
        <w:spacing w:before="20" w:after="40"/>
        <w:ind w:left="425" w:hanging="312"/>
      </w:pPr>
      <w:r>
        <w:rPr>
          <w:rFonts w:ascii="Calibri" w:hAnsi="Calibri" w:cs="Calibri" w:eastAsia="宋体"/>
        </w:rPr>
        <w:t xml:space="preserve">• </w:t>
      </w:r>
      <w:r>
        <w:rPr>
          <w:rFonts w:ascii="Calibri" w:hAnsi="Calibri" w:cs="Calibri" w:eastAsia="宋体"/>
        </w:rPr>
        <w:t>对于青春期阻断剂等注射药物，高绿芬医生有可能会写错注射方式，药房在看单的时候一般会提到。</w:t>
      </w:r>
    </w:p>
    <w:p>
      <w:pPr>
        <w:spacing w:after="100"/>
      </w:pPr>
      <w:r>
        <w:rPr>
          <w:rFonts w:ascii="Calibri" w:hAnsi="Calibri" w:cs="Calibri" w:eastAsia="宋体"/>
        </w:rPr>
        <w:t>注意：和其它内分泌科医生类似，作为妇科医生，该医生不会为就诊人开具易性症证明，需要开具易性症证明医生会建议前往暨南大学附属第一医院（总院）精神科（1号楼六楼精神医学科）</w:t>
      </w:r>
      <w:r>
        <w:rPr>
          <w:rFonts w:ascii="Calibri" w:hAnsi="Calibri" w:cs="Calibri" w:eastAsia="宋体"/>
        </w:rPr>
        <w:t>贾艳滨</w:t>
      </w:r>
      <w:r>
        <w:rPr>
          <w:rFonts w:ascii="Calibri" w:hAnsi="Calibri" w:cs="Calibri" w:eastAsia="宋体"/>
        </w:rPr>
        <w:t>医生就诊，因为是同一家医院，病例可以在医院系统内流通，方便高医生查看。</w:t>
      </w:r>
    </w:p>
    <w:p>
      <w:pPr>
        <w:pStyle w:val="Heading3"/>
      </w:pPr>
      <w:r>
        <w:rPr>
          <w:rFonts w:ascii="Calibri" w:hAnsi="Calibri" w:cs="Calibri" w:eastAsia="宋体"/>
        </w:rPr>
        <w:t>复诊细节</w:t>
      </w:r>
    </w:p>
    <w:p>
      <w:pPr>
        <w:spacing w:after="100"/>
      </w:pPr>
      <w:r>
        <w:rPr>
          <w:rFonts w:ascii="Calibri" w:hAnsi="Calibri" w:cs="Calibri" w:eastAsia="宋体"/>
        </w:rPr>
        <w:t>完成6个月的疗程后需要复诊进行各项身体检查。</w:t>
      </w:r>
    </w:p>
    <w:p>
      <w:pPr>
        <w:spacing w:after="100"/>
      </w:pPr>
      <w:r>
        <w:rPr>
          <w:rFonts w:ascii="Calibri" w:hAnsi="Calibri" w:cs="Calibri" w:eastAsia="宋体"/>
        </w:rPr>
        <w:t>如果在使用青春期阻断剂时出现失眠、烦躁、食欲不振等副作用，而家长仍不支持HRT（激素替代治疗），医生可能建议使用少量的雌二醇药物，如雌二醇凝胶等。若使用凝胶，一般建议剂量为半尺，使用方法可参考</w:t>
      </w:r>
      <w:r>
        <w:rPr>
          <w:rFonts w:ascii="Calibri" w:hAnsi="Calibri" w:cs="Calibri" w:eastAsia="宋体"/>
        </w:rPr>
        <w:t>雌二醇凝胶§使用方式与用量</w:t>
      </w:r>
      <w:r>
        <w:rPr>
          <w:rFonts w:ascii="Calibri" w:hAnsi="Calibri" w:cs="Calibri" w:eastAsia="宋体"/>
        </w:rPr>
        <w:t>。</w:t>
      </w:r>
    </w:p>
    <w:p>
      <w:pPr>
        <w:spacing w:after="100"/>
      </w:pPr>
      <w:r>
        <w:rPr>
          <w:rFonts w:ascii="Calibri" w:hAnsi="Calibri" w:cs="Calibri" w:eastAsia="宋体"/>
        </w:rPr>
        <w:t>完成6个月的疗程后高医生会召开MDT讨论会诊（多学科讨论），在此之前会以问卷形式评估心理状态，需要完成全面的检查包括：骨密度、激素六项、验尿、身高、体重、乳腺B超、MRI检查等等（当你做完核磁共振（MRI）的时候，高绿芬医生团队的医生会叫你填写一份问卷，橙色字前的患者填，橙色字后面的是给你做核磁共振的医生填），之后可能将会开展MDT会诊（需要本人在场参加，如果是未成年则需要家长陪同参加），一般会有3-5个分别来自不同科室的主任级医生（妇科、精神科、儿科（儿童专属）、营养科、骨科、以及高医生团队的研究生），一般会询问你的精神状态、或者是问你经过一系列阻断或者是HRT治疗后的感受等等（注：每个医生的费用大概是200-300之间，最后可能花费1200元人民币以上，MDT会诊需要和高医生的助理预约时间）。</w:t>
      </w:r>
    </w:p>
    <w:p>
      <w:pPr>
        <w:pStyle w:val="Heading4"/>
      </w:pPr>
      <w:r>
        <w:rPr>
          <w:rFonts w:ascii="Calibri" w:hAnsi="Calibri" w:cs="Calibri" w:eastAsia="宋体"/>
        </w:rPr>
        <w:t>病例报告表</w:t>
      </w:r>
    </w:p>
    <w:p>
      <w:pPr>
        <w:spacing w:after="100"/>
      </w:pPr>
      <w:r>
        <w:rPr>
          <w:rFonts w:ascii="Calibri" w:hAnsi="Calibri" w:cs="Calibri" w:eastAsia="宋体"/>
        </w:rPr>
        <w:t>内含风险告知、知情同意书、心理量表。未成年需要监护人签字。</w:t>
      </w:r>
    </w:p>
    <w:p>
      <w:pPr>
        <w:pStyle w:val="Heading4"/>
      </w:pPr>
      <w:r>
        <w:rPr>
          <w:rFonts w:ascii="Calibri" w:hAnsi="Calibri" w:cs="Calibri" w:eastAsia="宋体"/>
        </w:rPr>
        <w:t>身体检查</w:t>
      </w:r>
    </w:p>
    <w:p>
      <w:pPr>
        <w:spacing w:after="100"/>
      </w:pPr>
      <w:r>
        <w:rPr>
          <w:rFonts w:ascii="Calibri" w:hAnsi="Calibri" w:cs="Calibri" w:eastAsia="宋体"/>
        </w:rPr>
        <w:t>可能开具大量检查。注意自费总金额或接近 2000，且不能只付一部分。</w:t>
      </w:r>
    </w:p>
    <w:p>
      <w:pPr>
        <w:spacing w:after="100"/>
      </w:pPr>
      <w:r>
        <w:rPr>
          <w:rFonts w:ascii="Calibri" w:hAnsi="Calibri" w:cs="Calibri" w:eastAsia="宋体"/>
        </w:rPr>
        <w:t>可能常规开具的检查项目：</w:t>
      </w:r>
    </w:p>
    <w:p>
      <w:pPr>
        <w:spacing w:before="20" w:after="40"/>
        <w:ind w:left="425" w:hanging="312"/>
      </w:pPr>
      <w:r>
        <w:rPr>
          <w:rFonts w:ascii="Calibri" w:hAnsi="Calibri" w:cs="Calibri" w:eastAsia="宋体"/>
        </w:rPr>
        <w:t xml:space="preserve">• </w:t>
      </w:r>
      <w:r>
        <w:rPr>
          <w:rFonts w:ascii="Calibri" w:hAnsi="Calibri" w:cs="Calibri" w:eastAsia="宋体"/>
        </w:rPr>
        <w:t>血常规</w:t>
      </w:r>
    </w:p>
    <w:p>
      <w:pPr>
        <w:spacing w:before="20" w:after="40"/>
        <w:ind w:left="425" w:hanging="312"/>
      </w:pPr>
      <w:r>
        <w:rPr>
          <w:rFonts w:ascii="Calibri" w:hAnsi="Calibri" w:cs="Calibri" w:eastAsia="宋体"/>
        </w:rPr>
        <w:t xml:space="preserve">• </w:t>
      </w:r>
      <w:r>
        <w:rPr>
          <w:rFonts w:ascii="Calibri" w:hAnsi="Calibri" w:cs="Calibri" w:eastAsia="宋体"/>
        </w:rPr>
        <w:t>凝血四项</w:t>
      </w:r>
    </w:p>
    <w:p>
      <w:pPr>
        <w:spacing w:before="20" w:after="40"/>
        <w:ind w:left="425" w:hanging="312"/>
      </w:pPr>
      <w:r>
        <w:rPr>
          <w:rFonts w:ascii="Calibri" w:hAnsi="Calibri" w:cs="Calibri" w:eastAsia="宋体"/>
        </w:rPr>
        <w:t xml:space="preserve">• </w:t>
      </w:r>
      <w:r>
        <w:rPr>
          <w:rFonts w:ascii="Calibri" w:hAnsi="Calibri" w:cs="Calibri" w:eastAsia="宋体"/>
        </w:rPr>
        <w:t>常规生化</w:t>
      </w:r>
    </w:p>
    <w:p>
      <w:pPr>
        <w:spacing w:before="20" w:after="40"/>
        <w:ind w:left="425" w:hanging="312"/>
      </w:pPr>
      <w:r>
        <w:rPr>
          <w:rFonts w:ascii="Calibri" w:hAnsi="Calibri" w:cs="Calibri" w:eastAsia="宋体"/>
        </w:rPr>
        <w:t xml:space="preserve">• </w:t>
      </w:r>
      <w:r>
        <w:rPr>
          <w:rFonts w:ascii="Calibri" w:hAnsi="Calibri" w:cs="Calibri" w:eastAsia="宋体"/>
        </w:rPr>
        <w:t>肝功三项</w:t>
      </w:r>
    </w:p>
    <w:p>
      <w:pPr>
        <w:spacing w:before="20" w:after="40"/>
        <w:ind w:left="425" w:hanging="312"/>
      </w:pPr>
      <w:r>
        <w:rPr>
          <w:rFonts w:ascii="Calibri" w:hAnsi="Calibri" w:cs="Calibri" w:eastAsia="宋体"/>
        </w:rPr>
        <w:t xml:space="preserve">• </w:t>
      </w:r>
      <w:r>
        <w:rPr>
          <w:rFonts w:ascii="Calibri" w:hAnsi="Calibri" w:cs="Calibri" w:eastAsia="宋体"/>
        </w:rPr>
        <w:t>血脂五项</w:t>
      </w:r>
    </w:p>
    <w:p>
      <w:pPr>
        <w:spacing w:before="20" w:after="40"/>
        <w:ind w:left="425" w:hanging="312"/>
      </w:pPr>
      <w:r>
        <w:rPr>
          <w:rFonts w:ascii="Calibri" w:hAnsi="Calibri" w:cs="Calibri" w:eastAsia="宋体"/>
        </w:rPr>
        <w:t xml:space="preserve">• </w:t>
      </w:r>
      <w:r>
        <w:rPr>
          <w:rFonts w:ascii="Calibri" w:hAnsi="Calibri" w:cs="Calibri" w:eastAsia="宋体"/>
        </w:rPr>
        <w:t>维生素 D 测定</w:t>
      </w:r>
    </w:p>
    <w:p>
      <w:pPr>
        <w:spacing w:before="20" w:after="40"/>
        <w:ind w:left="425" w:hanging="312"/>
      </w:pPr>
      <w:r>
        <w:rPr>
          <w:rFonts w:ascii="Calibri" w:hAnsi="Calibri" w:cs="Calibri" w:eastAsia="宋体"/>
        </w:rPr>
        <w:t xml:space="preserve">• </w:t>
      </w:r>
      <w:r>
        <w:rPr>
          <w:rFonts w:ascii="Calibri" w:hAnsi="Calibri" w:cs="Calibri" w:eastAsia="宋体"/>
        </w:rPr>
        <w:t>性激素五项（不含孕酮）</w:t>
      </w:r>
    </w:p>
    <w:p>
      <w:pPr>
        <w:spacing w:before="20" w:after="40"/>
        <w:ind w:left="425" w:hanging="312"/>
      </w:pPr>
      <w:r>
        <w:rPr>
          <w:rFonts w:ascii="Calibri" w:hAnsi="Calibri" w:cs="Calibri" w:eastAsia="宋体"/>
        </w:rPr>
        <w:t xml:space="preserve">• </w:t>
      </w:r>
      <w:r>
        <w:rPr>
          <w:rFonts w:ascii="Calibri" w:hAnsi="Calibri" w:cs="Calibri" w:eastAsia="宋体"/>
        </w:rPr>
        <w:t>阴囊，双侧睾丸，附睾，精索静脉彩超</w:t>
      </w:r>
    </w:p>
    <w:p>
      <w:pPr>
        <w:spacing w:before="20" w:after="40"/>
        <w:ind w:left="425" w:hanging="312"/>
      </w:pPr>
      <w:r>
        <w:rPr>
          <w:rFonts w:ascii="Calibri" w:hAnsi="Calibri" w:cs="Calibri" w:eastAsia="宋体"/>
        </w:rPr>
        <w:t xml:space="preserve">• </w:t>
      </w:r>
      <w:r>
        <w:rPr>
          <w:rFonts w:ascii="Calibri" w:hAnsi="Calibri" w:cs="Calibri" w:eastAsia="宋体"/>
        </w:rPr>
        <w:t>乳腺彩超</w:t>
      </w:r>
    </w:p>
    <w:p>
      <w:pPr>
        <w:spacing w:after="100"/>
      </w:pPr>
      <w:r>
        <w:rPr>
          <w:rFonts w:ascii="Calibri" w:hAnsi="Calibri" w:cs="Calibri" w:eastAsia="宋体"/>
        </w:rPr>
        <w:t>另视情况可能开具：</w:t>
      </w:r>
    </w:p>
    <w:p>
      <w:pPr>
        <w:spacing w:before="20" w:after="40"/>
        <w:ind w:left="425" w:hanging="312"/>
      </w:pPr>
      <w:r>
        <w:rPr>
          <w:rFonts w:ascii="Calibri" w:hAnsi="Calibri" w:cs="Calibri" w:eastAsia="宋体"/>
        </w:rPr>
        <w:t xml:space="preserve">• </w:t>
      </w:r>
      <w:r>
        <w:rPr>
          <w:rFonts w:ascii="Calibri" w:hAnsi="Calibri" w:cs="Calibri" w:eastAsia="宋体"/>
        </w:rPr>
        <w:t>尿液分析+尿沉淀定量</w:t>
      </w:r>
    </w:p>
    <w:p>
      <w:pPr>
        <w:spacing w:before="20" w:after="40"/>
        <w:ind w:left="425" w:hanging="312"/>
      </w:pPr>
      <w:r>
        <w:rPr>
          <w:rFonts w:ascii="Calibri" w:hAnsi="Calibri" w:cs="Calibri" w:eastAsia="宋体"/>
        </w:rPr>
        <w:t xml:space="preserve">• </w:t>
      </w:r>
      <w:r>
        <w:rPr>
          <w:rFonts w:ascii="Calibri" w:hAnsi="Calibri" w:cs="Calibri" w:eastAsia="宋体"/>
        </w:rPr>
        <w:t>粪便常规</w:t>
      </w:r>
    </w:p>
    <w:p>
      <w:pPr>
        <w:spacing w:before="20" w:after="40"/>
        <w:ind w:left="425" w:hanging="312"/>
      </w:pPr>
      <w:r>
        <w:rPr>
          <w:rFonts w:ascii="Calibri" w:hAnsi="Calibri" w:cs="Calibri" w:eastAsia="宋体"/>
        </w:rPr>
        <w:t xml:space="preserve">• </w:t>
      </w:r>
      <w:r>
        <w:rPr>
          <w:rFonts w:ascii="Calibri" w:hAnsi="Calibri" w:cs="Calibri" w:eastAsia="宋体"/>
        </w:rPr>
        <w:t>骨密度+体脂测定</w:t>
      </w:r>
    </w:p>
    <w:p>
      <w:pPr>
        <w:spacing w:before="20" w:after="40"/>
        <w:ind w:left="425" w:hanging="312"/>
      </w:pPr>
      <w:r>
        <w:rPr>
          <w:rFonts w:ascii="Calibri" w:hAnsi="Calibri" w:cs="Calibri" w:eastAsia="宋体"/>
        </w:rPr>
        <w:t xml:space="preserve">• </w:t>
      </w:r>
      <w:r>
        <w:rPr>
          <w:rFonts w:ascii="Calibri" w:hAnsi="Calibri" w:cs="Calibri" w:eastAsia="宋体"/>
        </w:rPr>
        <w:t>脑功能成像（ESWAN）（时间一般长达40分钟至1个多小时（过程中如有影响检查结果的活动可能需要重新扫描受影响的序列），扫描检查工作一般由高医生的研究生负责。整个扫描过程可能有点难受，可能出现“热”“痒”等感受。进入磁共振（MRI）检查范围请跟随工作人员指导取下携带的金属物品，如有假牙、起搏器等金属植入物，请提前告知开单医生。）</w:t>
      </w:r>
    </w:p>
    <w:p>
      <w:pPr>
        <w:spacing w:after="100"/>
      </w:pPr>
      <w:r>
        <w:rPr>
          <w:rFonts w:ascii="Calibri" w:hAnsi="Calibri" w:cs="Calibri" w:eastAsia="宋体"/>
        </w:rPr>
        <w:t>有报告称要求染色体检查。</w:t>
      </w:r>
    </w:p>
    <w:p>
      <w:pPr>
        <w:spacing w:after="100"/>
      </w:pPr>
      <w:r>
        <w:rPr>
          <w:rFonts w:ascii="Calibri" w:hAnsi="Calibri" w:cs="Calibri" w:eastAsia="宋体"/>
        </w:rPr>
        <w:t>接受外院检查报告单。</w:t>
      </w:r>
    </w:p>
    <w:p>
      <w:pPr>
        <w:pStyle w:val="Heading4"/>
      </w:pPr>
      <w:r>
        <w:rPr>
          <w:rFonts w:ascii="Calibri" w:hAnsi="Calibri" w:cs="Calibri" w:eastAsia="宋体"/>
        </w:rPr>
        <w:t>可开处方药物</w:t>
      </w:r>
    </w:p>
    <w:p>
      <w:pPr>
        <w:spacing w:after="100"/>
      </w:pPr>
      <w:r>
        <w:rPr>
          <w:rFonts w:ascii="Calibri" w:hAnsi="Calibri" w:cs="Calibri" w:eastAsia="宋体"/>
        </w:rPr>
        <w:t>需自费</w:t>
      </w:r>
    </w:p>
    <w:p>
      <w:pPr>
        <w:spacing w:before="20" w:after="40"/>
        <w:ind w:left="425" w:hanging="312"/>
      </w:pPr>
      <w:r>
        <w:rPr>
          <w:rFonts w:ascii="Calibri" w:hAnsi="Calibri" w:cs="Calibri" w:eastAsia="宋体"/>
        </w:rPr>
        <w:t xml:space="preserve">• </w:t>
      </w:r>
      <w:r>
        <w:rPr>
          <w:rFonts w:ascii="Calibri" w:hAnsi="Calibri" w:cs="Calibri" w:eastAsia="宋体"/>
        </w:rPr>
        <w:t>补佳乐</w:t>
      </w:r>
      <w:r>
        <w:rPr>
          <w:rFonts w:ascii="Calibri" w:hAnsi="Calibri" w:cs="Calibri" w:eastAsia="宋体"/>
        </w:rPr>
        <w:t xml:space="preserve"> 可开出3盒，因医院限制单次开出1盒，但能以“因慢性病长期用药”为理由开出3盒。</w:t>
      </w:r>
    </w:p>
    <w:p>
      <w:pPr>
        <w:spacing w:before="20" w:after="40"/>
        <w:ind w:left="425" w:hanging="312"/>
      </w:pPr>
      <w:r>
        <w:rPr>
          <w:rFonts w:ascii="Calibri" w:hAnsi="Calibri" w:cs="Calibri" w:eastAsia="宋体"/>
        </w:rPr>
        <w:t xml:space="preserve">• </w:t>
      </w:r>
      <w:r>
        <w:rPr>
          <w:rFonts w:ascii="Calibri" w:hAnsi="Calibri" w:cs="Calibri" w:eastAsia="宋体"/>
        </w:rPr>
        <w:t>雌二醇凝胶</w:t>
      </w:r>
      <w:r>
        <w:rPr>
          <w:rFonts w:ascii="Calibri" w:hAnsi="Calibri" w:cs="Calibri" w:eastAsia="宋体"/>
        </w:rPr>
        <w:t>（爱斯妥）</w:t>
      </w:r>
    </w:p>
    <w:p>
      <w:pPr>
        <w:spacing w:before="20" w:after="40"/>
        <w:ind w:left="425" w:hanging="312"/>
      </w:pPr>
      <w:r>
        <w:rPr>
          <w:rFonts w:ascii="Calibri" w:hAnsi="Calibri" w:cs="Calibri" w:eastAsia="宋体"/>
        </w:rPr>
        <w:t xml:space="preserve">• </w:t>
      </w:r>
      <w:r>
        <w:rPr>
          <w:rFonts w:ascii="Calibri" w:hAnsi="Calibri" w:cs="Calibri" w:eastAsia="宋体"/>
        </w:rPr>
        <w:t xml:space="preserve">含有 CPA（即 </w:t>
      </w:r>
      <w:r>
        <w:rPr>
          <w:rFonts w:ascii="Calibri" w:hAnsi="Calibri" w:cs="Calibri" w:eastAsia="宋体"/>
        </w:rPr>
        <w:t>色普龙</w:t>
      </w:r>
      <w:r>
        <w:rPr>
          <w:rFonts w:ascii="Calibri" w:hAnsi="Calibri" w:cs="Calibri" w:eastAsia="宋体"/>
        </w:rPr>
        <w:t xml:space="preserve"> 成分）与 </w:t>
      </w:r>
      <w:r>
        <w:rPr>
          <w:rFonts w:ascii="Calibri" w:hAnsi="Calibri" w:cs="Calibri" w:eastAsia="宋体"/>
          <w:b/>
        </w:rPr>
        <w:t>炔雌醇⚠</w:t>
      </w:r>
      <w:r>
        <w:rPr>
          <w:rFonts w:ascii="Calibri" w:hAnsi="Calibri" w:cs="Calibri" w:eastAsia="宋体"/>
        </w:rPr>
        <w:t xml:space="preserve"> 的「达英-35」 其理由是医院方面无法开出其它含 CPA 的药品，并且其作为避孕药「总体安全」。 但如若患者自备 CPA（如安得卡），将不再开出。</w:t>
      </w:r>
      <w:r>
        <w:rPr>
          <w:rFonts w:ascii="Calibri" w:hAnsi="Calibri" w:cs="Calibri" w:eastAsia="宋体"/>
        </w:rPr>
        <w:t>为什么不推荐达英-35？</w:t>
      </w:r>
    </w:p>
    <w:p>
      <w:pPr>
        <w:spacing w:before="20" w:after="40"/>
        <w:ind w:left="425" w:hanging="312"/>
      </w:pPr>
      <w:r>
        <w:rPr>
          <w:rFonts w:ascii="Calibri" w:hAnsi="Calibri" w:cs="Calibri" w:eastAsia="宋体"/>
        </w:rPr>
        <w:t xml:space="preserve">• </w:t>
      </w:r>
      <w:r>
        <w:rPr>
          <w:rFonts w:ascii="Calibri" w:hAnsi="Calibri" w:cs="Calibri" w:eastAsia="宋体"/>
        </w:rPr>
        <w:t>螺内酯</w:t>
      </w:r>
      <w:r>
        <w:rPr>
          <w:rFonts w:ascii="Calibri" w:hAnsi="Calibri" w:cs="Calibri" w:eastAsia="宋体"/>
        </w:rPr>
        <w:t xml:space="preserve"> —— 不常用</w:t>
      </w:r>
    </w:p>
    <w:p>
      <w:pPr>
        <w:spacing w:before="20" w:after="40"/>
        <w:ind w:left="425" w:hanging="312"/>
      </w:pPr>
      <w:r>
        <w:rPr>
          <w:rFonts w:ascii="Calibri" w:hAnsi="Calibri" w:cs="Calibri" w:eastAsia="宋体"/>
        </w:rPr>
        <w:t xml:space="preserve">• </w:t>
      </w:r>
      <w:r>
        <w:rPr>
          <w:rFonts w:ascii="Calibri" w:hAnsi="Calibri" w:cs="Calibri" w:eastAsia="宋体"/>
        </w:rPr>
        <w:t>GnRH 类似物</w:t>
      </w:r>
      <w:r>
        <w:br/>
      </w:r>
    </w:p>
    <w:p>
      <w:pPr>
        <w:spacing w:before="20" w:after="40"/>
        <w:ind w:left="822" w:hanging="312"/>
      </w:pPr>
      <w:r>
        <w:rPr>
          <w:rFonts w:ascii="Calibri" w:hAnsi="Calibri" w:cs="Calibri" w:eastAsia="宋体"/>
        </w:rPr>
        <w:t xml:space="preserve">◦ </w:t>
      </w:r>
      <w:r>
        <w:rPr>
          <w:rFonts w:ascii="Calibri" w:hAnsi="Calibri" w:cs="Calibri" w:eastAsia="宋体"/>
        </w:rPr>
        <w:t>醋酸亮丙瑞林微球（贝依®、抑那通®）3.75mg</w:t>
      </w:r>
    </w:p>
    <w:p>
      <w:pPr>
        <w:spacing w:before="20" w:after="40"/>
        <w:ind w:left="822" w:hanging="312"/>
      </w:pPr>
      <w:r>
        <w:rPr>
          <w:rFonts w:ascii="Calibri" w:hAnsi="Calibri" w:cs="Calibri" w:eastAsia="宋体"/>
        </w:rPr>
        <w:t xml:space="preserve">◦ </w:t>
      </w:r>
      <w:r>
        <w:rPr>
          <w:rFonts w:ascii="Calibri" w:hAnsi="Calibri" w:cs="Calibri" w:eastAsia="宋体"/>
        </w:rPr>
        <w:t>醋酸戈舍瑞林缓释植入剂（诺雷得®）3.6mg/10.8mg（10.8mg版本可以维持至少3个月至半年的阻断效果）</w:t>
      </w:r>
    </w:p>
    <w:p>
      <w:pPr>
        <w:spacing w:after="100"/>
      </w:pPr>
      <w:r>
        <w:rPr>
          <w:rFonts w:ascii="Calibri" w:hAnsi="Calibri" w:cs="Calibri" w:eastAsia="宋体"/>
        </w:rPr>
        <w:t>通过在线平台开具处方</w:t>
      </w:r>
    </w:p>
    <w:p>
      <w:pPr>
        <w:spacing w:before="20" w:after="40"/>
        <w:ind w:left="425" w:hanging="312"/>
      </w:pPr>
      <w:r>
        <w:rPr>
          <w:rFonts w:ascii="Calibri" w:hAnsi="Calibri" w:cs="Calibri" w:eastAsia="宋体"/>
        </w:rPr>
        <w:t xml:space="preserve">• </w:t>
      </w:r>
      <w:r>
        <w:rPr>
          <w:rFonts w:ascii="Calibri" w:hAnsi="Calibri" w:cs="Calibri" w:eastAsia="宋体"/>
        </w:rPr>
        <w:t>雌二醇凝胶</w:t>
      </w:r>
      <w:r>
        <w:rPr>
          <w:rFonts w:ascii="Calibri" w:hAnsi="Calibri" w:cs="Calibri" w:eastAsia="宋体"/>
        </w:rPr>
        <w:t>（爱斯妥）</w:t>
      </w:r>
    </w:p>
    <w:p>
      <w:pPr>
        <w:spacing w:before="20" w:after="40"/>
        <w:ind w:left="425" w:hanging="312"/>
      </w:pPr>
      <w:r>
        <w:rPr>
          <w:rFonts w:ascii="Calibri" w:hAnsi="Calibri" w:cs="Calibri" w:eastAsia="宋体"/>
        </w:rPr>
        <w:t xml:space="preserve">• </w:t>
      </w:r>
      <w:r>
        <w:rPr>
          <w:rFonts w:ascii="Calibri" w:hAnsi="Calibri" w:cs="Calibri" w:eastAsia="宋体"/>
        </w:rPr>
        <w:t>醋酸环丙孕酮片</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 xml:space="preserve">需提供 </w:t>
      </w:r>
      <w:r>
        <w:rPr>
          <w:rFonts w:ascii="Calibri" w:hAnsi="Calibri" w:cs="Calibri" w:eastAsia="宋体"/>
        </w:rPr>
        <w:t>诊断证明</w:t>
      </w:r>
    </w:p>
    <w:p>
      <w:pPr>
        <w:spacing w:before="20" w:after="40"/>
        <w:ind w:left="425" w:hanging="312"/>
      </w:pPr>
      <w:r>
        <w:rPr>
          <w:rFonts w:ascii="Calibri" w:hAnsi="Calibri" w:cs="Calibri" w:eastAsia="宋体"/>
        </w:rPr>
        <w:t xml:space="preserve">• </w:t>
      </w:r>
      <w:r>
        <w:rPr>
          <w:rFonts w:ascii="Calibri" w:hAnsi="Calibri" w:cs="Calibri" w:eastAsia="宋体"/>
        </w:rPr>
        <w:t>会推荐前往广东省生殖医院进行生育力保存</w:t>
      </w:r>
    </w:p>
    <w:p>
      <w:pPr>
        <w:spacing w:before="20" w:after="40"/>
        <w:ind w:left="425" w:hanging="312"/>
      </w:pPr>
      <w:r>
        <w:rPr>
          <w:rFonts w:ascii="Calibri" w:hAnsi="Calibri" w:cs="Calibri" w:eastAsia="宋体"/>
        </w:rPr>
        <w:t xml:space="preserve">• </w:t>
      </w:r>
      <w:r>
        <w:rPr>
          <w:rFonts w:ascii="Calibri" w:hAnsi="Calibri" w:cs="Calibri" w:eastAsia="宋体"/>
        </w:rPr>
        <w:t>高医生的研究生有时有跨性别相关课题，会发问卷</w:t>
      </w:r>
      <w:r>
        <w:rPr>
          <w:rFonts w:ascii="Calibri" w:hAnsi="Calibri" w:cs="Calibri" w:eastAsia="宋体"/>
          <w:strike/>
        </w:rPr>
        <w:t>甚至现场抓人做实验</w:t>
      </w:r>
      <w:r>
        <w:rPr>
          <w:rFonts w:ascii="Calibri" w:hAnsi="Calibri" w:cs="Calibri" w:eastAsia="宋体"/>
        </w:rPr>
        <w:t>给大家做，对于25周岁以下的就诊者，会邀请家长通过扫描二维码填写对应的问卷</w:t>
      </w:r>
    </w:p>
    <w:p>
      <w:pPr>
        <w:keepNext/>
        <w:spacing w:before="120" w:after="40"/>
        <w:pBdr>
          <w:bottom w:val="single" w:sz="6" w:space="1" w:color="D4D8DE"/>
        </w:pBdr>
      </w:pPr>
      <w:r>
        <w:rPr>
          <w:rFonts w:ascii="Calibri" w:hAnsi="Calibri" w:cs="Calibri" w:eastAsia="微软雅黑"/>
          <w:b/>
        </w:rPr>
        <w:t>▸ 跨性别女性志愿者招募（已停止）</w:t>
      </w:r>
    </w:p>
    <w:p>
      <w:pPr>
        <w:pStyle w:val="Heading3"/>
      </w:pPr>
      <w:r>
        <w:rPr>
          <w:rFonts w:ascii="Calibri" w:hAnsi="Calibri" w:cs="Calibri" w:eastAsia="宋体"/>
        </w:rPr>
        <w:t>跨性别女性志愿者招募（已停止）</w:t>
      </w:r>
    </w:p>
    <w:p>
      <w:pPr>
        <w:pStyle w:val="Heading4"/>
      </w:pPr>
      <w:r>
        <w:rPr>
          <w:rFonts w:ascii="Calibri" w:hAnsi="Calibri" w:cs="Calibri" w:eastAsia="宋体"/>
        </w:rPr>
        <w:t>招募对象</w:t>
      </w:r>
    </w:p>
    <w:p>
      <w:pPr>
        <w:spacing w:before="20" w:after="40"/>
        <w:ind w:left="425" w:hanging="312"/>
      </w:pPr>
      <w:r>
        <w:rPr>
          <w:rFonts w:ascii="Calibri" w:hAnsi="Calibri" w:cs="Calibri" w:eastAsia="宋体"/>
        </w:rPr>
        <w:t xml:space="preserve">1. </w:t>
      </w:r>
      <w:r>
        <w:rPr>
          <w:rFonts w:ascii="Calibri" w:hAnsi="Calibri" w:cs="Calibri" w:eastAsia="宋体"/>
        </w:rPr>
        <w:t>经精神心理科确诊的跨性别女性</w:t>
      </w:r>
    </w:p>
    <w:p>
      <w:pPr>
        <w:spacing w:before="20" w:after="40"/>
        <w:ind w:left="425" w:hanging="312"/>
      </w:pPr>
      <w:r>
        <w:rPr>
          <w:rFonts w:ascii="Calibri" w:hAnsi="Calibri" w:cs="Calibri" w:eastAsia="宋体"/>
        </w:rPr>
        <w:t xml:space="preserve">2. </w:t>
      </w:r>
      <w:r>
        <w:rPr>
          <w:rFonts w:ascii="Calibri" w:hAnsi="Calibri" w:cs="Calibri" w:eastAsia="宋体"/>
        </w:rPr>
        <w:t>年龄 16-40 岁（16-18 岁需家长签字同意）</w:t>
      </w:r>
    </w:p>
    <w:p>
      <w:pPr>
        <w:spacing w:before="20" w:after="40"/>
        <w:ind w:left="425" w:hanging="312"/>
      </w:pPr>
      <w:r>
        <w:rPr>
          <w:rFonts w:ascii="Calibri" w:hAnsi="Calibri" w:cs="Calibri" w:eastAsia="宋体"/>
        </w:rPr>
        <w:t xml:space="preserve">3. </w:t>
      </w:r>
      <w:r>
        <w:rPr>
          <w:rFonts w:ascii="Calibri" w:hAnsi="Calibri" w:cs="Calibri" w:eastAsia="宋体"/>
        </w:rPr>
        <w:t>未接受过性激素药物治疗或间断使用但乳房未发育，停药一个月以上</w:t>
      </w:r>
    </w:p>
    <w:p>
      <w:pPr>
        <w:spacing w:before="20" w:after="40"/>
        <w:ind w:left="425" w:hanging="312"/>
      </w:pPr>
      <w:r>
        <w:rPr>
          <w:rFonts w:ascii="Calibri" w:hAnsi="Calibri" w:cs="Calibri" w:eastAsia="宋体"/>
        </w:rPr>
        <w:t xml:space="preserve">4. </w:t>
      </w:r>
      <w:r>
        <w:rPr>
          <w:rFonts w:ascii="Calibri" w:hAnsi="Calibri" w:cs="Calibri" w:eastAsia="宋体"/>
        </w:rPr>
        <w:t>未接受过性别重置手术（包括性腺切除手术、隆胸手术）</w:t>
      </w:r>
    </w:p>
    <w:p>
      <w:pPr>
        <w:spacing w:before="20" w:after="40"/>
        <w:ind w:left="425" w:hanging="312"/>
      </w:pPr>
      <w:r>
        <w:rPr>
          <w:rFonts w:ascii="Calibri" w:hAnsi="Calibri" w:cs="Calibri" w:eastAsia="宋体"/>
        </w:rPr>
        <w:t xml:space="preserve">5. </w:t>
      </w:r>
      <w:r>
        <w:rPr>
          <w:rFonts w:ascii="Calibri" w:hAnsi="Calibri" w:cs="Calibri" w:eastAsia="宋体"/>
        </w:rPr>
        <w:t>无重大内外科疾病和/或合并严重精神心理疾病</w:t>
      </w:r>
    </w:p>
    <w:p>
      <w:pPr>
        <w:spacing w:before="20" w:after="40"/>
        <w:ind w:left="425" w:hanging="312"/>
      </w:pPr>
      <w:r>
        <w:rPr>
          <w:rFonts w:ascii="Calibri" w:hAnsi="Calibri" w:cs="Calibri" w:eastAsia="宋体"/>
        </w:rPr>
        <w:t xml:space="preserve">6. </w:t>
      </w:r>
      <w:r>
        <w:rPr>
          <w:rFonts w:ascii="Calibri" w:hAnsi="Calibri" w:cs="Calibri" w:eastAsia="宋体"/>
        </w:rPr>
        <w:t>有阅读理解并完成研究调查问卷的能力</w:t>
      </w:r>
    </w:p>
    <w:p>
      <w:pPr>
        <w:spacing w:after="100"/>
      </w:pPr>
      <w:r>
        <w:rPr>
          <w:rFonts w:ascii="Calibri" w:hAnsi="Calibri" w:cs="Calibri" w:eastAsia="宋体"/>
        </w:rPr>
        <w:t>招募时间：2022 年 11 月 22 日 - 2024 年 11 月 22 日</w:t>
      </w:r>
    </w:p>
    <w:p>
      <w:pPr>
        <w:spacing w:after="100"/>
      </w:pPr>
      <w:r>
        <w:rPr>
          <w:rFonts w:ascii="Calibri" w:hAnsi="Calibri" w:cs="Calibri" w:eastAsia="宋体"/>
        </w:rPr>
        <w:t>招募人数：120名，招满即止</w:t>
      </w:r>
    </w:p>
    <w:p>
      <w:pPr>
        <w:pStyle w:val="Heading4"/>
      </w:pPr>
      <w:r>
        <w:rPr>
          <w:rFonts w:ascii="Calibri" w:hAnsi="Calibri" w:cs="Calibri" w:eastAsia="宋体"/>
        </w:rPr>
        <w:t>参与内容</w:t>
      </w:r>
    </w:p>
    <w:p>
      <w:pPr>
        <w:spacing w:after="100"/>
      </w:pPr>
      <w:r>
        <w:rPr>
          <w:rFonts w:ascii="Calibri" w:hAnsi="Calibri" w:cs="Calibri" w:eastAsia="宋体"/>
        </w:rPr>
        <w:t>一项“给予抗雄药物的雌二醇凝胶 VS 口服片剂在跨性别女性性别确认激素治疗中的有效性及安全性的随机、双盲、对照临床试验”在暨南大学附属第一医院生殖内分泌科开展。</w:t>
      </w:r>
    </w:p>
    <w:p>
      <w:pPr>
        <w:pStyle w:val="Heading4"/>
      </w:pPr>
      <w:r>
        <w:rPr>
          <w:rFonts w:ascii="Calibri" w:hAnsi="Calibri" w:cs="Calibri" w:eastAsia="宋体"/>
        </w:rPr>
        <w:t>您的获益</w:t>
      </w:r>
    </w:p>
    <w:p>
      <w:pPr>
        <w:spacing w:before="20" w:after="40"/>
        <w:ind w:left="425" w:hanging="312"/>
      </w:pPr>
      <w:r>
        <w:rPr>
          <w:rFonts w:ascii="Calibri" w:hAnsi="Calibri" w:cs="Calibri" w:eastAsia="宋体"/>
        </w:rPr>
        <w:t xml:space="preserve">1. </w:t>
      </w:r>
      <w:r>
        <w:rPr>
          <w:rFonts w:ascii="Calibri" w:hAnsi="Calibri" w:cs="Calibri" w:eastAsia="宋体"/>
        </w:rPr>
        <w:t>免费享受生殖内分泌科与精神心理科专家专业评估及用药指导</w:t>
      </w:r>
    </w:p>
    <w:p>
      <w:pPr>
        <w:spacing w:before="20" w:after="40"/>
        <w:ind w:left="425" w:hanging="312"/>
      </w:pPr>
      <w:r>
        <w:rPr>
          <w:rFonts w:ascii="Calibri" w:hAnsi="Calibri" w:cs="Calibri" w:eastAsia="宋体"/>
        </w:rPr>
        <w:t xml:space="preserve">2. </w:t>
      </w:r>
      <w:r>
        <w:rPr>
          <w:rFonts w:ascii="Calibri" w:hAnsi="Calibri" w:cs="Calibri" w:eastAsia="宋体"/>
        </w:rPr>
        <w:t>免费使用相关药物</w:t>
      </w:r>
    </w:p>
    <w:p>
      <w:pPr>
        <w:spacing w:before="20" w:after="40"/>
        <w:ind w:left="425" w:hanging="312"/>
      </w:pPr>
      <w:r>
        <w:rPr>
          <w:rFonts w:ascii="Calibri" w:hAnsi="Calibri" w:cs="Calibri" w:eastAsia="宋体"/>
        </w:rPr>
        <w:t xml:space="preserve">3. </w:t>
      </w:r>
      <w:r>
        <w:rPr>
          <w:rFonts w:ascii="Calibri" w:hAnsi="Calibri" w:cs="Calibri" w:eastAsia="宋体"/>
        </w:rPr>
        <w:t>免费享受体检、血液学检查、超声、颅脑 MRI、骨密度检查、精神心理评估</w:t>
      </w:r>
    </w:p>
    <w:p>
      <w:pPr>
        <w:pStyle w:val="Heading4"/>
      </w:pPr>
      <w:r>
        <w:rPr>
          <w:rFonts w:ascii="Calibri" w:hAnsi="Calibri" w:cs="Calibri" w:eastAsia="宋体"/>
        </w:rPr>
        <w:t>入组咨询</w:t>
      </w:r>
    </w:p>
    <w:p>
      <w:pPr>
        <w:spacing w:before="20" w:after="40"/>
        <w:ind w:left="425" w:hanging="312"/>
      </w:pPr>
      <w:r>
        <w:rPr>
          <w:rFonts w:ascii="Calibri" w:hAnsi="Calibri" w:cs="Calibri" w:eastAsia="宋体"/>
        </w:rPr>
        <w:t xml:space="preserve">• </w:t>
      </w:r>
      <w:r>
        <w:rPr>
          <w:rFonts w:ascii="Calibri" w:hAnsi="Calibri" w:cs="Calibri" w:eastAsia="宋体"/>
        </w:rPr>
        <w:t>13247307803</w:t>
      </w:r>
      <w:r>
        <w:rPr>
          <w:rFonts w:ascii="Calibri" w:hAnsi="Calibri" w:cs="Calibri" w:eastAsia="宋体"/>
        </w:rPr>
        <w:t>（微信同号）</w:t>
      </w:r>
    </w:p>
    <w:p>
      <w:pPr>
        <w:spacing w:before="20" w:after="40"/>
        <w:ind w:left="425" w:hanging="312"/>
      </w:pPr>
      <w:r>
        <w:rPr>
          <w:rFonts w:ascii="Calibri" w:hAnsi="Calibri" w:cs="Calibri" w:eastAsia="宋体"/>
        </w:rPr>
        <w:t xml:space="preserve">• </w:t>
      </w:r>
      <w:r>
        <w:br/>
      </w:r>
      <w:r>
        <w:rPr>
          <w:rFonts w:ascii="Calibri" w:hAnsi="Calibri" w:cs="Calibri" w:eastAsia="宋体"/>
        </w:rPr>
        <w:t xml:space="preserve"> QQ 2568485369</w:t>
      </w:r>
      <w:r>
        <w:br/>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广东联盟药品接续采购中选结果：注射用醋酸亮丙瑞林微球 3.75 mg 由 1351.66 元降至 </w:t>
      </w:r>
      <w:r>
        <w:rPr>
          <w:rFonts w:ascii="Calibri" w:hAnsi="Calibri" w:cs="Calibri" w:eastAsia="宋体"/>
          <w:b/>
        </w:rPr>
        <w:t>902.98 元</w:t>
      </w:r>
      <w:r>
        <w:rPr>
          <w:rFonts w:ascii="Calibri" w:hAnsi="Calibri" w:cs="Calibri" w:eastAsia="宋体"/>
        </w:rPr>
        <w:t xml:space="preserve">（原研），11.25 mg 由 3694.32 元降至 </w:t>
      </w:r>
      <w:r>
        <w:rPr>
          <w:rFonts w:ascii="Calibri" w:hAnsi="Calibri" w:cs="Calibri" w:eastAsia="宋体"/>
          <w:b/>
        </w:rPr>
        <w:t>2093.77 元</w:t>
      </w:r>
      <w:r>
        <w:rPr>
          <w:rFonts w:ascii="Calibri" w:hAnsi="Calibri" w:cs="Calibri" w:eastAsia="宋体"/>
        </w:rPr>
        <w:t>——见</w:t>
      </w:r>
      <w:r>
        <w:rPr>
          <w:rFonts w:ascii="Calibri" w:hAnsi="Calibri" w:cs="Calibri" w:eastAsia="宋体"/>
        </w:rPr>
        <w:t>南方都市报 2026-02-04 报道</w:t>
      </w:r>
      <w:r>
        <w:rPr>
          <w:rFonts w:ascii="Calibri" w:hAnsi="Calibri" w:cs="Calibri" w:eastAsia="宋体"/>
        </w:rPr>
        <w:t xml:space="preserve">；国产 3.75 mg 的 </w:t>
      </w:r>
      <w:r>
        <w:rPr>
          <w:rFonts w:ascii="Calibri" w:hAnsi="Calibri" w:cs="Calibri" w:eastAsia="宋体"/>
          <w:b/>
        </w:rPr>
        <w:t>896.98 元</w:t>
      </w:r>
      <w:r>
        <w:rPr>
          <w:rFonts w:ascii="Calibri" w:hAnsi="Calibri" w:cs="Calibri" w:eastAsia="宋体"/>
        </w:rPr>
        <w:t>见</w:t>
      </w:r>
      <w:r>
        <w:rPr>
          <w:rFonts w:ascii="Calibri" w:hAnsi="Calibri" w:cs="Calibri" w:eastAsia="宋体"/>
        </w:rPr>
        <w:t>亳州市卫生健康委员会药品价格公示</w:t>
      </w:r>
      <w:r>
        <w:rPr>
          <w:rFonts w:ascii="Calibri" w:hAnsi="Calibri" w:cs="Calibri" w:eastAsia="宋体"/>
        </w:rPr>
        <w:t xml:space="preserve">。该集采覆盖广东等 15 个省区。 </w:t>
      </w:r>
    </w:p>
    <w:p>
      <w:pPr>
        <w:pStyle w:val="Heading2"/>
      </w:pPr>
      <w:r>
        <w:rPr>
          <w:rFonts w:ascii="Calibri" w:hAnsi="Calibri" w:cs="Calibri" w:eastAsia="微软雅黑"/>
        </w:rPr>
        <w:t>3.6  辽宁</w:t>
      </w:r>
    </w:p>
    <w:p>
      <w:pPr>
        <w:spacing w:after="160"/>
      </w:pPr>
      <w:r>
        <w:rPr>
          <w:rFonts w:ascii="Calibri" w:hAnsi="Calibri" w:cs="Calibri" w:eastAsia="宋体"/>
          <w:color w:val="6B7280"/>
          <w:sz w:val="16"/>
        </w:rPr>
        <w:t>原文：https://mtf.wiki/zh-cn/docs/hrt/liaoning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3.6.1  大连｜张霞</w:t>
      </w:r>
    </w:p>
    <w:p>
      <w:pPr>
        <w:spacing w:after="160"/>
      </w:pPr>
      <w:r>
        <w:rPr>
          <w:rFonts w:ascii="Calibri" w:hAnsi="Calibri" w:cs="Calibri" w:eastAsia="宋体"/>
          <w:color w:val="6B7280"/>
          <w:sz w:val="16"/>
        </w:rPr>
        <w:t>原文：https://mtf.wiki/zh-cn/docs/hrt/liaoning/zhang-xia · 最近更新：2026年9月5日</w:t>
      </w:r>
    </w:p>
    <w:p>
      <w:pPr>
        <w:spacing w:after="100"/>
      </w:pPr>
      <w:r>
        <w:rPr>
          <w:rFonts w:ascii="Calibri" w:hAnsi="Calibri" w:cs="Calibri" w:eastAsia="宋体"/>
        </w:rPr>
        <w:t>需家属介入</w:t>
      </w:r>
    </w:p>
    <w:p>
      <w:pPr>
        <w:spacing w:after="100"/>
      </w:pPr>
      <w:r>
        <w:rPr>
          <w:rFonts w:ascii="Calibri" w:hAnsi="Calibri" w:cs="Calibri" w:eastAsia="宋体"/>
        </w:rPr>
        <w:t>医生姓名：</w:t>
      </w:r>
      <w:r>
        <w:rPr>
          <w:rFonts w:ascii="Calibri" w:hAnsi="Calibri" w:cs="Calibri" w:eastAsia="宋体"/>
        </w:rPr>
        <w:t>张霞</w:t>
      </w:r>
    </w:p>
    <w:p>
      <w:pPr>
        <w:spacing w:after="100"/>
      </w:pPr>
      <w:r>
        <w:rPr>
          <w:rFonts w:ascii="Calibri" w:hAnsi="Calibri" w:cs="Calibri" w:eastAsia="宋体"/>
        </w:rPr>
        <w:t>所在医院：</w:t>
      </w:r>
      <w:r>
        <w:rPr>
          <w:rFonts w:ascii="Calibri" w:hAnsi="Calibri" w:cs="Calibri" w:eastAsia="宋体"/>
        </w:rPr>
        <w:t>大连医科大学附属第二医院</w:t>
      </w:r>
    </w:p>
    <w:p>
      <w:pPr>
        <w:pStyle w:val="Heading4"/>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4649"/>
        <w:gridCol w:w="4649"/>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周次</w:t>
            </w:r>
          </w:p>
        </w:tc>
        <w:tc>
          <w:tcPr>
            <w:tcW w:type="dxa" w:w="4649"/>
            <w:shd w:val="clear" w:color="auto" w:fill="EDF1F7"/>
          </w:tcPr>
          <w:p>
            <w:pPr>
              <w:spacing w:before="40" w:after="40" w:line="276" w:lineRule="auto"/>
            </w:pPr>
            <w:r>
              <w:rPr>
                <w:b/>
                <w:sz w:val="18"/>
              </w:rPr>
            </w:r>
            <w:r>
              <w:rPr>
                <w:rFonts w:ascii="Calibri" w:hAnsi="Calibri" w:cs="Calibri" w:eastAsia="宋体"/>
                <w:b/>
                <w:sz w:val="18"/>
              </w:rPr>
              <w:t>科室</w:t>
            </w:r>
          </w:p>
        </w:tc>
      </w:tr>
      <w:tr>
        <w:tc>
          <w:tcPr>
            <w:tcW w:type="dxa" w:w="4649"/>
          </w:tcPr>
          <w:p>
            <w:pPr>
              <w:spacing w:before="40" w:after="40" w:line="276" w:lineRule="auto"/>
            </w:pPr>
            <w:r>
              <w:rPr>
                <w:sz w:val="18"/>
              </w:rPr>
            </w:r>
            <w:r>
              <w:rPr>
                <w:rFonts w:ascii="Calibri" w:hAnsi="Calibri" w:cs="Calibri" w:eastAsia="宋体"/>
                <w:sz w:val="18"/>
              </w:rPr>
              <w:t>周一上午</w:t>
            </w:r>
          </w:p>
        </w:tc>
        <w:tc>
          <w:tcPr>
            <w:tcW w:type="dxa" w:w="4649"/>
          </w:tcPr>
          <w:p>
            <w:pPr>
              <w:spacing w:before="40" w:after="40" w:line="276" w:lineRule="auto"/>
            </w:pPr>
            <w:r>
              <w:rPr>
                <w:sz w:val="18"/>
              </w:rPr>
            </w:r>
            <w:r>
              <w:rPr>
                <w:rFonts w:ascii="Calibri" w:hAnsi="Calibri" w:cs="Calibri" w:eastAsia="宋体"/>
                <w:sz w:val="18"/>
              </w:rPr>
              <w:t>内分泌科</w:t>
            </w:r>
          </w:p>
        </w:tc>
      </w:tr>
    </w:tbl>
    <w:p>
      <w:pPr>
        <w:pStyle w:val="Heading4"/>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微信公众号 - 大连医科大学附属第二医院 - 互联网医院</w:t>
      </w:r>
    </w:p>
    <w:p>
      <w:pPr>
        <w:pStyle w:val="Heading4"/>
      </w:pPr>
      <w:r>
        <w:rPr>
          <w:rFonts w:ascii="Calibri" w:hAnsi="Calibri" w:cs="Calibri" w:eastAsia="宋体"/>
        </w:rPr>
        <w:t>问诊细节</w:t>
      </w:r>
    </w:p>
    <w:p>
      <w:pPr>
        <w:spacing w:after="100"/>
      </w:pPr>
      <w:r>
        <w:rPr>
          <w:rFonts w:ascii="Calibri" w:hAnsi="Calibri" w:cs="Calibri" w:eastAsia="宋体"/>
        </w:rPr>
        <w:t>医生会问你需要什么药物，根据你的情况可以开具相应的处方。</w:t>
      </w:r>
    </w:p>
    <w:p>
      <w:pPr>
        <w:pStyle w:val="Heading4"/>
      </w:pPr>
      <w:r>
        <w:rPr>
          <w:rFonts w:ascii="Calibri" w:hAnsi="Calibri" w:cs="Calibri" w:eastAsia="宋体"/>
        </w:rPr>
        <w:t>可以开具的 HRT 药物处方</w:t>
      </w:r>
    </w:p>
    <w:p>
      <w:pPr>
        <w:spacing w:before="20" w:after="40"/>
        <w:ind w:left="425" w:hanging="312"/>
      </w:pPr>
      <w:r>
        <w:rPr>
          <w:rFonts w:ascii="Calibri" w:hAnsi="Calibri" w:cs="Calibri" w:eastAsia="宋体"/>
        </w:rPr>
        <w:t xml:space="preserve">• </w:t>
      </w:r>
      <w:r>
        <w:rPr>
          <w:rFonts w:ascii="Calibri" w:hAnsi="Calibri" w:cs="Calibri" w:eastAsia="宋体"/>
        </w:rPr>
        <w:t>色普龙</w:t>
      </w:r>
    </w:p>
    <w:p>
      <w:pPr>
        <w:spacing w:before="20" w:after="40"/>
        <w:ind w:left="425" w:hanging="312"/>
      </w:pPr>
      <w:r>
        <w:rPr>
          <w:rFonts w:ascii="Calibri" w:hAnsi="Calibri" w:cs="Calibri" w:eastAsia="宋体"/>
        </w:rPr>
        <w:t xml:space="preserve">• </w:t>
      </w:r>
      <w:r>
        <w:rPr>
          <w:rFonts w:ascii="Calibri" w:hAnsi="Calibri" w:cs="Calibri" w:eastAsia="宋体"/>
        </w:rPr>
        <w:t>雌二醇</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需要 易性症 证明。</w:t>
      </w:r>
    </w:p>
    <w:p>
      <w:pPr>
        <w:spacing w:before="20" w:after="40"/>
        <w:ind w:left="425" w:hanging="312"/>
      </w:pPr>
      <w:r>
        <w:rPr>
          <w:rFonts w:ascii="Calibri" w:hAnsi="Calibri" w:cs="Calibri" w:eastAsia="宋体"/>
        </w:rPr>
        <w:t xml:space="preserve">• </w:t>
      </w:r>
      <w:r>
        <w:rPr>
          <w:rFonts w:ascii="Calibri" w:hAnsi="Calibri" w:cs="Calibri" w:eastAsia="宋体"/>
        </w:rPr>
        <w:t>不提供 HRT 指导。</w:t>
      </w:r>
    </w:p>
    <w:p>
      <w:pPr>
        <w:spacing w:before="20" w:after="40"/>
        <w:ind w:left="425" w:hanging="312"/>
      </w:pPr>
      <w:r>
        <w:rPr>
          <w:rFonts w:ascii="Calibri" w:hAnsi="Calibri" w:cs="Calibri" w:eastAsia="宋体"/>
        </w:rPr>
        <w:t xml:space="preserve">• </w:t>
      </w:r>
      <w:r>
        <w:rPr>
          <w:rFonts w:ascii="Calibri" w:hAnsi="Calibri" w:cs="Calibri" w:eastAsia="宋体"/>
        </w:rPr>
        <w:t>色谱龙和日雌只会标注自行购药。</w:t>
      </w:r>
    </w:p>
    <w:p>
      <w:pPr>
        <w:spacing w:before="20" w:after="40"/>
        <w:ind w:left="425" w:hanging="312"/>
      </w:pPr>
      <w:r>
        <w:rPr>
          <w:rFonts w:ascii="Calibri" w:hAnsi="Calibri" w:cs="Calibri" w:eastAsia="宋体"/>
        </w:rPr>
        <w:t xml:space="preserve">• </w:t>
      </w:r>
      <w:r>
        <w:rPr>
          <w:rFonts w:ascii="Calibri" w:hAnsi="Calibri" w:cs="Calibri" w:eastAsia="宋体"/>
        </w:rPr>
        <w:t>她可以为你开具出</w:t>
      </w:r>
      <w:r>
        <w:rPr>
          <w:rFonts w:ascii="Calibri" w:hAnsi="Calibri" w:cs="Calibri" w:eastAsia="宋体"/>
          <w:b/>
        </w:rPr>
        <w:t>激素替代治疗的诊断</w:t>
      </w:r>
      <w:r>
        <w:rPr>
          <w:rFonts w:ascii="Calibri" w:hAnsi="Calibri" w:cs="Calibri" w:eastAsia="宋体"/>
        </w:rPr>
        <w:t>。</w:t>
      </w:r>
    </w:p>
    <w:p>
      <w:pPr>
        <w:shd w:val="clear" w:color="auto" w:fill="F7F8FA"/>
        <w:pBdr>
          <w:left w:val="single" w:sz="18" w:space="6" w:color="C9CDD4"/>
        </w:pBdr>
        <w:spacing w:after="40"/>
      </w:pPr>
      <w:r>
        <w:rPr>
          <w:rFonts w:ascii="Calibri" w:hAnsi="Calibri" w:cs="Calibri" w:eastAsia="宋体"/>
          <w:b/>
        </w:rPr>
        <w:t>拿到这些后，记得去一楼的收费处那一排窗口最右边盖章，这样才具有效力。</w:t>
      </w:r>
    </w:p>
    <w:p>
      <w:pPr>
        <w:pStyle w:val="Heading4"/>
      </w:pPr>
      <w:r>
        <w:rPr>
          <w:rFonts w:ascii="Calibri" w:hAnsi="Calibri" w:cs="Calibri" w:eastAsia="宋体"/>
        </w:rPr>
        <w:t>检测项目</w:t>
      </w:r>
    </w:p>
    <w:p>
      <w:pPr>
        <w:spacing w:after="100"/>
      </w:pPr>
      <w:r>
        <w:rPr>
          <w:rFonts w:ascii="Calibri" w:hAnsi="Calibri" w:cs="Calibri" w:eastAsia="宋体"/>
        </w:rPr>
        <w:t>无</w:t>
      </w:r>
    </w:p>
    <w:p>
      <w:pPr>
        <w:pStyle w:val="Heading4"/>
      </w:pPr>
      <w:r>
        <w:rPr>
          <w:rFonts w:ascii="Calibri" w:hAnsi="Calibri" w:cs="Calibri" w:eastAsia="宋体"/>
        </w:rPr>
        <w:t>处方样式</w:t>
      </w:r>
    </w:p>
    <w:p>
      <w:pPr>
        <w:spacing w:after="100"/>
      </w:pPr>
      <w:r>
        <w:rPr>
          <w:rFonts w:ascii="Calibri" w:hAnsi="Calibri" w:cs="Calibri" w:eastAsia="宋体"/>
        </w:rPr>
        <w:t>仅供参考，勿作他用。</w:t>
      </w:r>
    </w:p>
    <w:p>
      <w:pPr>
        <w:pStyle w:val="Heading4"/>
      </w:pPr>
      <w:r>
        <w:rPr>
          <w:rFonts w:ascii="Calibri" w:hAnsi="Calibri" w:cs="Calibri" w:eastAsia="宋体"/>
        </w:rPr>
        <w:t>诊断样式</w:t>
      </w:r>
    </w:p>
    <w:p>
      <w:pPr>
        <w:spacing w:after="100"/>
      </w:pPr>
      <w:r>
        <w:rPr>
          <w:rFonts w:ascii="Calibri" w:hAnsi="Calibri" w:cs="Calibri" w:eastAsia="宋体"/>
        </w:rPr>
        <w:t>仅供参考，勿作他用。</w:t>
      </w:r>
    </w:p>
    <w:p>
      <w:pPr>
        <w:pStyle w:val="Heading2"/>
      </w:pPr>
      <w:r>
        <w:rPr>
          <w:rFonts w:ascii="Calibri" w:hAnsi="Calibri" w:cs="Calibri" w:eastAsia="微软雅黑"/>
        </w:rPr>
        <w:t>3.7  青岛｜何兰杰</w:t>
      </w:r>
    </w:p>
    <w:p>
      <w:pPr>
        <w:spacing w:after="160"/>
      </w:pPr>
      <w:r>
        <w:rPr>
          <w:rFonts w:ascii="Calibri" w:hAnsi="Calibri" w:cs="Calibri" w:eastAsia="宋体"/>
          <w:color w:val="6B7280"/>
          <w:sz w:val="16"/>
        </w:rPr>
        <w:t>原文：https://mtf.wiki/zh-cn/docs/hrt/sduqlqd · 最近更新：2026年4月20日</w:t>
      </w:r>
    </w:p>
    <w:p>
      <w:pPr>
        <w:spacing w:after="100"/>
      </w:pPr>
      <w:r>
        <w:rPr>
          <w:rFonts w:ascii="Calibri" w:hAnsi="Calibri" w:cs="Calibri" w:eastAsia="宋体"/>
        </w:rPr>
        <w:t>提供 HRT 指导</w:t>
      </w:r>
    </w:p>
    <w:p>
      <w:pPr>
        <w:spacing w:after="100"/>
      </w:pPr>
      <w:r>
        <w:rPr>
          <w:rFonts w:ascii="Calibri" w:hAnsi="Calibri" w:cs="Calibri" w:eastAsia="宋体"/>
        </w:rPr>
        <w:t>有检查项目</w:t>
      </w:r>
    </w:p>
    <w:p>
      <w:pPr>
        <w:spacing w:after="100"/>
      </w:pPr>
      <w:r>
        <w:rPr>
          <w:rFonts w:ascii="Calibri" w:hAnsi="Calibri" w:cs="Calibri" w:eastAsia="宋体"/>
        </w:rPr>
        <w:t>医生姓名：</w:t>
      </w:r>
      <w:r>
        <w:rPr>
          <w:rFonts w:ascii="Calibri" w:hAnsi="Calibri" w:cs="Calibri" w:eastAsia="宋体"/>
        </w:rPr>
        <w:t>何兰杰</w:t>
      </w:r>
      <w:r>
        <w:br/>
      </w:r>
      <w:r>
        <w:br/>
      </w:r>
      <w:r>
        <w:rPr>
          <w:rFonts w:ascii="Calibri" w:hAnsi="Calibri" w:cs="Calibri" w:eastAsia="宋体"/>
        </w:rPr>
        <w:t>所在医院：</w:t>
      </w:r>
      <w:r>
        <w:rPr>
          <w:rFonts w:ascii="Calibri" w:hAnsi="Calibri" w:cs="Calibri" w:eastAsia="宋体"/>
        </w:rPr>
        <w:t>山东大学齐鲁医院（青岛）</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 xml:space="preserve">找何兰杰进行咨询前必须先在同院 </w:t>
      </w:r>
      <w:r>
        <w:rPr>
          <w:rFonts w:ascii="Calibri" w:hAnsi="Calibri" w:cs="Calibri" w:eastAsia="宋体"/>
        </w:rPr>
        <w:t>高进</w:t>
      </w:r>
      <w:r>
        <w:rPr>
          <w:rFonts w:ascii="Calibri" w:hAnsi="Calibri" w:cs="Calibri" w:eastAsia="宋体"/>
        </w:rPr>
        <w:t xml:space="preserve"> 医生处就诊，并由高进医生向何兰杰医生进行告知后再前去就诊，如果直接挂号并前去就诊可能会被婉拒。</w:t>
      </w:r>
    </w:p>
    <w:p>
      <w:pPr>
        <w:pStyle w:val="Heading3"/>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3099"/>
        <w:gridCol w:w="6198"/>
      </w:tblGrid>
      <w:tr>
        <w:trPr>
          <w:tblHeader/>
        </w:trPr>
        <w:tc>
          <w:tcPr>
            <w:tcW w:type="dxa" w:w="3099"/>
            <w:shd w:val="clear" w:color="auto" w:fill="EDF1F7"/>
          </w:tcPr>
          <w:p>
            <w:pPr>
              <w:spacing w:before="40" w:after="40" w:line="276" w:lineRule="auto"/>
            </w:pPr>
            <w:r>
              <w:rPr>
                <w:b/>
                <w:sz w:val="18"/>
              </w:rPr>
            </w:r>
            <w:r>
              <w:rPr>
                <w:rFonts w:ascii="Calibri" w:hAnsi="Calibri" w:cs="Calibri" w:eastAsia="宋体"/>
                <w:b/>
                <w:sz w:val="18"/>
              </w:rPr>
              <w:t>周次</w:t>
            </w:r>
          </w:p>
        </w:tc>
        <w:tc>
          <w:tcPr>
            <w:tcW w:type="dxa" w:w="6198"/>
            <w:shd w:val="clear" w:color="auto" w:fill="EDF1F7"/>
          </w:tcPr>
          <w:p>
            <w:pPr>
              <w:spacing w:before="40" w:after="40" w:line="276" w:lineRule="auto"/>
            </w:pPr>
            <w:r>
              <w:rPr>
                <w:b/>
                <w:sz w:val="18"/>
              </w:rPr>
            </w:r>
            <w:r>
              <w:rPr>
                <w:rFonts w:ascii="Calibri" w:hAnsi="Calibri" w:cs="Calibri" w:eastAsia="宋体"/>
                <w:b/>
                <w:sz w:val="18"/>
              </w:rPr>
              <w:t>科室</w:t>
            </w:r>
          </w:p>
        </w:tc>
      </w:tr>
      <w:tr>
        <w:tc>
          <w:tcPr>
            <w:tcW w:type="dxa" w:w="3099"/>
          </w:tcPr>
          <w:p>
            <w:pPr>
              <w:spacing w:before="40" w:after="40" w:line="276" w:lineRule="auto"/>
            </w:pPr>
            <w:r>
              <w:rPr>
                <w:sz w:val="18"/>
              </w:rPr>
            </w:r>
            <w:r>
              <w:rPr>
                <w:rFonts w:ascii="Calibri" w:hAnsi="Calibri" w:cs="Calibri" w:eastAsia="宋体"/>
                <w:sz w:val="18"/>
              </w:rPr>
              <w:t>周三</w:t>
            </w:r>
          </w:p>
        </w:tc>
        <w:tc>
          <w:tcPr>
            <w:tcW w:type="dxa" w:w="6198"/>
          </w:tcPr>
          <w:p>
            <w:pPr>
              <w:spacing w:before="40" w:after="40" w:line="276" w:lineRule="auto"/>
            </w:pPr>
            <w:r>
              <w:rPr>
                <w:sz w:val="18"/>
              </w:rPr>
            </w:r>
            <w:r>
              <w:rPr>
                <w:rFonts w:ascii="Calibri" w:hAnsi="Calibri" w:cs="Calibri" w:eastAsia="宋体"/>
                <w:sz w:val="18"/>
              </w:rPr>
              <w:t>内分泌科</w:t>
            </w:r>
          </w:p>
        </w:tc>
      </w:tr>
      <w:tr>
        <w:tc>
          <w:tcPr>
            <w:tcW w:type="dxa" w:w="3099"/>
          </w:tcPr>
          <w:p>
            <w:pPr>
              <w:spacing w:before="40" w:after="40" w:line="276" w:lineRule="auto"/>
            </w:pPr>
            <w:r>
              <w:rPr>
                <w:sz w:val="18"/>
              </w:rPr>
            </w:r>
            <w:r>
              <w:rPr>
                <w:rFonts w:ascii="Calibri" w:hAnsi="Calibri" w:cs="Calibri" w:eastAsia="宋体"/>
                <w:sz w:val="18"/>
              </w:rPr>
              <w:t>周四</w:t>
            </w:r>
          </w:p>
        </w:tc>
        <w:tc>
          <w:tcPr>
            <w:tcW w:type="dxa" w:w="6198"/>
          </w:tcPr>
          <w:p>
            <w:pPr>
              <w:spacing w:before="40" w:after="40" w:line="276" w:lineRule="auto"/>
            </w:pPr>
            <w:r>
              <w:rPr>
                <w:sz w:val="18"/>
              </w:rPr>
            </w:r>
            <w:r>
              <w:rPr>
                <w:rFonts w:ascii="Calibri" w:hAnsi="Calibri" w:cs="Calibri" w:eastAsia="宋体"/>
                <w:sz w:val="18"/>
              </w:rPr>
              <w:t>内分泌科</w:t>
            </w:r>
          </w:p>
        </w:tc>
      </w:tr>
    </w:tbl>
    <w:p>
      <w:pPr>
        <w:pStyle w:val="Heading3"/>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使用「</w:t>
      </w:r>
      <w:r>
        <w:rPr>
          <w:rFonts w:ascii="Calibri" w:hAnsi="Calibri" w:cs="Calibri" w:eastAsia="宋体"/>
        </w:rPr>
        <w:t>山东大学齐鲁医院青岛院区</w:t>
      </w:r>
      <w:r>
        <w:rPr>
          <w:rFonts w:ascii="Calibri" w:hAnsi="Calibri" w:cs="Calibri" w:eastAsia="宋体"/>
        </w:rPr>
        <w:t>」微信公众号小程序进行挂号</w:t>
      </w:r>
    </w:p>
    <w:p>
      <w:pPr>
        <w:spacing w:before="20" w:after="40"/>
        <w:ind w:left="425" w:hanging="312"/>
      </w:pPr>
      <w:r>
        <w:rPr>
          <w:rFonts w:ascii="Calibri" w:hAnsi="Calibri" w:cs="Calibri" w:eastAsia="宋体"/>
        </w:rPr>
        <w:t xml:space="preserve">• </w:t>
      </w:r>
      <w:r>
        <w:rPr>
          <w:rFonts w:ascii="Calibri" w:hAnsi="Calibri" w:cs="Calibri" w:eastAsia="宋体"/>
        </w:rPr>
        <w:t>每日早 8 时放 14 天后号。例：周一早上放两周后周一的号</w:t>
      </w:r>
    </w:p>
    <w:p>
      <w:pPr>
        <w:spacing w:before="20" w:after="40"/>
        <w:ind w:left="425" w:hanging="312"/>
      </w:pPr>
      <w:r>
        <w:rPr>
          <w:rFonts w:ascii="Calibri" w:hAnsi="Calibri" w:cs="Calibri" w:eastAsia="宋体"/>
        </w:rPr>
        <w:t xml:space="preserve">• </w:t>
      </w:r>
      <w:r>
        <w:rPr>
          <w:rFonts w:ascii="Calibri" w:hAnsi="Calibri" w:cs="Calibri" w:eastAsia="宋体"/>
        </w:rPr>
        <w:t>每日早 7 时，下午 13 时额外放出若干当日对应半天号源</w:t>
      </w:r>
    </w:p>
    <w:p>
      <w:pPr>
        <w:spacing w:before="20" w:after="40"/>
        <w:ind w:left="425" w:hanging="312"/>
      </w:pPr>
      <w:r>
        <w:rPr>
          <w:rFonts w:ascii="Calibri" w:hAnsi="Calibri" w:cs="Calibri" w:eastAsia="宋体"/>
        </w:rPr>
        <w:t xml:space="preserve">• </w:t>
      </w:r>
      <w:r>
        <w:rPr>
          <w:rFonts w:ascii="Calibri" w:hAnsi="Calibri" w:cs="Calibri" w:eastAsia="宋体"/>
        </w:rPr>
        <w:t>初次挂号需要建档，使用身份证在公众号上进行实名登记</w:t>
      </w:r>
    </w:p>
    <w:p>
      <w:pPr>
        <w:spacing w:before="20" w:after="40"/>
        <w:ind w:left="425" w:hanging="312"/>
      </w:pPr>
      <w:r>
        <w:rPr>
          <w:rFonts w:ascii="Calibri" w:hAnsi="Calibri" w:cs="Calibri" w:eastAsia="宋体"/>
        </w:rPr>
        <w:t xml:space="preserve">• </w:t>
      </w:r>
      <w:r>
        <w:rPr>
          <w:rFonts w:ascii="Calibri" w:hAnsi="Calibri" w:cs="Calibri" w:eastAsia="宋体"/>
        </w:rPr>
        <w:t>何兰杰的号比较难抢，记得提前挂，貌似不接受加号</w:t>
      </w:r>
    </w:p>
    <w:p>
      <w:pPr>
        <w:pStyle w:val="Heading3"/>
      </w:pPr>
      <w:r>
        <w:rPr>
          <w:rFonts w:ascii="Calibri" w:hAnsi="Calibri" w:cs="Calibri" w:eastAsia="宋体"/>
        </w:rPr>
        <w:t>问诊细节</w:t>
      </w:r>
    </w:p>
    <w:p>
      <w:pPr>
        <w:spacing w:after="100"/>
      </w:pPr>
      <w:r>
        <w:rPr>
          <w:rFonts w:ascii="Calibri" w:hAnsi="Calibri" w:cs="Calibri" w:eastAsia="宋体"/>
        </w:rPr>
        <w:t>若高进处已告知，则会直接询问需求并开具处方，不需要诊断证明。</w:t>
      </w:r>
    </w:p>
    <w:p>
      <w:pPr>
        <w:shd w:val="clear" w:color="auto" w:fill="F7F8FA"/>
        <w:pBdr>
          <w:left w:val="single" w:sz="18" w:space="6" w:color="C9CDD4"/>
        </w:pBdr>
        <w:spacing w:after="40"/>
      </w:pPr>
      <w:r>
        <w:rPr>
          <w:rFonts w:ascii="Calibri" w:hAnsi="Calibri" w:cs="Calibri" w:eastAsia="宋体"/>
        </w:rPr>
        <w:t>医院没有色普龙，只有补佳乐和螺内酯，比卡鲁胺尚不清楚。</w:t>
      </w:r>
    </w:p>
    <w:p>
      <w:pPr>
        <w:spacing w:after="100"/>
      </w:pPr>
      <w:r>
        <w:rPr>
          <w:rFonts w:ascii="Calibri" w:hAnsi="Calibri" w:cs="Calibri" w:eastAsia="宋体"/>
        </w:rPr>
        <w:t>若有诊断证明也可直接开具处方。</w:t>
      </w:r>
    </w:p>
    <w:p>
      <w:pPr>
        <w:pStyle w:val="Heading3"/>
      </w:pPr>
      <w:r>
        <w:rPr>
          <w:rFonts w:ascii="Calibri" w:hAnsi="Calibri" w:cs="Calibri" w:eastAsia="宋体"/>
        </w:rPr>
        <w:t>可以开具的 HRT 药物处方</w:t>
      </w:r>
    </w:p>
    <w:p>
      <w:pPr>
        <w:spacing w:before="20" w:after="40"/>
        <w:ind w:left="425" w:hanging="312"/>
      </w:pPr>
      <w:r>
        <w:rPr>
          <w:rFonts w:ascii="Calibri" w:hAnsi="Calibri" w:cs="Calibri" w:eastAsia="宋体"/>
        </w:rPr>
        <w:t xml:space="preserve">• </w:t>
      </w:r>
      <w:r>
        <w:rPr>
          <w:rFonts w:ascii="Calibri" w:hAnsi="Calibri" w:cs="Calibri" w:eastAsia="宋体"/>
        </w:rPr>
        <w:t>补佳乐</w:t>
      </w:r>
    </w:p>
    <w:p>
      <w:pPr>
        <w:spacing w:before="20" w:after="40"/>
        <w:ind w:left="425" w:hanging="312"/>
      </w:pPr>
      <w:r>
        <w:rPr>
          <w:rFonts w:ascii="Calibri" w:hAnsi="Calibri" w:cs="Calibri" w:eastAsia="宋体"/>
        </w:rPr>
        <w:t xml:space="preserve">• </w:t>
      </w:r>
      <w:r>
        <w:rPr>
          <w:rFonts w:ascii="Calibri" w:hAnsi="Calibri" w:cs="Calibri" w:eastAsia="宋体"/>
        </w:rPr>
        <w:t>螺内酯</w:t>
      </w:r>
    </w:p>
    <w:p>
      <w:pPr>
        <w:spacing w:before="20" w:after="40"/>
        <w:ind w:left="425" w:hanging="312"/>
      </w:pPr>
      <w:r>
        <w:rPr>
          <w:rFonts w:ascii="Calibri" w:hAnsi="Calibri" w:cs="Calibri" w:eastAsia="宋体"/>
        </w:rPr>
        <w:t xml:space="preserve">• </w:t>
      </w:r>
      <w:r>
        <w:rPr>
          <w:rFonts w:ascii="Calibri" w:hAnsi="Calibri" w:cs="Calibri" w:eastAsia="宋体"/>
        </w:rPr>
        <w:t>其它</w:t>
      </w:r>
    </w:p>
    <w:p>
      <w:pPr>
        <w:pStyle w:val="Heading3"/>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何兰杰医生是大内科主任医师，只有专家号，</w:t>
      </w:r>
      <w:r>
        <w:rPr>
          <w:rFonts w:ascii="Calibri" w:hAnsi="Calibri" w:cs="Calibri" w:eastAsia="宋体"/>
          <w:b/>
        </w:rPr>
        <w:t>挂号费较贵（200元）</w:t>
      </w:r>
    </w:p>
    <w:p>
      <w:pPr>
        <w:spacing w:before="20" w:after="40"/>
        <w:ind w:left="425" w:hanging="312"/>
      </w:pPr>
      <w:r>
        <w:rPr>
          <w:rFonts w:ascii="Calibri" w:hAnsi="Calibri" w:cs="Calibri" w:eastAsia="宋体"/>
        </w:rPr>
        <w:t xml:space="preserve">• </w:t>
      </w:r>
      <w:r>
        <w:rPr>
          <w:rFonts w:ascii="Calibri" w:hAnsi="Calibri" w:cs="Calibri" w:eastAsia="宋体"/>
        </w:rPr>
        <w:t>医生可能会根据医院实际情况只给予用药指导</w:t>
      </w:r>
    </w:p>
    <w:p>
      <w:pPr>
        <w:spacing w:before="20" w:after="40"/>
        <w:ind w:left="425" w:hanging="312"/>
      </w:pPr>
      <w:r>
        <w:rPr>
          <w:rFonts w:ascii="Calibri" w:hAnsi="Calibri" w:cs="Calibri" w:eastAsia="宋体"/>
        </w:rPr>
        <w:t xml:space="preserve">• </w:t>
      </w:r>
      <w:r>
        <w:rPr>
          <w:rFonts w:ascii="Calibri" w:hAnsi="Calibri" w:cs="Calibri" w:eastAsia="宋体"/>
        </w:rPr>
        <w:t>目前医院政策改为最早预约挂号时间前半小时内报到进入排队，不需太早到院</w:t>
      </w:r>
    </w:p>
    <w:p>
      <w:pPr>
        <w:spacing w:before="20" w:after="40"/>
        <w:ind w:left="425" w:hanging="312"/>
      </w:pPr>
      <w:r>
        <w:rPr>
          <w:rFonts w:ascii="Calibri" w:hAnsi="Calibri" w:cs="Calibri" w:eastAsia="宋体"/>
        </w:rPr>
        <w:t xml:space="preserve">• </w:t>
      </w:r>
      <w:r>
        <w:rPr>
          <w:rFonts w:ascii="Calibri" w:hAnsi="Calibri" w:cs="Calibri" w:eastAsia="宋体"/>
        </w:rPr>
        <w:t>可以用医保</w:t>
      </w:r>
    </w:p>
    <w:p>
      <w:pPr>
        <w:spacing w:before="20" w:after="40"/>
        <w:ind w:left="425" w:hanging="312"/>
      </w:pPr>
      <w:r>
        <w:rPr>
          <w:rFonts w:ascii="Calibri" w:hAnsi="Calibri" w:cs="Calibri" w:eastAsia="宋体"/>
        </w:rPr>
        <w:t xml:space="preserve">• </w:t>
      </w:r>
      <w:r>
        <w:rPr>
          <w:rFonts w:ascii="Calibri" w:hAnsi="Calibri" w:cs="Calibri" w:eastAsia="宋体"/>
        </w:rPr>
        <w:t>诊室隐私还可以，比较安静</w:t>
      </w:r>
    </w:p>
    <w:p>
      <w:pPr>
        <w:spacing w:before="20" w:after="40"/>
        <w:ind w:left="425" w:hanging="312"/>
      </w:pPr>
      <w:r>
        <w:rPr>
          <w:rFonts w:ascii="Calibri" w:hAnsi="Calibri" w:cs="Calibri" w:eastAsia="宋体"/>
        </w:rPr>
        <w:t xml:space="preserve">• </w:t>
      </w:r>
      <w:r>
        <w:rPr>
          <w:rFonts w:ascii="Calibri" w:hAnsi="Calibri" w:cs="Calibri" w:eastAsia="宋体"/>
        </w:rPr>
        <w:t>就诊前一定先到护士站对面的报到机报道，否则不会叫号</w:t>
      </w:r>
    </w:p>
    <w:p>
      <w:pPr>
        <w:pStyle w:val="Heading3"/>
      </w:pPr>
      <w:r>
        <w:rPr>
          <w:rFonts w:ascii="Calibri" w:hAnsi="Calibri" w:cs="Calibri" w:eastAsia="宋体"/>
        </w:rPr>
        <w:t>检测项目</w:t>
      </w:r>
    </w:p>
    <w:p>
      <w:pPr>
        <w:spacing w:after="100"/>
      </w:pPr>
      <w:r>
        <w:rPr>
          <w:rFonts w:ascii="Calibri" w:hAnsi="Calibri" w:cs="Calibri" w:eastAsia="宋体"/>
        </w:rPr>
        <w:t>所有的检查一般会在高进医生处做完，不需做另外的检查。</w:t>
      </w:r>
    </w:p>
    <w:p>
      <w:pPr>
        <w:pStyle w:val="Heading2"/>
      </w:pPr>
      <w:r>
        <w:rPr>
          <w:rFonts w:ascii="Calibri" w:hAnsi="Calibri" w:cs="Calibri" w:eastAsia="微软雅黑"/>
        </w:rPr>
        <w:t>3.8  上海</w:t>
      </w:r>
    </w:p>
    <w:p>
      <w:pPr>
        <w:spacing w:after="160"/>
      </w:pPr>
      <w:r>
        <w:rPr>
          <w:rFonts w:ascii="Calibri" w:hAnsi="Calibri" w:cs="Calibri" w:eastAsia="宋体"/>
          <w:color w:val="6B7280"/>
          <w:sz w:val="16"/>
        </w:rPr>
        <w:t>原文：https://mtf.wiki/zh-cn/docs/hrt/shanghai</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3.8.1  上海九院｜程辰</w:t>
      </w:r>
    </w:p>
    <w:p>
      <w:pPr>
        <w:spacing w:after="160"/>
      </w:pPr>
      <w:r>
        <w:rPr>
          <w:rFonts w:ascii="Calibri" w:hAnsi="Calibri" w:cs="Calibri" w:eastAsia="宋体"/>
          <w:color w:val="6B7280"/>
          <w:sz w:val="16"/>
        </w:rPr>
        <w:t>原文：https://mtf.wiki/zh-cn/docs/hrt/shanghai/sh9-hrt · 最近更新：2025年11月3日</w:t>
      </w:r>
    </w:p>
    <w:p>
      <w:pPr>
        <w:spacing w:after="100"/>
      </w:pPr>
      <w:r>
        <w:rPr>
          <w:rFonts w:ascii="Calibri" w:hAnsi="Calibri" w:cs="Calibri" w:eastAsia="宋体"/>
        </w:rPr>
        <w:t xml:space="preserve">本文大部分内容基于 </w:t>
      </w:r>
      <w:r>
        <w:rPr>
          <w:rFonts w:ascii="Calibri" w:hAnsi="Calibri" w:cs="Calibri" w:eastAsia="宋体"/>
        </w:rPr>
        <w:t>上海跨儿说</w:t>
      </w:r>
      <w:r>
        <w:rPr>
          <w:rFonts w:ascii="Calibri" w:hAnsi="Calibri" w:cs="Calibri" w:eastAsia="宋体"/>
        </w:rPr>
        <w:t xml:space="preserve"> (</w:t>
      </w:r>
      <w:r>
        <w:rPr>
          <w:rFonts w:ascii="Calibri" w:hAnsi="Calibri" w:cs="Calibri" w:eastAsia="宋体"/>
        </w:rPr>
        <w:t>https://archive.is/4TZhr</w:t>
      </w:r>
      <w:r>
        <w:rPr>
          <w:rFonts w:ascii="Calibri" w:hAnsi="Calibri" w:cs="Calibri" w:eastAsia="宋体"/>
        </w:rPr>
        <w:t xml:space="preserve">) 和 </w:t>
      </w:r>
      <w:r>
        <w:rPr>
          <w:rFonts w:ascii="Calibri" w:hAnsi="Calibri" w:cs="Calibri" w:eastAsia="宋体"/>
        </w:rPr>
        <w:t>上海九院医务社工</w:t>
      </w:r>
      <w:r>
        <w:rPr>
          <w:rFonts w:ascii="Calibri" w:hAnsi="Calibri" w:cs="Calibri" w:eastAsia="宋体"/>
        </w:rPr>
        <w:t xml:space="preserve"> (</w:t>
      </w:r>
      <w:r>
        <w:rPr>
          <w:rFonts w:ascii="Calibri" w:hAnsi="Calibri" w:cs="Calibri" w:eastAsia="宋体"/>
        </w:rPr>
        <w:t>https://archive.is/WfX7x</w:t>
      </w:r>
      <w:r>
        <w:rPr>
          <w:rFonts w:ascii="Calibri" w:hAnsi="Calibri" w:cs="Calibri" w:eastAsia="宋体"/>
        </w:rPr>
        <w:t>) 撰写。</w:t>
      </w:r>
    </w:p>
    <w:p>
      <w:pPr>
        <w:spacing w:after="100"/>
      </w:pPr>
      <w:r>
        <w:rPr>
          <w:rFonts w:ascii="Calibri" w:hAnsi="Calibri" w:cs="Calibri" w:eastAsia="宋体"/>
        </w:rPr>
        <w:t>（虽然这里是 上海九院，但是 上海六院 用男证可以挂妇科）</w:t>
      </w:r>
    </w:p>
    <w:p>
      <w:pPr>
        <w:spacing w:after="100"/>
      </w:pPr>
      <w:r>
        <w:rPr>
          <w:rFonts w:ascii="Calibri" w:hAnsi="Calibri" w:cs="Calibri" w:eastAsia="宋体"/>
        </w:rPr>
        <w:t>医生姓名：</w:t>
      </w:r>
      <w:r>
        <w:rPr>
          <w:rFonts w:ascii="Calibri" w:hAnsi="Calibri" w:cs="Calibri" w:eastAsia="宋体"/>
        </w:rPr>
        <w:t>程辰</w:t>
      </w:r>
    </w:p>
    <w:p>
      <w:pPr>
        <w:spacing w:after="100"/>
      </w:pPr>
      <w:r>
        <w:rPr>
          <w:rFonts w:ascii="Calibri" w:hAnsi="Calibri" w:cs="Calibri" w:eastAsia="宋体"/>
        </w:rPr>
        <w:t>所在医院：</w:t>
      </w:r>
      <w:r>
        <w:rPr>
          <w:rFonts w:ascii="Calibri" w:hAnsi="Calibri" w:cs="Calibri" w:eastAsia="宋体"/>
        </w:rPr>
        <w:t>上海第九人民医院（南部）- 新门诊楼</w:t>
      </w:r>
    </w:p>
    <w:p>
      <w:pPr>
        <w:spacing w:after="100"/>
      </w:pPr>
      <w:r>
        <w:rPr>
          <w:rFonts w:ascii="Calibri" w:hAnsi="Calibri" w:cs="Calibri" w:eastAsia="宋体"/>
        </w:rPr>
        <w:t>出诊时刻：</w:t>
      </w:r>
      <w:r>
        <w:rPr>
          <w:rFonts w:ascii="Calibri" w:hAnsi="Calibri" w:cs="Calibri" w:eastAsia="宋体"/>
        </w:rPr>
        <w:t>https://www.haodf.com/doctor/scheduletips/3308881283.html</w:t>
      </w:r>
    </w:p>
    <w:p>
      <w:pPr>
        <w:pStyle w:val="Heading4"/>
      </w:pPr>
      <w:r>
        <w:rPr>
          <w:rFonts w:ascii="Calibri" w:hAnsi="Calibri" w:cs="Calibri" w:eastAsia="宋体"/>
        </w:rPr>
        <w:t>挂号</w:t>
      </w:r>
    </w:p>
    <w:p>
      <w:pPr>
        <w:spacing w:after="100"/>
      </w:pPr>
      <w:r>
        <w:rPr>
          <w:rFonts w:ascii="Calibri" w:hAnsi="Calibri" w:cs="Calibri" w:eastAsia="宋体"/>
        </w:rPr>
        <w:t>上海九院整复外科在周六上午开设跨性别专科，可以直接预约挂号(该科室为轮流坐诊，如果需要找某个特定的医生，可能需要提前联系确认)</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注：九院跨性别专科门诊已经无法在挂号界面找到，且程医生不建议挂其专家号开药（因这样会“挤兑医疗资源”），应改为挂生殖整复专科门诊或性别医学专科门诊。尚不清楚此项改动对于初诊的影响。</w:t>
      </w:r>
    </w:p>
    <w:p>
      <w:pPr>
        <w:keepNext/>
        <w:spacing w:before="120" w:after="40"/>
        <w:pBdr>
          <w:bottom w:val="single" w:sz="6" w:space="1" w:color="D4D8DE"/>
        </w:pBdr>
      </w:pPr>
      <w:r>
        <w:rPr>
          <w:rFonts w:ascii="Calibri" w:hAnsi="Calibri" w:cs="Calibri" w:eastAsia="微软雅黑"/>
          <w:b/>
        </w:rPr>
        <w:t>▸ 微信公众号在线挂号</w:t>
      </w:r>
    </w:p>
    <w:p>
      <w:pPr>
        <w:pStyle w:val="Heading4"/>
      </w:pPr>
      <w:r>
        <w:rPr>
          <w:rFonts w:ascii="Calibri" w:hAnsi="Calibri" w:cs="Calibri" w:eastAsia="宋体"/>
        </w:rPr>
        <w:t>就诊</w:t>
      </w:r>
    </w:p>
    <w:p>
      <w:pPr>
        <w:spacing w:before="20" w:after="40"/>
        <w:ind w:left="425" w:hanging="312"/>
      </w:pPr>
      <w:r>
        <w:rPr>
          <w:rFonts w:ascii="Calibri" w:hAnsi="Calibri" w:cs="Calibri" w:eastAsia="宋体"/>
        </w:rPr>
        <w:t xml:space="preserve">• </w:t>
      </w:r>
      <w:r>
        <w:rPr>
          <w:rFonts w:ascii="Calibri" w:hAnsi="Calibri" w:cs="Calibri" w:eastAsia="宋体"/>
        </w:rPr>
        <w:t>如非周六就诊，建议早点去、空腹去，这样血液检查可以和其他所有检查一起当天就做掉，不用多跑一次了。如果在别的医院有做过检查，建议都带上，这样可以节约不少开支。</w:t>
      </w:r>
    </w:p>
    <w:p>
      <w:pPr>
        <w:spacing w:after="100"/>
      </w:pPr>
      <w:r>
        <w:rPr>
          <w:rFonts w:ascii="Calibri" w:hAnsi="Calibri" w:cs="Calibri" w:eastAsia="宋体"/>
        </w:rPr>
        <w:t>就诊地点位于新门诊大楼，不是 10 号楼急诊。</w:t>
      </w:r>
    </w:p>
    <w:p>
      <w:pPr>
        <w:spacing w:after="100"/>
      </w:pPr>
      <w:r>
        <w:rPr>
          <w:rFonts w:ascii="Calibri" w:hAnsi="Calibri" w:cs="Calibri" w:eastAsia="宋体"/>
        </w:rPr>
        <w:t>进入 1 楼大厅后，直接去挂号窗口/挂号机器排队挂号。如果你持有医保卡或仅有身份证，你需要在窗口/机器办一张就诊卡。</w:t>
      </w:r>
    </w:p>
    <w:p>
      <w:pPr>
        <w:spacing w:after="100"/>
      </w:pPr>
      <w:r>
        <w:rPr>
          <w:rFonts w:ascii="Calibri" w:hAnsi="Calibri" w:cs="Calibri" w:eastAsia="宋体"/>
        </w:rPr>
        <w:t>（可选）挂好号在窗口边上拿一本九院的病历本</w:t>
      </w:r>
    </w:p>
    <w:p>
      <w:pPr>
        <w:spacing w:after="100"/>
      </w:pPr>
      <w:r>
        <w:rPr>
          <w:rFonts w:ascii="Calibri" w:hAnsi="Calibri" w:cs="Calibri" w:eastAsia="宋体"/>
        </w:rPr>
        <w:t>然后直接上 9 楼整复外科，到程医生的诊室门口排队。</w:t>
      </w:r>
    </w:p>
    <w:p>
      <w:pPr>
        <w:spacing w:after="100"/>
      </w:pPr>
      <w:r>
        <w:rPr>
          <w:rFonts w:ascii="Calibri" w:hAnsi="Calibri" w:cs="Calibri" w:eastAsia="宋体"/>
        </w:rPr>
        <w:t>因为普通号的原因，可能你的号并不一定为程医生接诊，如果为其他医生，进诊室直接说明情况之后会让你去程医生那边接着等待，可以在其他人问诊完之后去程医生诊室询问。</w:t>
      </w:r>
    </w:p>
    <w:p>
      <w:pPr>
        <w:spacing w:after="100"/>
      </w:pPr>
      <w:r>
        <w:rPr>
          <w:rFonts w:ascii="Calibri" w:hAnsi="Calibri" w:cs="Calibri" w:eastAsia="宋体"/>
        </w:rPr>
        <w:t>若挂跨性别专科，首次进诊室后可能会被提供一张二维码完成一份问卷（并不是量表），在诊室外完成，之后会有二次叫号。</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未成年会被转诊至复旦大学附属儿科医院。</w:t>
      </w:r>
    </w:p>
    <w:p>
      <w:pPr>
        <w:spacing w:after="100"/>
      </w:pPr>
      <w:r>
        <w:rPr>
          <w:rFonts w:ascii="Calibri" w:hAnsi="Calibri" w:cs="Calibri" w:eastAsia="宋体"/>
        </w:rPr>
        <w:t>需要携带「易性症」证明。(目前，九院的 HRT 认可所有三甲医院给出的「诊断证明」，俗称“大证”)</w:t>
      </w:r>
    </w:p>
    <w:p>
      <w:pPr>
        <w:keepNext/>
        <w:spacing w:before="120" w:after="40"/>
        <w:pBdr>
          <w:bottom w:val="single" w:sz="6" w:space="1" w:color="D4D8DE"/>
        </w:pBdr>
      </w:pPr>
      <w:r>
        <w:rPr>
          <w:rFonts w:ascii="Calibri" w:hAnsi="Calibri" w:cs="Calibri" w:eastAsia="微软雅黑"/>
          <w:b/>
        </w:rPr>
        <w:t>▸ 知情同意书</w:t>
      </w:r>
    </w:p>
    <w:p>
      <w:pPr>
        <w:spacing w:after="100"/>
      </w:pPr>
      <w:r>
        <w:rPr>
          <w:rFonts w:ascii="Calibri" w:hAnsi="Calibri" w:cs="Calibri" w:eastAsia="宋体"/>
        </w:rPr>
        <w:t>对于未自行服药者，回去后一定要仔细地看完这份文件，如果还是决定要开展 HRT 的话，下次复诊时需要签好字带过来。</w:t>
      </w:r>
    </w:p>
    <w:p>
      <w:pPr>
        <w:keepNext/>
        <w:spacing w:before="120" w:after="40"/>
        <w:pBdr>
          <w:bottom w:val="single" w:sz="6" w:space="1" w:color="D4D8DE"/>
        </w:pBdr>
      </w:pPr>
      <w:r>
        <w:rPr>
          <w:rFonts w:ascii="Calibri" w:hAnsi="Calibri" w:cs="Calibri" w:eastAsia="微软雅黑"/>
          <w:b/>
        </w:rPr>
        <w:t>▸ 病历</w:t>
      </w:r>
    </w:p>
    <w:p>
      <w:pPr>
        <w:spacing w:after="100"/>
      </w:pPr>
      <w:r>
        <w:rPr>
          <w:rFonts w:ascii="Calibri" w:hAnsi="Calibri" w:cs="Calibri" w:eastAsia="宋体"/>
        </w:rPr>
        <w:t>仅供参考，勿作他用。</w:t>
      </w:r>
    </w:p>
    <w:p>
      <w:pPr>
        <w:spacing w:after="100"/>
      </w:pPr>
      <w:r>
        <w:rPr>
          <w:rFonts w:ascii="Calibri" w:hAnsi="Calibri" w:cs="Calibri" w:eastAsia="宋体"/>
        </w:rPr>
        <w:t>开检查，把检查全部做完拿到报告之后再去复诊。</w:t>
      </w:r>
    </w:p>
    <w:p>
      <w:pPr>
        <w:pStyle w:val="Heading5"/>
      </w:pPr>
      <w:r>
        <w:rPr>
          <w:rFonts w:ascii="Calibri" w:hAnsi="Calibri" w:cs="Calibri" w:eastAsia="宋体"/>
        </w:rPr>
        <w:t>检查项目及地点（更新于 2021 年 11 月 18 日）</w:t>
      </w:r>
    </w:p>
    <w:p>
      <w:pPr>
        <w:spacing w:before="20" w:after="40"/>
        <w:ind w:left="425" w:hanging="312"/>
      </w:pPr>
      <w:r>
        <w:rPr>
          <w:rFonts w:ascii="Calibri" w:hAnsi="Calibri" w:cs="Calibri" w:eastAsia="宋体"/>
        </w:rPr>
        <w:t xml:space="preserve">• </w:t>
      </w:r>
      <w:r>
        <w:rPr>
          <w:rFonts w:ascii="Calibri" w:hAnsi="Calibri" w:cs="Calibri" w:eastAsia="宋体"/>
        </w:rPr>
        <w:t>门诊承认外院检查结果，可先在当地医院提前做好下述检查后携结果前往。</w:t>
      </w:r>
    </w:p>
    <w:p>
      <w:pPr>
        <w:spacing w:before="20" w:after="40"/>
        <w:ind w:left="425" w:hanging="312"/>
      </w:pPr>
      <w:r>
        <w:rPr>
          <w:rFonts w:ascii="Calibri" w:hAnsi="Calibri" w:cs="Calibri" w:eastAsia="宋体"/>
        </w:rPr>
        <w:t xml:space="preserve">• </w:t>
      </w:r>
      <w:r>
        <w:rPr>
          <w:rFonts w:ascii="Calibri" w:hAnsi="Calibri" w:cs="Calibri" w:eastAsia="宋体"/>
        </w:rPr>
        <w:t>首次检查费用可能不超过 2000，检查费贵是因为首次就诊希望查得全面一点，后续的检查每 3 个月一次，每次 100 - 200 元。最贵的彩超如果没有问题的话可以一年做一次。如果经济有困难记得和九院医生说，可以酌情删减检查项。</w:t>
      </w:r>
    </w:p>
    <w:p>
      <w:pPr>
        <w:spacing w:before="20" w:after="40"/>
        <w:ind w:left="425" w:hanging="312"/>
      </w:pPr>
      <w:r>
        <w:rPr>
          <w:rFonts w:ascii="Calibri" w:hAnsi="Calibri" w:cs="Calibri" w:eastAsia="宋体"/>
        </w:rPr>
        <w:t xml:space="preserve">• </w:t>
      </w:r>
      <w:r>
        <w:rPr>
          <w:rFonts w:ascii="Calibri" w:hAnsi="Calibri" w:cs="Calibri" w:eastAsia="宋体"/>
        </w:rPr>
        <w:t>不能刷医保卡是因为九院整形科整个科室都是自费，且「易性症」没有纳入医保。如果需要刷医保卡，可以告诉九院医生，九院医生在病历本上注明需要的检查，然后去挂普外科/内分泌等科室的号，或者去外院做检查。已知九院认可上海第五人民医院的检查报告，推测至少其他三乙以上医院报告也可以。</w:t>
      </w:r>
    </w:p>
    <w:p>
      <w:pPr>
        <w:spacing w:before="20" w:after="40"/>
        <w:ind w:left="425" w:hanging="312"/>
      </w:pPr>
      <w:r>
        <w:rPr>
          <w:rFonts w:ascii="Calibri" w:hAnsi="Calibri" w:cs="Calibri" w:eastAsia="宋体"/>
        </w:rPr>
        <w:t xml:space="preserve">• </w:t>
      </w:r>
      <w:r>
        <w:rPr>
          <w:rFonts w:ascii="Calibri" w:hAnsi="Calibri" w:cs="Calibri" w:eastAsia="宋体"/>
        </w:rPr>
        <w:t>九院默认的激素六项可能不是本站所说的激素六项，请说明是性激素六项。</w:t>
      </w:r>
    </w:p>
    <w:p>
      <w:pPr>
        <w:spacing w:before="20" w:after="40"/>
        <w:ind w:left="425" w:hanging="312"/>
      </w:pPr>
      <w:r>
        <w:rPr>
          <w:rFonts w:ascii="Calibri" w:hAnsi="Calibri" w:cs="Calibri" w:eastAsia="宋体"/>
        </w:rPr>
        <w:t xml:space="preserve">• </w:t>
      </w:r>
      <w:r>
        <w:rPr>
          <w:rFonts w:ascii="Calibri" w:hAnsi="Calibri" w:cs="Calibri" w:eastAsia="宋体"/>
        </w:rPr>
        <w:t>血液检查需要空腹。</w:t>
      </w:r>
    </w:p>
    <w:p>
      <w:pPr>
        <w:keepNext/>
        <w:spacing w:before="120" w:after="40"/>
        <w:pBdr>
          <w:bottom w:val="single" w:sz="6" w:space="1" w:color="D4D8DE"/>
        </w:pBdr>
      </w:pPr>
      <w:r>
        <w:rPr>
          <w:rFonts w:ascii="Calibri" w:hAnsi="Calibri" w:cs="Calibri" w:eastAsia="微软雅黑"/>
          <w:b/>
        </w:rPr>
        <w:t>▸ 收费明细</w:t>
      </w:r>
    </w:p>
    <w:p>
      <w:pPr>
        <w:spacing w:after="100"/>
      </w:pPr>
      <w:r>
        <w:rPr>
          <w:rFonts w:ascii="Calibri" w:hAnsi="Calibri" w:cs="Calibri" w:eastAsia="宋体"/>
        </w:rPr>
        <w:t>以下项目可能不准确，仅供参考。</w:t>
      </w:r>
    </w:p>
    <w:p>
      <w:pPr>
        <w:spacing w:after="100"/>
      </w:pPr>
      <w:r>
        <w:rPr>
          <w:rFonts w:ascii="Calibri" w:hAnsi="Calibri" w:cs="Calibri" w:eastAsia="宋体"/>
        </w:rPr>
        <w:t>血液检查项目：血常规、肝肾功能、血脂、血糖+糖化血红蛋白、凝血、甲状腺功能</w:t>
      </w:r>
    </w:p>
    <w:p>
      <w:pPr>
        <w:spacing w:after="100"/>
      </w:pPr>
      <w:r>
        <w:rPr>
          <w:rFonts w:ascii="Calibri" w:hAnsi="Calibri" w:cs="Calibri" w:eastAsia="宋体"/>
        </w:rPr>
        <w:t>超声检查项目：乳腺、甲状腺</w:t>
      </w:r>
    </w:p>
    <w:p>
      <w:pPr>
        <w:spacing w:after="100"/>
      </w:pPr>
      <w:r>
        <w:rPr>
          <w:rFonts w:ascii="Calibri" w:hAnsi="Calibri" w:cs="Calibri" w:eastAsia="宋体"/>
        </w:rPr>
        <w:t>骨科项目：骨密度</w:t>
      </w:r>
    </w:p>
    <w:p>
      <w:pPr>
        <w:shd w:val="clear" w:color="auto" w:fill="F7F8FA"/>
        <w:pBdr>
          <w:left w:val="single" w:sz="18" w:space="6" w:color="C9CDD4"/>
        </w:pBdr>
        <w:spacing w:after="40"/>
      </w:pPr>
      <w:r>
        <w:rPr>
          <w:rFonts w:ascii="Calibri" w:hAnsi="Calibri" w:cs="Calibri" w:eastAsia="宋体"/>
        </w:rPr>
        <w:t>以下检查单为上海第五人民医院报价，其他医院可能不同。</w:t>
      </w:r>
    </w:p>
    <w:p>
      <w:pPr>
        <w:spacing w:after="100"/>
      </w:pPr>
      <w:r>
        <w:rPr>
          <w:rFonts w:ascii="Calibri" w:hAnsi="Calibri" w:cs="Calibri" w:eastAsia="宋体"/>
        </w:rPr>
        <w:t>周六没有超声检查、骨科检查。超声可能需要预约。</w:t>
      </w:r>
    </w:p>
    <w:p>
      <w:pPr>
        <w:spacing w:after="100"/>
      </w:pPr>
      <w:r>
        <w:rPr>
          <w:rFonts w:ascii="Calibri" w:hAnsi="Calibri" w:cs="Calibri" w:eastAsia="宋体"/>
        </w:rPr>
        <w:t>血液检查在 1 楼，需要空腹。直接拿着就诊卡去机器上取号，然后就等着叫号抽血。</w:t>
      </w:r>
    </w:p>
    <w:p>
      <w:pPr>
        <w:spacing w:after="100"/>
      </w:pPr>
      <w:r>
        <w:rPr>
          <w:rFonts w:ascii="Calibri" w:hAnsi="Calibri" w:cs="Calibri" w:eastAsia="宋体"/>
        </w:rPr>
        <w:t>抽血（9 管，数量不确定）所有结果出来需要 3 个工作日。</w:t>
      </w:r>
    </w:p>
    <w:p>
      <w:pPr>
        <w:spacing w:after="100"/>
      </w:pPr>
      <w:r>
        <w:rPr>
          <w:rFonts w:ascii="Calibri" w:hAnsi="Calibri" w:cs="Calibri" w:eastAsia="宋体"/>
        </w:rPr>
        <w:t>B 超（</w:t>
      </w:r>
      <w:r>
        <w:rPr>
          <w:rFonts w:ascii="Calibri" w:hAnsi="Calibri" w:cs="Calibri" w:eastAsia="宋体"/>
          <w:strike/>
        </w:rPr>
        <w:t>照奶子</w:t>
      </w:r>
      <w:r>
        <w:rPr>
          <w:rFonts w:ascii="Calibri" w:hAnsi="Calibri" w:cs="Calibri" w:eastAsia="宋体"/>
        </w:rPr>
        <w:t>）当场有结果。</w:t>
      </w:r>
    </w:p>
    <w:p>
      <w:pPr>
        <w:spacing w:after="100"/>
      </w:pPr>
      <w:r>
        <w:rPr>
          <w:rFonts w:ascii="Calibri" w:hAnsi="Calibri" w:cs="Calibri" w:eastAsia="宋体"/>
        </w:rPr>
        <w:t>骨密度室在 3 楼 B 超的那一侧，不需要前往骨科问询，直接敲门即可。</w:t>
      </w:r>
    </w:p>
    <w:p>
      <w:pPr>
        <w:pStyle w:val="Heading4"/>
      </w:pPr>
      <w:r>
        <w:rPr>
          <w:rFonts w:ascii="Calibri" w:hAnsi="Calibri" w:cs="Calibri" w:eastAsia="宋体"/>
        </w:rPr>
        <w:t>复诊</w:t>
      </w:r>
    </w:p>
    <w:p>
      <w:pPr>
        <w:keepNext/>
        <w:spacing w:before="120" w:after="40"/>
        <w:pBdr>
          <w:bottom w:val="single" w:sz="6" w:space="1" w:color="D4D8DE"/>
        </w:pBdr>
      </w:pPr>
      <w:r>
        <w:rPr>
          <w:rFonts w:ascii="Calibri" w:hAnsi="Calibri" w:cs="Calibri" w:eastAsia="微软雅黑"/>
          <w:b/>
        </w:rPr>
        <w:t>▸ 随访单（微信）</w:t>
      </w:r>
    </w:p>
    <w:p>
      <w:pPr>
        <w:spacing w:after="100"/>
      </w:pPr>
      <w:r>
        <w:rPr>
          <w:rFonts w:ascii="Calibri" w:hAnsi="Calibri" w:cs="Calibri" w:eastAsia="宋体"/>
        </w:rPr>
        <w:t>报告都拿到手之后，就带着所有报告以及自己签字的知情同意书「三刷」程医生或跨性别专科</w:t>
      </w:r>
    </w:p>
    <w:p>
      <w:pPr>
        <w:keepNext/>
        <w:spacing w:before="120" w:after="40"/>
        <w:pBdr>
          <w:bottom w:val="single" w:sz="6" w:space="1" w:color="D4D8DE"/>
        </w:pBdr>
      </w:pPr>
      <w:r>
        <w:rPr>
          <w:rFonts w:ascii="Calibri" w:hAnsi="Calibri" w:cs="Calibri" w:eastAsia="微软雅黑"/>
          <w:b/>
        </w:rPr>
        <w:t>▸ 配药清单</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spacing w:after="100"/>
      </w:pPr>
      <w:r>
        <w:rPr>
          <w:rFonts w:ascii="Calibri" w:hAnsi="Calibri" w:cs="Calibri" w:eastAsia="宋体"/>
        </w:rPr>
        <w:t>备注：2022 年 1 月 8 号更新———现在九院已经愿意提高 HRT 处方上的补佳乐用量至 2mg 了（可能需要特别说明提高的意向才会开）（</w:t>
      </w:r>
      <w:r>
        <w:rPr>
          <w:rFonts w:ascii="Calibri" w:hAnsi="Calibri" w:cs="Calibri" w:eastAsia="宋体"/>
          <w:strike/>
        </w:rPr>
        <w:t>好耶比原来翻了一番</w:t>
      </w:r>
      <w:r>
        <w:rPr>
          <w:rFonts w:ascii="Calibri" w:hAnsi="Calibri" w:cs="Calibri" w:eastAsia="宋体"/>
        </w:rPr>
        <w:t>）</w:t>
      </w:r>
    </w:p>
    <w:p>
      <w:pPr>
        <w:spacing w:after="100"/>
      </w:pPr>
      <w:r>
        <w:rPr>
          <w:rFonts w:ascii="Calibri" w:hAnsi="Calibri" w:cs="Calibri" w:eastAsia="宋体"/>
        </w:rPr>
        <w:t>备注：2023 年 5 月 9 号更新———现九院已可开补佳乐 3mg 每日处方，但凝胶因本院无备药无法开出。另抗雄激素类用药可开出比卡鲁胺（可能需要本人过往使用历史）。</w:t>
      </w:r>
    </w:p>
    <w:p>
      <w:pPr>
        <w:spacing w:after="100"/>
      </w:pPr>
      <w:r>
        <w:rPr>
          <w:rFonts w:ascii="Calibri" w:hAnsi="Calibri" w:cs="Calibri" w:eastAsia="宋体"/>
        </w:rPr>
        <w:t>约定 3 周后复诊，如果有突然的不适一定提前回去复诊。还有提供一张情况记录表。（不是每个人都会要求复诊，这种情况下请务必记得定期体检）</w:t>
      </w:r>
    </w:p>
    <w:p>
      <w:pPr>
        <w:keepNext/>
        <w:spacing w:before="120" w:after="40"/>
        <w:pBdr>
          <w:bottom w:val="single" w:sz="6" w:space="1" w:color="D4D8DE"/>
        </w:pBdr>
      </w:pPr>
      <w:r>
        <w:rPr>
          <w:rFonts w:ascii="Calibri" w:hAnsi="Calibri" w:cs="Calibri" w:eastAsia="微软雅黑"/>
          <w:b/>
        </w:rPr>
        <w:t>▸ 随访表</w:t>
      </w:r>
    </w:p>
    <w:p>
      <w:pPr>
        <w:pStyle w:val="Heading3"/>
      </w:pPr>
      <w:r>
        <w:rPr>
          <w:rFonts w:ascii="Calibri" w:hAnsi="Calibri" w:cs="Calibri" w:eastAsia="微软雅黑"/>
        </w:rPr>
        <w:t>3.8.2  复旦儿科</w:t>
      </w:r>
    </w:p>
    <w:p>
      <w:pPr>
        <w:spacing w:after="160"/>
      </w:pPr>
      <w:r>
        <w:rPr>
          <w:rFonts w:ascii="Calibri" w:hAnsi="Calibri" w:cs="Calibri" w:eastAsia="宋体"/>
          <w:color w:val="6B7280"/>
          <w:sz w:val="16"/>
        </w:rPr>
        <w:t>原文：https://mtf.wiki/zh-cn/docs/hrt/shanghai/fudan-ch · 最近更新：2025年2月24日</w:t>
      </w:r>
    </w:p>
    <w:p>
      <w:pPr>
        <w:shd w:val="clear" w:color="auto" w:fill="F7F8FA"/>
        <w:pBdr>
          <w:left w:val="single" w:sz="18" w:space="6" w:color="C9CDD4"/>
        </w:pBdr>
        <w:spacing w:after="40"/>
      </w:pPr>
      <w:r>
        <w:rPr>
          <w:rFonts w:ascii="Calibri" w:hAnsi="Calibri" w:cs="Calibri" w:eastAsia="宋体"/>
        </w:rPr>
        <w:t xml:space="preserve">复旦儿科的跨性别 MDT 门诊是由心理科、内分泌遗传代谢科、泌尿外科、社工部共同参与的，旨在帮助广大跨性别儿童青少年的多学科门诊。通过多学科医生的专业评估、诊断以及必要药物干预，对于减少这些特殊儿童青少年人群的负面情绪、提高学习成绩以及改善家庭关系、构建和谐社会方面有很大的帮助。 </w:t>
      </w:r>
      <w:r>
        <w:rPr>
          <w:rFonts w:ascii="Calibri" w:hAnsi="Calibri" w:cs="Calibri" w:eastAsia="宋体"/>
        </w:rPr>
        <w:t>https://ch.shmu.edu.cn/news/content/pid/13742.html</w:t>
      </w:r>
    </w:p>
    <w:p>
      <w:pPr>
        <w:spacing w:after="100"/>
      </w:pPr>
      <w:r>
        <w:rPr>
          <w:rFonts w:ascii="Calibri" w:hAnsi="Calibri" w:cs="Calibri" w:eastAsia="宋体"/>
        </w:rPr>
        <w:t>复旦大学附属儿童医院</w:t>
      </w:r>
    </w:p>
    <w:p>
      <w:pPr>
        <w:spacing w:after="100"/>
      </w:pPr>
      <w:r>
        <w:rPr>
          <w:rFonts w:ascii="Calibri" w:hAnsi="Calibri" w:cs="Calibri" w:eastAsia="宋体"/>
        </w:rPr>
        <w:t>门诊时间：每周四下午</w:t>
      </w:r>
    </w:p>
    <w:p>
      <w:pPr>
        <w:spacing w:after="100"/>
      </w:pPr>
      <w:r>
        <w:rPr>
          <w:rFonts w:ascii="Calibri" w:hAnsi="Calibri" w:cs="Calibri" w:eastAsia="宋体"/>
        </w:rPr>
        <w:t>预约电话：</w:t>
      </w:r>
      <w:r>
        <w:rPr>
          <w:rFonts w:ascii="Calibri" w:hAnsi="Calibri" w:cs="Calibri" w:eastAsia="宋体"/>
        </w:rPr>
        <w:t>+86 021-64932953</w:t>
      </w:r>
    </w:p>
    <w:p>
      <w:pPr>
        <w:spacing w:after="100"/>
      </w:pPr>
      <w:r>
        <w:rPr>
          <w:rFonts w:ascii="Calibri" w:hAnsi="Calibri" w:cs="Calibri" w:eastAsia="宋体"/>
        </w:rPr>
        <w:t>目前，未成年跨性别者在前往一些医院时，可能会被推荐/转诊至上海复旦儿科跨性别 MDT 医疗联系 罗飞宏 医生。</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据反馈，MDT 门诊中心理科方面医生对跨性别的了解还是相当缺乏。</w:t>
      </w:r>
    </w:p>
    <w:p>
      <w:pPr>
        <w:pStyle w:val="Heading4"/>
      </w:pPr>
      <w:r>
        <w:rPr>
          <w:rFonts w:ascii="Calibri" w:hAnsi="Calibri" w:cs="Calibri" w:eastAsia="宋体"/>
        </w:rPr>
        <w:t>第一次就诊</w:t>
      </w:r>
    </w:p>
    <w:p>
      <w:pPr>
        <w:spacing w:after="100"/>
      </w:pPr>
      <w:r>
        <w:rPr>
          <w:rFonts w:ascii="Calibri" w:hAnsi="Calibri" w:cs="Calibri" w:eastAsia="宋体"/>
        </w:rPr>
        <w:t>位于复旦儿科 3 楼 MDT 会诊中心，自费诊疗约 1008 元。需家长陪同就诊。在首次就诊时，将由心理科、内分泌科、社工部等联合会诊，评估心理状况、发育状况、家庭关系等。</w:t>
      </w:r>
    </w:p>
    <w:p>
      <w:pPr>
        <w:pStyle w:val="Heading4"/>
      </w:pPr>
      <w:r>
        <w:rPr>
          <w:rFonts w:ascii="Calibri" w:hAnsi="Calibri" w:cs="Calibri" w:eastAsia="宋体"/>
        </w:rPr>
        <w:t>注射青春期阻断剂</w:t>
      </w:r>
    </w:p>
    <w:p>
      <w:pPr>
        <w:spacing w:before="20" w:after="40"/>
        <w:ind w:left="425" w:hanging="312"/>
      </w:pPr>
      <w:r>
        <w:rPr>
          <w:rFonts w:ascii="Calibri" w:hAnsi="Calibri" w:cs="Calibri" w:eastAsia="宋体"/>
        </w:rPr>
        <w:t xml:space="preserve">1. </w:t>
      </w:r>
      <w:r>
        <w:rPr>
          <w:rFonts w:ascii="Calibri" w:hAnsi="Calibri" w:cs="Calibri" w:eastAsia="宋体"/>
        </w:rPr>
        <w:t>需在就诊时主动提出，并由监护人签署同意书；</w:t>
      </w:r>
    </w:p>
    <w:p>
      <w:pPr>
        <w:spacing w:before="20" w:after="40"/>
        <w:ind w:left="425" w:hanging="312"/>
      </w:pPr>
      <w:r>
        <w:rPr>
          <w:rFonts w:ascii="Calibri" w:hAnsi="Calibri" w:cs="Calibri" w:eastAsia="宋体"/>
        </w:rPr>
        <w:t xml:space="preserve">2. </w:t>
      </w:r>
      <w:r>
        <w:rPr>
          <w:rFonts w:ascii="Calibri" w:hAnsi="Calibri" w:cs="Calibri" w:eastAsia="宋体"/>
        </w:rPr>
        <w:t>首次注射前需进行总价格可能高达 3 千元的各类检查；</w:t>
      </w:r>
    </w:p>
    <w:p>
      <w:pPr>
        <w:spacing w:before="20" w:after="40"/>
        <w:ind w:left="425" w:hanging="312"/>
      </w:pPr>
      <w:r>
        <w:rPr>
          <w:rFonts w:ascii="Calibri" w:hAnsi="Calibri" w:cs="Calibri" w:eastAsia="宋体"/>
        </w:rPr>
        <w:t xml:space="preserve">3. </w:t>
      </w:r>
      <w:r>
        <w:rPr>
          <w:rFonts w:ascii="Calibri" w:hAnsi="Calibri" w:cs="Calibri" w:eastAsia="宋体"/>
        </w:rPr>
        <w:t>首次注射请挂内分泌科郑章乾医生；</w:t>
      </w:r>
    </w:p>
    <w:p>
      <w:pPr>
        <w:spacing w:before="20" w:after="40"/>
        <w:ind w:left="425" w:hanging="312"/>
      </w:pPr>
      <w:r>
        <w:rPr>
          <w:rFonts w:ascii="Calibri" w:hAnsi="Calibri" w:cs="Calibri" w:eastAsia="宋体"/>
        </w:rPr>
        <w:t xml:space="preserve">4. </w:t>
      </w:r>
      <w:r>
        <w:rPr>
          <w:rFonts w:ascii="Calibri" w:hAnsi="Calibri" w:cs="Calibri" w:eastAsia="宋体"/>
        </w:rPr>
        <w:t>注射费用约为 1200 元每月，医保可能可以部分报销；</w:t>
      </w:r>
    </w:p>
    <w:p>
      <w:pPr>
        <w:spacing w:before="20" w:after="40"/>
        <w:ind w:left="425" w:hanging="312"/>
      </w:pPr>
      <w:r>
        <w:rPr>
          <w:rFonts w:ascii="Calibri" w:hAnsi="Calibri" w:cs="Calibri" w:eastAsia="宋体"/>
        </w:rPr>
        <w:t xml:space="preserve">5. </w:t>
      </w:r>
      <w:r>
        <w:rPr>
          <w:rFonts w:ascii="Calibri" w:hAnsi="Calibri" w:cs="Calibri" w:eastAsia="宋体"/>
        </w:rPr>
        <w:t>一般而言无需住院；</w:t>
      </w:r>
    </w:p>
    <w:p>
      <w:pPr>
        <w:spacing w:before="20" w:after="40"/>
        <w:ind w:left="425" w:hanging="312"/>
      </w:pPr>
      <w:r>
        <w:rPr>
          <w:rFonts w:ascii="Calibri" w:hAnsi="Calibri" w:cs="Calibri" w:eastAsia="宋体"/>
        </w:rPr>
        <w:t xml:space="preserve">6. </w:t>
      </w:r>
      <w:r>
        <w:rPr>
          <w:rFonts w:ascii="Calibri" w:hAnsi="Calibri" w:cs="Calibri" w:eastAsia="宋体"/>
        </w:rPr>
        <w:t>医生要求注射前停止 HRT 半个月，并使雌二醇降低到较低的水平；</w:t>
      </w:r>
    </w:p>
    <w:p>
      <w:pPr>
        <w:spacing w:before="20" w:after="40"/>
        <w:ind w:left="425" w:hanging="312"/>
      </w:pPr>
      <w:r>
        <w:rPr>
          <w:rFonts w:ascii="Calibri" w:hAnsi="Calibri" w:cs="Calibri" w:eastAsia="宋体"/>
        </w:rPr>
        <w:t xml:space="preserve">7. </w:t>
      </w:r>
      <w:r>
        <w:rPr>
          <w:rFonts w:ascii="Calibri" w:hAnsi="Calibri" w:cs="Calibri" w:eastAsia="宋体"/>
        </w:rPr>
        <w:t>注射后每三个月需复查。</w:t>
      </w:r>
    </w:p>
    <w:p>
      <w:pPr>
        <w:spacing w:after="100"/>
      </w:pPr>
      <w:r>
        <w:rPr>
          <w:rFonts w:ascii="Calibri" w:hAnsi="Calibri" w:cs="Calibri" w:eastAsia="宋体"/>
          <w:strike/>
        </w:rPr>
        <w:t>住院专属宝宝床</w:t>
      </w:r>
      <w:r>
        <w:br/>
      </w:r>
    </w:p>
    <w:p>
      <w:pPr>
        <w:pStyle w:val="Heading3"/>
      </w:pPr>
      <w:r>
        <w:rPr>
          <w:rFonts w:ascii="Calibri" w:hAnsi="Calibri" w:cs="Calibri" w:eastAsia="微软雅黑"/>
        </w:rPr>
        <w:t>3.8.3  上海中山医院｜李小英</w:t>
      </w:r>
    </w:p>
    <w:p>
      <w:pPr>
        <w:spacing w:after="160"/>
      </w:pPr>
      <w:r>
        <w:rPr>
          <w:rFonts w:ascii="Calibri" w:hAnsi="Calibri" w:cs="Calibri" w:eastAsia="宋体"/>
          <w:color w:val="6B7280"/>
          <w:sz w:val="16"/>
        </w:rPr>
        <w:t>原文：https://mtf.wiki/zh-cn/docs/hrt/shanghai/li-xiaoying · 最近更新：2026年7月9日</w:t>
      </w:r>
    </w:p>
    <w:p>
      <w:pPr>
        <w:spacing w:after="100"/>
      </w:pPr>
      <w:r>
        <w:rPr>
          <w:rFonts w:ascii="Calibri" w:hAnsi="Calibri" w:cs="Calibri" w:eastAsia="宋体"/>
        </w:rPr>
        <w:t>医生姓名：</w:t>
      </w:r>
      <w:r>
        <w:rPr>
          <w:rFonts w:ascii="Calibri" w:hAnsi="Calibri" w:cs="Calibri" w:eastAsia="宋体"/>
        </w:rPr>
        <w:t>李小英</w:t>
      </w:r>
    </w:p>
    <w:p>
      <w:pPr>
        <w:spacing w:after="100"/>
      </w:pPr>
      <w:r>
        <w:rPr>
          <w:rFonts w:ascii="Calibri" w:hAnsi="Calibri" w:cs="Calibri" w:eastAsia="宋体"/>
        </w:rPr>
        <w:t>所在医院：</w:t>
      </w:r>
      <w:r>
        <w:rPr>
          <w:rFonts w:ascii="Calibri" w:hAnsi="Calibri" w:cs="Calibri" w:eastAsia="宋体"/>
        </w:rPr>
        <w:t>复旦大学附属中山医院（东院区）</w:t>
      </w:r>
    </w:p>
    <w:p>
      <w:pPr>
        <w:spacing w:after="100"/>
      </w:pPr>
      <w:r>
        <w:rPr>
          <w:rFonts w:ascii="Calibri" w:hAnsi="Calibri" w:cs="Calibri" w:eastAsia="宋体"/>
        </w:rPr>
        <w:t>该医院内分泌科普通号医生大多对此有所了解，可能存在拒绝接诊首诊就诊者并要求其挂李小英主任的专家号的情况，复诊则可凭任意医院既往 HRT 病历或处方在内分泌科普通号就诊开药。</w:t>
      </w:r>
    </w:p>
    <w:p>
      <w:pPr>
        <w:spacing w:after="100"/>
      </w:pPr>
      <w:r>
        <w:rPr>
          <w:rFonts w:ascii="Calibri" w:hAnsi="Calibri" w:cs="Calibri" w:eastAsia="宋体"/>
        </w:rPr>
        <w:t>李小英可以为16周岁的跨性别者开具HRT处方。</w:t>
      </w:r>
    </w:p>
    <w:p>
      <w:pPr>
        <w:pStyle w:val="Heading4"/>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3542"/>
        <w:gridCol w:w="3542"/>
        <w:gridCol w:w="2214"/>
      </w:tblGrid>
      <w:tr>
        <w:trPr>
          <w:tblHeader/>
        </w:trPr>
        <w:tc>
          <w:tcPr>
            <w:tcW w:type="dxa" w:w="3542"/>
            <w:shd w:val="clear" w:color="auto" w:fill="EDF1F7"/>
          </w:tcPr>
          <w:p>
            <w:pPr>
              <w:spacing w:before="40" w:after="40" w:line="276" w:lineRule="auto"/>
            </w:pPr>
            <w:r>
              <w:rPr>
                <w:b/>
                <w:sz w:val="18"/>
              </w:rPr>
            </w:r>
            <w:r>
              <w:rPr>
                <w:rFonts w:ascii="Calibri" w:hAnsi="Calibri" w:cs="Calibri" w:eastAsia="宋体"/>
                <w:b/>
                <w:sz w:val="18"/>
              </w:rPr>
              <w:t>周次</w:t>
            </w:r>
          </w:p>
        </w:tc>
        <w:tc>
          <w:tcPr>
            <w:tcW w:type="dxa" w:w="3542"/>
            <w:shd w:val="clear" w:color="auto" w:fill="EDF1F7"/>
          </w:tcPr>
          <w:p>
            <w:pPr>
              <w:spacing w:before="40" w:after="40" w:line="276" w:lineRule="auto"/>
            </w:pPr>
            <w:r>
              <w:rPr>
                <w:b/>
                <w:sz w:val="18"/>
              </w:rPr>
            </w:r>
            <w:r>
              <w:rPr>
                <w:rFonts w:ascii="Calibri" w:hAnsi="Calibri" w:cs="Calibri" w:eastAsia="宋体"/>
                <w:b/>
                <w:sz w:val="18"/>
              </w:rPr>
              <w:t>科室</w:t>
            </w:r>
          </w:p>
        </w:tc>
        <w:tc>
          <w:tcPr>
            <w:tcW w:type="dxa" w:w="221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3542"/>
          </w:tcPr>
          <w:p>
            <w:pPr>
              <w:spacing w:before="40" w:after="40" w:line="276" w:lineRule="auto"/>
            </w:pPr>
            <w:r>
              <w:rPr>
                <w:sz w:val="18"/>
              </w:rPr>
            </w:r>
            <w:r>
              <w:rPr>
                <w:rFonts w:ascii="Calibri" w:hAnsi="Calibri" w:cs="Calibri" w:eastAsia="宋体"/>
                <w:sz w:val="18"/>
              </w:rPr>
              <w:t>周一上午</w:t>
            </w:r>
          </w:p>
        </w:tc>
        <w:tc>
          <w:tcPr>
            <w:tcW w:type="dxa" w:w="3542"/>
          </w:tcPr>
          <w:p>
            <w:pPr>
              <w:spacing w:before="40" w:after="40" w:line="276" w:lineRule="auto"/>
            </w:pPr>
            <w:r>
              <w:rPr>
                <w:sz w:val="18"/>
              </w:rPr>
            </w:r>
            <w:r>
              <w:rPr>
                <w:rFonts w:ascii="Calibri" w:hAnsi="Calibri" w:cs="Calibri" w:eastAsia="宋体"/>
                <w:sz w:val="18"/>
              </w:rPr>
              <w:t>专家门诊</w:t>
            </w:r>
          </w:p>
        </w:tc>
        <w:tc>
          <w:tcPr>
            <w:tcW w:type="dxa" w:w="2214"/>
          </w:tcPr>
          <w:p>
            <w:pPr>
              <w:spacing w:before="40" w:after="40" w:line="276" w:lineRule="auto"/>
            </w:pPr>
            <w:r>
              <w:rPr>
                <w:sz w:val="18"/>
              </w:rPr>
            </w:r>
            <w:r>
              <w:rPr>
                <w:rFonts w:ascii="Calibri" w:hAnsi="Calibri" w:cs="Calibri" w:eastAsia="宋体"/>
                <w:sz w:val="18"/>
              </w:rPr>
              <w:t>50 元</w:t>
            </w:r>
          </w:p>
        </w:tc>
      </w:tr>
      <w:tr>
        <w:tc>
          <w:tcPr>
            <w:tcW w:type="dxa" w:w="3542"/>
          </w:tcPr>
          <w:p>
            <w:pPr>
              <w:spacing w:before="40" w:after="40" w:line="276" w:lineRule="auto"/>
            </w:pPr>
            <w:r>
              <w:rPr>
                <w:sz w:val="18"/>
              </w:rPr>
            </w:r>
            <w:r>
              <w:rPr>
                <w:rFonts w:ascii="Calibri" w:hAnsi="Calibri" w:cs="Calibri" w:eastAsia="宋体"/>
                <w:sz w:val="18"/>
              </w:rPr>
              <w:t>周一下午</w:t>
            </w:r>
          </w:p>
        </w:tc>
        <w:tc>
          <w:tcPr>
            <w:tcW w:type="dxa" w:w="3542"/>
          </w:tcPr>
          <w:p>
            <w:pPr>
              <w:spacing w:before="40" w:after="40" w:line="276" w:lineRule="auto"/>
            </w:pPr>
            <w:r>
              <w:rPr>
                <w:sz w:val="18"/>
              </w:rPr>
            </w:r>
            <w:r>
              <w:rPr>
                <w:rFonts w:ascii="Calibri" w:hAnsi="Calibri" w:cs="Calibri" w:eastAsia="宋体"/>
                <w:sz w:val="18"/>
              </w:rPr>
              <w:t>高级专家门诊</w:t>
            </w:r>
          </w:p>
        </w:tc>
        <w:tc>
          <w:tcPr>
            <w:tcW w:type="dxa" w:w="2214"/>
          </w:tcPr>
          <w:p>
            <w:pPr>
              <w:spacing w:before="40" w:after="40" w:line="276" w:lineRule="auto"/>
            </w:pPr>
            <w:r>
              <w:rPr>
                <w:sz w:val="18"/>
              </w:rPr>
            </w:r>
            <w:r>
              <w:rPr>
                <w:rFonts w:ascii="Calibri" w:hAnsi="Calibri" w:cs="Calibri" w:eastAsia="宋体"/>
                <w:sz w:val="18"/>
              </w:rPr>
              <w:t>450 元</w:t>
            </w:r>
          </w:p>
        </w:tc>
      </w:tr>
    </w:tbl>
    <w:p>
      <w:pPr>
        <w:pStyle w:val="Heading4"/>
      </w:pPr>
      <w:r>
        <w:rPr>
          <w:rFonts w:ascii="Calibri" w:hAnsi="Calibri" w:cs="Calibri" w:eastAsia="宋体"/>
        </w:rPr>
        <w:t>挂号</w:t>
      </w:r>
    </w:p>
    <w:p>
      <w:pPr>
        <w:spacing w:before="20" w:after="40"/>
        <w:ind w:left="425" w:hanging="312"/>
      </w:pPr>
      <w:r>
        <w:rPr>
          <w:rFonts w:ascii="Calibri" w:hAnsi="Calibri" w:cs="Calibri" w:eastAsia="宋体"/>
        </w:rPr>
        <w:t xml:space="preserve">• </w:t>
      </w:r>
      <w:r>
        <w:rPr>
          <w:rFonts w:ascii="Calibri" w:hAnsi="Calibri" w:cs="Calibri" w:eastAsia="宋体"/>
        </w:rPr>
        <w:t>微信小程序 - 复旦大学附属中山医院 - 线下门诊预约</w:t>
      </w:r>
    </w:p>
    <w:p>
      <w:pPr>
        <w:spacing w:before="20" w:after="40"/>
        <w:ind w:left="425" w:hanging="312"/>
      </w:pPr>
      <w:r>
        <w:rPr>
          <w:rFonts w:ascii="Calibri" w:hAnsi="Calibri" w:cs="Calibri" w:eastAsia="宋体"/>
        </w:rPr>
        <w:t xml:space="preserve">• </w:t>
      </w:r>
      <w:r>
        <w:rPr>
          <w:rFonts w:ascii="Calibri" w:hAnsi="Calibri" w:cs="Calibri" w:eastAsia="宋体"/>
        </w:rPr>
        <w:t>上海中山医院 App - 预约线下</w:t>
      </w:r>
    </w:p>
    <w:p>
      <w:pPr>
        <w:spacing w:before="20" w:after="40"/>
        <w:ind w:left="425" w:hanging="312"/>
      </w:pPr>
      <w:r>
        <w:rPr>
          <w:rFonts w:ascii="Calibri" w:hAnsi="Calibri" w:cs="Calibri" w:eastAsia="宋体"/>
        </w:rPr>
        <w:t xml:space="preserve">• </w:t>
      </w:r>
      <w:r>
        <w:rPr>
          <w:rFonts w:ascii="Calibri" w:hAnsi="Calibri" w:cs="Calibri" w:eastAsia="宋体"/>
        </w:rPr>
        <w:t>随申办市民云 - 搜索（预约挂号）</w:t>
      </w:r>
    </w:p>
    <w:p>
      <w:pPr>
        <w:pStyle w:val="Heading4"/>
      </w:pPr>
      <w:r>
        <w:rPr>
          <w:rFonts w:ascii="Calibri" w:hAnsi="Calibri" w:cs="Calibri" w:eastAsia="宋体"/>
        </w:rPr>
        <w:t>问诊细节</w:t>
      </w:r>
    </w:p>
    <w:p>
      <w:pPr>
        <w:spacing w:after="100"/>
      </w:pPr>
      <w:r>
        <w:rPr>
          <w:rFonts w:ascii="Calibri" w:hAnsi="Calibri" w:cs="Calibri" w:eastAsia="宋体"/>
        </w:rPr>
        <w:t>可以开具的 HRT 药物处方：</w:t>
      </w:r>
    </w:p>
    <w:p>
      <w:pPr>
        <w:spacing w:before="20" w:after="40"/>
        <w:ind w:left="425" w:hanging="312"/>
      </w:pPr>
      <w:r>
        <w:rPr>
          <w:rFonts w:ascii="Calibri" w:hAnsi="Calibri" w:cs="Calibri" w:eastAsia="宋体"/>
        </w:rPr>
        <w:t xml:space="preserve">• </w:t>
      </w:r>
      <w:r>
        <w:rPr>
          <w:rFonts w:ascii="Calibri" w:hAnsi="Calibri" w:cs="Calibri" w:eastAsia="宋体"/>
        </w:rPr>
        <w:t>补佳乐</w:t>
      </w:r>
    </w:p>
    <w:p>
      <w:pPr>
        <w:spacing w:before="20" w:after="40"/>
        <w:ind w:left="425" w:hanging="312"/>
      </w:pPr>
      <w:r>
        <w:rPr>
          <w:rFonts w:ascii="Calibri" w:hAnsi="Calibri" w:cs="Calibri" w:eastAsia="宋体"/>
        </w:rPr>
        <w:t xml:space="preserve">• </w:t>
      </w:r>
      <w:r>
        <w:rPr>
          <w:rFonts w:ascii="Calibri" w:hAnsi="Calibri" w:cs="Calibri" w:eastAsia="宋体"/>
          <w:strike/>
        </w:rPr>
        <w:t>色普龙</w:t>
      </w:r>
    </w:p>
    <w:p>
      <w:pPr>
        <w:spacing w:before="20" w:after="40"/>
        <w:ind w:left="425" w:hanging="312"/>
      </w:pPr>
      <w:r>
        <w:rPr>
          <w:rFonts w:ascii="Calibri" w:hAnsi="Calibri" w:cs="Calibri" w:eastAsia="宋体"/>
        </w:rPr>
        <w:t xml:space="preserve">• </w:t>
      </w:r>
      <w:r>
        <w:rPr>
          <w:rFonts w:ascii="Calibri" w:hAnsi="Calibri" w:cs="Calibri" w:eastAsia="宋体"/>
          <w:strike/>
        </w:rPr>
        <w:t>雌二醇凝胶</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strike/>
        </w:rPr>
        <w:t>据实践，</w:t>
      </w:r>
      <w:r>
        <w:rPr>
          <w:rFonts w:ascii="Calibri" w:hAnsi="Calibri" w:cs="Calibri" w:eastAsia="宋体"/>
          <w:strike/>
        </w:rPr>
        <w:t>色普龙</w:t>
      </w:r>
      <w:r>
        <w:rPr>
          <w:rFonts w:ascii="Calibri" w:hAnsi="Calibri" w:cs="Calibri" w:eastAsia="宋体"/>
          <w:strike/>
        </w:rPr>
        <w:t>和</w:t>
      </w:r>
      <w:r>
        <w:rPr>
          <w:rFonts w:ascii="Calibri" w:hAnsi="Calibri" w:cs="Calibri" w:eastAsia="宋体"/>
          <w:strike/>
        </w:rPr>
        <w:t>雌二醇凝胶</w:t>
      </w:r>
      <w:r>
        <w:rPr>
          <w:rFonts w:ascii="Calibri" w:hAnsi="Calibri" w:cs="Calibri" w:eastAsia="宋体"/>
          <w:strike/>
        </w:rPr>
        <w:t>仅能开具外配处方，即医院药房并无这些药物。</w:t>
      </w:r>
    </w:p>
    <w:p>
      <w:pPr>
        <w:shd w:val="clear" w:color="auto" w:fill="FFFBEB"/>
        <w:pBdr>
          <w:left w:val="single" w:sz="18" w:space="6" w:color="F59E0B"/>
        </w:pBdr>
        <w:spacing w:after="40"/>
      </w:pPr>
      <w:r>
        <w:rPr>
          <w:rFonts w:ascii="Calibri" w:hAnsi="Calibri" w:cs="Calibri" w:eastAsia="宋体"/>
        </w:rPr>
        <w:t>由于医院推行无纸化，目前可能无法开具手写处方</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需要 易性症 证明。</w:t>
      </w:r>
    </w:p>
    <w:p>
      <w:pPr>
        <w:spacing w:before="20" w:after="40"/>
        <w:ind w:left="425" w:hanging="312"/>
      </w:pPr>
      <w:r>
        <w:rPr>
          <w:rFonts w:ascii="Calibri" w:hAnsi="Calibri" w:cs="Calibri" w:eastAsia="宋体"/>
        </w:rPr>
        <w:t xml:space="preserve">• </w:t>
      </w:r>
      <w:r>
        <w:rPr>
          <w:rFonts w:ascii="Calibri" w:hAnsi="Calibri" w:cs="Calibri" w:eastAsia="宋体"/>
        </w:rPr>
        <w:t>目前未有报告指出李小英会给出 HRT 指导。</w:t>
      </w:r>
    </w:p>
    <w:p>
      <w:pPr>
        <w:spacing w:before="20" w:after="40"/>
        <w:ind w:left="425" w:hanging="312"/>
      </w:pPr>
      <w:r>
        <w:rPr>
          <w:rFonts w:ascii="Calibri" w:hAnsi="Calibri" w:cs="Calibri" w:eastAsia="宋体"/>
        </w:rPr>
        <w:t xml:space="preserve">• </w:t>
      </w:r>
      <w:r>
        <w:rPr>
          <w:rFonts w:ascii="Calibri" w:hAnsi="Calibri" w:cs="Calibri" w:eastAsia="宋体"/>
        </w:rPr>
        <w:t>目前未有未自行进行 HRT 治疗，前往李小英处就诊的报告。</w:t>
      </w:r>
    </w:p>
    <w:p>
      <w:pPr>
        <w:pStyle w:val="Heading4"/>
      </w:pPr>
      <w:r>
        <w:rPr>
          <w:rFonts w:ascii="Calibri" w:hAnsi="Calibri" w:cs="Calibri" w:eastAsia="宋体"/>
        </w:rPr>
        <w:t>检测项目</w:t>
      </w:r>
    </w:p>
    <w:p>
      <w:pPr>
        <w:spacing w:before="20" w:after="40"/>
        <w:ind w:left="425" w:hanging="312"/>
      </w:pPr>
      <w:r>
        <w:rPr>
          <w:rFonts w:ascii="Calibri" w:hAnsi="Calibri" w:cs="Calibri" w:eastAsia="宋体"/>
        </w:rPr>
        <w:t xml:space="preserve">• </w:t>
      </w:r>
      <w:r>
        <w:rPr>
          <w:rFonts w:ascii="Calibri" w:hAnsi="Calibri" w:cs="Calibri" w:eastAsia="宋体"/>
        </w:rPr>
        <w:t>开具 性激素六项 化验。</w:t>
      </w:r>
    </w:p>
    <w:p>
      <w:pPr>
        <w:pStyle w:val="Heading3"/>
      </w:pPr>
      <w:r>
        <w:rPr>
          <w:rFonts w:ascii="Calibri" w:hAnsi="Calibri" w:cs="Calibri" w:eastAsia="微软雅黑"/>
        </w:rPr>
        <w:t>3.8.4  上海瑞金医院</w:t>
      </w:r>
    </w:p>
    <w:p>
      <w:pPr>
        <w:spacing w:after="160"/>
      </w:pPr>
      <w:r>
        <w:rPr>
          <w:rFonts w:ascii="Calibri" w:hAnsi="Calibri" w:cs="Calibri" w:eastAsia="宋体"/>
          <w:color w:val="6B7280"/>
          <w:sz w:val="16"/>
        </w:rPr>
        <w:t>原文：https://mtf.wiki/zh-cn/docs/hrt/shanghai/shang-hai-rui-jing · 最近更新：2025年2月24日</w:t>
      </w:r>
    </w:p>
    <w:p>
      <w:pPr>
        <w:spacing w:after="100"/>
      </w:pPr>
      <w:r>
        <w:rPr>
          <w:rFonts w:ascii="Calibri" w:hAnsi="Calibri" w:cs="Calibri" w:eastAsia="宋体"/>
        </w:rPr>
        <w:t xml:space="preserve">医生姓名：朱鋐达 </w:t>
      </w:r>
      <w:r>
        <w:rPr>
          <w:rFonts w:ascii="Calibri" w:hAnsi="Calibri" w:cs="Calibri" w:eastAsia="宋体"/>
          <w:strike/>
        </w:rPr>
        <w:t>（经了解可能全体内分泌科医生都可以开处方）</w:t>
      </w:r>
    </w:p>
    <w:p>
      <w:pPr>
        <w:spacing w:after="100"/>
      </w:pPr>
      <w:r>
        <w:rPr>
          <w:rFonts w:ascii="Calibri" w:hAnsi="Calibri" w:cs="Calibri" w:eastAsia="宋体"/>
        </w:rPr>
        <w:t>所在医院：</w:t>
      </w:r>
      <w:r>
        <w:rPr>
          <w:rFonts w:ascii="Calibri" w:hAnsi="Calibri" w:cs="Calibri" w:eastAsia="宋体"/>
        </w:rPr>
        <w:t>上海交通大学医学院附属瑞金医院</w:t>
      </w:r>
    </w:p>
    <w:p>
      <w:pPr>
        <w:pStyle w:val="Heading4"/>
      </w:pPr>
      <w:r>
        <w:rPr>
          <w:rFonts w:ascii="Calibri" w:hAnsi="Calibri" w:cs="Calibri" w:eastAsia="宋体"/>
        </w:rPr>
        <w:t>能开出的药品</w:t>
      </w:r>
    </w:p>
    <w:p>
      <w:pPr>
        <w:spacing w:before="20" w:after="40"/>
        <w:ind w:left="425" w:hanging="312"/>
      </w:pPr>
      <w:r>
        <w:rPr>
          <w:rFonts w:ascii="Calibri" w:hAnsi="Calibri" w:cs="Calibri" w:eastAsia="宋体"/>
        </w:rPr>
        <w:t xml:space="preserve">• </w:t>
      </w:r>
      <w:r>
        <w:rPr>
          <w:rFonts w:ascii="Calibri" w:hAnsi="Calibri" w:cs="Calibri" w:eastAsia="宋体"/>
        </w:rPr>
        <w:t>补佳乐</w:t>
      </w:r>
    </w:p>
    <w:p>
      <w:pPr>
        <w:pStyle w:val="Heading4"/>
      </w:pPr>
      <w:r>
        <w:rPr>
          <w:rFonts w:ascii="Calibri" w:hAnsi="Calibri" w:cs="Calibri" w:eastAsia="宋体"/>
        </w:rPr>
        <w:t>要求</w:t>
      </w:r>
    </w:p>
    <w:p>
      <w:pPr>
        <w:spacing w:before="20" w:after="40"/>
        <w:ind w:left="425" w:hanging="312"/>
      </w:pPr>
      <w:r>
        <w:rPr>
          <w:rFonts w:ascii="Calibri" w:hAnsi="Calibri" w:cs="Calibri" w:eastAsia="宋体"/>
        </w:rPr>
        <w:t xml:space="preserve">• </w:t>
      </w:r>
      <w:r>
        <w:rPr>
          <w:rFonts w:ascii="Calibri" w:hAnsi="Calibri" w:cs="Calibri" w:eastAsia="宋体"/>
        </w:rPr>
        <w:t>需持证或病历</w:t>
      </w:r>
    </w:p>
    <w:p>
      <w:pPr>
        <w:spacing w:before="20" w:after="40"/>
        <w:ind w:left="425" w:hanging="312"/>
      </w:pPr>
      <w:r>
        <w:rPr>
          <w:rFonts w:ascii="Calibri" w:hAnsi="Calibri" w:cs="Calibri" w:eastAsia="宋体"/>
        </w:rPr>
        <w:t xml:space="preserve">• </w:t>
      </w:r>
      <w:r>
        <w:rPr>
          <w:rFonts w:ascii="Calibri" w:hAnsi="Calibri" w:cs="Calibri" w:eastAsia="宋体"/>
        </w:rPr>
        <w:t>18 岁以上直接可开补佳乐，16 ~ 18 岁需要家长陪同</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受瑞金医院系统限制，医保号开补佳乐最多 2 盒/月（一次最多开一个月的药量），自费号未知（2022-05-19 更新）</w:t>
      </w:r>
    </w:p>
    <w:p>
      <w:pPr>
        <w:spacing w:after="100"/>
      </w:pPr>
      <w:r>
        <w:rPr>
          <w:rFonts w:ascii="Calibri" w:hAnsi="Calibri" w:cs="Calibri" w:eastAsia="宋体"/>
        </w:rPr>
        <w:t>请一定挂性腺专病门诊，挂其他的可能存在没有资质，被开两盒补佳乐打发（没有处方，只有取药单）。</w:t>
      </w:r>
    </w:p>
    <w:p>
      <w:pPr>
        <w:pStyle w:val="Heading3"/>
      </w:pPr>
      <w:r>
        <w:rPr>
          <w:rFonts w:ascii="Calibri" w:hAnsi="Calibri" w:cs="Calibri" w:eastAsia="微软雅黑"/>
        </w:rPr>
        <w:t>3.8.5  上海其它医院</w:t>
      </w:r>
    </w:p>
    <w:p>
      <w:pPr>
        <w:spacing w:after="160"/>
      </w:pPr>
      <w:r>
        <w:rPr>
          <w:rFonts w:ascii="Calibri" w:hAnsi="Calibri" w:cs="Calibri" w:eastAsia="宋体"/>
          <w:color w:val="6B7280"/>
          <w:sz w:val="16"/>
        </w:rPr>
        <w:t>原文：https://mtf.wiki/zh-cn/docs/hrt/shanghai/other-shanghai-hrt-res-list · 最近更新：2026年8月25日</w:t>
      </w:r>
    </w:p>
    <w:p>
      <w:pPr>
        <w:spacing w:after="100"/>
      </w:pPr>
      <w:r>
        <w:rPr>
          <w:rFonts w:ascii="Calibri" w:hAnsi="Calibri" w:cs="Calibri" w:eastAsia="宋体"/>
        </w:rPr>
        <w:t>下列医院有报告称可凭诊断证明开具 HRT 处方，但没有更多信息，是否开具诊断有可能取决于医生友善程度，就诊者本人女性化程度、自信程度等多方面因素。</w:t>
      </w:r>
    </w:p>
    <w:tbl>
      <w:tblPr>
        <w:tblStyle w:val="TableGrid"/>
        <w:tblW w:type="auto" w:w="0"/>
        <w:jc w:val="center"/>
        <w:tblLayout w:type="fixed"/>
        <w:tblLook w:firstColumn="1" w:firstRow="1" w:lastColumn="0" w:lastRow="0" w:noHBand="0" w:noVBand="1" w:val="04A0"/>
      </w:tblPr>
      <w:tblGrid>
        <w:gridCol w:w="1635"/>
        <w:gridCol w:w="1028"/>
        <w:gridCol w:w="1028"/>
        <w:gridCol w:w="5606"/>
      </w:tblGrid>
      <w:tr>
        <w:trPr>
          <w:tblHeader/>
        </w:trPr>
        <w:tc>
          <w:tcPr>
            <w:tcW w:type="dxa" w:w="1635"/>
            <w:shd w:val="clear" w:color="auto" w:fill="EDF1F7"/>
          </w:tcPr>
          <w:p>
            <w:pPr>
              <w:spacing w:before="40" w:after="40" w:line="276" w:lineRule="auto"/>
            </w:pPr>
            <w:r>
              <w:rPr>
                <w:b/>
                <w:sz w:val="18"/>
              </w:rPr>
            </w:r>
            <w:r>
              <w:rPr>
                <w:rFonts w:ascii="Calibri" w:hAnsi="Calibri" w:cs="Calibri" w:eastAsia="宋体"/>
                <w:b/>
                <w:sz w:val="18"/>
              </w:rPr>
              <w:t>医院</w:t>
            </w:r>
          </w:p>
        </w:tc>
        <w:tc>
          <w:tcPr>
            <w:tcW w:type="dxa" w:w="1028"/>
            <w:shd w:val="clear" w:color="auto" w:fill="EDF1F7"/>
          </w:tcPr>
          <w:p>
            <w:pPr>
              <w:spacing w:before="40" w:after="40" w:line="276" w:lineRule="auto"/>
            </w:pPr>
            <w:r>
              <w:rPr>
                <w:b/>
                <w:sz w:val="18"/>
              </w:rPr>
            </w:r>
            <w:r>
              <w:rPr>
                <w:rFonts w:ascii="Calibri" w:hAnsi="Calibri" w:cs="Calibri" w:eastAsia="宋体"/>
                <w:b/>
                <w:sz w:val="18"/>
              </w:rPr>
              <w:t>科室</w:t>
            </w:r>
          </w:p>
        </w:tc>
        <w:tc>
          <w:tcPr>
            <w:tcW w:type="dxa" w:w="1028"/>
            <w:shd w:val="clear" w:color="auto" w:fill="EDF1F7"/>
          </w:tcPr>
          <w:p>
            <w:pPr>
              <w:spacing w:before="40" w:after="40" w:line="276" w:lineRule="auto"/>
            </w:pPr>
            <w:r>
              <w:rPr>
                <w:b/>
                <w:sz w:val="18"/>
              </w:rPr>
            </w:r>
            <w:r>
              <w:rPr>
                <w:rFonts w:ascii="Calibri" w:hAnsi="Calibri" w:cs="Calibri" w:eastAsia="宋体"/>
                <w:b/>
                <w:sz w:val="18"/>
              </w:rPr>
              <w:t>医生</w:t>
            </w:r>
          </w:p>
        </w:tc>
        <w:tc>
          <w:tcPr>
            <w:tcW w:type="dxa" w:w="5606"/>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635"/>
          </w:tcPr>
          <w:p>
            <w:pPr>
              <w:spacing w:before="40" w:after="40" w:line="276" w:lineRule="auto"/>
            </w:pPr>
            <w:r>
              <w:rPr>
                <w:sz w:val="18"/>
              </w:rPr>
            </w:r>
            <w:r>
              <w:rPr>
                <w:rFonts w:ascii="Calibri" w:hAnsi="Calibri" w:cs="Calibri" w:eastAsia="宋体"/>
                <w:sz w:val="18"/>
              </w:rPr>
              <w:t>上海四一一医院</w:t>
            </w:r>
          </w:p>
        </w:tc>
        <w:tc>
          <w:tcPr>
            <w:tcW w:type="dxa" w:w="1028"/>
          </w:tcPr>
          <w:p>
            <w:pPr>
              <w:spacing w:before="40" w:after="40" w:line="276" w:lineRule="auto"/>
            </w:pPr>
            <w:r>
              <w:rPr>
                <w:sz w:val="18"/>
              </w:rPr>
            </w:r>
            <w:r>
              <w:rPr>
                <w:rFonts w:ascii="Calibri" w:hAnsi="Calibri" w:cs="Calibri" w:eastAsia="宋体"/>
                <w:sz w:val="18"/>
              </w:rPr>
              <w:t>整形外科</w:t>
            </w:r>
          </w:p>
        </w:tc>
        <w:tc>
          <w:tcPr>
            <w:tcW w:type="dxa" w:w="1028"/>
          </w:tcPr>
          <w:p>
            <w:pPr>
              <w:spacing w:before="40" w:after="40" w:line="276" w:lineRule="auto"/>
            </w:pPr>
            <w:r>
              <w:rPr>
                <w:sz w:val="18"/>
              </w:rPr>
            </w:r>
            <w:r>
              <w:rPr>
                <w:rFonts w:ascii="Calibri" w:hAnsi="Calibri" w:cs="Calibri" w:eastAsia="宋体"/>
                <w:sz w:val="18"/>
              </w:rPr>
              <w:t>赵烨德</w:t>
            </w:r>
          </w:p>
        </w:tc>
        <w:tc>
          <w:tcPr>
            <w:tcW w:type="dxa" w:w="5606"/>
          </w:tcPr>
          <w:p>
            <w:pPr>
              <w:spacing w:before="40" w:after="40" w:line="276" w:lineRule="auto"/>
            </w:pPr>
            <w:r>
              <w:rPr>
                <w:sz w:val="18"/>
              </w:rPr>
            </w:r>
          </w:p>
        </w:tc>
      </w:tr>
      <w:tr>
        <w:tc>
          <w:tcPr>
            <w:tcW w:type="dxa" w:w="1635"/>
          </w:tcPr>
          <w:p>
            <w:pPr>
              <w:spacing w:before="40" w:after="40" w:line="276" w:lineRule="auto"/>
            </w:pPr>
            <w:r>
              <w:rPr>
                <w:sz w:val="18"/>
              </w:rPr>
            </w:r>
            <w:r>
              <w:rPr>
                <w:rFonts w:ascii="Calibri" w:hAnsi="Calibri" w:cs="Calibri" w:eastAsia="宋体"/>
                <w:sz w:val="18"/>
              </w:rPr>
              <w:t>上海长海医院</w:t>
            </w:r>
          </w:p>
        </w:tc>
        <w:tc>
          <w:tcPr>
            <w:tcW w:type="dxa" w:w="1028"/>
          </w:tcPr>
          <w:p>
            <w:pPr>
              <w:spacing w:before="40" w:after="40" w:line="276" w:lineRule="auto"/>
            </w:pPr>
            <w:r>
              <w:rPr>
                <w:sz w:val="18"/>
              </w:rPr>
            </w:r>
            <w:r>
              <w:rPr>
                <w:rFonts w:ascii="Calibri" w:hAnsi="Calibri" w:cs="Calibri" w:eastAsia="宋体"/>
                <w:sz w:val="18"/>
              </w:rPr>
              <w:t>内分泌科</w:t>
            </w:r>
          </w:p>
        </w:tc>
        <w:tc>
          <w:tcPr>
            <w:tcW w:type="dxa" w:w="1028"/>
          </w:tcPr>
          <w:p>
            <w:pPr>
              <w:spacing w:before="40" w:after="40" w:line="276" w:lineRule="auto"/>
            </w:pPr>
            <w:r>
              <w:rPr>
                <w:sz w:val="18"/>
              </w:rPr>
            </w:r>
            <w:r>
              <w:rPr>
                <w:rFonts w:ascii="Calibri" w:hAnsi="Calibri" w:cs="Calibri" w:eastAsia="宋体"/>
                <w:sz w:val="18"/>
              </w:rPr>
              <w:t>普通号</w:t>
            </w:r>
          </w:p>
        </w:tc>
        <w:tc>
          <w:tcPr>
            <w:tcW w:type="dxa" w:w="5606"/>
          </w:tcPr>
          <w:p>
            <w:pPr>
              <w:spacing w:before="40" w:after="40" w:line="276" w:lineRule="auto"/>
            </w:pPr>
            <w:r>
              <w:rPr>
                <w:sz w:val="18"/>
              </w:rPr>
            </w:r>
            <w:r>
              <w:rPr>
                <w:rFonts w:ascii="Calibri" w:hAnsi="Calibri" w:cs="Calibri" w:eastAsia="宋体"/>
                <w:sz w:val="18"/>
              </w:rPr>
              <w:t>有雌二醇凝胶（2026-08-24：挂自费号可直接开具雌二醇凝胶，但无法开具戊酸雌二醇；李文文医生非常友好。）</w:t>
            </w:r>
          </w:p>
        </w:tc>
      </w:tr>
      <w:tr>
        <w:tc>
          <w:tcPr>
            <w:tcW w:type="dxa" w:w="1635"/>
          </w:tcPr>
          <w:p>
            <w:pPr>
              <w:spacing w:before="40" w:after="40" w:line="276" w:lineRule="auto"/>
            </w:pPr>
            <w:r>
              <w:rPr>
                <w:sz w:val="18"/>
              </w:rPr>
            </w:r>
            <w:r>
              <w:rPr>
                <w:rFonts w:ascii="Calibri" w:hAnsi="Calibri" w:cs="Calibri" w:eastAsia="宋体"/>
                <w:sz w:val="18"/>
              </w:rPr>
              <w:t>上海长征医院</w:t>
            </w:r>
          </w:p>
        </w:tc>
        <w:tc>
          <w:tcPr>
            <w:tcW w:type="dxa" w:w="1028"/>
          </w:tcPr>
          <w:p>
            <w:pPr>
              <w:spacing w:before="40" w:after="40" w:line="276" w:lineRule="auto"/>
            </w:pPr>
            <w:r>
              <w:rPr>
                <w:sz w:val="18"/>
              </w:rPr>
            </w:r>
            <w:r>
              <w:rPr>
                <w:rFonts w:ascii="Calibri" w:hAnsi="Calibri" w:cs="Calibri" w:eastAsia="宋体"/>
                <w:sz w:val="18"/>
              </w:rPr>
              <w:t>内分泌科</w:t>
            </w:r>
          </w:p>
        </w:tc>
        <w:tc>
          <w:tcPr>
            <w:tcW w:type="dxa" w:w="1028"/>
          </w:tcPr>
          <w:p>
            <w:pPr>
              <w:spacing w:before="40" w:after="40" w:line="276" w:lineRule="auto"/>
            </w:pPr>
            <w:r>
              <w:rPr>
                <w:sz w:val="18"/>
              </w:rPr>
            </w:r>
            <w:r>
              <w:rPr>
                <w:rFonts w:ascii="Calibri" w:hAnsi="Calibri" w:cs="Calibri" w:eastAsia="宋体"/>
                <w:sz w:val="18"/>
              </w:rPr>
              <w:t>普通号</w:t>
            </w:r>
          </w:p>
        </w:tc>
        <w:tc>
          <w:tcPr>
            <w:tcW w:type="dxa" w:w="5606"/>
          </w:tcPr>
          <w:p>
            <w:pPr>
              <w:spacing w:before="40" w:after="40" w:line="276" w:lineRule="auto"/>
            </w:pPr>
            <w:r>
              <w:rPr>
                <w:sz w:val="18"/>
              </w:rPr>
            </w:r>
            <w:r>
              <w:rPr>
                <w:rFonts w:ascii="Calibri" w:hAnsi="Calibri" w:cs="Calibri" w:eastAsia="宋体"/>
                <w:sz w:val="18"/>
              </w:rPr>
              <w:t>有雌二醇凝胶（2026-08-24：携带小证和上海同仁医院开具的戊酸雌二醇处方，尝试开具雌二醇凝胶和戊酸雌二醇；戊酸雌二醇缺货，雌二醇凝胶需挂自费号（即使挂自费号也可能无法开具）。）</w:t>
            </w:r>
          </w:p>
        </w:tc>
      </w:tr>
      <w:tr>
        <w:tc>
          <w:tcPr>
            <w:tcW w:type="dxa" w:w="1635"/>
          </w:tcPr>
          <w:p>
            <w:pPr>
              <w:spacing w:before="40" w:after="40" w:line="276" w:lineRule="auto"/>
            </w:pPr>
            <w:r>
              <w:rPr>
                <w:sz w:val="18"/>
              </w:rPr>
            </w:r>
            <w:r>
              <w:rPr>
                <w:rFonts w:ascii="Calibri" w:hAnsi="Calibri" w:cs="Calibri" w:eastAsia="宋体"/>
                <w:sz w:val="18"/>
              </w:rPr>
              <w:t>浦东新区人民医院</w:t>
            </w:r>
          </w:p>
        </w:tc>
        <w:tc>
          <w:tcPr>
            <w:tcW w:type="dxa" w:w="1028"/>
          </w:tcPr>
          <w:p>
            <w:pPr>
              <w:spacing w:before="40" w:after="40" w:line="276" w:lineRule="auto"/>
            </w:pPr>
            <w:r>
              <w:rPr>
                <w:sz w:val="18"/>
              </w:rPr>
            </w:r>
            <w:r>
              <w:rPr>
                <w:rFonts w:ascii="Calibri" w:hAnsi="Calibri" w:cs="Calibri" w:eastAsia="宋体"/>
                <w:sz w:val="18"/>
              </w:rPr>
              <w:t>内分泌科</w:t>
            </w:r>
          </w:p>
        </w:tc>
        <w:tc>
          <w:tcPr>
            <w:tcW w:type="dxa" w:w="1028"/>
          </w:tcPr>
          <w:p>
            <w:pPr>
              <w:spacing w:before="40" w:after="40" w:line="276" w:lineRule="auto"/>
            </w:pPr>
            <w:r>
              <w:rPr>
                <w:sz w:val="18"/>
              </w:rPr>
            </w:r>
            <w:r>
              <w:rPr>
                <w:rFonts w:ascii="Calibri" w:hAnsi="Calibri" w:cs="Calibri" w:eastAsia="宋体"/>
                <w:sz w:val="18"/>
              </w:rPr>
              <w:t>专家号（王颖）</w:t>
            </w:r>
          </w:p>
        </w:tc>
        <w:tc>
          <w:tcPr>
            <w:tcW w:type="dxa" w:w="5606"/>
          </w:tcPr>
          <w:p>
            <w:pPr>
              <w:spacing w:before="40" w:after="40" w:line="276" w:lineRule="auto"/>
            </w:pPr>
            <w:r>
              <w:rPr>
                <w:sz w:val="18"/>
              </w:rPr>
            </w:r>
            <w:r>
              <w:rPr>
                <w:rFonts w:ascii="Calibri" w:hAnsi="Calibri" w:cs="Calibri" w:eastAsia="宋体"/>
                <w:sz w:val="18"/>
              </w:rPr>
              <w:t>凭诊断证明或可开手工处方单</w:t>
            </w:r>
          </w:p>
        </w:tc>
      </w:tr>
    </w:tbl>
    <w:p>
      <w:pPr>
        <w:spacing w:after="100"/>
      </w:pPr>
      <w:r>
        <w:rPr>
          <w:rFonts w:ascii="Calibri" w:hAnsi="Calibri" w:cs="Calibri" w:eastAsia="宋体"/>
        </w:rPr>
        <w:t>下列是可选的昂贵医院。他们的费用通常较高，超过上海的医院惯常的开支，酌情考虑。普通挂号开支在1000元以上，且所有项目都需要自费。</w:t>
      </w:r>
    </w:p>
    <w:tbl>
      <w:tblPr>
        <w:tblStyle w:val="TableGrid"/>
        <w:tblW w:type="auto" w:w="0"/>
        <w:jc w:val="center"/>
        <w:tblLayout w:type="fixed"/>
        <w:tblLook w:firstColumn="1" w:firstRow="1" w:lastColumn="0" w:lastRow="0" w:noHBand="0" w:noVBand="1" w:val="04A0"/>
      </w:tblPr>
      <w:tblGrid>
        <w:gridCol w:w="1813"/>
        <w:gridCol w:w="1024"/>
        <w:gridCol w:w="1024"/>
        <w:gridCol w:w="5438"/>
      </w:tblGrid>
      <w:tr>
        <w:trPr>
          <w:tblHeader/>
        </w:trPr>
        <w:tc>
          <w:tcPr>
            <w:tcW w:type="dxa" w:w="1813"/>
            <w:shd w:val="clear" w:color="auto" w:fill="EDF1F7"/>
          </w:tcPr>
          <w:p>
            <w:pPr>
              <w:spacing w:before="40" w:after="40" w:line="276" w:lineRule="auto"/>
            </w:pPr>
            <w:r>
              <w:rPr>
                <w:b/>
                <w:sz w:val="18"/>
              </w:rPr>
            </w:r>
            <w:r>
              <w:rPr>
                <w:rFonts w:ascii="Calibri" w:hAnsi="Calibri" w:cs="Calibri" w:eastAsia="宋体"/>
                <w:b/>
                <w:sz w:val="18"/>
              </w:rPr>
              <w:t>医院</w:t>
            </w:r>
          </w:p>
        </w:tc>
        <w:tc>
          <w:tcPr>
            <w:tcW w:type="dxa" w:w="1024"/>
            <w:shd w:val="clear" w:color="auto" w:fill="EDF1F7"/>
          </w:tcPr>
          <w:p>
            <w:pPr>
              <w:spacing w:before="40" w:after="40" w:line="276" w:lineRule="auto"/>
            </w:pPr>
            <w:r>
              <w:rPr>
                <w:b/>
                <w:sz w:val="18"/>
              </w:rPr>
            </w:r>
            <w:r>
              <w:rPr>
                <w:rFonts w:ascii="Calibri" w:hAnsi="Calibri" w:cs="Calibri" w:eastAsia="宋体"/>
                <w:b/>
                <w:sz w:val="18"/>
              </w:rPr>
              <w:t>科室</w:t>
            </w:r>
          </w:p>
        </w:tc>
        <w:tc>
          <w:tcPr>
            <w:tcW w:type="dxa" w:w="1024"/>
            <w:shd w:val="clear" w:color="auto" w:fill="EDF1F7"/>
          </w:tcPr>
          <w:p>
            <w:pPr>
              <w:spacing w:before="40" w:after="40" w:line="276" w:lineRule="auto"/>
            </w:pPr>
            <w:r>
              <w:rPr>
                <w:b/>
                <w:sz w:val="18"/>
              </w:rPr>
            </w:r>
            <w:r>
              <w:rPr>
                <w:rFonts w:ascii="Calibri" w:hAnsi="Calibri" w:cs="Calibri" w:eastAsia="宋体"/>
                <w:b/>
                <w:sz w:val="18"/>
              </w:rPr>
              <w:t>医生</w:t>
            </w:r>
          </w:p>
        </w:tc>
        <w:tc>
          <w:tcPr>
            <w:tcW w:type="dxa" w:w="5438"/>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1813"/>
          </w:tcPr>
          <w:p>
            <w:pPr>
              <w:spacing w:before="40" w:after="40" w:line="276" w:lineRule="auto"/>
            </w:pPr>
            <w:r>
              <w:rPr>
                <w:sz w:val="18"/>
              </w:rPr>
            </w:r>
            <w:r>
              <w:rPr>
                <w:rFonts w:ascii="Calibri" w:hAnsi="Calibri" w:cs="Calibri" w:eastAsia="宋体"/>
                <w:sz w:val="18"/>
              </w:rPr>
              <w:t>上海市和睦家医院</w:t>
            </w:r>
          </w:p>
        </w:tc>
        <w:tc>
          <w:tcPr>
            <w:tcW w:type="dxa" w:w="1024"/>
          </w:tcPr>
          <w:p>
            <w:pPr>
              <w:spacing w:before="40" w:after="40" w:line="276" w:lineRule="auto"/>
            </w:pPr>
            <w:r>
              <w:rPr>
                <w:sz w:val="18"/>
              </w:rPr>
            </w:r>
            <w:r>
              <w:rPr>
                <w:rFonts w:ascii="Calibri" w:hAnsi="Calibri" w:cs="Calibri" w:eastAsia="宋体"/>
                <w:sz w:val="18"/>
              </w:rPr>
              <w:t>内分泌科</w:t>
            </w:r>
          </w:p>
        </w:tc>
        <w:tc>
          <w:tcPr>
            <w:tcW w:type="dxa" w:w="1024"/>
          </w:tcPr>
          <w:p>
            <w:pPr>
              <w:spacing w:before="40" w:after="40" w:line="276" w:lineRule="auto"/>
            </w:pPr>
            <w:r>
              <w:rPr>
                <w:sz w:val="18"/>
              </w:rPr>
            </w:r>
            <w:r>
              <w:rPr>
                <w:rFonts w:ascii="Calibri" w:hAnsi="Calibri" w:cs="Calibri" w:eastAsia="宋体"/>
                <w:sz w:val="18"/>
              </w:rPr>
              <w:t>赖雁妮</w:t>
            </w:r>
          </w:p>
        </w:tc>
        <w:tc>
          <w:tcPr>
            <w:tcW w:type="dxa" w:w="5438"/>
          </w:tcPr>
          <w:p>
            <w:pPr>
              <w:spacing w:before="40" w:after="40" w:line="276" w:lineRule="auto"/>
            </w:pPr>
            <w:r>
              <w:rPr>
                <w:sz w:val="18"/>
              </w:rPr>
            </w:r>
            <w:r>
              <w:rPr>
                <w:rFonts w:ascii="Calibri" w:hAnsi="Calibri" w:cs="Calibri" w:eastAsia="宋体"/>
                <w:sz w:val="18"/>
              </w:rPr>
              <w:t>需前往静安院区（静安区北京西路1314和1320号）初次面诊后可以加护士台微信，后续可以直接定期约抽血、续药。可以开具国内没有上市的激素药物处方，医院可以单独采购。</w:t>
            </w:r>
          </w:p>
        </w:tc>
      </w:tr>
      <w:tr>
        <w:tc>
          <w:tcPr>
            <w:tcW w:type="dxa" w:w="1813"/>
          </w:tcPr>
          <w:p>
            <w:pPr>
              <w:spacing w:before="40" w:after="40" w:line="276" w:lineRule="auto"/>
            </w:pPr>
            <w:r>
              <w:rPr>
                <w:sz w:val="18"/>
              </w:rPr>
            </w:r>
            <w:r>
              <w:rPr>
                <w:rFonts w:ascii="Calibri" w:hAnsi="Calibri" w:cs="Calibri" w:eastAsia="宋体"/>
                <w:sz w:val="18"/>
              </w:rPr>
              <w:t>上海市嘉会国际医院</w:t>
            </w:r>
          </w:p>
        </w:tc>
        <w:tc>
          <w:tcPr>
            <w:tcW w:type="dxa" w:w="1024"/>
          </w:tcPr>
          <w:p>
            <w:pPr>
              <w:spacing w:before="40" w:after="40" w:line="276" w:lineRule="auto"/>
            </w:pPr>
            <w:r>
              <w:rPr>
                <w:sz w:val="18"/>
              </w:rPr>
            </w:r>
            <w:r>
              <w:rPr>
                <w:rFonts w:ascii="Calibri" w:hAnsi="Calibri" w:cs="Calibri" w:eastAsia="宋体"/>
                <w:sz w:val="18"/>
              </w:rPr>
              <w:t>内分泌科</w:t>
            </w:r>
          </w:p>
        </w:tc>
        <w:tc>
          <w:tcPr>
            <w:tcW w:type="dxa" w:w="1024"/>
          </w:tcPr>
          <w:p>
            <w:pPr>
              <w:spacing w:before="40" w:after="40" w:line="276" w:lineRule="auto"/>
            </w:pPr>
            <w:r>
              <w:rPr>
                <w:sz w:val="18"/>
              </w:rPr>
            </w:r>
            <w:r>
              <w:rPr>
                <w:rFonts w:ascii="Calibri" w:hAnsi="Calibri" w:cs="Calibri" w:eastAsia="宋体"/>
                <w:sz w:val="18"/>
              </w:rPr>
              <w:t>庞璨</w:t>
            </w:r>
          </w:p>
        </w:tc>
        <w:tc>
          <w:tcPr>
            <w:tcW w:type="dxa" w:w="5438"/>
          </w:tcPr>
          <w:p>
            <w:pPr>
              <w:spacing w:before="40" w:after="40" w:line="276" w:lineRule="auto"/>
            </w:pPr>
            <w:r>
              <w:rPr>
                <w:sz w:val="18"/>
              </w:rPr>
            </w:r>
            <w:r>
              <w:rPr>
                <w:rFonts w:ascii="Calibri" w:hAnsi="Calibri" w:cs="Calibri" w:eastAsia="宋体"/>
                <w:sz w:val="18"/>
              </w:rPr>
              <w:t>需前往总院（徐汇区桂平路689号）较为偏远。</w:t>
            </w:r>
          </w:p>
        </w:tc>
      </w:tr>
      <w:tr>
        <w:tc>
          <w:tcPr>
            <w:tcW w:type="dxa" w:w="1813"/>
          </w:tcPr>
          <w:p>
            <w:pPr>
              <w:spacing w:before="40" w:after="40" w:line="276" w:lineRule="auto"/>
            </w:pPr>
            <w:r>
              <w:rPr>
                <w:sz w:val="18"/>
              </w:rPr>
            </w:r>
            <w:r>
              <w:rPr>
                <w:rFonts w:ascii="Calibri" w:hAnsi="Calibri" w:cs="Calibri" w:eastAsia="宋体"/>
                <w:sz w:val="18"/>
              </w:rPr>
              <w:t>上海市曜影医院</w:t>
            </w:r>
          </w:p>
        </w:tc>
        <w:tc>
          <w:tcPr>
            <w:tcW w:type="dxa" w:w="1024"/>
          </w:tcPr>
          <w:p>
            <w:pPr>
              <w:spacing w:before="40" w:after="40" w:line="276" w:lineRule="auto"/>
            </w:pPr>
            <w:r>
              <w:rPr>
                <w:sz w:val="18"/>
              </w:rPr>
            </w:r>
            <w:r>
              <w:rPr>
                <w:rFonts w:ascii="Calibri" w:hAnsi="Calibri" w:cs="Calibri" w:eastAsia="宋体"/>
                <w:sz w:val="18"/>
              </w:rPr>
              <w:t>全科、内分泌科</w:t>
            </w:r>
          </w:p>
        </w:tc>
        <w:tc>
          <w:tcPr>
            <w:tcW w:type="dxa" w:w="1024"/>
          </w:tcPr>
          <w:p>
            <w:pPr>
              <w:spacing w:before="40" w:after="40" w:line="276" w:lineRule="auto"/>
            </w:pPr>
            <w:r>
              <w:rPr>
                <w:sz w:val="18"/>
              </w:rPr>
            </w:r>
            <w:r>
              <w:rPr>
                <w:rFonts w:ascii="Calibri" w:hAnsi="Calibri" w:cs="Calibri" w:eastAsia="宋体"/>
                <w:sz w:val="18"/>
              </w:rPr>
              <w:t>普通号</w:t>
            </w:r>
          </w:p>
        </w:tc>
        <w:tc>
          <w:tcPr>
            <w:tcW w:type="dxa" w:w="5438"/>
          </w:tcPr>
          <w:p>
            <w:pPr>
              <w:spacing w:before="40" w:after="40" w:line="276" w:lineRule="auto"/>
            </w:pPr>
            <w:r>
              <w:rPr>
                <w:sz w:val="18"/>
              </w:rPr>
            </w:r>
            <w:r>
              <w:rPr>
                <w:rFonts w:ascii="Calibri" w:hAnsi="Calibri" w:cs="Calibri" w:eastAsia="宋体"/>
                <w:sz w:val="18"/>
              </w:rPr>
              <w:t>需前往总院（黄浦区宁波路1号）可开具激素类药物，但暂时无法提供HRT指导。陆峥医生在此院担任精神科主任。</w:t>
            </w:r>
          </w:p>
        </w:tc>
      </w:tr>
    </w:tbl>
    <w:p>
      <w:pPr>
        <w:pStyle w:val="Heading2"/>
      </w:pPr>
      <w:r>
        <w:rPr>
          <w:rFonts w:ascii="Calibri" w:hAnsi="Calibri" w:cs="Calibri" w:eastAsia="微软雅黑"/>
        </w:rPr>
        <w:t>3.9  重庆</w:t>
      </w:r>
    </w:p>
    <w:p>
      <w:pPr>
        <w:spacing w:after="160"/>
      </w:pPr>
      <w:r>
        <w:rPr>
          <w:rFonts w:ascii="Calibri" w:hAnsi="Calibri" w:cs="Calibri" w:eastAsia="宋体"/>
          <w:color w:val="6B7280"/>
          <w:sz w:val="16"/>
        </w:rPr>
        <w:t>原文：https://mtf.wiki/zh-cn/docs/hrt/chongqing · 最近更新：2025年12月12日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暂无</w:t>
      </w:r>
    </w:p>
    <w:p>
      <w:pPr>
        <w:shd w:val="clear" w:color="auto" w:fill="FEF2F2"/>
        <w:pBdr>
          <w:left w:val="single" w:sz="18" w:space="6" w:color="EF4444"/>
        </w:pBdr>
        <w:spacing w:after="40"/>
      </w:pPr>
      <w:r>
        <w:rPr>
          <w:rFonts w:ascii="Calibri" w:hAnsi="Calibri" w:cs="Calibri" w:eastAsia="宋体"/>
        </w:rPr>
        <w:t>根据重医附三院心理科医生任正伽介绍，重庆市目前已没有具有相关资质的医疗机构，其建议前往北京开具 HRT 处方。</w:t>
      </w:r>
    </w:p>
    <w:p>
      <w:pPr>
        <w:pStyle w:val="Heading3"/>
      </w:pPr>
      <w:r>
        <w:rPr>
          <w:rFonts w:ascii="Calibri" w:hAnsi="Calibri" w:cs="Calibri" w:eastAsia="微软雅黑"/>
        </w:rPr>
        <w:t>3.9.1  重医三院 | 段炼</w:t>
      </w:r>
    </w:p>
    <w:p>
      <w:pPr>
        <w:spacing w:after="160"/>
      </w:pPr>
      <w:r>
        <w:rPr>
          <w:rFonts w:ascii="Calibri" w:hAnsi="Calibri" w:cs="Calibri" w:eastAsia="宋体"/>
          <w:color w:val="6B7280"/>
          <w:sz w:val="16"/>
        </w:rPr>
        <w:t>原文：https://mtf.wiki/zh-cn/docs/hrt/chongqing/duan-lian · 最近更新：2025年12月12日</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不能开具 HRT 处方</w:t>
      </w:r>
    </w:p>
    <w:p>
      <w:pPr>
        <w:shd w:val="clear" w:color="auto" w:fill="FEF2F2"/>
        <w:pBdr>
          <w:left w:val="single" w:sz="18" w:space="6" w:color="EF4444"/>
        </w:pBdr>
        <w:spacing w:after="40"/>
      </w:pPr>
      <w:r>
        <w:rPr>
          <w:rFonts w:ascii="Calibri" w:hAnsi="Calibri" w:cs="Calibri" w:eastAsia="宋体"/>
        </w:rPr>
        <w:t>2025年4月中旬医生本人表示「本院没有处方资质，故已暂停开具处方」。</w:t>
      </w:r>
    </w:p>
    <w:p>
      <w:pPr>
        <w:shd w:val="clear" w:color="auto" w:fill="FEF2F2"/>
        <w:pBdr>
          <w:left w:val="single" w:sz="18" w:space="6" w:color="EF4444"/>
        </w:pBdr>
        <w:spacing w:after="40"/>
      </w:pPr>
      <w:r>
        <w:rPr>
          <w:rFonts w:ascii="Calibri" w:hAnsi="Calibri" w:cs="Calibri" w:eastAsia="宋体"/>
        </w:rPr>
        <w:t>根据本院临床心理科医生任正伽介绍，重庆市目前已没有具有相关资质的医疗机构，其建议前往北京开具 HRT 处方。</w:t>
      </w:r>
    </w:p>
    <w:p>
      <w:pPr>
        <w:spacing w:after="100"/>
      </w:pPr>
      <w:r>
        <w:rPr>
          <w:rFonts w:ascii="Calibri" w:hAnsi="Calibri" w:cs="Calibri" w:eastAsia="宋体"/>
        </w:rPr>
        <w:t>医生姓名：段炼</w:t>
      </w:r>
    </w:p>
    <w:p>
      <w:pPr>
        <w:spacing w:after="100"/>
      </w:pPr>
      <w:r>
        <w:rPr>
          <w:rFonts w:ascii="Calibri" w:hAnsi="Calibri" w:cs="Calibri" w:eastAsia="宋体"/>
        </w:rPr>
        <w:t>所在医院：</w:t>
      </w:r>
      <w:r>
        <w:rPr>
          <w:rFonts w:ascii="Calibri" w:hAnsi="Calibri" w:cs="Calibri" w:eastAsia="宋体"/>
        </w:rPr>
        <w:t>重庆医科大学附属第三医院</w:t>
      </w:r>
    </w:p>
    <w:p>
      <w:pPr>
        <w:pStyle w:val="Heading4"/>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4649"/>
        <w:gridCol w:w="4649"/>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周次</w:t>
            </w:r>
          </w:p>
        </w:tc>
        <w:tc>
          <w:tcPr>
            <w:tcW w:type="dxa" w:w="4649"/>
            <w:shd w:val="clear" w:color="auto" w:fill="EDF1F7"/>
          </w:tcPr>
          <w:p>
            <w:pPr>
              <w:spacing w:before="40" w:after="40" w:line="276" w:lineRule="auto"/>
            </w:pPr>
            <w:r>
              <w:rPr>
                <w:b/>
                <w:sz w:val="18"/>
              </w:rPr>
            </w:r>
            <w:r>
              <w:rPr>
                <w:rFonts w:ascii="Calibri" w:hAnsi="Calibri" w:cs="Calibri" w:eastAsia="宋体"/>
                <w:b/>
                <w:sz w:val="18"/>
              </w:rPr>
              <w:t>时间</w:t>
            </w:r>
          </w:p>
        </w:tc>
      </w:tr>
      <w:tr>
        <w:tc>
          <w:tcPr>
            <w:tcW w:type="dxa" w:w="4649"/>
          </w:tcPr>
          <w:p>
            <w:pPr>
              <w:spacing w:before="40" w:after="40" w:line="276" w:lineRule="auto"/>
            </w:pPr>
            <w:r>
              <w:rPr>
                <w:sz w:val="18"/>
              </w:rPr>
            </w:r>
            <w:r>
              <w:rPr>
                <w:rFonts w:ascii="Calibri" w:hAnsi="Calibri" w:cs="Calibri" w:eastAsia="宋体"/>
                <w:sz w:val="18"/>
              </w:rPr>
              <w:t>星期三</w:t>
            </w:r>
          </w:p>
        </w:tc>
        <w:tc>
          <w:tcPr>
            <w:tcW w:type="dxa" w:w="4649"/>
          </w:tcPr>
          <w:p>
            <w:pPr>
              <w:spacing w:before="40" w:after="40" w:line="276" w:lineRule="auto"/>
            </w:pPr>
            <w:r>
              <w:rPr>
                <w:sz w:val="18"/>
              </w:rPr>
            </w:r>
            <w:r>
              <w:rPr>
                <w:rFonts w:ascii="Calibri" w:hAnsi="Calibri" w:cs="Calibri" w:eastAsia="宋体"/>
                <w:sz w:val="18"/>
              </w:rPr>
              <w:t>全天</w:t>
            </w:r>
          </w:p>
        </w:tc>
      </w:tr>
    </w:tbl>
    <w:p>
      <w:pPr>
        <w:pStyle w:val="Heading4"/>
      </w:pPr>
      <w:r>
        <w:rPr>
          <w:rFonts w:ascii="Calibri" w:hAnsi="Calibri" w:cs="Calibri" w:eastAsia="宋体"/>
        </w:rPr>
        <w:t>挂号</w:t>
      </w:r>
    </w:p>
    <w:p>
      <w:pPr>
        <w:spacing w:after="100"/>
      </w:pPr>
      <w:r>
        <w:rPr>
          <w:rFonts w:ascii="Calibri" w:hAnsi="Calibri" w:cs="Calibri" w:eastAsia="宋体"/>
        </w:rPr>
        <w:t>医院微信公众号挂号</w:t>
      </w:r>
    </w:p>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1. </w:t>
      </w:r>
      <w:r>
        <w:rPr>
          <w:rFonts w:ascii="Calibri" w:hAnsi="Calibri" w:cs="Calibri" w:eastAsia="宋体"/>
        </w:rPr>
        <w:t>目前首次开方需要易性症诊断证明材料，在父母明确支持的情况下提供本院易性症相关病历可能也可以</w:t>
      </w:r>
    </w:p>
    <w:p>
      <w:pPr>
        <w:spacing w:before="20" w:after="40"/>
        <w:ind w:left="425" w:hanging="312"/>
      </w:pPr>
      <w:r>
        <w:rPr>
          <w:rFonts w:ascii="Calibri" w:hAnsi="Calibri" w:cs="Calibri" w:eastAsia="宋体"/>
        </w:rPr>
        <w:t xml:space="preserve">2. </w:t>
      </w:r>
      <w:r>
        <w:rPr>
          <w:rFonts w:ascii="Calibri" w:hAnsi="Calibri" w:cs="Calibri" w:eastAsia="宋体"/>
        </w:rPr>
        <w:t>未成年人需监护人签字，成年人自己签字</w:t>
      </w:r>
    </w:p>
    <w:p>
      <w:pPr>
        <w:spacing w:before="20" w:after="40"/>
        <w:ind w:left="425" w:hanging="312"/>
      </w:pPr>
      <w:r>
        <w:rPr>
          <w:rFonts w:ascii="Calibri" w:hAnsi="Calibri" w:cs="Calibri" w:eastAsia="宋体"/>
        </w:rPr>
        <w:t xml:space="preserve">3. </w:t>
      </w:r>
      <w:r>
        <w:rPr>
          <w:rFonts w:ascii="Calibri" w:hAnsi="Calibri" w:cs="Calibri" w:eastAsia="宋体"/>
        </w:rPr>
        <w:t>用药建议比较宽松，会兼顾考虑安全性和药效</w:t>
      </w:r>
    </w:p>
    <w:p>
      <w:pPr>
        <w:spacing w:before="20" w:after="40"/>
        <w:ind w:left="425" w:hanging="312"/>
      </w:pPr>
      <w:r>
        <w:rPr>
          <w:rFonts w:ascii="Calibri" w:hAnsi="Calibri" w:cs="Calibri" w:eastAsia="宋体"/>
        </w:rPr>
        <w:t xml:space="preserve">4. </w:t>
      </w:r>
      <w:r>
        <w:rPr>
          <w:rFonts w:ascii="Calibri" w:hAnsi="Calibri" w:cs="Calibri" w:eastAsia="宋体"/>
        </w:rPr>
        <w:t>要求的监测和复诊比较频繁，3个月一次大体检，一次只能开三盒补佳乐or一支凝胶</w:t>
      </w:r>
    </w:p>
    <w:p>
      <w:pPr>
        <w:spacing w:before="20" w:after="40"/>
        <w:ind w:left="425" w:hanging="312"/>
      </w:pPr>
      <w:r>
        <w:rPr>
          <w:rFonts w:ascii="Calibri" w:hAnsi="Calibri" w:cs="Calibri" w:eastAsia="宋体"/>
        </w:rPr>
        <w:t xml:space="preserve">5. </w:t>
      </w:r>
      <w:r>
        <w:rPr>
          <w:rFonts w:ascii="Calibri" w:hAnsi="Calibri" w:cs="Calibri" w:eastAsia="宋体"/>
        </w:rPr>
        <w:t>药房有补佳乐、爱斯妥、螺内酯。环丙孕酮会协助开具互联网处方购药</w:t>
      </w:r>
    </w:p>
    <w:p>
      <w:pPr>
        <w:keepNext/>
        <w:spacing w:before="120" w:after="40"/>
        <w:pBdr>
          <w:bottom w:val="single" w:sz="6" w:space="1" w:color="D4D8DE"/>
        </w:pBdr>
      </w:pPr>
      <w:r>
        <w:rPr>
          <w:rFonts w:ascii="Calibri" w:hAnsi="Calibri" w:cs="Calibri" w:eastAsia="微软雅黑"/>
          <w:b/>
        </w:rPr>
        <w:t>▸ 激素治疗知情同意书</w:t>
      </w:r>
    </w:p>
    <w:p>
      <w:pPr>
        <w:pStyle w:val="Heading4"/>
      </w:pPr>
      <w:r>
        <w:rPr>
          <w:rFonts w:ascii="Calibri" w:hAnsi="Calibri" w:cs="Calibri" w:eastAsia="宋体"/>
        </w:rPr>
        <w:t>病历样式</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2"/>
      </w:pPr>
      <w:r>
        <w:rPr>
          <w:rFonts w:ascii="Calibri" w:hAnsi="Calibri" w:cs="Calibri" w:eastAsia="微软雅黑"/>
        </w:rPr>
        <w:t>3.10  苏州</w:t>
      </w:r>
    </w:p>
    <w:p>
      <w:pPr>
        <w:spacing w:after="160"/>
      </w:pPr>
      <w:r>
        <w:rPr>
          <w:rFonts w:ascii="Calibri" w:hAnsi="Calibri" w:cs="Calibri" w:eastAsia="宋体"/>
          <w:color w:val="6B7280"/>
          <w:sz w:val="16"/>
        </w:rPr>
        <w:t>原文：https://mtf.wiki/zh-cn/docs/hrt/suzhou · 最近更新：2024年3月8日</w:t>
      </w:r>
    </w:p>
    <w:p>
      <w:pPr>
        <w:spacing w:after="100"/>
      </w:pPr>
      <w:r>
        <w:rPr>
          <w:rFonts w:ascii="Calibri" w:hAnsi="Calibri" w:cs="Calibri" w:eastAsia="宋体"/>
          <w:strike/>
        </w:rPr>
        <w:t>上海国</w:t>
      </w:r>
      <w:r>
        <w:rPr>
          <w:rFonts w:ascii="Calibri" w:hAnsi="Calibri" w:cs="Calibri" w:eastAsia="宋体"/>
        </w:rPr>
        <w:t>苏州地区 HRT 医疗资源综述</w:t>
      </w:r>
    </w:p>
    <w:p>
      <w:pPr>
        <w:pStyle w:val="Heading3"/>
      </w:pPr>
      <w:r>
        <w:rPr>
          <w:rFonts w:ascii="Calibri" w:hAnsi="Calibri" w:cs="Calibri" w:eastAsia="微软雅黑"/>
        </w:rPr>
        <w:t>3.10.1  苏州市立医院</w:t>
      </w:r>
    </w:p>
    <w:p>
      <w:pPr>
        <w:spacing w:after="160"/>
      </w:pPr>
      <w:r>
        <w:rPr>
          <w:rFonts w:ascii="Calibri" w:hAnsi="Calibri" w:cs="Calibri" w:eastAsia="宋体"/>
          <w:color w:val="6B7280"/>
          <w:sz w:val="16"/>
        </w:rPr>
        <w:t>原文：https://mtf.wiki/zh-cn/docs/hrt/suzhou/zhou-jianying · 最近更新：2026年6月23日</w:t>
      </w:r>
    </w:p>
    <w:p>
      <w:pPr>
        <w:spacing w:before="20" w:after="40"/>
        <w:ind w:left="425" w:hanging="312"/>
      </w:pPr>
      <w:r>
        <w:rPr>
          <w:rFonts w:ascii="Calibri" w:hAnsi="Calibri" w:cs="Calibri" w:eastAsia="宋体"/>
        </w:rPr>
        <w:t xml:space="preserve">• </w:t>
      </w:r>
      <w:r>
        <w:rPr>
          <w:rFonts w:ascii="Calibri" w:hAnsi="Calibri" w:cs="Calibri" w:eastAsia="宋体"/>
          <w:b/>
        </w:rPr>
        <w:t>科室：</w:t>
      </w:r>
      <w:r>
        <w:rPr>
          <w:rFonts w:ascii="Calibri" w:hAnsi="Calibri" w:cs="Calibri" w:eastAsia="宋体"/>
        </w:rPr>
        <w:t xml:space="preserve"> 内分泌科 </w:t>
      </w:r>
      <w:r>
        <w:rPr>
          <w:rFonts w:ascii="Calibri" w:hAnsi="Calibri" w:cs="Calibri" w:eastAsia="宋体"/>
          <w:b/>
        </w:rPr>
        <w:t>普通门诊</w:t>
      </w:r>
    </w:p>
    <w:p>
      <w:pPr>
        <w:spacing w:before="20" w:after="40"/>
        <w:ind w:left="425" w:hanging="312"/>
      </w:pPr>
      <w:r>
        <w:rPr>
          <w:rFonts w:ascii="Calibri" w:hAnsi="Calibri" w:cs="Calibri" w:eastAsia="宋体"/>
        </w:rPr>
        <w:t xml:space="preserve">• </w:t>
      </w:r>
      <w:r>
        <w:rPr>
          <w:rFonts w:ascii="Calibri" w:hAnsi="Calibri" w:cs="Calibri" w:eastAsia="宋体"/>
          <w:b/>
        </w:rPr>
        <w:t>药品：</w:t>
      </w:r>
      <w:r>
        <w:rPr>
          <w:rFonts w:ascii="Calibri" w:hAnsi="Calibri" w:cs="Calibri" w:eastAsia="宋体"/>
        </w:rPr>
        <w:t xml:space="preserve"> 补佳乐、螺内酯</w:t>
      </w:r>
    </w:p>
    <w:p>
      <w:pPr>
        <w:pStyle w:val="Heading4"/>
      </w:pPr>
      <w:r>
        <w:rPr>
          <w:rFonts w:ascii="Calibri" w:hAnsi="Calibri" w:cs="Calibri" w:eastAsia="宋体"/>
        </w:rPr>
        <w:t>挂号</w:t>
      </w:r>
    </w:p>
    <w:p>
      <w:pPr>
        <w:spacing w:after="100"/>
      </w:pPr>
      <w:r>
        <w:rPr>
          <w:rFonts w:ascii="Calibri" w:hAnsi="Calibri" w:cs="Calibri" w:eastAsia="宋体"/>
        </w:rPr>
        <w:t>可通过医院挂号机、健康苏州掌上行 app、微信公众号「</w:t>
      </w:r>
      <w:r>
        <w:rPr>
          <w:rFonts w:ascii="Calibri" w:hAnsi="Calibri" w:cs="Calibri" w:eastAsia="宋体"/>
        </w:rPr>
        <w:t>苏州卫生 12320</w:t>
      </w:r>
      <w:r>
        <w:rPr>
          <w:rFonts w:ascii="Calibri" w:hAnsi="Calibri" w:cs="Calibri" w:eastAsia="宋体"/>
        </w:rPr>
        <w:t>」、支付宝「医疗健康-预约挂号」进行预约，一般现场都有号，提前 14 天放号。</w:t>
      </w:r>
    </w:p>
    <w:p>
      <w:pPr>
        <w:pStyle w:val="Heading4"/>
      </w:pPr>
      <w:r>
        <w:rPr>
          <w:rFonts w:ascii="Calibri" w:hAnsi="Calibri" w:cs="Calibri" w:eastAsia="宋体"/>
        </w:rPr>
        <w:t>东区 - 内分泌科专家号 - 周建英</w:t>
      </w:r>
    </w:p>
    <w:p>
      <w:pPr>
        <w:spacing w:after="100"/>
      </w:pPr>
      <w:r>
        <w:rPr>
          <w:rFonts w:ascii="Calibri" w:hAnsi="Calibri" w:cs="Calibri" w:eastAsia="宋体"/>
        </w:rPr>
        <w:t>医生姓名：</w:t>
      </w:r>
      <w:r>
        <w:rPr>
          <w:rFonts w:ascii="Calibri" w:hAnsi="Calibri" w:cs="Calibri" w:eastAsia="宋体"/>
        </w:rPr>
        <w:t>周建英</w:t>
      </w:r>
    </w:p>
    <w:p>
      <w:pPr>
        <w:spacing w:after="100"/>
      </w:pPr>
      <w:r>
        <w:rPr>
          <w:rFonts w:ascii="Calibri" w:hAnsi="Calibri" w:cs="Calibri" w:eastAsia="宋体"/>
        </w:rPr>
        <w:t>所在院区：</w:t>
      </w:r>
      <w:r>
        <w:rPr>
          <w:rFonts w:ascii="Calibri" w:hAnsi="Calibri" w:cs="Calibri" w:eastAsia="宋体"/>
        </w:rPr>
        <w:t>苏州市立医院（东区）</w:t>
      </w:r>
    </w:p>
    <w:p>
      <w:pPr>
        <w:pStyle w:val="Heading5"/>
      </w:pPr>
      <w:r>
        <w:rPr>
          <w:rFonts w:ascii="Calibri" w:hAnsi="Calibri" w:cs="Calibri" w:eastAsia="宋体"/>
        </w:rPr>
        <w:t>就诊路线</w:t>
      </w:r>
    </w:p>
    <w:p>
      <w:pPr>
        <w:spacing w:after="100"/>
      </w:pPr>
      <w:r>
        <w:rPr>
          <w:rFonts w:ascii="Calibri" w:hAnsi="Calibri" w:cs="Calibri" w:eastAsia="宋体"/>
        </w:rPr>
        <w:t>从门诊入口进入医院，然后在入口左边能看到自助服务机，取号之后不用缴费，门诊结束后再去缴费窗口。诊室在一楼正门入口右手处，安全通道内的慢病中心（代谢性疾病管理中心）。注意看叫号。门诊号在挂号单左边中间位置。</w:t>
      </w:r>
    </w:p>
    <w:p>
      <w:pPr>
        <w:spacing w:after="100"/>
      </w:pPr>
      <w:r>
        <w:rPr>
          <w:rFonts w:ascii="Calibri" w:hAnsi="Calibri" w:cs="Calibri" w:eastAsia="宋体"/>
          <w:strike/>
        </w:rPr>
        <w:t>这样可以完美避免说话询问</w:t>
      </w:r>
    </w:p>
    <w:p>
      <w:pPr>
        <w:keepNext/>
        <w:spacing w:before="120" w:after="40"/>
        <w:pBdr>
          <w:bottom w:val="single" w:sz="6" w:space="1" w:color="D4D8DE"/>
        </w:pBdr>
      </w:pPr>
      <w:r>
        <w:rPr>
          <w:rFonts w:ascii="Calibri" w:hAnsi="Calibri" w:cs="Calibri" w:eastAsia="微软雅黑"/>
          <w:b/>
        </w:rPr>
        <w:t>▸ 路线照片</w:t>
      </w:r>
    </w:p>
    <w:p>
      <w:pPr>
        <w:pStyle w:val="Heading5"/>
      </w:pPr>
      <w:r>
        <w:rPr>
          <w:rFonts w:ascii="Calibri" w:hAnsi="Calibri" w:cs="Calibri" w:eastAsia="宋体"/>
        </w:rPr>
        <w:t>问诊细节</w:t>
      </w:r>
    </w:p>
    <w:p>
      <w:pPr>
        <w:spacing w:after="100"/>
      </w:pPr>
      <w:r>
        <w:rPr>
          <w:rFonts w:ascii="Calibri" w:hAnsi="Calibri" w:cs="Calibri" w:eastAsia="宋体"/>
        </w:rPr>
        <w:t>跨性别友好。</w:t>
      </w:r>
      <w:r>
        <w:rPr>
          <w:rFonts w:ascii="Calibri" w:hAnsi="Calibri" w:cs="Calibri" w:eastAsia="宋体"/>
          <w:strike/>
        </w:rPr>
        <w:t>甚至会询问认不认识本站某维护人员</w:t>
      </w:r>
    </w:p>
    <w:p>
      <w:pPr>
        <w:spacing w:after="100"/>
      </w:pPr>
      <w:r>
        <w:rPr>
          <w:rFonts w:ascii="Calibri" w:hAnsi="Calibri" w:cs="Calibri" w:eastAsia="宋体"/>
        </w:rPr>
        <w:t>周医生门诊为普通内分泌科门诊，本职需接诊糖尿病、肥胖等内分泌病人，医生本身精力有限，现无法分出较多时间应对跨性别来诊者。</w:t>
      </w:r>
    </w:p>
    <w:p>
      <w:pPr>
        <w:spacing w:after="100"/>
      </w:pPr>
      <w:r>
        <w:rPr>
          <w:rFonts w:ascii="Calibri" w:hAnsi="Calibri" w:cs="Calibri" w:eastAsia="宋体"/>
        </w:rPr>
        <w:t xml:space="preserve">周建英医生并非开展跨性别 HRT 相关，为普通内分泌科知识+自行学习。如有指导 HRT 的需要，请优先考虑具有指导能力的医院，例如 </w:t>
      </w:r>
      <w:r>
        <w:rPr>
          <w:rFonts w:ascii="Calibri" w:hAnsi="Calibri" w:cs="Calibri" w:eastAsia="宋体"/>
        </w:rPr>
        <w:t>北医三院</w:t>
      </w:r>
      <w:r>
        <w:rPr>
          <w:rFonts w:ascii="Calibri" w:hAnsi="Calibri" w:cs="Calibri" w:eastAsia="宋体"/>
        </w:rPr>
        <w:t xml:space="preserve"> 。</w:t>
      </w:r>
    </w:p>
    <w:p>
      <w:pPr>
        <w:spacing w:after="100"/>
      </w:pPr>
      <w:r>
        <w:rPr>
          <w:rFonts w:ascii="Calibri" w:hAnsi="Calibri" w:cs="Calibri" w:eastAsia="宋体"/>
          <w:b/>
        </w:rPr>
        <w:t>如需要去周建英医生处开具首诊处方：</w:t>
      </w:r>
    </w:p>
    <w:p>
      <w:pPr>
        <w:spacing w:before="20" w:after="40"/>
        <w:ind w:left="425" w:hanging="312"/>
      </w:pPr>
      <w:r>
        <w:rPr>
          <w:rFonts w:ascii="Calibri" w:hAnsi="Calibri" w:cs="Calibri" w:eastAsia="宋体"/>
        </w:rPr>
        <w:t xml:space="preserve">• </w:t>
      </w:r>
      <w:r>
        <w:rPr>
          <w:rFonts w:ascii="Calibri" w:hAnsi="Calibri" w:cs="Calibri" w:eastAsia="宋体"/>
        </w:rPr>
        <w:t>必须携带</w:t>
      </w:r>
      <w:r>
        <w:rPr>
          <w:rFonts w:ascii="Calibri" w:hAnsi="Calibri" w:cs="Calibri" w:eastAsia="宋体"/>
          <w:b/>
        </w:rPr>
        <w:t>正式明确诊断证明（易性症/性别烦躁/性别不一致/etc）</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仅接待用药规范、能做到定期检查的</w:t>
      </w:r>
      <w:r>
        <w:rPr>
          <w:rFonts w:ascii="Calibri" w:hAnsi="Calibri" w:cs="Calibri" w:eastAsia="宋体"/>
          <w:b/>
        </w:rPr>
        <w:t>成年人</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暂不提供未成年人医疗服务</w:t>
      </w:r>
      <w:r>
        <w:rPr>
          <w:rFonts w:ascii="Calibri" w:hAnsi="Calibri" w:cs="Calibri" w:eastAsia="宋体"/>
        </w:rPr>
        <w:t>，未成年人请前往</w:t>
      </w:r>
      <w:r>
        <w:rPr>
          <w:rFonts w:ascii="Calibri" w:hAnsi="Calibri" w:cs="Calibri" w:eastAsia="宋体"/>
        </w:rPr>
        <w:t>复旦大学附属儿童医院</w:t>
      </w:r>
      <w:r>
        <w:rPr>
          <w:rFonts w:ascii="Calibri" w:hAnsi="Calibri" w:cs="Calibri" w:eastAsia="宋体"/>
        </w:rPr>
        <w:t>、</w:t>
      </w:r>
      <w:r>
        <w:rPr>
          <w:rFonts w:ascii="Calibri" w:hAnsi="Calibri" w:cs="Calibri" w:eastAsia="宋体"/>
        </w:rPr>
        <w:t>北医三院</w:t>
      </w:r>
      <w:r>
        <w:rPr>
          <w:rFonts w:ascii="Calibri" w:hAnsi="Calibri" w:cs="Calibri" w:eastAsia="宋体"/>
        </w:rPr>
        <w:t>。</w:t>
      </w:r>
    </w:p>
    <w:p>
      <w:pPr>
        <w:shd w:val="clear" w:color="auto" w:fill="F7F8FA"/>
        <w:pBdr>
          <w:left w:val="single" w:sz="18" w:space="6" w:color="C9CDD4"/>
        </w:pBdr>
        <w:spacing w:after="40"/>
      </w:pPr>
      <w:r>
        <w:rPr>
          <w:rFonts w:ascii="Calibri" w:hAnsi="Calibri" w:cs="Calibri" w:eastAsia="宋体"/>
        </w:rPr>
        <w:t>不建议在用药不规范情况下/使用外院检查报告寻求周医生的药物调整建议，因仅有男性参考值，与本院单位、参考值、机器和试剂均不同，换算困难，从手机翻查电子报告也较耗时。对于用药不规范的情况，医生缺乏相关调药经验。目前门诊量大，难以逐一详细解释。</w:t>
      </w:r>
    </w:p>
    <w:p>
      <w:pPr>
        <w:spacing w:before="20" w:after="40"/>
        <w:ind w:left="425" w:hanging="312"/>
      </w:pPr>
      <w:r>
        <w:rPr>
          <w:rFonts w:ascii="Calibri" w:hAnsi="Calibri" w:cs="Calibri" w:eastAsia="宋体"/>
        </w:rPr>
        <w:t xml:space="preserve">• </w:t>
      </w:r>
      <w:r>
        <w:rPr>
          <w:rFonts w:ascii="Calibri" w:hAnsi="Calibri" w:cs="Calibri" w:eastAsia="宋体"/>
        </w:rPr>
        <w:t>可以开具激素检查，如果长期没检查会建议附带检查肝肾功能。</w:t>
      </w:r>
    </w:p>
    <w:p>
      <w:pPr>
        <w:spacing w:before="20" w:after="40"/>
        <w:ind w:left="425" w:hanging="312"/>
      </w:pPr>
      <w:r>
        <w:rPr>
          <w:rFonts w:ascii="Calibri" w:hAnsi="Calibri" w:cs="Calibri" w:eastAsia="宋体"/>
        </w:rPr>
        <w:t xml:space="preserve">• </w:t>
      </w:r>
      <w:r>
        <w:rPr>
          <w:rFonts w:ascii="Calibri" w:hAnsi="Calibri" w:cs="Calibri" w:eastAsia="宋体"/>
        </w:rPr>
        <w:t>可以在病历上要求注明「不建议剧烈运动」，这句话可能具有能在苏州各高校军训/体育课减免的效果。</w:t>
      </w:r>
    </w:p>
    <w:p>
      <w:pPr>
        <w:shd w:val="clear" w:color="auto" w:fill="F7F8FA"/>
        <w:pBdr>
          <w:left w:val="single" w:sz="18" w:space="6" w:color="C9CDD4"/>
        </w:pBdr>
        <w:spacing w:after="40"/>
      </w:pPr>
      <w:r>
        <w:rPr>
          <w:rFonts w:ascii="Calibri" w:hAnsi="Calibri" w:cs="Calibri" w:eastAsia="宋体"/>
        </w:rPr>
        <w:t>首先询问已经用药了多长时间、用的什么药、如何用的药。我有自带病历，建英医生翻看了历史的抽血检查和别的医院的病历后，给我建议用药时间长了之后（本人接近2年），每一年检查相关的功能（肝肾等等）。</w:t>
      </w:r>
    </w:p>
    <w:p>
      <w:pPr>
        <w:shd w:val="clear" w:color="auto" w:fill="F7F8FA"/>
        <w:pBdr>
          <w:left w:val="single" w:sz="18" w:space="6" w:color="C9CDD4"/>
        </w:pBdr>
        <w:spacing w:after="40"/>
      </w:pPr>
      <w:r>
        <w:rPr>
          <w:rFonts w:ascii="Calibri" w:hAnsi="Calibri" w:cs="Calibri" w:eastAsia="宋体"/>
        </w:rPr>
        <w:t>然后，有询问到我有没有做过染色体检查，我回答“没有”，但是不影响我最后开到处方，只是看了病历后，建议回广东（我家）检查一下染色体和其他功能。（我有和医生提到我从广东过来看）</w:t>
      </w:r>
    </w:p>
    <w:p>
      <w:pPr>
        <w:shd w:val="clear" w:color="auto" w:fill="F7F8FA"/>
        <w:pBdr>
          <w:left w:val="single" w:sz="18" w:space="6" w:color="C9CDD4"/>
        </w:pBdr>
        <w:spacing w:after="40"/>
      </w:pPr>
      <w:r>
        <w:rPr>
          <w:rFonts w:ascii="Calibri" w:hAnsi="Calibri" w:cs="Calibri" w:eastAsia="宋体"/>
        </w:rPr>
        <w:t>建议把需要开方的药品，打字在便签上给医生看，写上药品名称、商品名、规格（比如50mg，0.06% x 80g）、每日用量、每日用药次数，这样可以避免医生再问相关细节。</w:t>
      </w:r>
    </w:p>
    <w:p>
      <w:pPr>
        <w:pStyle w:val="Heading5"/>
      </w:pPr>
      <w:r>
        <w:rPr>
          <w:rFonts w:ascii="Calibri" w:hAnsi="Calibri" w:cs="Calibri" w:eastAsia="宋体"/>
        </w:rPr>
        <w:t>出诊时刻</w:t>
      </w:r>
    </w:p>
    <w:tbl>
      <w:tblPr>
        <w:tblStyle w:val="TableGrid"/>
        <w:tblW w:type="auto" w:w="0"/>
        <w:jc w:val="center"/>
        <w:tblLayout w:type="fixed"/>
        <w:tblLook w:firstColumn="1" w:firstRow="1" w:lastColumn="0" w:lastRow="0" w:noHBand="0" w:noVBand="1" w:val="04A0"/>
      </w:tblPr>
      <w:tblGrid>
        <w:gridCol w:w="2324"/>
        <w:gridCol w:w="2324"/>
        <w:gridCol w:w="2324"/>
        <w:gridCol w:w="2324"/>
      </w:tblGrid>
      <w:tr>
        <w:trPr>
          <w:tblHeader/>
        </w:trPr>
        <w:tc>
          <w:tcPr>
            <w:tcW w:type="dxa" w:w="2324"/>
            <w:shd w:val="clear" w:color="auto" w:fill="EDF1F7"/>
          </w:tcPr>
          <w:p>
            <w:pPr>
              <w:spacing w:before="40" w:after="40" w:line="276" w:lineRule="auto"/>
            </w:pPr>
            <w:r>
              <w:rPr>
                <w:b/>
                <w:sz w:val="18"/>
              </w:rPr>
            </w:r>
            <w:r>
              <w:rPr>
                <w:rFonts w:ascii="Calibri" w:hAnsi="Calibri" w:cs="Calibri" w:eastAsia="宋体"/>
                <w:b/>
                <w:sz w:val="18"/>
              </w:rPr>
              <w:t>周次</w:t>
            </w:r>
          </w:p>
        </w:tc>
        <w:tc>
          <w:tcPr>
            <w:tcW w:type="dxa" w:w="2324"/>
            <w:shd w:val="clear" w:color="auto" w:fill="EDF1F7"/>
          </w:tcPr>
          <w:p>
            <w:pPr>
              <w:spacing w:before="40" w:after="40" w:line="276" w:lineRule="auto"/>
            </w:pPr>
            <w:r>
              <w:rPr>
                <w:b/>
                <w:sz w:val="18"/>
              </w:rPr>
            </w:r>
            <w:r>
              <w:rPr>
                <w:rFonts w:ascii="Calibri" w:hAnsi="Calibri" w:cs="Calibri" w:eastAsia="宋体"/>
                <w:b/>
                <w:sz w:val="18"/>
              </w:rPr>
              <w:t>时间</w:t>
            </w:r>
          </w:p>
        </w:tc>
        <w:tc>
          <w:tcPr>
            <w:tcW w:type="dxa" w:w="2324"/>
            <w:shd w:val="clear" w:color="auto" w:fill="EDF1F7"/>
          </w:tcPr>
          <w:p>
            <w:pPr>
              <w:spacing w:before="40" w:after="40" w:line="276" w:lineRule="auto"/>
            </w:pPr>
            <w:r>
              <w:rPr>
                <w:b/>
                <w:sz w:val="18"/>
              </w:rPr>
            </w:r>
            <w:r>
              <w:rPr>
                <w:rFonts w:ascii="Calibri" w:hAnsi="Calibri" w:cs="Calibri" w:eastAsia="宋体"/>
                <w:b/>
                <w:sz w:val="18"/>
              </w:rPr>
              <w:t>科室</w:t>
            </w:r>
          </w:p>
        </w:tc>
        <w:tc>
          <w:tcPr>
            <w:tcW w:type="dxa" w:w="2324"/>
            <w:shd w:val="clear" w:color="auto" w:fill="EDF1F7"/>
          </w:tcPr>
          <w:p>
            <w:pPr>
              <w:spacing w:before="40" w:after="40" w:line="276" w:lineRule="auto"/>
            </w:pPr>
            <w:r>
              <w:rPr>
                <w:b/>
                <w:sz w:val="18"/>
              </w:rPr>
            </w:r>
            <w:r>
              <w:rPr>
                <w:rFonts w:ascii="Calibri" w:hAnsi="Calibri" w:cs="Calibri" w:eastAsia="宋体"/>
                <w:b/>
                <w:sz w:val="18"/>
              </w:rPr>
              <w:t>价格</w:t>
            </w:r>
          </w:p>
        </w:tc>
      </w:tr>
      <w:tr>
        <w:tc>
          <w:tcPr>
            <w:tcW w:type="dxa" w:w="2324"/>
          </w:tcPr>
          <w:p>
            <w:pPr>
              <w:spacing w:before="40" w:after="40" w:line="276" w:lineRule="auto"/>
            </w:pPr>
            <w:r>
              <w:rPr>
                <w:sz w:val="18"/>
              </w:rPr>
            </w:r>
            <w:r>
              <w:rPr>
                <w:rFonts w:ascii="Calibri" w:hAnsi="Calibri" w:cs="Calibri" w:eastAsia="宋体"/>
                <w:sz w:val="18"/>
              </w:rPr>
              <w:t>周五</w:t>
            </w:r>
          </w:p>
        </w:tc>
        <w:tc>
          <w:tcPr>
            <w:tcW w:type="dxa" w:w="2324"/>
          </w:tcPr>
          <w:p>
            <w:pPr>
              <w:spacing w:before="40" w:after="40" w:line="276" w:lineRule="auto"/>
            </w:pPr>
            <w:r>
              <w:rPr>
                <w:sz w:val="18"/>
              </w:rPr>
            </w:r>
            <w:r>
              <w:rPr>
                <w:rFonts w:ascii="Calibri" w:hAnsi="Calibri" w:cs="Calibri" w:eastAsia="宋体"/>
                <w:sz w:val="18"/>
              </w:rPr>
              <w:t>整天</w:t>
            </w:r>
          </w:p>
        </w:tc>
        <w:tc>
          <w:tcPr>
            <w:tcW w:type="dxa" w:w="2324"/>
          </w:tcPr>
          <w:p>
            <w:pPr>
              <w:spacing w:before="40" w:after="40" w:line="276" w:lineRule="auto"/>
            </w:pPr>
            <w:r>
              <w:rPr>
                <w:sz w:val="18"/>
              </w:rPr>
            </w:r>
            <w:r>
              <w:rPr>
                <w:rFonts w:ascii="Calibri" w:hAnsi="Calibri" w:cs="Calibri" w:eastAsia="宋体"/>
                <w:sz w:val="18"/>
              </w:rPr>
              <w:t>内分泌专家</w:t>
            </w:r>
          </w:p>
        </w:tc>
        <w:tc>
          <w:tcPr>
            <w:tcW w:type="dxa" w:w="2324"/>
          </w:tcPr>
          <w:p>
            <w:pPr>
              <w:spacing w:before="40" w:after="40" w:line="276" w:lineRule="auto"/>
            </w:pPr>
            <w:r>
              <w:rPr>
                <w:sz w:val="18"/>
              </w:rPr>
            </w:r>
            <w:r>
              <w:rPr>
                <w:rFonts w:ascii="Calibri" w:hAnsi="Calibri" w:cs="Calibri" w:eastAsia="宋体"/>
                <w:sz w:val="18"/>
              </w:rPr>
              <w:t>35 元</w:t>
            </w:r>
          </w:p>
        </w:tc>
      </w:tr>
    </w:tbl>
    <w:p>
      <w:pPr>
        <w:pStyle w:val="Heading5"/>
      </w:pPr>
      <w:r>
        <w:rPr>
          <w:rFonts w:ascii="Calibri" w:hAnsi="Calibri" w:cs="Calibri" w:eastAsia="宋体"/>
        </w:rPr>
        <w:t>处方例子</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spacing w:after="100"/>
      </w:pPr>
      <w:r>
        <w:rPr>
          <w:rFonts w:ascii="Calibri" w:hAnsi="Calibri" w:cs="Calibri" w:eastAsia="宋体"/>
        </w:rPr>
        <w:t>仅供参考，勿作他用。</w:t>
      </w:r>
    </w:p>
    <w:p>
      <w:pPr>
        <w:pStyle w:val="Heading5"/>
      </w:pPr>
      <w:r>
        <w:rPr>
          <w:rFonts w:ascii="Calibri" w:hAnsi="Calibri" w:cs="Calibri" w:eastAsia="宋体"/>
        </w:rPr>
        <w:t>参考来源</w:t>
      </w:r>
    </w:p>
    <w:p>
      <w:pPr>
        <w:spacing w:before="20" w:after="40"/>
        <w:ind w:left="425" w:hanging="312"/>
      </w:pPr>
      <w:r>
        <w:rPr>
          <w:rFonts w:ascii="Calibri" w:hAnsi="Calibri" w:cs="Calibri" w:eastAsia="宋体"/>
        </w:rPr>
        <w:t xml:space="preserve">• </w:t>
      </w:r>
      <w:r>
        <w:rPr>
          <w:rFonts w:ascii="Calibri" w:hAnsi="Calibri" w:cs="Calibri" w:eastAsia="宋体"/>
        </w:rPr>
        <w:t>https://zhuanlan.zhihu.com/p/346909177</w:t>
      </w:r>
    </w:p>
    <w:p>
      <w:pPr>
        <w:pStyle w:val="Heading4"/>
      </w:pPr>
      <w:r>
        <w:rPr>
          <w:rFonts w:ascii="Calibri" w:hAnsi="Calibri" w:cs="Calibri" w:eastAsia="宋体"/>
        </w:rPr>
        <w:t>北区 - 内分泌科普通号</w:t>
      </w:r>
    </w:p>
    <w:p>
      <w:pPr>
        <w:spacing w:before="20" w:after="40"/>
        <w:ind w:left="425" w:hanging="312"/>
      </w:pPr>
      <w:r>
        <w:rPr>
          <w:rFonts w:ascii="Calibri" w:hAnsi="Calibri" w:cs="Calibri" w:eastAsia="宋体"/>
        </w:rPr>
        <w:t xml:space="preserve">• </w:t>
      </w:r>
      <w:r>
        <w:rPr>
          <w:rFonts w:ascii="Calibri" w:hAnsi="Calibri" w:cs="Calibri" w:eastAsia="宋体"/>
          <w:b/>
        </w:rPr>
        <w:t>院区：</w:t>
      </w:r>
      <w:r>
        <w:rPr>
          <w:rFonts w:ascii="Calibri" w:hAnsi="Calibri" w:cs="Calibri" w:eastAsia="宋体"/>
        </w:rPr>
        <w:t xml:space="preserve"> </w:t>
      </w:r>
      <w:r>
        <w:rPr>
          <w:rFonts w:ascii="Calibri" w:hAnsi="Calibri" w:cs="Calibri" w:eastAsia="宋体"/>
        </w:rPr>
        <w:t>苏州市立医院（北区）</w:t>
      </w:r>
    </w:p>
    <w:p>
      <w:pPr>
        <w:spacing w:before="20" w:after="40"/>
        <w:ind w:left="425" w:hanging="312"/>
      </w:pPr>
      <w:r>
        <w:rPr>
          <w:rFonts w:ascii="Calibri" w:hAnsi="Calibri" w:cs="Calibri" w:eastAsia="宋体"/>
        </w:rPr>
        <w:t xml:space="preserve">• </w:t>
      </w:r>
      <w:r>
        <w:rPr>
          <w:rFonts w:ascii="Calibri" w:hAnsi="Calibri" w:cs="Calibri" w:eastAsia="宋体"/>
          <w:b/>
        </w:rPr>
        <w:t>医生：</w:t>
      </w:r>
      <w:r>
        <w:rPr>
          <w:rFonts w:ascii="Calibri" w:hAnsi="Calibri" w:cs="Calibri" w:eastAsia="宋体"/>
        </w:rPr>
        <w:t xml:space="preserve"> 鲁婷、吴冕</w:t>
      </w:r>
    </w:p>
    <w:p>
      <w:pPr>
        <w:pStyle w:val="Heading5"/>
      </w:pPr>
      <w:r>
        <w:rPr>
          <w:rFonts w:ascii="Calibri" w:hAnsi="Calibri" w:cs="Calibri" w:eastAsia="宋体"/>
        </w:rPr>
        <w:t>问诊细节</w:t>
      </w:r>
    </w:p>
    <w:p>
      <w:pPr>
        <w:spacing w:after="100"/>
      </w:pPr>
      <w:r>
        <w:rPr>
          <w:rFonts w:ascii="Calibri" w:hAnsi="Calibri" w:cs="Calibri" w:eastAsia="宋体"/>
        </w:rPr>
        <w:t>进门即自述病史，</w:t>
      </w:r>
      <w:r>
        <w:rPr>
          <w:rFonts w:ascii="Calibri" w:hAnsi="Calibri" w:cs="Calibri" w:eastAsia="宋体"/>
          <w:strike/>
        </w:rPr>
        <w:t>医生听到后主动去关门（好评）</w:t>
      </w:r>
      <w:r>
        <w:rPr>
          <w:rFonts w:ascii="Calibri" w:hAnsi="Calibri" w:cs="Calibri" w:eastAsia="宋体"/>
        </w:rPr>
        <w:t>，然后再详细讲了一下性别不一致的诊断时间以及手术时间。要求医生姐姐帮忙开一个激素六项和两盒戊酸雌二醇（补佳乐）。</w:t>
      </w:r>
      <w:r>
        <w:rPr>
          <w:rFonts w:ascii="Calibri" w:hAnsi="Calibri" w:cs="Calibri" w:eastAsia="宋体"/>
          <w:b/>
        </w:rPr>
        <w:t>医生全过程友好</w:t>
      </w:r>
      <w:r>
        <w:rPr>
          <w:rFonts w:ascii="Calibri" w:hAnsi="Calibri" w:cs="Calibri" w:eastAsia="宋体"/>
        </w:rPr>
        <w:t>，还主动问我有没有其他需要开的药，</w:t>
      </w:r>
      <w:r>
        <w:rPr>
          <w:rFonts w:ascii="Calibri" w:hAnsi="Calibri" w:cs="Calibri" w:eastAsia="宋体"/>
          <w:strike/>
        </w:rPr>
        <w:t>甚至问了我的一些经历。</w:t>
      </w:r>
    </w:p>
    <w:p>
      <w:pPr>
        <w:spacing w:after="100"/>
      </w:pPr>
      <w:r>
        <w:rPr>
          <w:rFonts w:ascii="Calibri" w:hAnsi="Calibri" w:cs="Calibri" w:eastAsia="宋体"/>
        </w:rPr>
        <w:t>在填写病历的时候，</w:t>
      </w:r>
      <w:r>
        <w:rPr>
          <w:rFonts w:ascii="Calibri" w:hAnsi="Calibri" w:cs="Calibri" w:eastAsia="宋体"/>
          <w:b/>
        </w:rPr>
        <w:t>需要选择一些与之相关的症状</w:t>
      </w:r>
      <w:r>
        <w:rPr>
          <w:rFonts w:ascii="Calibri" w:hAnsi="Calibri" w:cs="Calibri" w:eastAsia="宋体"/>
        </w:rPr>
        <w:t>，给我选择的是性别发育异常。医生跟我说</w:t>
      </w:r>
      <w:r>
        <w:rPr>
          <w:rFonts w:ascii="Calibri" w:hAnsi="Calibri" w:cs="Calibri" w:eastAsia="宋体"/>
          <w:b/>
        </w:rPr>
        <w:t>放心，我们不会泄露你的数据</w:t>
      </w:r>
      <w:r>
        <w:rPr>
          <w:rFonts w:ascii="Calibri" w:hAnsi="Calibri" w:cs="Calibri" w:eastAsia="宋体"/>
        </w:rPr>
        <w:t>，打消了顾虑。</w:t>
      </w:r>
    </w:p>
    <w:p>
      <w:pPr>
        <w:spacing w:after="100"/>
      </w:pPr>
      <w:r>
        <w:rPr>
          <w:rFonts w:ascii="Calibri" w:hAnsi="Calibri" w:cs="Calibri" w:eastAsia="宋体"/>
        </w:rPr>
        <w:t>周五下午前往医院取报告后复诊咨询，这次遇到的是吴冕医生，非常友跨，了解过上海的跨门诊发展，但表示苏州这边案例太少 她们也缺乏指导HRT经验。</w:t>
      </w:r>
      <w:r>
        <w:rPr>
          <w:rFonts w:ascii="Calibri" w:hAnsi="Calibri" w:cs="Calibri" w:eastAsia="宋体"/>
          <w:vertAlign w:val="superscript"/>
        </w:rPr>
        <w:t xml:space="preserve">吴冕医生认为按照女性月经周期的激素来规划药物是科学合理的，但提出这样做有情绪波动风险，而且缺乏实验论证。建议本人还是按照一天两颗补来吃。 </w:t>
      </w:r>
      <w:r>
        <w:rPr>
          <w:rFonts w:ascii="Calibri" w:hAnsi="Calibri" w:cs="Calibri" w:eastAsia="宋体"/>
        </w:rPr>
        <w:t>只能开具补佳乐和螺内酯，无凝胶，无琪宁黄体酮，无CPA，补佳乐每次限制2盒。</w:t>
      </w:r>
    </w:p>
    <w:p>
      <w:pPr>
        <w:shd w:val="clear" w:color="auto" w:fill="F7F8FA"/>
        <w:pBdr>
          <w:left w:val="single" w:sz="18" w:space="6" w:color="C9CDD4"/>
        </w:pBdr>
        <w:spacing w:after="40"/>
      </w:pPr>
      <w:r>
        <w:rPr>
          <w:rFonts w:ascii="Calibri" w:hAnsi="Calibri" w:cs="Calibri" w:eastAsia="宋体"/>
        </w:rPr>
        <w:t>注：以男性身份开具戊酸雌二醇处方时本人使用了丛中的诊断病历，但不是证明。当时也选择的是普通门诊，医生同样非常友善，记忆犹新。</w:t>
      </w:r>
      <w:r>
        <w:rPr>
          <w:rFonts w:ascii="Calibri" w:hAnsi="Calibri" w:cs="Calibri" w:eastAsia="宋体"/>
          <w:strike/>
        </w:rPr>
        <w:t>忘了名字真对不起医生，记得也是个姐姐。</w:t>
      </w:r>
    </w:p>
    <w:p>
      <w:pPr>
        <w:shd w:val="clear" w:color="auto" w:fill="F7F8FA"/>
        <w:pBdr>
          <w:left w:val="single" w:sz="18" w:space="6" w:color="C9CDD4"/>
        </w:pBdr>
        <w:spacing w:after="40"/>
      </w:pPr>
      <w:r>
        <w:rPr>
          <w:rFonts w:ascii="Calibri" w:hAnsi="Calibri" w:cs="Calibri" w:eastAsia="宋体"/>
        </w:rPr>
        <w:t>至此，至少确认苏州市立医院北区内分泌科有三名医生非常友善，且吴冕医生认为她们科室整体友跨。</w:t>
      </w:r>
    </w:p>
    <w:p>
      <w:pPr>
        <w:pStyle w:val="Heading5"/>
      </w:pPr>
      <w:r>
        <w:rPr>
          <w:rFonts w:ascii="Calibri" w:hAnsi="Calibri" w:cs="Calibri" w:eastAsia="宋体"/>
        </w:rPr>
        <w:t>就诊路线</w:t>
      </w:r>
    </w:p>
    <w:p>
      <w:pPr>
        <w:spacing w:after="100"/>
      </w:pPr>
      <w:r>
        <w:rPr>
          <w:rFonts w:ascii="Calibri" w:hAnsi="Calibri" w:cs="Calibri" w:eastAsia="宋体"/>
        </w:rPr>
        <w:t>大厅电梯上楼左转，看到一个比较大的护士台，挂号单给予护士录入系统后等待叫号。化验中心和缴费台也在二楼，可以很方便的一站式验血。</w:t>
      </w:r>
    </w:p>
    <w:p>
      <w:pPr>
        <w:pStyle w:val="Heading2"/>
      </w:pPr>
      <w:r>
        <w:rPr>
          <w:rFonts w:ascii="Calibri" w:hAnsi="Calibri" w:cs="Calibri" w:eastAsia="微软雅黑"/>
        </w:rPr>
        <w:t>3.11  中国大陆其它地区</w:t>
      </w:r>
    </w:p>
    <w:p>
      <w:pPr>
        <w:spacing w:after="160"/>
      </w:pPr>
      <w:r>
        <w:rPr>
          <w:rFonts w:ascii="Calibri" w:hAnsi="Calibri" w:cs="Calibri" w:eastAsia="宋体"/>
          <w:color w:val="6B7280"/>
          <w:sz w:val="16"/>
        </w:rPr>
        <w:t>原文：https://mtf.wiki/zh-cn/docs/hrt/other-chinamainland-hrt-res-list · 最近更新：2026年8月8日</w:t>
      </w:r>
    </w:p>
    <w:p>
      <w:pPr>
        <w:spacing w:after="100"/>
      </w:pPr>
      <w:r>
        <w:rPr>
          <w:rFonts w:ascii="Calibri" w:hAnsi="Calibri" w:cs="Calibri" w:eastAsia="宋体"/>
        </w:rPr>
        <w:t>下列医院有报告称可凭诊断证明开具 HRT 处方，但没有更多信息，是否开具诊断有可能取决于医生友善程度，就诊者本人女性化程度、自信程度等多方面因素。</w:t>
      </w:r>
    </w:p>
    <w:tbl>
      <w:tblPr>
        <w:tblStyle w:val="TableGrid"/>
        <w:tblW w:type="auto" w:w="0"/>
        <w:jc w:val="center"/>
        <w:tblLayout w:type="fixed"/>
        <w:tblLook w:firstColumn="1" w:firstRow="1" w:lastColumn="0" w:lastRow="0" w:noHBand="0" w:noVBand="1" w:val="04A0"/>
      </w:tblPr>
      <w:tblGrid>
        <w:gridCol w:w="2255"/>
        <w:gridCol w:w="1016"/>
        <w:gridCol w:w="1016"/>
        <w:gridCol w:w="5011"/>
      </w:tblGrid>
      <w:tr>
        <w:trPr>
          <w:tblHeader/>
        </w:trPr>
        <w:tc>
          <w:tcPr>
            <w:tcW w:type="dxa" w:w="2255"/>
            <w:shd w:val="clear" w:color="auto" w:fill="EDF1F7"/>
          </w:tcPr>
          <w:p>
            <w:pPr>
              <w:spacing w:before="40" w:after="40" w:line="276" w:lineRule="auto"/>
            </w:pPr>
            <w:r>
              <w:rPr>
                <w:b/>
                <w:sz w:val="18"/>
              </w:rPr>
            </w:r>
            <w:r>
              <w:rPr>
                <w:rFonts w:ascii="Calibri" w:hAnsi="Calibri" w:cs="Calibri" w:eastAsia="宋体"/>
                <w:b/>
                <w:sz w:val="18"/>
              </w:rPr>
              <w:t>医院</w:t>
            </w:r>
          </w:p>
        </w:tc>
        <w:tc>
          <w:tcPr>
            <w:tcW w:type="dxa" w:w="1016"/>
            <w:shd w:val="clear" w:color="auto" w:fill="EDF1F7"/>
          </w:tcPr>
          <w:p>
            <w:pPr>
              <w:spacing w:before="40" w:after="40" w:line="276" w:lineRule="auto"/>
            </w:pPr>
            <w:r>
              <w:rPr>
                <w:b/>
                <w:sz w:val="18"/>
              </w:rPr>
            </w:r>
            <w:r>
              <w:rPr>
                <w:rFonts w:ascii="Calibri" w:hAnsi="Calibri" w:cs="Calibri" w:eastAsia="宋体"/>
                <w:b/>
                <w:sz w:val="18"/>
              </w:rPr>
              <w:t>科室</w:t>
            </w:r>
          </w:p>
        </w:tc>
        <w:tc>
          <w:tcPr>
            <w:tcW w:type="dxa" w:w="1016"/>
            <w:shd w:val="clear" w:color="auto" w:fill="EDF1F7"/>
          </w:tcPr>
          <w:p>
            <w:pPr>
              <w:spacing w:before="40" w:after="40" w:line="276" w:lineRule="auto"/>
            </w:pPr>
            <w:r>
              <w:rPr>
                <w:b/>
                <w:sz w:val="18"/>
              </w:rPr>
            </w:r>
            <w:r>
              <w:rPr>
                <w:rFonts w:ascii="Calibri" w:hAnsi="Calibri" w:cs="Calibri" w:eastAsia="宋体"/>
                <w:b/>
                <w:sz w:val="18"/>
              </w:rPr>
              <w:t>医生</w:t>
            </w:r>
          </w:p>
        </w:tc>
        <w:tc>
          <w:tcPr>
            <w:tcW w:type="dxa" w:w="5011"/>
            <w:shd w:val="clear" w:color="auto" w:fill="EDF1F7"/>
          </w:tcPr>
          <w:p>
            <w:pPr>
              <w:spacing w:before="40" w:after="40" w:line="276" w:lineRule="auto"/>
            </w:pPr>
            <w:r>
              <w:rPr>
                <w:b/>
                <w:sz w:val="18"/>
              </w:rPr>
            </w:r>
            <w:r>
              <w:rPr>
                <w:rFonts w:ascii="Calibri" w:hAnsi="Calibri" w:cs="Calibri" w:eastAsia="宋体"/>
                <w:b/>
                <w:sz w:val="18"/>
              </w:rPr>
              <w:t>备注</w:t>
            </w:r>
          </w:p>
        </w:tc>
      </w:tr>
      <w:tr>
        <w:tc>
          <w:tcPr>
            <w:tcW w:type="dxa" w:w="2255"/>
          </w:tcPr>
          <w:p>
            <w:pPr>
              <w:spacing w:before="40" w:after="40" w:line="276" w:lineRule="auto"/>
            </w:pPr>
            <w:r>
              <w:rPr>
                <w:sz w:val="18"/>
              </w:rPr>
            </w:r>
            <w:r>
              <w:rPr>
                <w:rFonts w:ascii="Calibri" w:hAnsi="Calibri" w:cs="Calibri" w:eastAsia="宋体"/>
                <w:sz w:val="18"/>
              </w:rPr>
              <w:t>华中科技大学协和深圳医院</w:t>
            </w:r>
          </w:p>
        </w:tc>
        <w:tc>
          <w:tcPr>
            <w:tcW w:type="dxa" w:w="1016"/>
          </w:tcPr>
          <w:p>
            <w:pPr>
              <w:spacing w:before="40" w:after="40" w:line="276" w:lineRule="auto"/>
            </w:pPr>
            <w:r>
              <w:rPr>
                <w:sz w:val="18"/>
              </w:rPr>
            </w:r>
            <w:r>
              <w:rPr>
                <w:rFonts w:ascii="Calibri" w:hAnsi="Calibri" w:cs="Calibri" w:eastAsia="宋体"/>
                <w:sz w:val="18"/>
              </w:rPr>
              <w:t>内分泌科</w:t>
            </w:r>
          </w:p>
        </w:tc>
        <w:tc>
          <w:tcPr>
            <w:tcW w:type="dxa" w:w="1016"/>
          </w:tcPr>
          <w:p>
            <w:pPr>
              <w:spacing w:before="40" w:after="40" w:line="276" w:lineRule="auto"/>
            </w:pPr>
            <w:r>
              <w:rPr>
                <w:sz w:val="18"/>
              </w:rPr>
            </w:r>
          </w:p>
        </w:tc>
        <w:tc>
          <w:tcPr>
            <w:tcW w:type="dxa" w:w="5011"/>
          </w:tcPr>
          <w:p>
            <w:pPr>
              <w:spacing w:before="40" w:after="40" w:line="276" w:lineRule="auto"/>
            </w:pPr>
            <w:r>
              <w:rPr>
                <w:sz w:val="18"/>
              </w:rPr>
            </w:r>
            <w:r>
              <w:rPr>
                <w:rFonts w:ascii="Calibri" w:hAnsi="Calibri" w:cs="Calibri" w:eastAsia="宋体"/>
                <w:sz w:val="18"/>
              </w:rPr>
              <w:t>有雌二醇凝胶</w:t>
            </w:r>
          </w:p>
        </w:tc>
      </w:tr>
      <w:tr>
        <w:tc>
          <w:tcPr>
            <w:tcW w:type="dxa" w:w="2255"/>
          </w:tcPr>
          <w:p>
            <w:pPr>
              <w:spacing w:before="40" w:after="40" w:line="276" w:lineRule="auto"/>
            </w:pPr>
            <w:r>
              <w:rPr>
                <w:sz w:val="18"/>
              </w:rPr>
            </w:r>
            <w:r>
              <w:rPr>
                <w:rFonts w:ascii="Calibri" w:hAnsi="Calibri" w:cs="Calibri" w:eastAsia="宋体"/>
                <w:sz w:val="18"/>
              </w:rPr>
              <w:t>泰州市第四人民医院</w:t>
            </w:r>
          </w:p>
        </w:tc>
        <w:tc>
          <w:tcPr>
            <w:tcW w:type="dxa" w:w="1016"/>
          </w:tcPr>
          <w:p>
            <w:pPr>
              <w:spacing w:before="40" w:after="40" w:line="276" w:lineRule="auto"/>
            </w:pPr>
            <w:r>
              <w:rPr>
                <w:sz w:val="18"/>
              </w:rPr>
            </w:r>
            <w:r>
              <w:rPr>
                <w:rFonts w:ascii="Calibri" w:hAnsi="Calibri" w:cs="Calibri" w:eastAsia="宋体"/>
                <w:sz w:val="18"/>
              </w:rPr>
              <w:t>内分泌科</w:t>
            </w:r>
          </w:p>
        </w:tc>
        <w:tc>
          <w:tcPr>
            <w:tcW w:type="dxa" w:w="1016"/>
          </w:tcPr>
          <w:p>
            <w:pPr>
              <w:spacing w:before="40" w:after="40" w:line="276" w:lineRule="auto"/>
            </w:pPr>
            <w:r>
              <w:rPr>
                <w:sz w:val="18"/>
              </w:rPr>
            </w:r>
            <w:r>
              <w:rPr>
                <w:rFonts w:ascii="Calibri" w:hAnsi="Calibri" w:cs="Calibri" w:eastAsia="宋体"/>
                <w:sz w:val="18"/>
              </w:rPr>
              <w:t>任佳伟</w:t>
            </w:r>
          </w:p>
        </w:tc>
        <w:tc>
          <w:tcPr>
            <w:tcW w:type="dxa" w:w="5011"/>
          </w:tcPr>
          <w:p>
            <w:pPr>
              <w:spacing w:before="40" w:after="40" w:line="276" w:lineRule="auto"/>
            </w:pPr>
            <w:r>
              <w:rPr>
                <w:sz w:val="18"/>
              </w:rPr>
            </w:r>
            <w:r>
              <w:rPr>
                <w:rFonts w:ascii="Calibri" w:hAnsi="Calibri" w:cs="Calibri" w:eastAsia="宋体"/>
                <w:sz w:val="18"/>
              </w:rPr>
              <w:t>凭诊断证明和历史处方可以开补佳乐</w:t>
            </w:r>
          </w:p>
        </w:tc>
      </w:tr>
      <w:tr>
        <w:tc>
          <w:tcPr>
            <w:tcW w:type="dxa" w:w="2255"/>
          </w:tcPr>
          <w:p>
            <w:pPr>
              <w:spacing w:before="40" w:after="40" w:line="276" w:lineRule="auto"/>
            </w:pPr>
            <w:r>
              <w:rPr>
                <w:sz w:val="18"/>
              </w:rPr>
            </w:r>
            <w:r>
              <w:rPr>
                <w:rFonts w:ascii="Calibri" w:hAnsi="Calibri" w:cs="Calibri" w:eastAsia="宋体"/>
                <w:sz w:val="18"/>
              </w:rPr>
              <w:t>浙江大学医学院第一附属医院</w:t>
            </w:r>
          </w:p>
        </w:tc>
        <w:tc>
          <w:tcPr>
            <w:tcW w:type="dxa" w:w="1016"/>
          </w:tcPr>
          <w:p>
            <w:pPr>
              <w:spacing w:before="40" w:after="40" w:line="276" w:lineRule="auto"/>
            </w:pPr>
            <w:r>
              <w:rPr>
                <w:sz w:val="18"/>
              </w:rPr>
            </w:r>
            <w:r>
              <w:rPr>
                <w:rFonts w:ascii="Calibri" w:hAnsi="Calibri" w:cs="Calibri" w:eastAsia="宋体"/>
                <w:sz w:val="18"/>
              </w:rPr>
              <w:t>内分泌科</w:t>
            </w:r>
          </w:p>
        </w:tc>
        <w:tc>
          <w:tcPr>
            <w:tcW w:type="dxa" w:w="1016"/>
          </w:tcPr>
          <w:p>
            <w:pPr>
              <w:spacing w:before="40" w:after="40" w:line="276" w:lineRule="auto"/>
            </w:pPr>
            <w:r>
              <w:rPr>
                <w:sz w:val="18"/>
              </w:rPr>
            </w:r>
          </w:p>
        </w:tc>
        <w:tc>
          <w:tcPr>
            <w:tcW w:type="dxa" w:w="5011"/>
          </w:tcPr>
          <w:p>
            <w:pPr>
              <w:spacing w:before="40" w:after="40" w:line="276" w:lineRule="auto"/>
            </w:pPr>
            <w:r>
              <w:rPr>
                <w:sz w:val="18"/>
              </w:rPr>
            </w:r>
            <w:r>
              <w:rPr>
                <w:rFonts w:ascii="Calibri" w:hAnsi="Calibri" w:cs="Calibri" w:eastAsia="宋体"/>
                <w:sz w:val="18"/>
              </w:rPr>
              <w:t>凭诊断证明和历史处方可以开雌二醇凝胶</w:t>
            </w:r>
          </w:p>
        </w:tc>
      </w:tr>
      <w:tr>
        <w:tc>
          <w:tcPr>
            <w:tcW w:type="dxa" w:w="2255"/>
          </w:tcPr>
          <w:p>
            <w:pPr>
              <w:spacing w:before="40" w:after="40" w:line="276" w:lineRule="auto"/>
            </w:pPr>
            <w:r>
              <w:rPr>
                <w:sz w:val="18"/>
              </w:rPr>
            </w:r>
            <w:r>
              <w:rPr>
                <w:rFonts w:ascii="Calibri" w:hAnsi="Calibri" w:cs="Calibri" w:eastAsia="宋体"/>
                <w:sz w:val="18"/>
              </w:rPr>
              <w:t>甘肃省妇幼保健院</w:t>
            </w:r>
          </w:p>
        </w:tc>
        <w:tc>
          <w:tcPr>
            <w:tcW w:type="dxa" w:w="1016"/>
          </w:tcPr>
          <w:p>
            <w:pPr>
              <w:spacing w:before="40" w:after="40" w:line="276" w:lineRule="auto"/>
            </w:pPr>
            <w:r>
              <w:rPr>
                <w:sz w:val="18"/>
              </w:rPr>
            </w:r>
            <w:r>
              <w:rPr>
                <w:rFonts w:ascii="Calibri" w:hAnsi="Calibri" w:cs="Calibri" w:eastAsia="宋体"/>
                <w:sz w:val="18"/>
              </w:rPr>
              <w:t>内分泌科</w:t>
            </w:r>
          </w:p>
        </w:tc>
        <w:tc>
          <w:tcPr>
            <w:tcW w:type="dxa" w:w="1016"/>
          </w:tcPr>
          <w:p>
            <w:pPr>
              <w:spacing w:before="40" w:after="40" w:line="276" w:lineRule="auto"/>
            </w:pPr>
            <w:r>
              <w:rPr>
                <w:sz w:val="18"/>
              </w:rPr>
            </w:r>
            <w:r>
              <w:rPr>
                <w:rFonts w:ascii="Calibri" w:hAnsi="Calibri" w:cs="Calibri" w:eastAsia="宋体"/>
                <w:sz w:val="18"/>
              </w:rPr>
              <w:t>傅娟</w:t>
            </w:r>
          </w:p>
        </w:tc>
        <w:tc>
          <w:tcPr>
            <w:tcW w:type="dxa" w:w="5011"/>
          </w:tcPr>
          <w:p>
            <w:pPr>
              <w:spacing w:before="40" w:after="40" w:line="276" w:lineRule="auto"/>
            </w:pPr>
            <w:r>
              <w:rPr>
                <w:sz w:val="18"/>
              </w:rPr>
            </w:r>
            <w:r>
              <w:rPr>
                <w:rFonts w:ascii="Calibri" w:hAnsi="Calibri" w:cs="Calibri" w:eastAsia="宋体"/>
                <w:sz w:val="18"/>
              </w:rPr>
              <w:t>凭历史处方或含开药记录的病历可以开补佳乐</w:t>
            </w:r>
          </w:p>
        </w:tc>
      </w:tr>
      <w:tr>
        <w:tc>
          <w:tcPr>
            <w:tcW w:type="dxa" w:w="2255"/>
          </w:tcPr>
          <w:p>
            <w:pPr>
              <w:spacing w:before="40" w:after="40" w:line="276" w:lineRule="auto"/>
            </w:pPr>
            <w:r>
              <w:rPr>
                <w:sz w:val="18"/>
              </w:rPr>
            </w:r>
            <w:r>
              <w:rPr>
                <w:rFonts w:ascii="Calibri" w:hAnsi="Calibri" w:cs="Calibri" w:eastAsia="宋体"/>
                <w:sz w:val="18"/>
              </w:rPr>
              <w:t>甘肃省人民医院</w:t>
            </w:r>
          </w:p>
        </w:tc>
        <w:tc>
          <w:tcPr>
            <w:tcW w:type="dxa" w:w="1016"/>
          </w:tcPr>
          <w:p>
            <w:pPr>
              <w:spacing w:before="40" w:after="40" w:line="276" w:lineRule="auto"/>
            </w:pPr>
            <w:r>
              <w:rPr>
                <w:sz w:val="18"/>
              </w:rPr>
            </w:r>
            <w:r>
              <w:rPr>
                <w:rFonts w:ascii="Calibri" w:hAnsi="Calibri" w:cs="Calibri" w:eastAsia="宋体"/>
                <w:sz w:val="18"/>
              </w:rPr>
              <w:t>内分泌科</w:t>
            </w:r>
          </w:p>
        </w:tc>
        <w:tc>
          <w:tcPr>
            <w:tcW w:type="dxa" w:w="1016"/>
          </w:tcPr>
          <w:p>
            <w:pPr>
              <w:spacing w:before="40" w:after="40" w:line="276" w:lineRule="auto"/>
            </w:pPr>
            <w:r>
              <w:rPr>
                <w:sz w:val="18"/>
              </w:rPr>
            </w:r>
            <w:r>
              <w:rPr>
                <w:rFonts w:ascii="Calibri" w:hAnsi="Calibri" w:cs="Calibri" w:eastAsia="宋体"/>
                <w:sz w:val="18"/>
              </w:rPr>
              <w:t>李懋</w:t>
            </w:r>
          </w:p>
        </w:tc>
        <w:tc>
          <w:tcPr>
            <w:tcW w:type="dxa" w:w="5011"/>
          </w:tcPr>
          <w:p>
            <w:pPr>
              <w:spacing w:before="40" w:after="40" w:line="276" w:lineRule="auto"/>
            </w:pPr>
            <w:r>
              <w:rPr>
                <w:sz w:val="18"/>
              </w:rPr>
            </w:r>
            <w:r>
              <w:rPr>
                <w:rFonts w:ascii="Calibri" w:hAnsi="Calibri" w:cs="Calibri" w:eastAsia="宋体"/>
                <w:sz w:val="18"/>
              </w:rPr>
              <w:t>凭历史处方或含开药记录的病历可以开补佳乐</w:t>
            </w:r>
          </w:p>
        </w:tc>
      </w:tr>
      <w:tr>
        <w:tc>
          <w:tcPr>
            <w:tcW w:type="dxa" w:w="2255"/>
          </w:tcPr>
          <w:p>
            <w:pPr>
              <w:spacing w:before="40" w:after="40" w:line="276" w:lineRule="auto"/>
            </w:pPr>
            <w:r>
              <w:rPr>
                <w:sz w:val="18"/>
              </w:rPr>
            </w:r>
            <w:r>
              <w:rPr>
                <w:rFonts w:ascii="Calibri" w:hAnsi="Calibri" w:cs="Calibri" w:eastAsia="宋体"/>
                <w:sz w:val="18"/>
              </w:rPr>
              <w:t>兰州大学第一医院</w:t>
            </w:r>
          </w:p>
        </w:tc>
        <w:tc>
          <w:tcPr>
            <w:tcW w:type="dxa" w:w="1016"/>
          </w:tcPr>
          <w:p>
            <w:pPr>
              <w:spacing w:before="40" w:after="40" w:line="276" w:lineRule="auto"/>
            </w:pPr>
            <w:r>
              <w:rPr>
                <w:sz w:val="18"/>
              </w:rPr>
            </w:r>
            <w:r>
              <w:rPr>
                <w:rFonts w:ascii="Calibri" w:hAnsi="Calibri" w:cs="Calibri" w:eastAsia="宋体"/>
                <w:sz w:val="18"/>
              </w:rPr>
              <w:t>内分泌科</w:t>
            </w:r>
          </w:p>
        </w:tc>
        <w:tc>
          <w:tcPr>
            <w:tcW w:type="dxa" w:w="1016"/>
          </w:tcPr>
          <w:p>
            <w:pPr>
              <w:spacing w:before="40" w:after="40" w:line="276" w:lineRule="auto"/>
            </w:pPr>
            <w:r>
              <w:rPr>
                <w:sz w:val="18"/>
              </w:rPr>
            </w:r>
            <w:r>
              <w:rPr>
                <w:rFonts w:ascii="Calibri" w:hAnsi="Calibri" w:cs="Calibri" w:eastAsia="宋体"/>
                <w:sz w:val="18"/>
              </w:rPr>
              <w:t>牛滢</w:t>
            </w:r>
          </w:p>
        </w:tc>
        <w:tc>
          <w:tcPr>
            <w:tcW w:type="dxa" w:w="5011"/>
          </w:tcPr>
          <w:p>
            <w:pPr>
              <w:spacing w:before="40" w:after="40" w:line="276" w:lineRule="auto"/>
            </w:pPr>
            <w:r>
              <w:rPr>
                <w:sz w:val="18"/>
              </w:rPr>
            </w:r>
            <w:r>
              <w:rPr>
                <w:rFonts w:ascii="Calibri" w:hAnsi="Calibri" w:cs="Calibri" w:eastAsia="宋体"/>
                <w:sz w:val="18"/>
              </w:rPr>
              <w:t>凭历史处方或含开药记录的病历可以开仙静</w:t>
            </w:r>
            <w:r>
              <w:rPr>
                <w:rFonts w:ascii="Calibri" w:hAnsi="Calibri" w:cs="Calibri" w:eastAsia="宋体"/>
                <w:sz w:val="18"/>
                <w:vertAlign w:val="superscript"/>
              </w:rPr>
              <w:t>®</w:t>
            </w:r>
            <w:r>
              <w:rPr>
                <w:rFonts w:ascii="Calibri" w:hAnsi="Calibri" w:cs="Calibri" w:eastAsia="宋体"/>
                <w:sz w:val="18"/>
              </w:rPr>
              <w:t>戊酸雌二醇片（仙琚仿制）</w:t>
            </w:r>
          </w:p>
        </w:tc>
      </w:tr>
    </w:tbl>
    <w:p>
      <w:pPr>
        <w:pStyle w:val="Heading2"/>
      </w:pPr>
      <w:r>
        <w:rPr>
          <w:rFonts w:ascii="Calibri" w:hAnsi="Calibri" w:cs="Calibri" w:eastAsia="微软雅黑"/>
        </w:rPr>
        <w:t>3.12  澳门</w:t>
      </w:r>
    </w:p>
    <w:p>
      <w:pPr>
        <w:spacing w:after="160"/>
      </w:pPr>
      <w:r>
        <w:rPr>
          <w:rFonts w:ascii="Calibri" w:hAnsi="Calibri" w:cs="Calibri" w:eastAsia="宋体"/>
          <w:color w:val="6B7280"/>
          <w:sz w:val="16"/>
        </w:rPr>
        <w:t>原文：https://mtf.wiki/zh-cn/docs/hrt/macau</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3.12.1  仁伯爵综合医院（山顶医院）</w:t>
      </w:r>
    </w:p>
    <w:p>
      <w:pPr>
        <w:spacing w:after="160"/>
      </w:pPr>
      <w:r>
        <w:rPr>
          <w:rFonts w:ascii="Calibri" w:hAnsi="Calibri" w:cs="Calibri" w:eastAsia="宋体"/>
          <w:color w:val="6B7280"/>
          <w:sz w:val="16"/>
        </w:rPr>
        <w:t>原文：https://mtf.wiki/zh-cn/docs/hrt/macau/CHCSJ · 最近更新：2026年5月30日</w:t>
      </w:r>
    </w:p>
    <w:p>
      <w:pPr>
        <w:pStyle w:val="Heading4"/>
      </w:pPr>
      <w:r>
        <w:rPr>
          <w:rFonts w:ascii="Calibri" w:hAnsi="Calibri" w:cs="Calibri" w:eastAsia="宋体"/>
        </w:rPr>
        <w:t>流程</w:t>
      </w:r>
    </w:p>
    <w:p>
      <w:pPr>
        <w:spacing w:after="100"/>
      </w:pPr>
      <w:r>
        <w:rPr>
          <w:rFonts w:ascii="Calibri" w:hAnsi="Calibri" w:cs="Calibri" w:eastAsia="宋体"/>
        </w:rPr>
        <w:t>已持有性别焦虑/易性症相关诊断时，可先到卫生中心 Walk-in，请医生开转介至仁伯爵综合医院（CHCSJ）相关内分泌门诊；再到卫生中心挂号处，由护士协助预约 CHCSJ 门诊，拿到预约单（含时间、地点）。</w:t>
      </w:r>
    </w:p>
    <w:p>
      <w:pPr>
        <w:spacing w:after="100"/>
      </w:pPr>
      <w:r>
        <w:rPr>
          <w:rFonts w:ascii="Calibri" w:hAnsi="Calibri" w:cs="Calibri" w:eastAsia="宋体"/>
        </w:rPr>
        <w:t>如果尚未持有相关诊断，在卫生中心 Walk-in即可，请医生开精神科转介信，在卫生中心挂号处预约精神科门诊；在精神科完成评估并取得相关诊断后，精神科可直接转介至内分泌相关门诊，然后按流程到挂号处预约。精神科等待时间通常较长（约三至四个月），内分泌相关门诊预约相对更快（约一周）。</w:t>
      </w:r>
    </w:p>
    <w:p>
      <w:pPr>
        <w:pStyle w:val="Heading4"/>
      </w:pPr>
      <w:r>
        <w:rPr>
          <w:rFonts w:ascii="Calibri" w:hAnsi="Calibri" w:cs="Calibri" w:eastAsia="宋体"/>
        </w:rPr>
        <w:t>示例</w:t>
      </w:r>
    </w:p>
    <w:p>
      <w:pPr>
        <w:pStyle w:val="Heading2"/>
      </w:pPr>
      <w:r>
        <w:rPr>
          <w:rFonts w:ascii="Calibri" w:hAnsi="Calibri" w:cs="Calibri" w:eastAsia="微软雅黑"/>
        </w:rPr>
        <w:t>3.13  香港</w:t>
      </w:r>
    </w:p>
    <w:p>
      <w:pPr>
        <w:spacing w:after="160"/>
      </w:pPr>
      <w:r>
        <w:rPr>
          <w:rFonts w:ascii="Calibri" w:hAnsi="Calibri" w:cs="Calibri" w:eastAsia="宋体"/>
          <w:color w:val="6B7280"/>
          <w:sz w:val="16"/>
        </w:rPr>
        <w:t>原文：https://mtf.wiki/zh-cn/docs/hrt/hongkong</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3.13.1  私家内分泌科诊所</w:t>
      </w:r>
    </w:p>
    <w:p>
      <w:pPr>
        <w:spacing w:after="160"/>
      </w:pPr>
      <w:r>
        <w:rPr>
          <w:rFonts w:ascii="Calibri" w:hAnsi="Calibri" w:cs="Calibri" w:eastAsia="宋体"/>
          <w:color w:val="6B7280"/>
          <w:sz w:val="16"/>
        </w:rPr>
        <w:t>原文：https://mtf.wiki/zh-cn/docs/hrt/hongkong/list · 最近更新：2022年9月3日</w:t>
      </w:r>
    </w:p>
    <w:p>
      <w:pPr>
        <w:spacing w:before="20" w:after="40"/>
        <w:ind w:left="425" w:hanging="312"/>
      </w:pPr>
      <w:r>
        <w:rPr>
          <w:rFonts w:ascii="Calibri" w:hAnsi="Calibri" w:cs="Calibri" w:eastAsia="宋体"/>
        </w:rPr>
        <w:t xml:space="preserve">• </w:t>
      </w:r>
      <w:r>
        <w:rPr>
          <w:rFonts w:ascii="Calibri" w:hAnsi="Calibri" w:cs="Calibri" w:eastAsia="宋体"/>
        </w:rPr>
        <w:t>龚慧慈医生 Dr. Annie Kung 电话：</w:t>
      </w:r>
      <w:r>
        <w:rPr>
          <w:rFonts w:ascii="Calibri" w:hAnsi="Calibri" w:cs="Calibri" w:eastAsia="宋体"/>
        </w:rPr>
        <w:t>+852 2525-3331</w:t>
      </w:r>
      <w:r>
        <w:rPr>
          <w:rFonts w:ascii="Calibri" w:hAnsi="Calibri" w:cs="Calibri" w:eastAsia="宋体"/>
        </w:rPr>
        <w:t xml:space="preserve"> / </w:t>
      </w:r>
      <w:r>
        <w:rPr>
          <w:rFonts w:ascii="Calibri" w:hAnsi="Calibri" w:cs="Calibri" w:eastAsia="宋体"/>
        </w:rPr>
        <w:t>+852 2525-3335</w:t>
      </w:r>
      <w:r>
        <w:rPr>
          <w:rFonts w:ascii="Calibri" w:hAnsi="Calibri" w:cs="Calibri" w:eastAsia="宋体"/>
        </w:rPr>
        <w:t xml:space="preserve"> 地址：香港中环毕打街 1-3 号中建大厦 7 楼 709 室 Web: </w:t>
      </w:r>
      <w:r>
        <w:rPr>
          <w:rFonts w:ascii="Calibri" w:hAnsi="Calibri" w:cs="Calibri" w:eastAsia="宋体"/>
        </w:rPr>
        <w:t>https://www.edr.hk/doctor/info/kung-wai-chee-annie</w:t>
      </w:r>
    </w:p>
    <w:p>
      <w:pPr>
        <w:spacing w:before="20" w:after="40"/>
        <w:ind w:left="425" w:hanging="312"/>
      </w:pPr>
      <w:r>
        <w:rPr>
          <w:rFonts w:ascii="Calibri" w:hAnsi="Calibri" w:cs="Calibri" w:eastAsia="宋体"/>
        </w:rPr>
        <w:t xml:space="preserve">• </w:t>
      </w:r>
      <w:r>
        <w:rPr>
          <w:rFonts w:ascii="Calibri" w:hAnsi="Calibri" w:cs="Calibri" w:eastAsia="宋体"/>
        </w:rPr>
        <w:t>丁昭慧医生 Dr. Ting Zhao Wei Rose 电话：</w:t>
      </w:r>
      <w:r>
        <w:rPr>
          <w:rFonts w:ascii="Calibri" w:hAnsi="Calibri" w:cs="Calibri" w:eastAsia="宋体"/>
        </w:rPr>
        <w:t>+852 2997-6328</w:t>
      </w:r>
      <w:r>
        <w:rPr>
          <w:rFonts w:ascii="Calibri" w:hAnsi="Calibri" w:cs="Calibri" w:eastAsia="宋体"/>
        </w:rPr>
        <w:t xml:space="preserve"> 手提 + WhatsApp：</w:t>
      </w:r>
      <w:r>
        <w:rPr>
          <w:rFonts w:ascii="Calibri" w:hAnsi="Calibri" w:cs="Calibri" w:eastAsia="宋体"/>
        </w:rPr>
        <w:t>+852 9317-1882</w:t>
      </w:r>
      <w:r>
        <w:rPr>
          <w:rFonts w:ascii="Calibri" w:hAnsi="Calibri" w:cs="Calibri" w:eastAsia="宋体"/>
        </w:rPr>
        <w:t xml:space="preserve"> 电邮地址：</w:t>
      </w:r>
      <w:r>
        <w:rPr>
          <w:rFonts w:ascii="Calibri" w:hAnsi="Calibri" w:cs="Calibri" w:eastAsia="宋体"/>
        </w:rPr>
        <w:t>hkdiabetes.nurse@gmail.com</w:t>
      </w:r>
      <w:r>
        <w:rPr>
          <w:rFonts w:ascii="Calibri" w:hAnsi="Calibri" w:cs="Calibri" w:eastAsia="宋体"/>
        </w:rPr>
        <w:t xml:space="preserve"> 地址：九龙旺角弥敦道 688 号旺角中心一期 14 楼 1408 室 敬请预约</w:t>
      </w:r>
    </w:p>
    <w:p>
      <w:pPr>
        <w:spacing w:before="20" w:after="40"/>
        <w:ind w:left="425" w:hanging="312"/>
      </w:pPr>
      <w:r>
        <w:rPr>
          <w:rFonts w:ascii="Calibri" w:hAnsi="Calibri" w:cs="Calibri" w:eastAsia="宋体"/>
        </w:rPr>
        <w:t xml:space="preserve">• </w:t>
      </w:r>
      <w:r>
        <w:rPr>
          <w:rFonts w:ascii="Calibri" w:hAnsi="Calibri" w:cs="Calibri" w:eastAsia="宋体"/>
        </w:rPr>
        <w:t>刘咏恩医生 Dr. Lau Wing Yan 电话：</w:t>
      </w:r>
      <w:r>
        <w:rPr>
          <w:rFonts w:ascii="Calibri" w:hAnsi="Calibri" w:cs="Calibri" w:eastAsia="宋体"/>
        </w:rPr>
        <w:t>+852 2536-4368</w:t>
      </w:r>
      <w:r>
        <w:rPr>
          <w:rFonts w:ascii="Calibri" w:hAnsi="Calibri" w:cs="Calibri" w:eastAsia="宋体"/>
        </w:rPr>
        <w:t xml:space="preserve"> (预约) 电邮地址：</w:t>
      </w:r>
      <w:r>
        <w:rPr>
          <w:rFonts w:ascii="Calibri" w:hAnsi="Calibri" w:cs="Calibri" w:eastAsia="宋体"/>
        </w:rPr>
        <w:t>winnielau@ej.com.hk</w:t>
      </w:r>
      <w:r>
        <w:rPr>
          <w:rFonts w:ascii="Calibri" w:hAnsi="Calibri" w:cs="Calibri" w:eastAsia="宋体"/>
        </w:rPr>
        <w:t xml:space="preserve"> 地址：九龙尖沙咀广东道 5 号海港城海洋中心 14 楼 1428 室 诊金 (不包括药费)： 首次 </w:t>
      </w:r>
      <w:r>
        <w:rPr>
          <w:rFonts w:ascii="Calibri" w:hAnsi="Calibri" w:cs="Calibri" w:eastAsia="宋体"/>
        </w:rPr>
        <w:t>HK$800.00</w:t>
      </w:r>
      <w:r>
        <w:rPr>
          <w:rFonts w:ascii="Calibri" w:hAnsi="Calibri" w:cs="Calibri" w:eastAsia="宋体"/>
        </w:rPr>
        <w:t xml:space="preserve"> - </w:t>
      </w:r>
      <w:r>
        <w:rPr>
          <w:rFonts w:ascii="Calibri" w:hAnsi="Calibri" w:cs="Calibri" w:eastAsia="宋体"/>
        </w:rPr>
        <w:t>HK$1,200.00</w:t>
      </w:r>
      <w:r>
        <w:rPr>
          <w:rFonts w:ascii="Calibri" w:hAnsi="Calibri" w:cs="Calibri" w:eastAsia="宋体"/>
        </w:rPr>
        <w:t xml:space="preserve"> 其后 </w:t>
      </w:r>
      <w:r>
        <w:rPr>
          <w:rFonts w:ascii="Calibri" w:hAnsi="Calibri" w:cs="Calibri" w:eastAsia="宋体"/>
        </w:rPr>
        <w:t>HK$500.00</w:t>
      </w:r>
      <w:r>
        <w:rPr>
          <w:rFonts w:ascii="Calibri" w:hAnsi="Calibri" w:cs="Calibri" w:eastAsia="宋体"/>
        </w:rPr>
        <w:t xml:space="preserve"> - </w:t>
      </w:r>
      <w:r>
        <w:rPr>
          <w:rFonts w:ascii="Calibri" w:hAnsi="Calibri" w:cs="Calibri" w:eastAsia="宋体"/>
        </w:rPr>
        <w:t>HK$800.00</w:t>
      </w:r>
    </w:p>
    <w:p>
      <w:pPr>
        <w:pStyle w:val="Heading2"/>
      </w:pPr>
      <w:r>
        <w:rPr>
          <w:rFonts w:ascii="Calibri" w:hAnsi="Calibri" w:cs="Calibri" w:eastAsia="微软雅黑"/>
        </w:rPr>
        <w:t>3.14  加拿大</w:t>
      </w:r>
    </w:p>
    <w:p>
      <w:pPr>
        <w:spacing w:after="160"/>
      </w:pPr>
      <w:r>
        <w:rPr>
          <w:rFonts w:ascii="Calibri" w:hAnsi="Calibri" w:cs="Calibri" w:eastAsia="宋体"/>
          <w:color w:val="6B7280"/>
          <w:sz w:val="16"/>
        </w:rPr>
        <w:t>原文：https://mtf.wiki/zh-cn/docs/hrt/canada</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3.14.1  各省人权状况对比</w:t>
      </w:r>
    </w:p>
    <w:p>
      <w:pPr>
        <w:spacing w:after="160"/>
      </w:pPr>
      <w:r>
        <w:rPr>
          <w:rFonts w:ascii="Calibri" w:hAnsi="Calibri" w:cs="Calibri" w:eastAsia="宋体"/>
          <w:color w:val="6B7280"/>
          <w:sz w:val="16"/>
        </w:rPr>
        <w:t>原文：https://mtf.wiki/zh-cn/docs/hrt/canada/human-rights · 最近更新：2025年12月8日</w:t>
      </w:r>
    </w:p>
    <w:p>
      <w:pPr>
        <w:spacing w:after="100"/>
      </w:pPr>
      <w:r>
        <w:rPr>
          <w:rFonts w:ascii="Calibri" w:hAnsi="Calibri" w:cs="Calibri" w:eastAsia="宋体"/>
        </w:rPr>
        <w:t>以下的表格对比了加拿大各省的几项人权状况，包括医疗保险、改名和政府颁发的身份证件。</w:t>
      </w:r>
    </w:p>
    <w:p>
      <w:pPr>
        <w:spacing w:after="100"/>
      </w:pPr>
      <w:r>
        <w:rPr>
          <w:rFonts w:ascii="Calibri" w:hAnsi="Calibri" w:cs="Calibri" w:eastAsia="宋体"/>
        </w:rPr>
        <w:t>https://kazv.moe/notice/ASMHUvr8rKstctRvIe</w:t>
      </w:r>
    </w:p>
    <w:p>
      <w:pPr>
        <w:pStyle w:val="Heading3"/>
      </w:pPr>
      <w:r>
        <w:rPr>
          <w:rFonts w:ascii="Calibri" w:hAnsi="Calibri" w:cs="Calibri" w:eastAsia="微软雅黑"/>
        </w:rPr>
        <w:t>3.14.2  多伦多大学 UofT</w:t>
      </w:r>
    </w:p>
    <w:p>
      <w:pPr>
        <w:spacing w:after="160"/>
      </w:pPr>
      <w:r>
        <w:rPr>
          <w:rFonts w:ascii="Calibri" w:hAnsi="Calibri" w:cs="Calibri" w:eastAsia="宋体"/>
          <w:color w:val="6B7280"/>
          <w:sz w:val="16"/>
        </w:rPr>
        <w:t>原文：https://mtf.wiki/zh-cn/docs/hrt/canada/uoft · 最近更新：2025年12月8日</w:t>
      </w:r>
    </w:p>
    <w:p>
      <w:pPr>
        <w:spacing w:after="100"/>
      </w:pPr>
      <w:r>
        <w:rPr>
          <w:rFonts w:ascii="Calibri" w:hAnsi="Calibri" w:cs="Calibri" w:eastAsia="宋体"/>
          <w:b/>
        </w:rPr>
        <w:t>UofT LGBTOUT Home Page / Discord (English)</w:t>
      </w:r>
      <w:r>
        <w:rPr>
          <w:rFonts w:ascii="Calibri" w:hAnsi="Calibri" w:cs="Calibri" w:eastAsia="宋体"/>
        </w:rPr>
        <w:t xml:space="preserve"> </w:t>
      </w:r>
      <w:r>
        <w:br/>
      </w:r>
      <w:r>
        <w:br/>
      </w:r>
      <w:r>
        <w:rPr>
          <w:rFonts w:ascii="Calibri" w:hAnsi="Calibri" w:cs="Calibri" w:eastAsia="宋体"/>
          <w:b/>
        </w:rPr>
        <w:t>校医电话</w:t>
      </w:r>
      <w:r>
        <w:rPr>
          <w:rFonts w:ascii="Calibri" w:hAnsi="Calibri" w:cs="Calibri" w:eastAsia="宋体"/>
        </w:rPr>
        <w:t xml:space="preserve">: </w:t>
      </w:r>
      <w:r>
        <w:rPr>
          <w:rFonts w:ascii="Calibri" w:hAnsi="Calibri" w:cs="Calibri" w:eastAsia="宋体"/>
        </w:rPr>
        <w:t>+1 416-978-8030</w:t>
      </w:r>
    </w:p>
    <w:p>
      <w:pPr>
        <w:pStyle w:val="Heading4"/>
      </w:pPr>
      <w:r>
        <w:rPr>
          <w:rFonts w:ascii="Calibri" w:hAnsi="Calibri" w:cs="Calibri" w:eastAsia="宋体"/>
        </w:rPr>
        <w:t>流程</w:t>
      </w:r>
    </w:p>
    <w:p>
      <w:pPr>
        <w:spacing w:after="100"/>
      </w:pPr>
      <w:r>
        <w:rPr>
          <w:rFonts w:ascii="Calibri" w:hAnsi="Calibri" w:cs="Calibri" w:eastAsia="宋体"/>
        </w:rPr>
        <w:t xml:space="preserve">加拿大一般开始 HRT 的流程是先去 Walk-in clinic 找 </w:t>
      </w:r>
      <w:r>
        <w:rPr>
          <w:rFonts w:ascii="Calibri" w:hAnsi="Calibri" w:cs="Calibri" w:eastAsia="宋体"/>
        </w:rPr>
        <w:t>全科大夫</w:t>
      </w:r>
      <w:r>
        <w:rPr>
          <w:rFonts w:ascii="Calibri" w:hAnsi="Calibri" w:cs="Calibri" w:eastAsia="宋体"/>
        </w:rPr>
        <w:t>（general practitioner）</w:t>
      </w:r>
      <w:r>
        <w:rPr>
          <w:rFonts w:ascii="Calibri" w:hAnsi="Calibri" w:cs="Calibri" w:eastAsia="宋体"/>
        </w:rPr>
        <w:t xml:space="preserve"> / 家庭医生开 </w:t>
      </w:r>
      <w:r>
        <w:rPr>
          <w:rFonts w:ascii="Calibri" w:hAnsi="Calibri" w:cs="Calibri" w:eastAsia="宋体"/>
        </w:rPr>
        <w:t>推荐信</w:t>
      </w:r>
      <w:r>
        <w:rPr>
          <w:rFonts w:ascii="Calibri" w:hAnsi="Calibri" w:cs="Calibri" w:eastAsia="宋体"/>
        </w:rPr>
        <w:t>（referral）</w:t>
      </w:r>
      <w:r>
        <w:rPr>
          <w:rFonts w:ascii="Calibri" w:hAnsi="Calibri" w:cs="Calibri" w:eastAsia="宋体"/>
        </w:rPr>
        <w:t xml:space="preserve"> 去看 </w:t>
      </w:r>
      <w:r>
        <w:rPr>
          <w:rFonts w:ascii="Calibri" w:hAnsi="Calibri" w:cs="Calibri" w:eastAsia="宋体"/>
        </w:rPr>
        <w:t>内分泌大夫</w:t>
      </w:r>
      <w:r>
        <w:rPr>
          <w:rFonts w:ascii="Calibri" w:hAnsi="Calibri" w:cs="Calibri" w:eastAsia="宋体"/>
        </w:rPr>
        <w:t>（endocrinologist）</w:t>
      </w:r>
      <w:r>
        <w:rPr>
          <w:rFonts w:ascii="Calibri" w:hAnsi="Calibri" w:cs="Calibri" w:eastAsia="宋体"/>
        </w:rPr>
        <w:t>，但是因为多大校医有在跨性别 HRT 方面经历很充分的医生所以不需要这么麻烦，ta们自己就可以诊断并开出与之相关的药物。</w:t>
      </w:r>
    </w:p>
    <w:p>
      <w:pPr>
        <w:spacing w:after="100"/>
      </w:pPr>
      <w:r>
        <w:rPr>
          <w:rFonts w:ascii="Calibri" w:hAnsi="Calibri" w:cs="Calibri" w:eastAsia="宋体"/>
        </w:rPr>
        <w:t xml:space="preserve">刚来到多伦多首先要领 </w:t>
      </w:r>
      <w:r>
        <w:rPr>
          <w:rFonts w:ascii="Calibri" w:hAnsi="Calibri" w:cs="Calibri" w:eastAsia="宋体"/>
        </w:rPr>
        <w:t>学生卡</w:t>
      </w:r>
      <w:r>
        <w:rPr>
          <w:rFonts w:ascii="Calibri" w:hAnsi="Calibri" w:cs="Calibri" w:eastAsia="宋体"/>
        </w:rPr>
        <w:t>（TCard）</w:t>
      </w:r>
      <w:r>
        <w:rPr>
          <w:rFonts w:ascii="Calibri" w:hAnsi="Calibri" w:cs="Calibri" w:eastAsia="宋体"/>
        </w:rPr>
        <w:t xml:space="preserve">，然后 </w:t>
      </w:r>
      <w:r>
        <w:rPr>
          <w:rFonts w:ascii="Calibri" w:hAnsi="Calibri" w:cs="Calibri" w:eastAsia="宋体"/>
        </w:rPr>
        <w:t>领保险卡</w:t>
      </w:r>
      <w:r>
        <w:rPr>
          <w:rFonts w:ascii="Calibri" w:hAnsi="Calibri" w:cs="Calibri" w:eastAsia="宋体"/>
        </w:rPr>
        <w:t xml:space="preserve">，然后 </w:t>
      </w:r>
      <w:r>
        <w:rPr>
          <w:rFonts w:ascii="Calibri" w:hAnsi="Calibri" w:cs="Calibri" w:eastAsia="宋体"/>
        </w:rPr>
        <w:t>打电话给校医注册医疗信息</w:t>
      </w:r>
      <w:r>
        <w:rPr>
          <w:rFonts w:ascii="Calibri" w:hAnsi="Calibri" w:cs="Calibri" w:eastAsia="宋体"/>
        </w:rPr>
        <w:t>，然后创建 Medeo 在线医疗账号（链接同上）。记得填一个常用的电话哦，如果是在线预约的话医生会打电话和你聊。</w:t>
      </w:r>
    </w:p>
    <w:p>
      <w:pPr>
        <w:spacing w:after="100"/>
      </w:pPr>
      <w:r>
        <w:rPr>
          <w:rFonts w:ascii="Calibri" w:hAnsi="Calibri" w:cs="Calibri" w:eastAsia="宋体"/>
        </w:rPr>
        <w:t xml:space="preserve">这些都注册完之后就可以在 Medeo 上预约电话问诊了。如果不想电话，想和医生视频的话就只能给校医前台打电话预约了。打电话预约需要等很久，但是其实我更喜欢视频，因为 Medeo 的视频系统比电话更能听清医生说话，而且可以露脸。 </w:t>
      </w:r>
      <w:r>
        <w:rPr>
          <w:rFonts w:ascii="Calibri" w:hAnsi="Calibri" w:cs="Calibri" w:eastAsia="宋体"/>
          <w:b/>
        </w:rPr>
        <w:t>一定要记得尽早预约哦！</w:t>
      </w:r>
      <w:r>
        <w:rPr>
          <w:rFonts w:ascii="Calibri" w:hAnsi="Calibri" w:cs="Calibri" w:eastAsia="宋体"/>
        </w:rPr>
        <w:t xml:space="preserve"> 这个医生只有周一周三出诊，今年每次我预约都只能预约到半个月之后，所以一定要尽早。</w:t>
      </w:r>
    </w:p>
    <w:p>
      <w:pPr>
        <w:spacing w:after="100"/>
      </w:pPr>
      <w:r>
        <w:rPr>
          <w:rFonts w:ascii="Calibri" w:hAnsi="Calibri" w:cs="Calibri" w:eastAsia="宋体"/>
        </w:rPr>
        <w:t>取决于你在医生面前对于自己性别身份的肯定程度，医生可能会需要1至3次的问诊以及一次该医生开的检查才能下诊断以及后续的HRT药物。问诊的间隔时间通常在一个月左右。也就是说，假如说你是国际学生且来加拿大之前就已经开始服用HRT的药物了，你可以考虑在出发之前准备1至3个月你所服用的药物。</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如果你携带了处方药入境加拿大的话，那你就需要在入境时向加拿大边境保护局（CBSA, i.e.海关）申报自己所携带的药品。</w:t>
      </w:r>
    </w:p>
    <w:p>
      <w:pPr>
        <w:pStyle w:val="Heading4"/>
      </w:pPr>
      <w:r>
        <w:rPr>
          <w:rFonts w:ascii="Calibri" w:hAnsi="Calibri" w:cs="Calibri" w:eastAsia="宋体"/>
        </w:rPr>
        <w:t>医生 - Dr. Sarah Warden</w:t>
      </w:r>
    </w:p>
    <w:p>
      <w:pPr>
        <w:spacing w:after="100"/>
      </w:pPr>
      <w:r>
        <w:rPr>
          <w:rFonts w:ascii="Calibri" w:hAnsi="Calibri" w:cs="Calibri" w:eastAsia="宋体"/>
        </w:rPr>
        <w:t>LinkedIn</w:t>
      </w:r>
      <w:r>
        <w:rPr>
          <w:rFonts w:ascii="Calibri" w:hAnsi="Calibri" w:cs="Calibri" w:eastAsia="宋体"/>
        </w:rPr>
        <w:t xml:space="preserve"> | </w:t>
      </w:r>
      <w:r>
        <w:rPr>
          <w:rFonts w:ascii="Calibri" w:hAnsi="Calibri" w:cs="Calibri" w:eastAsia="宋体"/>
        </w:rPr>
        <w:t xml:space="preserve"> Twitter @SWardenMD</w:t>
      </w:r>
      <w:r>
        <w:rPr>
          <w:rFonts w:ascii="Calibri" w:hAnsi="Calibri" w:cs="Calibri" w:eastAsia="宋体"/>
        </w:rPr>
        <w:t xml:space="preserve"> | </w:t>
      </w:r>
      <w:r>
        <w:rPr>
          <w:rFonts w:ascii="Calibri" w:hAnsi="Calibri" w:cs="Calibri" w:eastAsia="宋体"/>
        </w:rPr>
        <w:t>RateMDs</w:t>
      </w:r>
    </w:p>
    <w:p>
      <w:pPr>
        <w:spacing w:after="100"/>
      </w:pPr>
      <w:r>
        <w:rPr>
          <w:rFonts w:ascii="Calibri" w:hAnsi="Calibri" w:cs="Calibri" w:eastAsia="宋体"/>
        </w:rPr>
        <w:t>是非常好心的医生！问诊流程和别的地方都差不多啦，可以参考下美国那边的。我只记得第一次问诊的时候问了些跨性别相关的问题，不需要心理证明诊断也没有做 MMPI 之类的，具体问了什么记不清了，欢迎补充。然后第一次问诊开了一个</w:t>
      </w:r>
      <w:r>
        <w:rPr>
          <w:rFonts w:ascii="Calibri" w:hAnsi="Calibri" w:cs="Calibri" w:eastAsia="宋体"/>
        </w:rPr>
        <w:t>抽血请求</w:t>
      </w:r>
      <w:r>
        <w:rPr>
          <w:rFonts w:ascii="Calibri" w:hAnsi="Calibri" w:cs="Calibri" w:eastAsia="宋体"/>
        </w:rPr>
        <w:t>（lab request）</w:t>
      </w:r>
      <w:r>
        <w:rPr>
          <w:rFonts w:ascii="Calibri" w:hAnsi="Calibri" w:cs="Calibri" w:eastAsia="宋体"/>
        </w:rPr>
        <w:t>... 对加拿大这边不能想抽血就抽血，必须要医生开请求，然后抽血结果也只会发到医生那边，然后医生再转发给你。下面的截图是我收到的抽血请求，医生勾的那些是要查的项目，需要打印然后带到附近的 LifeLabs 预约去抽血。第一次要空腹，之后的抽血只查 E2 和 T 就不需要空腹了。</w:t>
      </w:r>
    </w:p>
    <w:p>
      <w:pPr>
        <w:spacing w:after="100"/>
      </w:pPr>
      <w:r>
        <w:rPr>
          <w:rFonts w:ascii="Calibri" w:hAnsi="Calibri" w:cs="Calibri" w:eastAsia="宋体"/>
        </w:rPr>
        <w:t>（一定要选一个 Google Maps 上评价好一点的 LifeLabs，我推荐 208 Bloor St W。我第一次去的 14 College St 抽血疼死了，报告上性别还写了 M，明明医生提交的请求上写的都是 F (╯‵□′)╯︵┻━┻</w:t>
      </w:r>
    </w:p>
    <w:p>
      <w:pPr>
        <w:spacing w:after="100"/>
      </w:pPr>
      <w:r>
        <w:rPr>
          <w:rFonts w:ascii="Calibri" w:hAnsi="Calibri" w:cs="Calibri" w:eastAsia="宋体"/>
        </w:rPr>
        <w:t xml:space="preserve">抽完血大概一周后医生会发给你结果，然后第二次问诊与我讨论了这个结果，并问了我去哪个 </w:t>
      </w:r>
      <w:r>
        <w:rPr>
          <w:rFonts w:ascii="Calibri" w:hAnsi="Calibri" w:cs="Calibri" w:eastAsia="宋体"/>
        </w:rPr>
        <w:t>药店</w:t>
      </w:r>
      <w:r>
        <w:rPr>
          <w:rFonts w:ascii="Calibri" w:hAnsi="Calibri" w:cs="Calibri" w:eastAsia="宋体"/>
        </w:rPr>
        <w:t>（pharmacy）</w:t>
      </w:r>
      <w:r>
        <w:rPr>
          <w:rFonts w:ascii="Calibri" w:hAnsi="Calibri" w:cs="Calibri" w:eastAsia="宋体"/>
        </w:rPr>
        <w:t xml:space="preserve"> 取药最方便之类的。医生默认要给我开 </w:t>
      </w:r>
      <w:r>
        <w:rPr>
          <w:rFonts w:ascii="Calibri" w:hAnsi="Calibri" w:cs="Calibri" w:eastAsia="宋体"/>
        </w:rPr>
        <w:t>螺内酯</w:t>
      </w:r>
      <w:r>
        <w:rPr>
          <w:rFonts w:ascii="Calibri" w:hAnsi="Calibri" w:cs="Calibri" w:eastAsia="宋体"/>
        </w:rPr>
        <w:t>（Spironolactone）</w:t>
      </w:r>
      <w:r>
        <w:rPr>
          <w:rFonts w:ascii="Calibri" w:hAnsi="Calibri" w:cs="Calibri" w:eastAsia="宋体"/>
        </w:rPr>
        <w:t xml:space="preserve"> 和口服雌，我问了让医生换成 </w:t>
      </w:r>
      <w:r>
        <w:rPr>
          <w:rFonts w:ascii="Calibri" w:hAnsi="Calibri" w:cs="Calibri" w:eastAsia="宋体"/>
        </w:rPr>
        <w:t>色谱龙</w:t>
      </w:r>
      <w:r>
        <w:rPr>
          <w:rFonts w:ascii="Calibri" w:hAnsi="Calibri" w:cs="Calibri" w:eastAsia="宋体"/>
        </w:rPr>
        <w:t>（Cyproterone）</w:t>
      </w:r>
      <w:r>
        <w:rPr>
          <w:rFonts w:ascii="Calibri" w:hAnsi="Calibri" w:cs="Calibri" w:eastAsia="宋体"/>
        </w:rPr>
        <w:t xml:space="preserve"> 和 </w:t>
      </w:r>
      <w:r>
        <w:rPr>
          <w:rFonts w:ascii="Calibri" w:hAnsi="Calibri" w:cs="Calibri" w:eastAsia="宋体"/>
        </w:rPr>
        <w:t>雌激素贴片</w:t>
      </w:r>
      <w:r>
        <w:rPr>
          <w:rFonts w:ascii="Calibri" w:hAnsi="Calibri" w:cs="Calibri" w:eastAsia="宋体"/>
        </w:rPr>
        <w:t>（Estradiol patches）</w:t>
      </w:r>
      <w:r>
        <w:rPr>
          <w:rFonts w:ascii="Calibri" w:hAnsi="Calibri" w:cs="Calibri" w:eastAsia="宋体"/>
        </w:rPr>
        <w:t xml:space="preserve">，然后医生说了下注意事项就结束了。挂掉视频电话之后给我发消息说把处方传真过去了，最后我拿到的是 </w:t>
      </w:r>
      <w:r>
        <w:rPr>
          <w:rFonts w:ascii="Calibri" w:hAnsi="Calibri" w:cs="Calibri" w:eastAsia="宋体"/>
        </w:rPr>
        <w:t>仿制药</w:t>
      </w:r>
      <w:r>
        <w:rPr>
          <w:rFonts w:ascii="Calibri" w:hAnsi="Calibri" w:cs="Calibri" w:eastAsia="宋体"/>
        </w:rPr>
        <w:t>（generic drug）</w:t>
      </w:r>
      <w:r>
        <w:rPr>
          <w:rFonts w:ascii="Calibri" w:hAnsi="Calibri" w:cs="Calibri" w:eastAsia="宋体"/>
        </w:rPr>
        <w:t xml:space="preserve"> 的色谱龙和 Estradot 100 贴片，你也可以选择 </w:t>
      </w:r>
      <w:r>
        <w:rPr>
          <w:rFonts w:ascii="Calibri" w:hAnsi="Calibri" w:cs="Calibri" w:eastAsia="宋体"/>
        </w:rPr>
        <w:t>原研药</w:t>
      </w:r>
      <w:r>
        <w:rPr>
          <w:rFonts w:ascii="Calibri" w:hAnsi="Calibri" w:cs="Calibri" w:eastAsia="宋体"/>
        </w:rPr>
        <w:t>（branding drug）</w:t>
      </w:r>
      <w:r>
        <w:rPr>
          <w:rFonts w:ascii="Calibri" w:hAnsi="Calibri" w:cs="Calibri" w:eastAsia="宋体"/>
        </w:rPr>
        <w:t xml:space="preserve"> ，但是原研药与仿制药之间价格可能存在差异。消息里面同时给我发了一个月之后第二次抽血的请求单，上面只有 E2 和 T。</w:t>
      </w:r>
    </w:p>
    <w:p>
      <w:pPr>
        <w:spacing w:after="100"/>
      </w:pPr>
      <w:r>
        <w:rPr>
          <w:rFonts w:ascii="Calibri" w:hAnsi="Calibri" w:cs="Calibri" w:eastAsia="宋体"/>
        </w:rPr>
        <w:t xml:space="preserve">然后药店给我打了电话，过一天去取，然后就可以啦。取决于你的保险覆盖情况你可能需要自付一部分的药费（通常总价在 </w:t>
      </w:r>
      <w:r>
        <w:rPr>
          <w:rFonts w:ascii="Calibri" w:hAnsi="Calibri" w:cs="Calibri" w:eastAsia="宋体"/>
        </w:rPr>
        <w:t>CA$30.00</w:t>
      </w:r>
      <w:r>
        <w:rPr>
          <w:rFonts w:ascii="Calibri" w:hAnsi="Calibri" w:cs="Calibri" w:eastAsia="宋体"/>
        </w:rPr>
        <w:t xml:space="preserve">以内）。第一次买药我因为怕遇到恐跨药店所以专门选了 </w:t>
      </w:r>
      <w:r>
        <w:rPr>
          <w:rFonts w:ascii="Calibri" w:hAnsi="Calibri" w:cs="Calibri" w:eastAsia="宋体"/>
          <w:strike/>
        </w:rPr>
        <w:t>多伦多 LGBT 街</w:t>
      </w:r>
      <w:r>
        <w:rPr>
          <w:rFonts w:ascii="Calibri" w:hAnsi="Calibri" w:cs="Calibri" w:eastAsia="宋体"/>
        </w:rPr>
        <w:t xml:space="preserve"> Church St 的 The Village Pharmacy。Church &amp; Wellesley 两条街的交叉点周围又叫做 "The Village"，是一个到处都可以看到彩虹旗跨旗的地方。之后搬到离这里远一点的地方就换成 Rexall Pharmacy 啦，普普通通哪里都有的连锁药店，不过也没有遇到恐跨。你也可以选择让医生把处方发送至你觉得最最近的药房。</w:t>
      </w:r>
    </w:p>
    <w:p>
      <w:pPr>
        <w:spacing w:after="100"/>
      </w:pPr>
      <w:r>
        <w:rPr>
          <w:rFonts w:ascii="Calibri" w:hAnsi="Calibri" w:cs="Calibri" w:eastAsia="宋体"/>
        </w:rPr>
        <w:t>取决于药物当时宏观的供需情况，由药房收到处方到最终拿到药的时间在0至5工作日不等。</w:t>
      </w:r>
    </w:p>
    <w:p>
      <w:pPr>
        <w:spacing w:after="100"/>
      </w:pPr>
      <w:r>
        <w:rPr>
          <w:rFonts w:ascii="Calibri" w:hAnsi="Calibri" w:cs="Calibri" w:eastAsia="宋体"/>
        </w:rPr>
        <w:t>在服用药物之前请仔细核对药品名称，剂量，详细阅读说明书（如有）。如果包装上写的和医生所讲的用法用量由出入，请联系药房请求ta们与医生核对。</w:t>
      </w:r>
    </w:p>
    <w:p>
      <w:pPr>
        <w:spacing w:after="100"/>
      </w:pPr>
      <w:r>
        <w:rPr>
          <w:rFonts w:ascii="Calibri" w:hAnsi="Calibri" w:cs="Calibri" w:eastAsia="宋体"/>
        </w:rPr>
        <w:t xml:space="preserve">一个月之后第二次抽血之后就不用问诊啦，抽完之后过几个工作日医生会把结果发回来说一切正常什么的。然后每个月去 </w:t>
      </w:r>
      <w:r>
        <w:rPr>
          <w:rFonts w:ascii="Calibri" w:hAnsi="Calibri" w:cs="Calibri" w:eastAsia="宋体"/>
        </w:rPr>
        <w:t>续药</w:t>
      </w:r>
      <w:r>
        <w:rPr>
          <w:rFonts w:ascii="Calibri" w:hAnsi="Calibri" w:cs="Calibri" w:eastAsia="宋体"/>
        </w:rPr>
        <w:t>（refill）</w:t>
      </w:r>
      <w:r>
        <w:rPr>
          <w:rFonts w:ascii="Calibri" w:hAnsi="Calibri" w:cs="Calibri" w:eastAsia="宋体"/>
        </w:rPr>
        <w:t xml:space="preserve"> 也不需要问诊，直接去药店带着 Photo ID 和信用卡去问就可以了。</w:t>
      </w:r>
    </w:p>
    <w:p>
      <w:pPr>
        <w:spacing w:after="100"/>
      </w:pPr>
      <w:r>
        <w:rPr>
          <w:rFonts w:ascii="Calibri" w:hAnsi="Calibri" w:cs="Calibri" w:eastAsia="宋体"/>
        </w:rPr>
        <w:t>如果 Dr. Sarah Warden 不在的话也可以约其他的友跨校医: Dr. Lowe, Dr. Zacharin, Dr. Krivy, 和 Dr. Genkin，欢迎补充。</w:t>
      </w:r>
    </w:p>
    <w:p>
      <w:pPr>
        <w:pStyle w:val="Heading4"/>
      </w:pPr>
      <w:r>
        <w:rPr>
          <w:rFonts w:ascii="Calibri" w:hAnsi="Calibri" w:cs="Calibri" w:eastAsia="宋体"/>
        </w:rPr>
        <w:t>费用/保险</w:t>
      </w:r>
    </w:p>
    <w:p>
      <w:pPr>
        <w:spacing w:after="100"/>
      </w:pPr>
      <w:r>
        <w:rPr>
          <w:rFonts w:ascii="Calibri" w:hAnsi="Calibri" w:cs="Calibri" w:eastAsia="宋体"/>
        </w:rPr>
        <w:t xml:space="preserve">2024-2025 学年多伦多大学一学期的学费里需要交 </w:t>
      </w:r>
      <w:r>
        <w:rPr>
          <w:rFonts w:ascii="Calibri" w:hAnsi="Calibri" w:cs="Calibri" w:eastAsia="宋体"/>
        </w:rPr>
        <w:t>CA$129.46</w:t>
      </w:r>
      <w:r>
        <w:rPr>
          <w:rFonts w:ascii="Calibri" w:hAnsi="Calibri" w:cs="Calibri" w:eastAsia="宋体"/>
        </w:rPr>
        <w:t xml:space="preserve"> UTSU Health Plan 和 </w:t>
      </w:r>
      <w:r>
        <w:rPr>
          <w:rFonts w:ascii="Calibri" w:hAnsi="Calibri" w:cs="Calibri" w:eastAsia="宋体"/>
        </w:rPr>
        <w:t>CA$108.22</w:t>
      </w:r>
      <w:r>
        <w:rPr>
          <w:rFonts w:ascii="Calibri" w:hAnsi="Calibri" w:cs="Calibri" w:eastAsia="宋体"/>
        </w:rPr>
        <w:t xml:space="preserve"> 可以退的 UTSU Dental Plan。如果你和我一样是留学生的话还要交 </w:t>
      </w:r>
      <w:r>
        <w:rPr>
          <w:rFonts w:ascii="Calibri" w:hAnsi="Calibri" w:cs="Calibri" w:eastAsia="宋体"/>
        </w:rPr>
        <w:t>CA$756.00</w:t>
      </w:r>
      <w:r>
        <w:rPr>
          <w:rFonts w:ascii="Calibri" w:hAnsi="Calibri" w:cs="Calibri" w:eastAsia="宋体"/>
        </w:rPr>
        <w:t xml:space="preserve"> 的 UHIP (University Health Insurance Plan)，用来不完全替代只有安省</w:t>
      </w:r>
      <w:r>
        <w:rPr>
          <w:rFonts w:ascii="Calibri" w:hAnsi="Calibri" w:cs="Calibri" w:eastAsia="宋体"/>
        </w:rPr>
        <w:t>永久居民</w:t>
      </w:r>
      <w:r>
        <w:rPr>
          <w:rFonts w:ascii="Calibri" w:hAnsi="Calibri" w:cs="Calibri" w:eastAsia="宋体"/>
        </w:rPr>
        <w:t>（permanent resident）</w:t>
      </w:r>
      <w:r>
        <w:rPr>
          <w:rFonts w:ascii="Calibri" w:hAnsi="Calibri" w:cs="Calibri" w:eastAsia="宋体"/>
        </w:rPr>
        <w:t>,</w:t>
      </w:r>
      <w:r>
        <w:rPr>
          <w:rFonts w:ascii="Calibri" w:hAnsi="Calibri" w:cs="Calibri" w:eastAsia="宋体"/>
        </w:rPr>
        <w:t>难民</w:t>
      </w:r>
      <w:r>
        <w:rPr>
          <w:rFonts w:ascii="Calibri" w:hAnsi="Calibri" w:cs="Calibri" w:eastAsia="宋体"/>
        </w:rPr>
        <w:t>（refugee/protected person）</w:t>
      </w:r>
      <w:r>
        <w:rPr>
          <w:rFonts w:ascii="Calibri" w:hAnsi="Calibri" w:cs="Calibri" w:eastAsia="宋体"/>
        </w:rPr>
        <w:t>或者持有工作许可且在安省全职工作的员工才能申请的 OHIP (Ontario Health Insurance Plan)。</w:t>
      </w:r>
    </w:p>
    <w:p>
      <w:pPr>
        <w:spacing w:after="100"/>
      </w:pPr>
      <w:r>
        <w:rPr>
          <w:rFonts w:ascii="Calibri" w:hAnsi="Calibri" w:cs="Calibri" w:eastAsia="宋体"/>
        </w:rPr>
        <w:t>UHIP 目前由 Cowan Group负责，来到加拿大之后记得注册一下 Cowan 的账号才能打印 UHIP 卡哦，去诊所去领药什么的把 UHIP 卡带上。</w:t>
      </w:r>
      <w:r>
        <w:rPr>
          <w:rFonts w:ascii="Calibri" w:hAnsi="Calibri" w:cs="Calibri" w:eastAsia="宋体"/>
        </w:rPr>
        <w:t>注册教程</w:t>
      </w:r>
    </w:p>
    <w:p>
      <w:pPr>
        <w:pStyle w:val="Heading5"/>
      </w:pPr>
      <w:r>
        <w:rPr>
          <w:rFonts w:ascii="Calibri" w:hAnsi="Calibri" w:cs="Calibri" w:eastAsia="宋体"/>
        </w:rPr>
        <w:t>保险内容</w:t>
      </w:r>
    </w:p>
    <w:p>
      <w:pPr>
        <w:spacing w:after="100"/>
      </w:pPr>
      <w:r>
        <w:rPr>
          <w:rFonts w:ascii="Calibri" w:hAnsi="Calibri" w:cs="Calibri" w:eastAsia="宋体"/>
          <w:b/>
        </w:rPr>
        <w:t>OHIP / UHIP</w:t>
      </w:r>
      <w:r>
        <w:rPr>
          <w:rFonts w:ascii="Calibri" w:hAnsi="Calibri" w:cs="Calibri" w:eastAsia="宋体"/>
        </w:rPr>
        <w:t xml:space="preserve">: 跨性别相关的话，OHIP / UHIP 可以报销咨询医生的费用和检查抽血费用，UofT 的校医是半小时 </w:t>
      </w:r>
      <w:r>
        <w:rPr>
          <w:rFonts w:ascii="Calibri" w:hAnsi="Calibri" w:cs="Calibri" w:eastAsia="宋体"/>
        </w:rPr>
        <w:t>CA$85.00</w:t>
      </w:r>
      <w:r>
        <w:rPr>
          <w:rFonts w:ascii="Calibri" w:hAnsi="Calibri" w:cs="Calibri" w:eastAsia="宋体"/>
        </w:rPr>
        <w:t xml:space="preserve">。OHIP可以 </w:t>
      </w:r>
      <w:r>
        <w:rPr>
          <w:rFonts w:ascii="Calibri" w:hAnsi="Calibri" w:cs="Calibri" w:eastAsia="宋体"/>
        </w:rPr>
        <w:t>报销</w:t>
      </w:r>
      <w:r>
        <w:rPr>
          <w:rFonts w:ascii="Calibri" w:hAnsi="Calibri" w:cs="Calibri" w:eastAsia="宋体"/>
        </w:rPr>
        <w:t xml:space="preserve"> SRS 的手术费用，但是需要在手术</w:t>
      </w:r>
      <w:r>
        <w:rPr>
          <w:rFonts w:ascii="Calibri" w:hAnsi="Calibri" w:cs="Calibri" w:eastAsia="宋体"/>
          <w:b/>
        </w:rPr>
        <w:t>之前</w:t>
      </w:r>
      <w:r>
        <w:rPr>
          <w:rFonts w:ascii="Calibri" w:hAnsi="Calibri" w:cs="Calibri" w:eastAsia="宋体"/>
        </w:rPr>
        <w:t>向安省卫生厅</w:t>
      </w:r>
      <w:r>
        <w:rPr>
          <w:rFonts w:ascii="Calibri" w:hAnsi="Calibri" w:cs="Calibri" w:eastAsia="宋体"/>
          <w:b/>
        </w:rPr>
        <w:t>以及</w:t>
      </w:r>
      <w:r>
        <w:rPr>
          <w:rFonts w:ascii="Calibri" w:hAnsi="Calibri" w:cs="Calibri" w:eastAsia="宋体"/>
        </w:rPr>
        <w:t>安省长期护理厅提出申请并得到这两个政府部门的批准。此段的链接也包含了获得批准的资格，以及申请途径。至于UHIP则需要向手术前向保险公司提出申请并得到了保险公司的批准。</w:t>
      </w:r>
    </w:p>
    <w:p>
      <w:pPr>
        <w:spacing w:after="100"/>
      </w:pPr>
      <w:r>
        <w:rPr>
          <w:rFonts w:ascii="Calibri" w:hAnsi="Calibri" w:cs="Calibri" w:eastAsia="宋体"/>
        </w:rPr>
        <w:t xml:space="preserve">UHIP 保险范围和 OHIP 比起来还是有限的。比如说：25 岁以下的持有OHIP的人，OHIP+ 可以报销 </w:t>
      </w:r>
      <w:r>
        <w:rPr>
          <w:rFonts w:ascii="Calibri" w:hAnsi="Calibri" w:cs="Calibri" w:eastAsia="宋体"/>
        </w:rPr>
        <w:t>处方药</w:t>
      </w:r>
      <w:r>
        <w:rPr>
          <w:rFonts w:ascii="Calibri" w:hAnsi="Calibri" w:cs="Calibri" w:eastAsia="宋体"/>
        </w:rPr>
        <w:t>（prescription）</w:t>
      </w:r>
      <w:r>
        <w:rPr>
          <w:rFonts w:ascii="Calibri" w:hAnsi="Calibri" w:cs="Calibri" w:eastAsia="宋体"/>
        </w:rPr>
        <w:t xml:space="preserve"> 费用，但是 UHIP 只能报销住院的处方药费用。</w:t>
      </w:r>
    </w:p>
    <w:p>
      <w:pPr>
        <w:spacing w:after="100"/>
      </w:pPr>
      <w:r>
        <w:rPr>
          <w:rFonts w:ascii="Calibri" w:hAnsi="Calibri" w:cs="Calibri" w:eastAsia="宋体"/>
        </w:rPr>
        <w:t>值得注意的是，UHIP也包含每年一次的全身体检，你可以在到期之前把这个报销额度用掉。</w:t>
      </w:r>
    </w:p>
    <w:p>
      <w:pPr>
        <w:spacing w:after="100"/>
      </w:pPr>
      <w:r>
        <w:rPr>
          <w:rFonts w:ascii="Calibri" w:hAnsi="Calibri" w:cs="Calibri" w:eastAsia="宋体"/>
        </w:rPr>
        <w:t>另外，UHIP本质上来说是一款商业保险，是由私营公司负责的并有</w:t>
      </w:r>
      <w:r>
        <w:rPr>
          <w:rFonts w:ascii="Calibri" w:hAnsi="Calibri" w:cs="Calibri" w:eastAsia="宋体"/>
          <w:b/>
        </w:rPr>
        <w:t>逐利性</w:t>
      </w:r>
      <w:r>
        <w:rPr>
          <w:rFonts w:ascii="Calibri" w:hAnsi="Calibri" w:cs="Calibri" w:eastAsia="宋体"/>
        </w:rPr>
        <w:t xml:space="preserve">的。因为保险公司有利益相关并掌握了批不批准报销报销多少的权力，公司可以从拒绝报销中获利，所以说你可能会被不合理地拒绝出险。另外，UHIP的网站所介绍的保险覆盖范围可以说是比较模糊的，所以说对于不能 </w:t>
      </w:r>
      <w:r>
        <w:rPr>
          <w:rFonts w:ascii="Calibri" w:hAnsi="Calibri" w:cs="Calibri" w:eastAsia="宋体"/>
        </w:rPr>
        <w:t>保险直付</w:t>
      </w:r>
      <w:r>
        <w:rPr>
          <w:rFonts w:ascii="Calibri" w:hAnsi="Calibri" w:cs="Calibri" w:eastAsia="宋体"/>
        </w:rPr>
        <w:t>（direct billing）</w:t>
      </w:r>
      <w:r>
        <w:rPr>
          <w:rFonts w:ascii="Calibri" w:hAnsi="Calibri" w:cs="Calibri" w:eastAsia="宋体"/>
        </w:rPr>
        <w:t xml:space="preserve"> 得自掏腰包再向保险公司报销的医疗服务，你可能需要和保险公司提前沟通好包不报销和报销多少这个问题。如果你认为保险公司不合理地拒绝了你的报销请求，通常保险公司内部有复核的机制，你可以联系保险公司请求复核，不过保险公司内部的复核机制因为还是利益相关（i.e.“都穿一条裤子的”）很可能会维持保险公司原来的决定，对此你可以通过尝试司法途径解决。（未完待续）</w:t>
      </w:r>
    </w:p>
    <w:p>
      <w:pPr>
        <w:spacing w:after="100"/>
      </w:pPr>
      <w:r>
        <w:rPr>
          <w:rFonts w:ascii="Calibri" w:hAnsi="Calibri" w:cs="Calibri" w:eastAsia="宋体"/>
        </w:rPr>
        <w:t xml:space="preserve">在 Sunlife 网站上可以看到所有报销的费用清单，下面的截图是我 2021-2022 学年的，总共报销了 </w:t>
      </w:r>
      <w:r>
        <w:rPr>
          <w:rFonts w:ascii="Calibri" w:hAnsi="Calibri" w:cs="Calibri" w:eastAsia="宋体"/>
        </w:rPr>
        <w:t>CA$391.00</w:t>
      </w:r>
      <w:r>
        <w:rPr>
          <w:rFonts w:ascii="Calibri" w:hAnsi="Calibri" w:cs="Calibri" w:eastAsia="宋体"/>
        </w:rPr>
        <w:t xml:space="preserve">... </w:t>
      </w:r>
      <w:r>
        <w:rPr>
          <w:rFonts w:ascii="Calibri" w:hAnsi="Calibri" w:cs="Calibri" w:eastAsia="宋体"/>
          <w:strike/>
        </w:rPr>
        <w:t>算下来好亏呀</w:t>
      </w:r>
      <w:r>
        <w:rPr>
          <w:rFonts w:ascii="Calibri" w:hAnsi="Calibri" w:cs="Calibri" w:eastAsia="宋体"/>
        </w:rPr>
        <w:t>。(此内容已过时，保险公司换了）</w:t>
      </w:r>
    </w:p>
    <w:p>
      <w:pPr>
        <w:spacing w:after="100"/>
      </w:pPr>
      <w:r>
        <w:rPr>
          <w:rFonts w:ascii="Calibri" w:hAnsi="Calibri" w:cs="Calibri" w:eastAsia="宋体"/>
          <w:b/>
        </w:rPr>
        <w:t>UTSU (UofT Only)</w:t>
      </w:r>
      <w:r>
        <w:rPr>
          <w:rFonts w:ascii="Calibri" w:hAnsi="Calibri" w:cs="Calibri" w:eastAsia="宋体"/>
        </w:rPr>
        <w:t xml:space="preserve">: UTSU是由Greenshield负责的，同样也是私营的商业险。作为补充保险，它可以报销 UHIP 不覆盖的处方药费用，最高只报销 80% 但是也非常足够了。我的处方是 12.5mg/d 色 + Estradot 100 贴片，每个月大概要花 </w:t>
      </w:r>
      <w:r>
        <w:rPr>
          <w:rFonts w:ascii="Calibri" w:hAnsi="Calibri" w:cs="Calibri" w:eastAsia="宋体"/>
        </w:rPr>
        <w:t>CA$8.00</w:t>
      </w:r>
      <w:r>
        <w:rPr>
          <w:rFonts w:ascii="Calibri" w:hAnsi="Calibri" w:cs="Calibri" w:eastAsia="宋体"/>
        </w:rPr>
        <w:t xml:space="preserve">。处方药保险每年报销限额是 </w:t>
      </w:r>
      <w:r>
        <w:rPr>
          <w:rFonts w:ascii="Calibri" w:hAnsi="Calibri" w:cs="Calibri" w:eastAsia="宋体"/>
        </w:rPr>
        <w:t>CA$5,000.00</w:t>
      </w:r>
      <w:r>
        <w:rPr>
          <w:rFonts w:ascii="Calibri" w:hAnsi="Calibri" w:cs="Calibri" w:eastAsia="宋体"/>
        </w:rPr>
        <w:t>，并且一款药品能的报销的金额被限定在相同仿制药的价格，不过通常原研药的厂商（可能是出于与仿制药竞争）会提供折扣，让最终你需要付的钱和仿制药差不多。折算折扣之类的是通常是药房处理的不需要你操作什么。</w:t>
      </w:r>
    </w:p>
    <w:p>
      <w:pPr>
        <w:spacing w:after="100"/>
      </w:pPr>
      <w:r>
        <w:rPr>
          <w:rFonts w:ascii="Calibri" w:hAnsi="Calibri" w:cs="Calibri" w:eastAsia="宋体"/>
        </w:rPr>
        <w:t xml:space="preserve">另外UTSU的保险也覆盖一部分的处方药之外的性别肯定医疗，一生除了处方药以外所有的性别肯定医疗加起来的报销额度最高 </w:t>
      </w:r>
      <w:r>
        <w:rPr>
          <w:rFonts w:ascii="Calibri" w:hAnsi="Calibri" w:cs="Calibri" w:eastAsia="宋体"/>
        </w:rPr>
        <w:t>CA$5,000.00</w:t>
      </w:r>
      <w:r>
        <w:rPr>
          <w:rFonts w:ascii="Calibri" w:hAnsi="Calibri" w:cs="Calibri" w:eastAsia="宋体"/>
        </w:rPr>
        <w:t xml:space="preserve">，具体报销的项目可以在 </w:t>
      </w:r>
      <w:r>
        <w:rPr>
          <w:rFonts w:ascii="Calibri" w:hAnsi="Calibri" w:cs="Calibri" w:eastAsia="宋体"/>
        </w:rPr>
        <w:t>这里</w:t>
      </w:r>
      <w:r>
        <w:rPr>
          <w:rFonts w:ascii="Calibri" w:hAnsi="Calibri" w:cs="Calibri" w:eastAsia="宋体"/>
        </w:rPr>
        <w:t xml:space="preserve"> 查看。</w:t>
      </w:r>
    </w:p>
    <w:p>
      <w:pPr>
        <w:pStyle w:val="Heading3"/>
      </w:pPr>
      <w:r>
        <w:rPr>
          <w:rFonts w:ascii="Calibri" w:hAnsi="Calibri" w:cs="Calibri" w:eastAsia="微软雅黑"/>
        </w:rPr>
        <w:t>3.14.3  安大略省金斯敦（Kingston）</w:t>
      </w:r>
    </w:p>
    <w:p>
      <w:pPr>
        <w:spacing w:after="160"/>
      </w:pPr>
      <w:r>
        <w:rPr>
          <w:rFonts w:ascii="Calibri" w:hAnsi="Calibri" w:cs="Calibri" w:eastAsia="宋体"/>
          <w:color w:val="6B7280"/>
          <w:sz w:val="16"/>
        </w:rPr>
        <w:t>原文：https://mtf.wiki/zh-cn/docs/hrt/canada/Kingston · 最近更新：2025年12月8日</w:t>
      </w:r>
    </w:p>
    <w:p>
      <w:pPr>
        <w:pStyle w:val="Heading4"/>
      </w:pPr>
      <w:r>
        <w:rPr>
          <w:rFonts w:ascii="Calibri" w:hAnsi="Calibri" w:cs="Calibri" w:eastAsia="宋体"/>
        </w:rPr>
        <w:t>可提供 HRT 的地點</w:t>
      </w:r>
    </w:p>
    <w:p>
      <w:pPr>
        <w:spacing w:before="20" w:after="40"/>
        <w:ind w:left="425" w:hanging="312"/>
      </w:pPr>
      <w:r>
        <w:rPr>
          <w:rFonts w:ascii="Calibri" w:hAnsi="Calibri" w:cs="Calibri" w:eastAsia="宋体"/>
        </w:rPr>
        <w:t xml:space="preserve">• </w:t>
      </w:r>
      <w:r>
        <w:rPr>
          <w:rFonts w:ascii="Calibri" w:hAnsi="Calibri" w:cs="Calibri" w:eastAsia="宋体"/>
        </w:rPr>
        <w:t xml:space="preserve">女王大學 - 學生健康服務（SWS, Student Wellness Service） </w:t>
      </w:r>
      <w:r>
        <w:rPr>
          <w:rFonts w:ascii="Calibri" w:hAnsi="Calibri" w:cs="Calibri" w:eastAsia="宋体"/>
        </w:rPr>
        <w:t>[鏈接]</w:t>
      </w:r>
      <w:r>
        <w:rPr>
          <w:rFonts w:ascii="Calibri" w:hAnsi="Calibri" w:cs="Calibri" w:eastAsia="宋体"/>
        </w:rPr>
        <w:t>（僅向在女王大學就讀的學生提供服務）</w:t>
      </w:r>
    </w:p>
    <w:p>
      <w:pPr>
        <w:spacing w:before="20" w:after="40"/>
        <w:ind w:left="425" w:hanging="312"/>
      </w:pPr>
      <w:r>
        <w:rPr>
          <w:rFonts w:ascii="Calibri" w:hAnsi="Calibri" w:cs="Calibri" w:eastAsia="宋体"/>
        </w:rPr>
        <w:t xml:space="preserve">• </w:t>
      </w:r>
      <w:r>
        <w:rPr>
          <w:rFonts w:ascii="Calibri" w:hAnsi="Calibri" w:cs="Calibri" w:eastAsia="宋体"/>
        </w:rPr>
        <w:t xml:space="preserve">金斯敦社區健康中心 - 跨性別健康計劃 </w:t>
      </w:r>
      <w:r>
        <w:rPr>
          <w:rFonts w:ascii="Calibri" w:hAnsi="Calibri" w:cs="Calibri" w:eastAsia="宋体"/>
        </w:rPr>
        <w:t>[鏈接]</w:t>
      </w:r>
      <w:r>
        <w:rPr>
          <w:rFonts w:ascii="Calibri" w:hAnsi="Calibri" w:cs="Calibri" w:eastAsia="宋体"/>
        </w:rPr>
        <w:t>（無案例）</w:t>
      </w:r>
    </w:p>
    <w:p>
      <w:pPr>
        <w:pStyle w:val="Heading4"/>
      </w:pPr>
      <w:r>
        <w:rPr>
          <w:rFonts w:ascii="Calibri" w:hAnsi="Calibri" w:cs="Calibri" w:eastAsia="宋体"/>
        </w:rPr>
        <w:t>SWS</w:t>
      </w:r>
    </w:p>
    <w:p>
      <w:pPr>
        <w:spacing w:after="100"/>
      </w:pPr>
      <w:r>
        <w:rPr>
          <w:rFonts w:ascii="Calibri" w:hAnsi="Calibri" w:cs="Calibri" w:eastAsia="宋体"/>
        </w:rPr>
        <w:t xml:space="preserve">SWS 使用 </w:t>
      </w:r>
      <w:r>
        <w:rPr>
          <w:rFonts w:ascii="Calibri" w:hAnsi="Calibri" w:cs="Calibri" w:eastAsia="宋体"/>
          <w:b/>
        </w:rPr>
        <w:t>Informed Consent</w:t>
      </w:r>
      <w:r>
        <w:rPr>
          <w:rFonts w:ascii="Calibri" w:hAnsi="Calibri" w:cs="Calibri" w:eastAsia="宋体"/>
        </w:rPr>
        <w:t xml:space="preserve"> 模式提供 HRT 治療： 在告之可能的治療方案、效果及副作用後，</w:t>
      </w:r>
      <w:r>
        <w:rPr>
          <w:rFonts w:ascii="Calibri" w:hAnsi="Calibri" w:cs="Calibri" w:eastAsia="宋体"/>
          <w:b/>
        </w:rPr>
        <w:t>僅需本人同意</w:t>
      </w:r>
      <w:r>
        <w:rPr>
          <w:rFonts w:ascii="Calibri" w:hAnsi="Calibri" w:cs="Calibri" w:eastAsia="宋体"/>
        </w:rPr>
        <w:t>， 無需監護人同意即可開始治療． 醫生並不會評價就診者的外表，也不會進行問卷等評測．</w:t>
      </w:r>
    </w:p>
    <w:p>
      <w:pPr>
        <w:spacing w:after="100"/>
      </w:pPr>
      <w:r>
        <w:rPr>
          <w:rFonts w:ascii="Calibri" w:hAnsi="Calibri" w:cs="Calibri" w:eastAsia="宋体"/>
        </w:rPr>
        <w:t>開始 HRT 前會開具一次血檢， 內容包括：血糖，性傳播疾病，肝腎功能， 睾/孕酮水平．</w:t>
      </w:r>
    </w:p>
    <w:p>
      <w:pPr>
        <w:spacing w:after="100"/>
      </w:pPr>
      <w:r>
        <w:rPr>
          <w:rFonts w:ascii="Calibri" w:hAnsi="Calibri" w:cs="Calibri" w:eastAsia="宋体"/>
        </w:rPr>
        <w:t>HRT 過程中會定期開具 肝腎功能 及 睾/孕酮水平 的血檢．</w:t>
      </w:r>
    </w:p>
    <w:p>
      <w:pPr>
        <w:spacing w:after="100"/>
      </w:pPr>
      <w:r>
        <w:rPr>
          <w:rFonts w:ascii="Calibri" w:hAnsi="Calibri" w:cs="Calibri" w:eastAsia="宋体"/>
        </w:rPr>
        <w:t>上述種類血檢均可在 SWS 診所內完成．</w:t>
      </w:r>
    </w:p>
    <w:p>
      <w:pPr>
        <w:pStyle w:val="Heading5"/>
      </w:pPr>
      <w:r>
        <w:rPr>
          <w:rFonts w:ascii="Calibri" w:hAnsi="Calibri" w:cs="Calibri" w:eastAsia="宋体"/>
        </w:rPr>
        <w:t>可開具的藥物</w:t>
      </w:r>
    </w:p>
    <w:p>
      <w:pPr>
        <w:spacing w:before="20" w:after="40"/>
        <w:ind w:left="425" w:hanging="312"/>
      </w:pPr>
      <w:r>
        <w:rPr>
          <w:rFonts w:ascii="Calibri" w:hAnsi="Calibri" w:cs="Calibri" w:eastAsia="宋体"/>
        </w:rPr>
        <w:t xml:space="preserve">• </w:t>
      </w:r>
      <w:r>
        <w:rPr>
          <w:rFonts w:ascii="Calibri" w:hAnsi="Calibri" w:cs="Calibri" w:eastAsia="宋体"/>
        </w:rPr>
        <w:t>抗雄藥物</w:t>
      </w:r>
      <w:r>
        <w:br/>
      </w:r>
    </w:p>
    <w:p>
      <w:pPr>
        <w:spacing w:before="20" w:after="40"/>
        <w:ind w:left="822" w:hanging="312"/>
      </w:pPr>
      <w:r>
        <w:rPr>
          <w:rFonts w:ascii="Calibri" w:hAnsi="Calibri" w:cs="Calibri" w:eastAsia="宋体"/>
        </w:rPr>
        <w:t xml:space="preserve">◦ </w:t>
      </w:r>
      <w:r>
        <w:rPr>
          <w:rFonts w:ascii="Calibri" w:hAnsi="Calibri" w:cs="Calibri" w:eastAsia="宋体"/>
        </w:rPr>
        <w:t>色譜龍</w:t>
      </w:r>
    </w:p>
    <w:p>
      <w:pPr>
        <w:spacing w:before="20" w:after="40"/>
        <w:ind w:left="822" w:hanging="312"/>
      </w:pPr>
      <w:r>
        <w:rPr>
          <w:rFonts w:ascii="Calibri" w:hAnsi="Calibri" w:cs="Calibri" w:eastAsia="宋体"/>
        </w:rPr>
        <w:t xml:space="preserve">◦ </w:t>
      </w:r>
      <w:r>
        <w:rPr>
          <w:rFonts w:ascii="Calibri" w:hAnsi="Calibri" w:cs="Calibri" w:eastAsia="宋体"/>
        </w:rPr>
        <w:t>羅內酯（無案例）</w:t>
      </w:r>
    </w:p>
    <w:p>
      <w:pPr>
        <w:spacing w:before="20" w:after="40"/>
        <w:ind w:left="425" w:hanging="312"/>
      </w:pPr>
      <w:r>
        <w:rPr>
          <w:rFonts w:ascii="Calibri" w:hAnsi="Calibri" w:cs="Calibri" w:eastAsia="宋体"/>
        </w:rPr>
        <w:t xml:space="preserve">• </w:t>
      </w:r>
      <w:r>
        <w:rPr>
          <w:rFonts w:ascii="Calibri" w:hAnsi="Calibri" w:cs="Calibri" w:eastAsia="宋体"/>
        </w:rPr>
        <w:t>雌激素藥物</w:t>
      </w:r>
      <w:r>
        <w:br/>
      </w:r>
    </w:p>
    <w:p>
      <w:pPr>
        <w:spacing w:before="20" w:after="40"/>
        <w:ind w:left="822" w:hanging="312"/>
      </w:pPr>
      <w:r>
        <w:rPr>
          <w:rFonts w:ascii="Calibri" w:hAnsi="Calibri" w:cs="Calibri" w:eastAsia="宋体"/>
        </w:rPr>
        <w:t xml:space="preserve">◦ </w:t>
      </w:r>
      <w:r>
        <w:rPr>
          <w:rFonts w:ascii="Calibri" w:hAnsi="Calibri" w:cs="Calibri" w:eastAsia="宋体"/>
        </w:rPr>
        <w:t>雌二醇片劑</w:t>
      </w:r>
    </w:p>
    <w:p>
      <w:pPr>
        <w:spacing w:before="20" w:after="40"/>
        <w:ind w:left="822" w:hanging="312"/>
      </w:pPr>
      <w:r>
        <w:rPr>
          <w:rFonts w:ascii="Calibri" w:hAnsi="Calibri" w:cs="Calibri" w:eastAsia="宋体"/>
        </w:rPr>
        <w:t xml:space="preserve">◦ </w:t>
      </w:r>
      <w:r>
        <w:rPr>
          <w:rFonts w:ascii="Calibri" w:hAnsi="Calibri" w:cs="Calibri" w:eastAsia="宋体"/>
        </w:rPr>
        <w:t>雌二醇貼片（無案例）</w:t>
      </w:r>
    </w:p>
    <w:p>
      <w:pPr>
        <w:spacing w:before="20" w:after="40"/>
        <w:ind w:left="822" w:hanging="312"/>
      </w:pPr>
      <w:r>
        <w:rPr>
          <w:rFonts w:ascii="Calibri" w:hAnsi="Calibri" w:cs="Calibri" w:eastAsia="宋体"/>
        </w:rPr>
        <w:t xml:space="preserve">◦ </w:t>
      </w:r>
      <w:r>
        <w:rPr>
          <w:rFonts w:ascii="Calibri" w:hAnsi="Calibri" w:cs="Calibri" w:eastAsia="宋体"/>
        </w:rPr>
        <w:t>雌二醇凝膠（無案例）</w:t>
      </w:r>
    </w:p>
    <w:p>
      <w:pPr>
        <w:spacing w:after="100"/>
      </w:pPr>
      <w:r>
        <w:rPr>
          <w:rFonts w:ascii="Calibri" w:hAnsi="Calibri" w:cs="Calibri" w:eastAsia="宋体"/>
        </w:rPr>
        <w:t>已知无法开具的药物包括 針劑 和 戊酸雌二醇片劑．</w:t>
      </w:r>
    </w:p>
    <w:p>
      <w:pPr>
        <w:pStyle w:val="Heading4"/>
      </w:pPr>
      <w:r>
        <w:rPr>
          <w:rFonts w:ascii="Calibri" w:hAnsi="Calibri" w:cs="Calibri" w:eastAsia="宋体"/>
        </w:rPr>
        <w:t>药物费用及处方情况</w:t>
      </w:r>
    </w:p>
    <w:p>
      <w:pPr>
        <w:spacing w:after="100"/>
      </w:pPr>
      <w:r>
        <w:rPr>
          <w:rFonts w:ascii="Calibri" w:hAnsi="Calibri" w:cs="Calibri" w:eastAsia="宋体"/>
        </w:rPr>
        <w:t>SWS 可直接將處方發送至校內的 DrugSmart 藥房． 參考價格如下：</w:t>
      </w:r>
    </w:p>
    <w:p>
      <w:pPr>
        <w:spacing w:before="20" w:after="40"/>
        <w:ind w:left="425" w:hanging="312"/>
      </w:pPr>
      <w:r>
        <w:rPr>
          <w:rFonts w:ascii="Calibri" w:hAnsi="Calibri" w:cs="Calibri" w:eastAsia="宋体"/>
        </w:rPr>
        <w:t xml:space="preserve">• </w:t>
      </w:r>
      <w:r>
        <w:rPr>
          <w:rFonts w:ascii="Calibri" w:hAnsi="Calibri" w:cs="Calibri" w:eastAsia="宋体"/>
        </w:rPr>
        <w:t>25 * 50mg 色譜龍 $53.99</w:t>
      </w:r>
    </w:p>
    <w:p>
      <w:pPr>
        <w:spacing w:before="20" w:after="40"/>
        <w:ind w:left="425" w:hanging="312"/>
      </w:pPr>
      <w:r>
        <w:rPr>
          <w:rFonts w:ascii="Calibri" w:hAnsi="Calibri" w:cs="Calibri" w:eastAsia="宋体"/>
        </w:rPr>
        <w:t xml:space="preserve">• </w:t>
      </w:r>
      <w:r>
        <w:rPr>
          <w:rFonts w:ascii="Calibri" w:hAnsi="Calibri" w:cs="Calibri" w:eastAsia="宋体"/>
        </w:rPr>
        <w:t>240 * 1mg 雌二醇 $78.60</w:t>
      </w:r>
    </w:p>
    <w:p>
      <w:pPr>
        <w:spacing w:after="100"/>
      </w:pPr>
      <w:r>
        <w:rPr>
          <w:rFonts w:ascii="Calibri" w:hAnsi="Calibri" w:cs="Calibri" w:eastAsia="宋体"/>
        </w:rPr>
        <w:t>據信，色譜龍不存在其他單片劑量，雌二醇另存在 2mg/片 之規格．</w:t>
      </w:r>
    </w:p>
    <w:p>
      <w:pPr>
        <w:spacing w:after="100"/>
      </w:pPr>
      <w:r>
        <w:rPr>
          <w:rFonts w:ascii="Calibri" w:hAnsi="Calibri" w:cs="Calibri" w:eastAsia="宋体"/>
        </w:rPr>
        <w:t>DS 每次開出的色譜龍不超過 100 天的用量． 此處以每兩天服用半顆（25mg）的用量計算，即爲 25 片． 這個量通常可供遠多於 100 天的使用量．</w:t>
      </w:r>
    </w:p>
    <w:p>
      <w:pPr>
        <w:pStyle w:val="Heading4"/>
      </w:pPr>
      <w:r>
        <w:rPr>
          <w:rFonts w:ascii="Calibri" w:hAnsi="Calibri" w:cs="Calibri" w:eastAsia="宋体"/>
        </w:rPr>
        <w:t>醫療保險覆蓋情況</w:t>
      </w:r>
    </w:p>
    <w:p>
      <w:pPr>
        <w:pStyle w:val="Heading5"/>
      </w:pPr>
      <w:r>
        <w:rPr>
          <w:rFonts w:ascii="Calibri" w:hAnsi="Calibri" w:cs="Calibri" w:eastAsia="宋体"/>
        </w:rPr>
        <w:t>SGPS Health and Dental Plan</w:t>
      </w:r>
    </w:p>
    <w:p>
      <w:pPr>
        <w:spacing w:after="100"/>
      </w:pPr>
      <w:r>
        <w:rPr>
          <w:rFonts w:ascii="Calibri" w:hAnsi="Calibri" w:cs="Calibri" w:eastAsia="宋体"/>
        </w:rPr>
        <w:t>這是由 (SGPS, Society of Graduate and Professional Students) 提供給研究生（grad students）使用的保險．</w:t>
      </w:r>
    </w:p>
    <w:p>
      <w:pPr>
        <w:spacing w:after="100"/>
      </w:pPr>
      <w:r>
        <w:rPr>
          <w:rFonts w:ascii="Calibri" w:hAnsi="Calibri" w:cs="Calibri" w:eastAsia="宋体"/>
        </w:rPr>
        <w:t>可完全覆蓋 SWS 就診， 血檢，色譜龍及雌二醇之花銷．</w:t>
      </w:r>
    </w:p>
    <w:p>
      <w:pPr>
        <w:spacing w:after="100"/>
      </w:pPr>
      <w:r>
        <w:rPr>
          <w:rFonts w:ascii="Calibri" w:hAnsi="Calibri" w:cs="Calibri" w:eastAsia="宋体"/>
        </w:rPr>
        <w:t>據信可覆蓋貼片 80% 的花銷．</w:t>
      </w:r>
    </w:p>
    <w:p>
      <w:pPr>
        <w:pStyle w:val="Heading5"/>
      </w:pPr>
      <w:r>
        <w:rPr>
          <w:rFonts w:ascii="Calibri" w:hAnsi="Calibri" w:cs="Calibri" w:eastAsia="宋体"/>
        </w:rPr>
        <w:t>UHIP (University Health Insurance Plan)</w:t>
      </w:r>
    </w:p>
    <w:p>
      <w:pPr>
        <w:spacing w:after="100"/>
      </w:pPr>
      <w:r>
        <w:rPr>
          <w:rFonts w:ascii="Calibri" w:hAnsi="Calibri" w:cs="Calibri" w:eastAsia="宋体"/>
        </w:rPr>
        <w:t>不覆蓋處方藥． 其餘缺乏數據．</w:t>
      </w:r>
    </w:p>
    <w:p>
      <w:pPr>
        <w:pStyle w:val="Heading5"/>
      </w:pPr>
      <w:r>
        <w:rPr>
          <w:rFonts w:ascii="Calibri" w:hAnsi="Calibri" w:cs="Calibri" w:eastAsia="宋体"/>
        </w:rPr>
        <w:t>OHIP (Ontario Health Insurance Plan)</w:t>
      </w:r>
    </w:p>
    <w:p>
      <w:pPr>
        <w:spacing w:after="100"/>
      </w:pPr>
      <w:r>
        <w:rPr>
          <w:rFonts w:ascii="Calibri" w:hAnsi="Calibri" w:cs="Calibri" w:eastAsia="宋体"/>
        </w:rPr>
        <w:t>缺乏數據</w:t>
      </w:r>
    </w:p>
    <w:p>
      <w:pPr>
        <w:spacing w:after="100"/>
      </w:pPr>
      <w:r>
        <w:rPr>
          <w:rFonts w:ascii="Calibri" w:hAnsi="Calibri" w:cs="Calibri" w:eastAsia="宋体"/>
        </w:rPr>
        <w:t>缺乏數據</w:t>
      </w:r>
    </w:p>
    <w:p>
      <w:pPr>
        <w:pStyle w:val="Heading3"/>
      </w:pPr>
      <w:r>
        <w:rPr>
          <w:rFonts w:ascii="Calibri" w:hAnsi="Calibri" w:cs="Calibri" w:eastAsia="微软雅黑"/>
        </w:rPr>
        <w:t>3.14.4  注意事项</w:t>
      </w:r>
    </w:p>
    <w:p>
      <w:pPr>
        <w:spacing w:after="160"/>
      </w:pPr>
      <w:r>
        <w:rPr>
          <w:rFonts w:ascii="Calibri" w:hAnsi="Calibri" w:cs="Calibri" w:eastAsia="宋体"/>
          <w:color w:val="6B7280"/>
          <w:sz w:val="16"/>
        </w:rPr>
        <w:t>原文：https://mtf.wiki/zh-cn/docs/hrt/canada/notice · 最近更新：2024年9月16日</w:t>
      </w:r>
    </w:p>
    <w:p>
      <w:pPr>
        <w:spacing w:before="20" w:after="40"/>
        <w:ind w:left="425" w:hanging="312"/>
      </w:pPr>
      <w:r>
        <w:rPr>
          <w:rFonts w:ascii="Calibri" w:hAnsi="Calibri" w:cs="Calibri" w:eastAsia="宋体"/>
        </w:rPr>
        <w:t xml:space="preserve">1. </w:t>
      </w:r>
      <w:r>
        <w:rPr>
          <w:rFonts w:ascii="Calibri" w:hAnsi="Calibri" w:cs="Calibri" w:eastAsia="宋体"/>
        </w:rPr>
        <w:t>已知在</w:t>
      </w:r>
      <w:r>
        <w:rPr>
          <w:rFonts w:ascii="Calibri" w:hAnsi="Calibri" w:cs="Calibri" w:eastAsia="宋体"/>
          <w:b/>
        </w:rPr>
        <w:t>Ontario</w:t>
      </w:r>
      <w:r>
        <w:rPr>
          <w:rFonts w:ascii="Calibri" w:hAnsi="Calibri" w:cs="Calibri" w:eastAsia="宋体"/>
        </w:rPr>
        <w:t>，如果您是大学以下(高中,初中,etc.)前往加拿大，作为留学生身份(Study Permit)将无法拥有任何省级保险。这将会导致您自己承担100%的费用。 但是如果您使用相同身份在Alberta学习(6个月及以上)，您将获得Alberta省级保险Alberta Health Care Insurance Plan (AHCIP)。British Columbia也可以获得当地省级保险。</w:t>
      </w:r>
    </w:p>
    <w:p>
      <w:pPr>
        <w:spacing w:before="20" w:after="40"/>
        <w:ind w:left="425" w:hanging="312"/>
      </w:pPr>
      <w:r>
        <w:rPr>
          <w:rFonts w:ascii="Calibri" w:hAnsi="Calibri" w:cs="Calibri" w:eastAsia="宋体"/>
        </w:rPr>
        <w:t xml:space="preserve">2. </w:t>
      </w:r>
      <w:r>
        <w:rPr>
          <w:rFonts w:ascii="Calibri" w:hAnsi="Calibri" w:cs="Calibri" w:eastAsia="宋体"/>
        </w:rPr>
        <w:t>如果您有PR(Permanent Residence)身份，您则可以获得当省免费医保(适用于Ontario)。此外，全职工作者在部分省份也有权利享受省医保的权利。难民(Asylum Claimant &amp; Refugee)所享受的联邦临时医疗保险(IFHP, the Interim Federal Health Program)亦可涵盖HRT过程大部分的费用。</w:t>
      </w:r>
    </w:p>
    <w:p>
      <w:pPr>
        <w:spacing w:before="20" w:after="40"/>
        <w:ind w:left="425" w:hanging="312"/>
      </w:pPr>
      <w:r>
        <w:rPr>
          <w:rFonts w:ascii="Calibri" w:hAnsi="Calibri" w:cs="Calibri" w:eastAsia="宋体"/>
        </w:rPr>
        <w:t xml:space="preserve">3. </w:t>
      </w:r>
      <w:r>
        <w:rPr>
          <w:rFonts w:ascii="Calibri" w:hAnsi="Calibri" w:cs="Calibri" w:eastAsia="宋体"/>
        </w:rPr>
        <w:t>在加拿大从其他国家自己购买处方药(没有处方的情况下)违反当地法律。您在加拿大无法使用其他国家的处方。</w:t>
      </w:r>
    </w:p>
    <w:p>
      <w:pPr>
        <w:spacing w:before="20" w:after="40"/>
        <w:ind w:left="425" w:hanging="312"/>
      </w:pPr>
      <w:r>
        <w:rPr>
          <w:rFonts w:ascii="Calibri" w:hAnsi="Calibri" w:cs="Calibri" w:eastAsia="宋体"/>
        </w:rPr>
        <w:t xml:space="preserve">4. </w:t>
      </w:r>
      <w:r>
        <w:rPr>
          <w:rFonts w:ascii="Calibri" w:hAnsi="Calibri" w:cs="Calibri" w:eastAsia="宋体"/>
        </w:rPr>
        <w:t>已知安大略省医生无法在HRT上给出Bicalutamide(比卡鲁胺)处方。</w:t>
      </w:r>
    </w:p>
    <w:p>
      <w:pPr>
        <w:spacing w:before="20" w:after="40"/>
        <w:ind w:left="425" w:hanging="312"/>
      </w:pPr>
      <w:r>
        <w:rPr>
          <w:rFonts w:ascii="Calibri" w:hAnsi="Calibri" w:cs="Calibri" w:eastAsia="宋体"/>
        </w:rPr>
        <w:t xml:space="preserve">5. </w:t>
      </w:r>
      <w:r>
        <w:rPr>
          <w:rFonts w:ascii="Calibri" w:hAnsi="Calibri" w:cs="Calibri" w:eastAsia="宋体"/>
        </w:rPr>
        <w:t>已知在安大略省即使您在国内已经开始HRT，医生还是会要求您再次做一次全面的血液检查。在没有省级保险的情况下血液检查较为昂贵(对比中国)。全面的HRT血液检查在多伦多花费为220CAD左右。</w:t>
      </w:r>
    </w:p>
    <w:p>
      <w:pPr>
        <w:spacing w:before="20" w:after="40"/>
        <w:ind w:left="425" w:hanging="312"/>
      </w:pPr>
      <w:r>
        <w:rPr>
          <w:rFonts w:ascii="Calibri" w:hAnsi="Calibri" w:cs="Calibri" w:eastAsia="宋体"/>
        </w:rPr>
        <w:t xml:space="preserve">6. </w:t>
      </w:r>
      <w:r>
        <w:rPr>
          <w:rFonts w:ascii="Calibri" w:hAnsi="Calibri" w:cs="Calibri" w:eastAsia="宋体"/>
        </w:rPr>
        <w:t>已知在安大略省没有保险的情况下购买雌二醇凝胶价格为60CAD左右(</w:t>
      </w:r>
      <w:r>
        <w:rPr>
          <w:rFonts w:ascii="Calibri" w:hAnsi="Calibri" w:cs="Calibri" w:eastAsia="宋体"/>
        </w:rPr>
        <w:t>Organon-Estrogel</w:t>
      </w:r>
      <w:r>
        <w:rPr>
          <w:rFonts w:ascii="Calibri" w:hAnsi="Calibri" w:cs="Calibri" w:eastAsia="宋体"/>
        </w:rPr>
        <w:t>)。</w:t>
      </w:r>
    </w:p>
    <w:p>
      <w:pPr>
        <w:spacing w:before="20" w:after="40"/>
        <w:ind w:left="425" w:hanging="312"/>
      </w:pPr>
      <w:r>
        <w:rPr>
          <w:rFonts w:ascii="Calibri" w:hAnsi="Calibri" w:cs="Calibri" w:eastAsia="宋体"/>
        </w:rPr>
        <w:t xml:space="preserve">7. </w:t>
      </w:r>
      <w:r>
        <w:rPr>
          <w:rFonts w:ascii="Calibri" w:hAnsi="Calibri" w:cs="Calibri" w:eastAsia="宋体"/>
        </w:rPr>
        <w:t>大部分雌二醇剂型均由省级处方药保险所覆盖，但须注意的是部分凝胶/贴片可能不被覆盖或需要审查。此外，由于在安省雌二醇注射剂属于Compounded Medication，只能自费购买。</w:t>
      </w:r>
    </w:p>
    <w:p>
      <w:pPr>
        <w:spacing w:before="20" w:after="40"/>
        <w:ind w:left="425" w:hanging="312"/>
      </w:pPr>
      <w:r>
        <w:rPr>
          <w:rFonts w:ascii="Calibri" w:hAnsi="Calibri" w:cs="Calibri" w:eastAsia="宋体"/>
        </w:rPr>
        <w:t xml:space="preserve">8. </w:t>
      </w:r>
      <w:r>
        <w:rPr>
          <w:rFonts w:ascii="Calibri" w:hAnsi="Calibri" w:cs="Calibri" w:eastAsia="宋体"/>
        </w:rPr>
        <w:t>据</w:t>
      </w:r>
      <w:r>
        <w:rPr>
          <w:rFonts w:ascii="Calibri" w:hAnsi="Calibri" w:cs="Calibri" w:eastAsia="宋体"/>
        </w:rPr>
        <w:t>Rainbow Health Ontario</w:t>
      </w:r>
      <w:r>
        <w:rPr>
          <w:rFonts w:ascii="Calibri" w:hAnsi="Calibri" w:cs="Calibri" w:eastAsia="宋体"/>
        </w:rPr>
        <w:t>，HRT在安大略省已经不属于专业领域。这也就意味着您的家庭医生或任意的初级医疗保健提供者均可提供HRT，并且RHO提供了</w:t>
      </w:r>
      <w:r>
        <w:rPr>
          <w:rFonts w:ascii="Calibri" w:hAnsi="Calibri" w:cs="Calibri" w:eastAsia="宋体"/>
        </w:rPr>
        <w:t>相关文档</w:t>
      </w:r>
      <w:r>
        <w:rPr>
          <w:rFonts w:ascii="Calibri" w:hAnsi="Calibri" w:cs="Calibri" w:eastAsia="宋体"/>
        </w:rPr>
        <w:t>用于指导医生开具HRT处方并指导患者。但由于大部分GP均未受到过相关培训，他们仍然可能会将患者转介到其他内分泌诊所，并且转诊等待时间通常在半年到一年不等。</w:t>
      </w:r>
    </w:p>
    <w:p>
      <w:pPr>
        <w:spacing w:before="20" w:after="40"/>
        <w:ind w:left="425" w:hanging="312"/>
      </w:pPr>
      <w:r>
        <w:rPr>
          <w:rFonts w:ascii="Calibri" w:hAnsi="Calibri" w:cs="Calibri" w:eastAsia="宋体"/>
        </w:rPr>
        <w:t xml:space="preserve">9. </w:t>
      </w:r>
      <w:r>
        <w:rPr>
          <w:rFonts w:ascii="Calibri" w:hAnsi="Calibri" w:cs="Calibri" w:eastAsia="宋体"/>
        </w:rPr>
        <w:t>在安大略省，有多所专科医院提供线上或线下的HRT评估以及复诊服务，其中大部分被OHIP及IFHP所覆盖，并遵循安省医疗服务收费标准。尚若未持有有效医疗保险，每次就诊的费用约在100CAD-300CAD不等，并且根据具体情况可能要2-3次预约以及血液检查才能获得正常用量的处方。</w:t>
      </w:r>
    </w:p>
    <w:p>
      <w:pPr>
        <w:spacing w:after="100"/>
      </w:pPr>
      <w:r>
        <w:rPr>
          <w:rFonts w:ascii="Calibri" w:hAnsi="Calibri" w:cs="Calibri" w:eastAsia="宋体"/>
        </w:rPr>
        <w:t>总结: 在安大略省作为国际留学生身份HRT价格较为昂贵。需要慎重考虑。</w:t>
      </w:r>
    </w:p>
    <w:p>
      <w:pPr>
        <w:pStyle w:val="Heading3"/>
      </w:pPr>
      <w:r>
        <w:rPr>
          <w:rFonts w:ascii="Calibri" w:hAnsi="Calibri" w:cs="Calibri" w:eastAsia="微软雅黑"/>
        </w:rPr>
        <w:t>3.14.5  渥太华大学 uOttawa / University of Ottawa</w:t>
      </w:r>
    </w:p>
    <w:p>
      <w:pPr>
        <w:spacing w:after="160"/>
      </w:pPr>
      <w:r>
        <w:rPr>
          <w:rFonts w:ascii="Calibri" w:hAnsi="Calibri" w:cs="Calibri" w:eastAsia="宋体"/>
          <w:color w:val="6B7280"/>
          <w:sz w:val="16"/>
        </w:rPr>
        <w:t>原文：https://mtf.wiki/zh-cn/docs/hrt/canada/uOttawa · 最近更新：2025年12月8日</w:t>
      </w:r>
    </w:p>
    <w:p>
      <w:pPr>
        <w:pStyle w:val="Heading4"/>
      </w:pPr>
      <w:r>
        <w:rPr>
          <w:rFonts w:ascii="Calibri" w:hAnsi="Calibri" w:cs="Calibri" w:eastAsia="宋体"/>
        </w:rPr>
        <w:t>流程</w:t>
      </w:r>
    </w:p>
    <w:p>
      <w:pPr>
        <w:spacing w:after="100"/>
      </w:pPr>
      <w:r>
        <w:rPr>
          <w:rFonts w:ascii="Calibri" w:hAnsi="Calibri" w:cs="Calibri" w:eastAsia="宋体"/>
        </w:rPr>
        <w:t>可以先去</w:t>
      </w:r>
      <w:r>
        <w:rPr>
          <w:rFonts w:ascii="Calibri" w:hAnsi="Calibri" w:cs="Calibri" w:eastAsia="宋体"/>
        </w:rPr>
        <w:t>学校诊所 (Minto 2楼)</w:t>
      </w:r>
      <w:r>
        <w:rPr>
          <w:rFonts w:ascii="Calibri" w:hAnsi="Calibri" w:cs="Calibri" w:eastAsia="宋体"/>
        </w:rPr>
        <w:t>开过渡期 HRT 药物 (前提： 之前有持续服用 &amp; 带上药盒) 不需要国内医生处方</w:t>
      </w:r>
      <w:r>
        <w:rPr>
          <w:rFonts w:ascii="Calibri" w:hAnsi="Calibri" w:cs="Calibri" w:eastAsia="宋体"/>
          <w:vertAlign w:val="superscript"/>
        </w:rPr>
        <w:t>(本人经历)</w:t>
      </w:r>
      <w:r>
        <w:rPr>
          <w:rFonts w:ascii="Calibri" w:hAnsi="Calibri" w:cs="Calibri" w:eastAsia="宋体"/>
        </w:rPr>
        <w:t>。</w:t>
      </w:r>
    </w:p>
    <w:p>
      <w:pPr>
        <w:spacing w:after="100"/>
      </w:pPr>
      <w:r>
        <w:rPr>
          <w:rFonts w:ascii="Calibri" w:hAnsi="Calibri" w:cs="Calibri" w:eastAsia="宋体"/>
        </w:rPr>
        <w:t xml:space="preserve">学校医生会开一个 blood test 然后给 refer 到内分泌科医生 大概率是 </w:t>
      </w:r>
      <w:r>
        <w:rPr>
          <w:rFonts w:ascii="Calibri" w:hAnsi="Calibri" w:cs="Calibri" w:eastAsia="宋体"/>
        </w:rPr>
        <w:t>Dr. Irena Druce</w:t>
      </w:r>
      <w:r>
        <w:rPr>
          <w:rFonts w:ascii="Calibri" w:hAnsi="Calibri" w:cs="Calibri" w:eastAsia="宋体"/>
        </w:rPr>
        <w:t xml:space="preserve"> 等待时间大于半年 (~9个月)</w:t>
      </w:r>
      <w:r>
        <w:rPr>
          <w:rFonts w:ascii="Calibri" w:hAnsi="Calibri" w:cs="Calibri" w:eastAsia="宋体"/>
          <w:vertAlign w:val="superscript"/>
        </w:rPr>
        <w:t>2023-01</w:t>
      </w:r>
      <w:r>
        <w:rPr>
          <w:rFonts w:ascii="Calibri" w:hAnsi="Calibri" w:cs="Calibri" w:eastAsia="宋体"/>
        </w:rPr>
        <w:t>。</w:t>
      </w:r>
    </w:p>
    <w:p>
      <w:pPr>
        <w:spacing w:after="100"/>
      </w:pPr>
      <w:r>
        <w:rPr>
          <w:rFonts w:ascii="Calibri" w:hAnsi="Calibri" w:cs="Calibri" w:eastAsia="宋体"/>
        </w:rPr>
        <w:t>到学校先领到学生卡，需要带着学生卡到学校诊所，可以不带 UHIP 卡(其实并没有卡，可以自行打印)。</w:t>
      </w:r>
    </w:p>
    <w:p>
      <w:pPr>
        <w:spacing w:after="100"/>
      </w:pPr>
      <w:r>
        <w:rPr>
          <w:rFonts w:ascii="Calibri" w:hAnsi="Calibri" w:cs="Calibri" w:eastAsia="宋体"/>
        </w:rPr>
        <w:t>虽然 walk-in 有一定概率可以</w:t>
      </w:r>
      <w:r>
        <w:rPr>
          <w:rFonts w:ascii="Calibri" w:hAnsi="Calibri" w:cs="Calibri" w:eastAsia="宋体"/>
          <w:vertAlign w:val="superscript"/>
        </w:rPr>
        <w:t>2019-09</w:t>
      </w:r>
      <w:r>
        <w:rPr>
          <w:rFonts w:ascii="Calibri" w:hAnsi="Calibri" w:cs="Calibri" w:eastAsia="宋体"/>
        </w:rPr>
        <w:t>，但是要等很久(&gt;1h)，建议提前预约(tel: 613-562-5498)。第一次去会需要登记信息 (在 reception 完成)。</w:t>
      </w:r>
    </w:p>
    <w:p>
      <w:pPr>
        <w:spacing w:after="100"/>
      </w:pPr>
      <w:r>
        <w:rPr>
          <w:rFonts w:ascii="Calibri" w:hAnsi="Calibri" w:cs="Calibri" w:eastAsia="宋体"/>
        </w:rPr>
        <w:t xml:space="preserve">blood test 在学校有一个 </w:t>
      </w:r>
      <w:r>
        <w:rPr>
          <w:rFonts w:ascii="Calibri" w:hAnsi="Calibri" w:cs="Calibri" w:eastAsia="宋体"/>
        </w:rPr>
        <w:t>Dynacare</w:t>
      </w:r>
      <w:r>
        <w:rPr>
          <w:rFonts w:ascii="Calibri" w:hAnsi="Calibri" w:cs="Calibri" w:eastAsia="宋体"/>
        </w:rPr>
        <w:t xml:space="preserve"> 的 blood lab 可以直接去，UHIP 免费。</w:t>
      </w:r>
    </w:p>
    <w:p>
      <w:pPr>
        <w:pStyle w:val="Heading4"/>
      </w:pPr>
      <w:r>
        <w:rPr>
          <w:rFonts w:ascii="Calibri" w:hAnsi="Calibri" w:cs="Calibri" w:eastAsia="宋体"/>
        </w:rPr>
        <w:t>医生</w:t>
      </w:r>
    </w:p>
    <w:p>
      <w:pPr>
        <w:pStyle w:val="Heading5"/>
      </w:pPr>
      <w:r>
        <w:rPr>
          <w:rFonts w:ascii="Calibri" w:hAnsi="Calibri" w:cs="Calibri" w:eastAsia="宋体"/>
        </w:rPr>
        <w:t>Dr. Irena Druce</w:t>
      </w:r>
    </w:p>
    <w:p>
      <w:pPr>
        <w:spacing w:after="100"/>
      </w:pPr>
      <w:r>
        <w:rPr>
          <w:rFonts w:ascii="Calibri" w:hAnsi="Calibri" w:cs="Calibri" w:eastAsia="宋体"/>
        </w:rPr>
        <w:t>诊所地址在 4270 Innes Road (渥太华东边 Orleans)，路程比较远，有条件建议打车去。诊所在 Real Canadian Superstore 进门右拐最里面。有3个 reception，reception 会贴是负责哪些医生的，找贴有 Dr. Druce 的那个。</w:t>
      </w:r>
    </w:p>
    <w:p>
      <w:pPr>
        <w:spacing w:after="100"/>
      </w:pPr>
      <w:r>
        <w:rPr>
          <w:rFonts w:ascii="Calibri" w:hAnsi="Calibri" w:cs="Calibri" w:eastAsia="宋体"/>
        </w:rPr>
        <w:t>问诊大约 15 分钟，但是绝大多数情况不会准时开始但是会要求你</w:t>
      </w:r>
      <w:r>
        <w:rPr>
          <w:rFonts w:ascii="Calibri" w:hAnsi="Calibri" w:cs="Calibri" w:eastAsia="宋体"/>
          <w:b/>
        </w:rPr>
        <w:t>提前15分钟</w:t>
      </w:r>
      <w:r>
        <w:rPr>
          <w:rFonts w:ascii="Calibri" w:hAnsi="Calibri" w:cs="Calibri" w:eastAsia="宋体"/>
        </w:rPr>
        <w:t xml:space="preserve"> check in(</w:t>
      </w:r>
      <w:r>
        <w:rPr>
          <w:rFonts w:ascii="Calibri" w:hAnsi="Calibri" w:cs="Calibri" w:eastAsia="宋体"/>
          <w:strike/>
        </w:rPr>
        <w:t>Welcome to Canada</w:t>
      </w:r>
      <w:r>
        <w:rPr>
          <w:rFonts w:ascii="Calibri" w:hAnsi="Calibri" w:cs="Calibri" w:eastAsia="宋体"/>
        </w:rPr>
        <w:t>)。会有护士先带领测量身高体重和血压，然后等医生过来。我第一次没有多问什么东西也没有填量表，开了 blood test 和 新的处方。问了我有没有 bottom surgery 的打算(我说暂时没有)，并且如果想 ffs 可以提出让医生帮忙预约。但是医生明确了 ffs 是</w:t>
      </w:r>
      <w:r>
        <w:rPr>
          <w:rFonts w:ascii="Calibri" w:hAnsi="Calibri" w:cs="Calibri" w:eastAsia="宋体"/>
          <w:b/>
        </w:rPr>
        <w:t>自费</w:t>
      </w:r>
      <w:r>
        <w:rPr>
          <w:rFonts w:ascii="Calibri" w:hAnsi="Calibri" w:cs="Calibri" w:eastAsia="宋体"/>
        </w:rPr>
        <w:t>项目。</w:t>
      </w:r>
    </w:p>
    <w:p>
      <w:pPr>
        <w:spacing w:after="100"/>
      </w:pPr>
      <w:r>
        <w:rPr>
          <w:rFonts w:ascii="Calibri" w:hAnsi="Calibri" w:cs="Calibri" w:eastAsia="宋体"/>
        </w:rPr>
        <w:t>医生会给一张纸让你去 reception 预约下一次的面诊时间。带着那张纸再去 reception 聊好下一次的时间就可以溜了。</w:t>
      </w:r>
    </w:p>
    <w:p>
      <w:pPr>
        <w:pStyle w:val="Heading4"/>
      </w:pPr>
      <w:r>
        <w:rPr>
          <w:rFonts w:ascii="Calibri" w:hAnsi="Calibri" w:cs="Calibri" w:eastAsia="宋体"/>
        </w:rPr>
        <w:t>费用 &amp; 保险</w:t>
      </w:r>
    </w:p>
    <w:p>
      <w:pPr>
        <w:spacing w:after="100"/>
      </w:pPr>
      <w:r>
        <w:rPr>
          <w:rFonts w:ascii="Calibri" w:hAnsi="Calibri" w:cs="Calibri" w:eastAsia="宋体"/>
        </w:rPr>
        <w:t>TLDR: 看病检验免费，GreenShield 报销大部分药物费用</w:t>
      </w:r>
    </w:p>
    <w:p>
      <w:pPr>
        <w:spacing w:after="100"/>
      </w:pPr>
      <w:r>
        <w:rPr>
          <w:rFonts w:ascii="Calibri" w:hAnsi="Calibri" w:cs="Calibri" w:eastAsia="宋体"/>
        </w:rPr>
        <w:t>UHIP 包含所有医院/诊所和 blood test 的费用。</w:t>
      </w:r>
    </w:p>
    <w:p>
      <w:pPr>
        <w:spacing w:after="100"/>
      </w:pPr>
      <w:r>
        <w:rPr>
          <w:rFonts w:ascii="Calibri" w:hAnsi="Calibri" w:cs="Calibri" w:eastAsia="宋体"/>
        </w:rPr>
        <w:t xml:space="preserve">开药可以使用学校学生会额外购买的 </w:t>
      </w:r>
      <w:r>
        <w:rPr>
          <w:rFonts w:ascii="Calibri" w:hAnsi="Calibri" w:cs="Calibri" w:eastAsia="宋体"/>
        </w:rPr>
        <w:t>GreenShield</w:t>
      </w:r>
      <w:r>
        <w:rPr>
          <w:rFonts w:ascii="Calibri" w:hAnsi="Calibri" w:cs="Calibri" w:eastAsia="宋体"/>
        </w:rPr>
        <w:t xml:space="preserve"> 报销大部分(80% ~ 90%)。</w:t>
      </w:r>
    </w:p>
    <w:p>
      <w:pPr>
        <w:spacing w:after="100"/>
      </w:pPr>
      <w:r>
        <w:rPr>
          <w:rFonts w:ascii="Calibri" w:hAnsi="Calibri" w:cs="Calibri" w:eastAsia="宋体"/>
        </w:rPr>
        <w:t>在开药之前需要先收到学生会的邮件(有个 registration code)并注册 GreenShield 帐号(当然，你得先把学费交了才有)，在取药前出示 GreenShield 的保险卡，可以是 online 的直接用手机打开。</w:t>
      </w:r>
    </w:p>
    <w:p>
      <w:pPr>
        <w:pStyle w:val="Heading4"/>
      </w:pPr>
      <w:r>
        <w:rPr>
          <w:rFonts w:ascii="Calibri" w:hAnsi="Calibri" w:cs="Calibri" w:eastAsia="宋体"/>
        </w:rPr>
        <w:t>其他</w:t>
      </w:r>
    </w:p>
    <w:p>
      <w:pPr>
        <w:spacing w:after="100"/>
      </w:pPr>
      <w:r>
        <w:rPr>
          <w:rFonts w:ascii="Calibri" w:hAnsi="Calibri" w:cs="Calibri" w:eastAsia="宋体"/>
        </w:rPr>
        <w:t>开药更建议去 Shoppers Drug Mart 因为学校的 Pharmacy 和 Rexall 的药瓶子很难打开。</w:t>
      </w:r>
    </w:p>
    <w:p>
      <w:pPr>
        <w:spacing w:after="100"/>
      </w:pPr>
      <w:r>
        <w:rPr>
          <w:rFonts w:ascii="Calibri" w:hAnsi="Calibri" w:cs="Calibri" w:eastAsia="宋体"/>
        </w:rPr>
        <w:t>面诊前诊所会打一个电话提醒你时间，iPhone上手机号下面会显示 FFHC，不是诈骗，注意接听。</w:t>
      </w:r>
    </w:p>
    <w:p>
      <w:pPr>
        <w:pStyle w:val="Heading3"/>
      </w:pPr>
      <w:r>
        <w:rPr>
          <w:rFonts w:ascii="Calibri" w:hAnsi="Calibri" w:cs="Calibri" w:eastAsia="微软雅黑"/>
        </w:rPr>
        <w:t>3.14.6  滑铁卢大学 uWaterloo / University of Waterloo</w:t>
      </w:r>
    </w:p>
    <w:p>
      <w:pPr>
        <w:spacing w:after="160"/>
      </w:pPr>
      <w:r>
        <w:rPr>
          <w:rFonts w:ascii="Calibri" w:hAnsi="Calibri" w:cs="Calibri" w:eastAsia="宋体"/>
          <w:color w:val="6B7280"/>
          <w:sz w:val="16"/>
        </w:rPr>
        <w:t>原文：https://mtf.wiki/zh-cn/docs/hrt/canada/UWaterloo · 最近更新：2026年8月5日</w:t>
      </w:r>
    </w:p>
    <w:p>
      <w:pPr>
        <w:spacing w:after="100"/>
      </w:pPr>
      <w:r>
        <w:rPr>
          <w:rFonts w:ascii="Calibri" w:hAnsi="Calibri" w:cs="Calibri" w:eastAsia="宋体"/>
          <w:b/>
        </w:rPr>
        <w:t>UWaterloo Glow Centre For Sexual and Gender Diversity</w:t>
      </w:r>
    </w:p>
    <w:p>
      <w:pPr>
        <w:pStyle w:val="Heading4"/>
      </w:pPr>
      <w:r>
        <w:rPr>
          <w:rFonts w:ascii="Calibri" w:hAnsi="Calibri" w:cs="Calibri" w:eastAsia="宋体"/>
        </w:rPr>
        <w:t>流程</w:t>
      </w:r>
    </w:p>
    <w:p>
      <w:pPr>
        <w:spacing w:after="100"/>
      </w:pPr>
      <w:r>
        <w:rPr>
          <w:rFonts w:ascii="Calibri" w:hAnsi="Calibri" w:cs="Calibri" w:eastAsia="宋体"/>
        </w:rPr>
        <w:t>到学校先领学生卡，去health service需要用。UHIP在入学一段时间以后会收到一封邮件提示你激活（应该是用cowan这个平台），可以在网站上找到电子版，在去 health service sign in的时候需要出示。</w:t>
      </w:r>
    </w:p>
    <w:p>
      <w:pPr>
        <w:spacing w:after="100"/>
      </w:pPr>
      <w:r>
        <w:rPr>
          <w:rFonts w:ascii="Calibri" w:hAnsi="Calibri" w:cs="Calibri" w:eastAsia="宋体"/>
        </w:rPr>
        <w:t>先打学校的</w:t>
      </w:r>
      <w:r>
        <w:rPr>
          <w:rFonts w:ascii="Calibri" w:hAnsi="Calibri" w:cs="Calibri" w:eastAsia="宋体"/>
        </w:rPr>
        <w:t>health service</w:t>
      </w:r>
      <w:r>
        <w:rPr>
          <w:rFonts w:ascii="Calibri" w:hAnsi="Calibri" w:cs="Calibri" w:eastAsia="宋体"/>
        </w:rPr>
        <w:t>电话(519-888-4096)进行预约(直接说预约gender affirming care即可)，无需国内处方。</w:t>
      </w:r>
    </w:p>
    <w:p>
      <w:pPr>
        <w:spacing w:after="100"/>
      </w:pPr>
      <w:r>
        <w:rPr>
          <w:rFonts w:ascii="Calibri" w:hAnsi="Calibri" w:cs="Calibri" w:eastAsia="宋体"/>
        </w:rPr>
        <w:t>我们学校的hrt是informed consent，并不需要有性别焦虑的诊断。第一次面诊会问一些比较general的问题，并且向你解释hrt的时间线和一些可能的副作用。在结束之后会给你refer一个验血。参考下面验血的章节。</w:t>
      </w:r>
    </w:p>
    <w:p>
      <w:pPr>
        <w:spacing w:after="100"/>
      </w:pPr>
      <w:r>
        <w:rPr>
          <w:rFonts w:ascii="Calibri" w:hAnsi="Calibri" w:cs="Calibri" w:eastAsia="宋体"/>
        </w:rPr>
        <w:t>第二次根据验血的结果可以马上开出抗雄。倘若你想要在hrt之前储存精子，那么你需要在第一次或者第二次appointment的时候和医生说明，然后自己寻找一家fertility clinic或者请求医生帮助referring。这个环节取决于你所去的fertility clinic，可能长达半年。其精子储存费用不会被UHIP或者OHIP覆盖。</w:t>
      </w:r>
    </w:p>
    <w:p>
      <w:pPr>
        <w:spacing w:after="100"/>
      </w:pPr>
      <w:r>
        <w:rPr>
          <w:rFonts w:ascii="Calibri" w:hAnsi="Calibri" w:cs="Calibri" w:eastAsia="宋体"/>
        </w:rPr>
        <w:t>第三次取决于你的雄激素的水平可以开到雌二醇（倘若你的雄激素依旧过高那么医生可能不会给你开雌二醇），默认一开始是1mg，但我跟Tabitha说我之前在国内DIY吃2mg之后是2mg开始，之后就是每个月的预约了，每次预约会review在预约之前验血的结果，并对药物剂量做出调整。</w:t>
      </w:r>
    </w:p>
    <w:p>
      <w:pPr>
        <w:spacing w:after="100"/>
      </w:pPr>
      <w:r>
        <w:rPr>
          <w:rFonts w:ascii="Calibri" w:hAnsi="Calibri" w:cs="Calibri" w:eastAsia="宋体"/>
        </w:rPr>
        <w:t>在一开始和每次你调整你的药物剂量时医生会让你下一个月再一次验血，并且再来复查一次。这个复查的appointment你必须主动打电话给health service去预约。请尽快预约（理想情况下你进行完当次的appointment之后就可以在当天或者第二天去预约），因为学校gender affirming的医生较少，导致她们排班很紧。每次打电话去，有可能最快的appointment都是在半个月或者一个月之后。</w:t>
      </w:r>
    </w:p>
    <w:p>
      <w:pPr>
        <w:spacing w:after="100"/>
      </w:pPr>
      <w:r>
        <w:rPr>
          <w:rFonts w:ascii="Calibri" w:hAnsi="Calibri" w:cs="Calibri" w:eastAsia="宋体"/>
        </w:rPr>
        <w:t>在你的药物剂量稳定下来之后，医生会建议每三个月进行一次验血和复查。这种情况下你应该在药物吃完前一到两个月预约（health service不接受过早的提前预约，比如说提前三到四个月）。</w:t>
      </w:r>
    </w:p>
    <w:p>
      <w:pPr>
        <w:pStyle w:val="Heading4"/>
      </w:pPr>
      <w:r>
        <w:rPr>
          <w:rFonts w:ascii="Calibri" w:hAnsi="Calibri" w:cs="Calibri" w:eastAsia="宋体"/>
        </w:rPr>
        <w:t>医生</w:t>
      </w:r>
    </w:p>
    <w:p>
      <w:pPr>
        <w:spacing w:after="100"/>
      </w:pPr>
      <w:r>
        <w:rPr>
          <w:rFonts w:ascii="Calibri" w:hAnsi="Calibri" w:cs="Calibri" w:eastAsia="宋体"/>
        </w:rPr>
        <w:t>学校目前有三个gender affirming的医生。抗雄都会默认开螺内酯，但是都可以在要求下开色谱龙。不过比卡鲁胺和GNRH都无法开出来。</w:t>
      </w:r>
    </w:p>
    <w:p>
      <w:pPr>
        <w:spacing w:after="100"/>
      </w:pPr>
      <w:r>
        <w:rPr>
          <w:rFonts w:ascii="Calibri" w:hAnsi="Calibri" w:cs="Calibri" w:eastAsia="宋体"/>
        </w:rPr>
        <w:t>这些医生在诊疗流程上可能有所不同，当你第一次预约的是其中一个医生的话，建议总是去与这个医生复诊以保持连续性。</w:t>
      </w:r>
    </w:p>
    <w:p>
      <w:pPr>
        <w:pStyle w:val="Heading5"/>
      </w:pPr>
      <w:r>
        <w:rPr>
          <w:rFonts w:ascii="Calibri" w:hAnsi="Calibri" w:cs="Calibri" w:eastAsia="宋体"/>
        </w:rPr>
        <w:t>Tabitha Zindel</w:t>
      </w:r>
    </w:p>
    <w:p>
      <w:pPr>
        <w:spacing w:after="100"/>
      </w:pPr>
      <w:r>
        <w:rPr>
          <w:rFonts w:ascii="Calibri" w:hAnsi="Calibri" w:cs="Calibri" w:eastAsia="宋体"/>
        </w:rPr>
        <w:t>是我在看的医生，人很不错，在每次结束之后会帮你预约验血。第一次预约会长一点（~30min），之后差不多一次10-15min。</w:t>
      </w:r>
    </w:p>
    <w:p>
      <w:pPr>
        <w:spacing w:after="100"/>
      </w:pPr>
      <w:r>
        <w:rPr>
          <w:rFonts w:ascii="Calibri" w:hAnsi="Calibri" w:cs="Calibri" w:eastAsia="宋体"/>
        </w:rPr>
        <w:t>我在她这里开到的色谱龙是12.5mg每天。</w:t>
      </w:r>
    </w:p>
    <w:p>
      <w:pPr>
        <w:pStyle w:val="Heading5"/>
      </w:pPr>
      <w:r>
        <w:rPr>
          <w:rFonts w:ascii="Calibri" w:hAnsi="Calibri" w:cs="Calibri" w:eastAsia="宋体"/>
        </w:rPr>
        <w:t>Dr. Lynda Benedet</w:t>
      </w:r>
    </w:p>
    <w:p>
      <w:pPr>
        <w:spacing w:after="100"/>
      </w:pPr>
      <w:r>
        <w:rPr>
          <w:rFonts w:ascii="Calibri" w:hAnsi="Calibri" w:cs="Calibri" w:eastAsia="宋体"/>
        </w:rPr>
        <w:t>这个医生年龄比较大，个人体验还行。但是在学校的跨性别群体中容易听到一些关于她比较不走心的抱怨。具体来说，她在每次appointment之后也会帮你预约验血，并且给你补充药物refill，但是她可能会忘事。</w:t>
      </w:r>
    </w:p>
    <w:p>
      <w:pPr>
        <w:spacing w:after="100"/>
      </w:pPr>
      <w:r>
        <w:rPr>
          <w:rFonts w:ascii="Calibri" w:hAnsi="Calibri" w:cs="Calibri" w:eastAsia="宋体"/>
        </w:rPr>
        <w:t>所以推荐你在每次和她的appointment之后在前台确认你有一个新的验血requisition。同时在当天或者一天后与药房确认你有新的prescription。倘若你的prescription没有得到refill，那么你可以打电话给health service或者到health service去和前台确认。她们会给Benedet留一张字条。</w:t>
      </w:r>
    </w:p>
    <w:p>
      <w:pPr>
        <w:spacing w:after="100"/>
      </w:pPr>
      <w:r>
        <w:rPr>
          <w:rFonts w:ascii="Calibri" w:hAnsi="Calibri" w:cs="Calibri" w:eastAsia="宋体"/>
        </w:rPr>
        <w:t>在第二次appointment倘若你要求开色谱龙，个人得到的剂量是50mg每日。这个剂量是偏高的，所以倘若你想要调整剂量，请在appointment当场确认她所开出的色谱龙剂量。</w:t>
      </w:r>
    </w:p>
    <w:p>
      <w:pPr>
        <w:pStyle w:val="Heading5"/>
      </w:pPr>
      <w:r>
        <w:rPr>
          <w:rFonts w:ascii="Calibri" w:hAnsi="Calibri" w:cs="Calibri" w:eastAsia="宋体"/>
        </w:rPr>
        <w:t>Dr. Joanna Wielgosz</w:t>
      </w:r>
    </w:p>
    <w:p>
      <w:pPr>
        <w:spacing w:after="100"/>
      </w:pPr>
      <w:r>
        <w:rPr>
          <w:rFonts w:ascii="Calibri" w:hAnsi="Calibri" w:cs="Calibri" w:eastAsia="宋体"/>
        </w:rPr>
        <w:t>目前反馈良好。第一次开药剂量为每日2mg雌二醇舌下含服 + 12.5mg色谱龙。流程相对简化，第一次见医生后即可进行抽血，第二次复诊就能拿到处方。</w:t>
      </w:r>
    </w:p>
    <w:p>
      <w:pPr>
        <w:pStyle w:val="Heading4"/>
      </w:pPr>
      <w:r>
        <w:rPr>
          <w:rFonts w:ascii="Calibri" w:hAnsi="Calibri" w:cs="Calibri" w:eastAsia="宋体"/>
        </w:rPr>
        <w:t>药物</w:t>
      </w:r>
    </w:p>
    <w:p>
      <w:pPr>
        <w:spacing w:after="100"/>
      </w:pPr>
      <w:r>
        <w:rPr>
          <w:rFonts w:ascii="Calibri" w:hAnsi="Calibri" w:cs="Calibri" w:eastAsia="宋体"/>
        </w:rPr>
        <w:t>抗雄：螺内酯，色谱龙。</w:t>
      </w:r>
    </w:p>
    <w:p>
      <w:pPr>
        <w:spacing w:after="100"/>
      </w:pPr>
      <w:r>
        <w:rPr>
          <w:rFonts w:ascii="Calibri" w:hAnsi="Calibri" w:cs="Calibri" w:eastAsia="宋体"/>
        </w:rPr>
        <w:t>雌二醇：默认口服，但是你可以和医生要求来开凝胶（正常医保不报销，你需要填写一些额外的表格）或者注射（正常医保报销）。</w:t>
      </w:r>
    </w:p>
    <w:p>
      <w:pPr>
        <w:spacing w:after="100"/>
      </w:pPr>
      <w:r>
        <w:rPr>
          <w:rFonts w:ascii="Calibri" w:hAnsi="Calibri" w:cs="Calibri" w:eastAsia="宋体"/>
        </w:rPr>
        <w:t>在第二次appointment之后医生会询问你想要把prescription送到哪个药房。常见选项是SLC pharmacy 或者 Campus Pharmasave pharmacy。前者就在health service附近，准确说是SLC建筑的地下室楼层。后者在学校附近的plaza那里。这两者没有显著区别，但是已知SLC pharmacy可以直接给你开注射的estradiol valerate，而我不知道Campus Pharmasave pharmacy的情况。</w:t>
      </w:r>
    </w:p>
    <w:p>
      <w:pPr>
        <w:spacing w:after="100"/>
      </w:pPr>
      <w:r>
        <w:rPr>
          <w:rFonts w:ascii="Calibri" w:hAnsi="Calibri" w:cs="Calibri" w:eastAsia="宋体"/>
        </w:rPr>
        <w:t>SLC和Campus pharmacy都接受UHIP/OHIP报销。倘若你的prescription已经fax到药房，那么你只需要去那里说出你的名字和student number就可以取药，当场付钱。</w:t>
      </w:r>
    </w:p>
    <w:p>
      <w:pPr>
        <w:spacing w:after="100"/>
      </w:pPr>
      <w:r>
        <w:rPr>
          <w:rFonts w:ascii="Calibri" w:hAnsi="Calibri" w:cs="Calibri" w:eastAsia="宋体"/>
        </w:rPr>
        <w:t>UHIP的两个sample是第一次18.13CAD（包含色谱龙），第二次14.78CAD（不包含色谱龙，但是雌二醇开了两个月的量）。</w:t>
      </w:r>
    </w:p>
    <w:p>
      <w:pPr>
        <w:spacing w:after="100"/>
      </w:pPr>
      <w:r>
        <w:rPr>
          <w:rFonts w:ascii="Calibri" w:hAnsi="Calibri" w:cs="Calibri" w:eastAsia="宋体"/>
        </w:rPr>
        <w:t>Tabitha 之前没有开过prog（孕激素），但她可以开。</w:t>
      </w:r>
    </w:p>
    <w:p>
      <w:pPr>
        <w:pStyle w:val="Heading4"/>
      </w:pPr>
      <w:r>
        <w:rPr>
          <w:rFonts w:ascii="Calibri" w:hAnsi="Calibri" w:cs="Calibri" w:eastAsia="宋体"/>
        </w:rPr>
        <w:t>验血</w:t>
      </w:r>
    </w:p>
    <w:p>
      <w:pPr>
        <w:spacing w:after="100"/>
      </w:pPr>
      <w:r>
        <w:rPr>
          <w:rFonts w:ascii="Calibri" w:hAnsi="Calibri" w:cs="Calibri" w:eastAsia="宋体"/>
        </w:rPr>
        <w:t>学校 health service 的验血在工作日都开放。一般来说验血在学校的lab做即可，部分医生会帮你预约。推荐在appointment前1-1.5周去做。常规情况下lab开放时间可查看学校</w:t>
      </w:r>
      <w:r>
        <w:rPr>
          <w:rFonts w:ascii="Calibri" w:hAnsi="Calibri" w:cs="Calibri" w:eastAsia="宋体"/>
        </w:rPr>
        <w:t>health service网站</w:t>
      </w:r>
      <w:r>
        <w:rPr>
          <w:rFonts w:ascii="Calibri" w:hAnsi="Calibri" w:cs="Calibri" w:eastAsia="宋体"/>
        </w:rPr>
        <w:t>。</w:t>
      </w:r>
    </w:p>
    <w:p>
      <w:pPr>
        <w:spacing w:after="100"/>
      </w:pPr>
      <w:r>
        <w:rPr>
          <w:rFonts w:ascii="Calibri" w:hAnsi="Calibri" w:cs="Calibri" w:eastAsia="宋体"/>
        </w:rPr>
        <w:t>根据最新反馈，第一次见医生后就可以进行抽血，第二次复诊即可拿到处方，流程相比之前有所简化。</w:t>
      </w:r>
    </w:p>
    <w:p>
      <w:pPr>
        <w:spacing w:after="100"/>
      </w:pPr>
      <w:r>
        <w:rPr>
          <w:rFonts w:ascii="Calibri" w:hAnsi="Calibri" w:cs="Calibri" w:eastAsia="宋体"/>
        </w:rPr>
        <w:t>第一次验血需要空腹，之后就不需要了。倘若学校的lab不开门（节假日或者突发情况），那么可以去65 university ave的lifelab去做（或者其他任意lifelab）。具体流程为先去学校health service的前台请求打印你的"requisition for bloodwork"，然后前往65 university ave。记得携带你的身份证明和UHIP电子卡。</w:t>
      </w:r>
    </w:p>
    <w:p>
      <w:pPr>
        <w:spacing w:after="100"/>
      </w:pPr>
      <w:r>
        <w:rPr>
          <w:rFonts w:ascii="Calibri" w:hAnsi="Calibri" w:cs="Calibri" w:eastAsia="宋体"/>
        </w:rPr>
        <w:t>倘若你拥有OHIP的话，请在抽取血液之后向lab technician请求一个reference number。拥有reference number之后你可以去lifelab网站上线上查看验血结果。倘若你没有OHIP那么验血结果目前只能通过联系你的医生获得。</w:t>
      </w:r>
    </w:p>
    <w:p>
      <w:pPr>
        <w:pStyle w:val="Heading4"/>
      </w:pPr>
      <w:r>
        <w:rPr>
          <w:rFonts w:ascii="Calibri" w:hAnsi="Calibri" w:cs="Calibri" w:eastAsia="宋体"/>
        </w:rPr>
        <w:t>手术相关</w:t>
      </w:r>
    </w:p>
    <w:p>
      <w:pPr>
        <w:spacing w:after="100"/>
      </w:pPr>
      <w:r>
        <w:rPr>
          <w:rFonts w:ascii="Calibri" w:hAnsi="Calibri" w:cs="Calibri" w:eastAsia="宋体"/>
        </w:rPr>
        <w:t>倘若你有意向在加拿大进行相关手术，你应该和你的医生讨论这个问题。个人理解是你需要先进行hrt一年才能被你的医生refer到医院去进行手术，并且还需要一些reference letter。</w:t>
      </w:r>
      <w:r>
        <w:rPr>
          <w:rFonts w:ascii="Calibri" w:hAnsi="Calibri" w:cs="Calibri" w:eastAsia="宋体"/>
        </w:rPr>
        <w:t>新的学生医保</w:t>
      </w:r>
      <w:r>
        <w:rPr>
          <w:rFonts w:ascii="Calibri" w:hAnsi="Calibri" w:cs="Calibri" w:eastAsia="宋体"/>
        </w:rPr>
        <w:t>覆盖激光脱毛，隆乳手术，颌面整形，生殖器相关手术等。</w:t>
      </w:r>
    </w:p>
    <w:p>
      <w:pPr>
        <w:pStyle w:val="Heading3"/>
      </w:pPr>
      <w:r>
        <w:rPr>
          <w:rFonts w:ascii="Calibri" w:hAnsi="Calibri" w:cs="Calibri" w:eastAsia="微软雅黑"/>
        </w:rPr>
        <w:t>3.14.7  阿尔伯塔大学 / University of Alberta</w:t>
      </w:r>
    </w:p>
    <w:p>
      <w:pPr>
        <w:spacing w:after="160"/>
      </w:pPr>
      <w:r>
        <w:rPr>
          <w:rFonts w:ascii="Calibri" w:hAnsi="Calibri" w:cs="Calibri" w:eastAsia="宋体"/>
          <w:color w:val="6B7280"/>
          <w:sz w:val="16"/>
        </w:rPr>
        <w:t>原文：https://mtf.wiki/zh-cn/docs/hrt/canada/uAlberta · 最近更新：2026年5月25日</w:t>
      </w:r>
    </w:p>
    <w:p>
      <w:pPr>
        <w:pStyle w:val="Heading4"/>
      </w:pPr>
      <w:r>
        <w:rPr>
          <w:rFonts w:ascii="Calibri" w:hAnsi="Calibri" w:cs="Calibri" w:eastAsia="宋体"/>
        </w:rPr>
        <w:t>流程</w:t>
      </w:r>
    </w:p>
    <w:p>
      <w:pPr>
        <w:pStyle w:val="Heading5"/>
      </w:pPr>
      <w:r>
        <w:rPr>
          <w:rFonts w:ascii="Calibri" w:hAnsi="Calibri" w:cs="Calibri" w:eastAsia="宋体"/>
        </w:rPr>
        <w:t>如果之前在其他地区已经开始了 HRT</w:t>
      </w:r>
    </w:p>
    <w:p>
      <w:pPr>
        <w:spacing w:after="100"/>
      </w:pPr>
      <w:r>
        <w:rPr>
          <w:rFonts w:ascii="Calibri" w:hAnsi="Calibri" w:cs="Calibri" w:eastAsia="宋体"/>
        </w:rPr>
        <w:t xml:space="preserve">可以前往 UHC 任意一个医生开 bridging prescription (过渡处方), 并且要求医生 referral 到 </w:t>
      </w:r>
      <w:r>
        <w:rPr>
          <w:rFonts w:ascii="Calibri" w:hAnsi="Calibri" w:cs="Calibri" w:eastAsia="宋体"/>
          <w:b/>
        </w:rPr>
        <w:t>Dr.</w:t>
      </w:r>
      <w:r>
        <w:rPr>
          <w:rFonts w:ascii="Calibri" w:hAnsi="Calibri" w:cs="Calibri" w:eastAsia="宋体"/>
        </w:rPr>
        <w:t xml:space="preserve"> Genevieve </w:t>
      </w:r>
      <w:r>
        <w:rPr>
          <w:rFonts w:ascii="Calibri" w:hAnsi="Calibri" w:cs="Calibri" w:eastAsia="宋体"/>
          <w:b/>
        </w:rPr>
        <w:t>Mortera</w:t>
      </w:r>
      <w:r>
        <w:rPr>
          <w:rFonts w:ascii="Calibri" w:hAnsi="Calibri" w:cs="Calibri" w:eastAsia="宋体"/>
        </w:rPr>
        <w:t>, 通过 referral 的预约可能会比直接打电话预约更快.</w:t>
      </w:r>
    </w:p>
    <w:p>
      <w:pPr>
        <w:shd w:val="clear" w:color="auto" w:fill="F7F8FA"/>
        <w:pBdr>
          <w:left w:val="single" w:sz="18" w:space="6" w:color="C9CDD4"/>
        </w:pBdr>
        <w:spacing w:after="40"/>
      </w:pPr>
      <w:r>
        <w:rPr>
          <w:rFonts w:ascii="Calibri" w:hAnsi="Calibri" w:cs="Calibri" w:eastAsia="宋体"/>
        </w:rPr>
        <w:t xml:space="preserve">如果之前没有在 UHC 的就诊记录, 第一次 visit 一般是被分配到当天有 available slot 的医生. 非常不建议看 Dr. Smith, 此建议同样适用于 mental health visit. 对于他的部分评价请参考: </w:t>
      </w:r>
      <w:r>
        <w:rPr>
          <w:rFonts w:ascii="Calibri" w:hAnsi="Calibri" w:cs="Calibri" w:eastAsia="宋体"/>
        </w:rPr>
        <w:t>Reddit 讨论贴 1</w:t>
      </w:r>
      <w:r>
        <w:rPr>
          <w:rFonts w:ascii="Calibri" w:hAnsi="Calibri" w:cs="Calibri" w:eastAsia="宋体"/>
        </w:rPr>
        <w:t xml:space="preserve">; </w:t>
      </w:r>
      <w:r>
        <w:rPr>
          <w:rFonts w:ascii="Calibri" w:hAnsi="Calibri" w:cs="Calibri" w:eastAsia="宋体"/>
        </w:rPr>
        <w:t>Reddit 讨论贴 2</w:t>
      </w:r>
      <w:r>
        <w:rPr>
          <w:rFonts w:ascii="Calibri" w:hAnsi="Calibri" w:cs="Calibri" w:eastAsia="宋体"/>
        </w:rPr>
        <w:t>;</w:t>
      </w:r>
    </w:p>
    <w:p>
      <w:pPr>
        <w:spacing w:after="100"/>
      </w:pPr>
      <w:r>
        <w:rPr>
          <w:rFonts w:ascii="Calibri" w:hAnsi="Calibri" w:cs="Calibri" w:eastAsia="宋体"/>
        </w:rPr>
        <w:t>Dr. Mortera 是目前 UHC 唯一一个专职负责 Gender Affirming Care 的 family physician.</w:t>
      </w:r>
    </w:p>
    <w:p>
      <w:pPr>
        <w:shd w:val="clear" w:color="auto" w:fill="F7F8FA"/>
        <w:pBdr>
          <w:left w:val="single" w:sz="18" w:space="6" w:color="C9CDD4"/>
        </w:pBdr>
        <w:spacing w:after="40"/>
      </w:pPr>
      <w:r>
        <w:rPr>
          <w:rFonts w:ascii="Calibri" w:hAnsi="Calibri" w:cs="Calibri" w:eastAsia="宋体"/>
          <w:b/>
        </w:rPr>
        <w:t>Dr.</w:t>
      </w:r>
      <w:r>
        <w:rPr>
          <w:rFonts w:ascii="Calibri" w:hAnsi="Calibri" w:cs="Calibri" w:eastAsia="宋体"/>
        </w:rPr>
        <w:t xml:space="preserve"> Genevieve </w:t>
      </w:r>
      <w:r>
        <w:rPr>
          <w:rFonts w:ascii="Calibri" w:hAnsi="Calibri" w:cs="Calibri" w:eastAsia="宋体"/>
          <w:b/>
        </w:rPr>
        <w:t>Mortera</w:t>
      </w:r>
      <w:r>
        <w:rPr>
          <w:rFonts w:ascii="Calibri" w:hAnsi="Calibri" w:cs="Calibri" w:eastAsia="宋体"/>
        </w:rPr>
        <w:t xml:space="preserve"> 非常包容和友好, 会说英语法语和菲律宾语, 如果有不懂的名词她也会耐心解释.</w:t>
      </w:r>
    </w:p>
    <w:p>
      <w:pPr>
        <w:pStyle w:val="Heading6"/>
      </w:pPr>
      <w:r>
        <w:rPr>
          <w:rFonts w:ascii="Calibri" w:hAnsi="Calibri" w:cs="Calibri" w:eastAsia="宋体"/>
        </w:rPr>
        <w:t>预期</w:t>
      </w:r>
    </w:p>
    <w:p>
      <w:pPr>
        <w:spacing w:after="100"/>
      </w:pPr>
      <w:r>
        <w:rPr>
          <w:rFonts w:ascii="Calibri" w:hAnsi="Calibri" w:cs="Calibri" w:eastAsia="宋体"/>
        </w:rPr>
        <w:t>可以预期在第一次 visit 会收到一份 1-3 个月的 bridging prescription.</w:t>
      </w:r>
    </w:p>
    <w:p>
      <w:pPr>
        <w:spacing w:after="100"/>
      </w:pPr>
      <w:r>
        <w:rPr>
          <w:rFonts w:ascii="Calibri" w:hAnsi="Calibri" w:cs="Calibri" w:eastAsia="宋体"/>
        </w:rPr>
        <w:t>如果没有之前的英文处方, 可以带药盒的照片, 告诉医生之前吃的药物名称和剂量就可以.</w:t>
      </w:r>
    </w:p>
    <w:p>
      <w:pPr>
        <w:spacing w:after="100"/>
      </w:pPr>
      <w:r>
        <w:rPr>
          <w:rFonts w:ascii="Calibri" w:hAnsi="Calibri" w:cs="Calibri" w:eastAsia="宋体"/>
        </w:rPr>
        <w:t xml:space="preserve">医生可能会给你开 lab test requisition, 离 UA 校园最近的 lab 是 </w:t>
      </w:r>
      <w:r>
        <w:rPr>
          <w:rFonts w:ascii="Calibri" w:hAnsi="Calibri" w:cs="Calibri" w:eastAsia="宋体"/>
        </w:rPr>
        <w:t>Kaye Edmonton Clinic (11400 University Ave, Edmonton, AB T6G 1Z1)</w:t>
      </w:r>
      <w:r>
        <w:rPr>
          <w:rFonts w:ascii="Calibri" w:hAnsi="Calibri" w:cs="Calibri" w:eastAsia="宋体"/>
        </w:rPr>
        <w:t>, 下午去做 blood test 通常可以在半小时内完成, 省级医保 AHCIP 会全额报销 lab test.</w:t>
      </w:r>
    </w:p>
    <w:p>
      <w:pPr>
        <w:spacing w:after="100"/>
      </w:pPr>
      <w:r>
        <w:rPr>
          <w:rFonts w:ascii="Calibri" w:hAnsi="Calibri" w:cs="Calibri" w:eastAsia="宋体"/>
        </w:rPr>
        <w:t>Dr. Mortera 的最近一个 available time slot 通常在一个星期之内.</w:t>
      </w:r>
    </w:p>
    <w:p>
      <w:pPr>
        <w:spacing w:after="100"/>
      </w:pPr>
      <w:r>
        <w:rPr>
          <w:rFonts w:ascii="Calibri" w:hAnsi="Calibri" w:cs="Calibri" w:eastAsia="宋体"/>
        </w:rPr>
        <w:t>她可能会在问诊的时候和你讨论目前的用药剂量, 考虑是否需要切换到 patch / injection; 如果你之前没有在加拿大进行过 assessment, 她可能会需要在第二次 visit 和你讨论性别经历 (gender journey) 和 HRT 预期.</w:t>
      </w:r>
    </w:p>
    <w:p>
      <w:pPr>
        <w:pStyle w:val="Heading5"/>
      </w:pPr>
      <w:r>
        <w:rPr>
          <w:rFonts w:ascii="Calibri" w:hAnsi="Calibri" w:cs="Calibri" w:eastAsia="宋体"/>
        </w:rPr>
        <w:t>如果你还没有开始 HRT</w:t>
      </w:r>
    </w:p>
    <w:p>
      <w:pPr>
        <w:spacing w:after="100"/>
      </w:pPr>
      <w:r>
        <w:rPr>
          <w:rFonts w:ascii="Calibri" w:hAnsi="Calibri" w:cs="Calibri" w:eastAsia="宋体"/>
        </w:rPr>
        <w:t>大学的 UHC (University Health Centre) 对 HRT 采用 Informed Consent 模式, 理论上需要至少四次 visit 才可以启动 HRT, 但对间隔并没有限制, 也就是说你最快可以在一个星期内走完流程.</w:t>
      </w:r>
    </w:p>
    <w:p>
      <w:pPr>
        <w:spacing w:after="100"/>
      </w:pPr>
      <w:r>
        <w:rPr>
          <w:rFonts w:ascii="Calibri" w:hAnsi="Calibri" w:cs="Calibri" w:eastAsia="宋体"/>
        </w:rPr>
        <w:t xml:space="preserve">开启 HRT 需要打电话给 UHC </w:t>
      </w:r>
      <w:r>
        <w:rPr>
          <w:rFonts w:ascii="Calibri" w:hAnsi="Calibri" w:cs="Calibri" w:eastAsia="宋体"/>
        </w:rPr>
        <w:t>780-492-2612</w:t>
      </w:r>
      <w:r>
        <w:rPr>
          <w:rFonts w:ascii="Calibri" w:hAnsi="Calibri" w:cs="Calibri" w:eastAsia="宋体"/>
        </w:rPr>
        <w:t xml:space="preserve">, 或者前往 SUB (Students' Union Building) 二楼 UHC 前台, 预约 </w:t>
      </w:r>
      <w:r>
        <w:rPr>
          <w:rFonts w:ascii="Calibri" w:hAnsi="Calibri" w:cs="Calibri" w:eastAsia="宋体"/>
          <w:b/>
        </w:rPr>
        <w:t>Dr.</w:t>
      </w:r>
      <w:r>
        <w:rPr>
          <w:rFonts w:ascii="Calibri" w:hAnsi="Calibri" w:cs="Calibri" w:eastAsia="宋体"/>
        </w:rPr>
        <w:t xml:space="preserve"> Genevieve </w:t>
      </w:r>
      <w:r>
        <w:rPr>
          <w:rFonts w:ascii="Calibri" w:hAnsi="Calibri" w:cs="Calibri" w:eastAsia="宋体"/>
          <w:b/>
        </w:rPr>
        <w:t>Mortera</w:t>
      </w:r>
      <w:r>
        <w:rPr>
          <w:rFonts w:ascii="Calibri" w:hAnsi="Calibri" w:cs="Calibri" w:eastAsia="宋体"/>
        </w:rPr>
        <w:t xml:space="preserve">; UHC 预约需要提供 ONEcard (学生卡) 和 Alberta Health Card / UAHIP 卡 </w:t>
      </w:r>
      <w:r>
        <w:rPr>
          <w:rFonts w:ascii="Calibri" w:hAnsi="Calibri" w:cs="Calibri" w:eastAsia="宋体"/>
          <w:vertAlign w:val="superscript"/>
        </w:rPr>
        <w:t>可以用手机里的照片; 参考下文「保险信息」部分</w:t>
      </w:r>
      <w:r>
        <w:rPr>
          <w:rFonts w:ascii="Calibri" w:hAnsi="Calibri" w:cs="Calibri" w:eastAsia="宋体"/>
        </w:rPr>
        <w:t>.</w:t>
      </w:r>
    </w:p>
    <w:p>
      <w:pPr>
        <w:spacing w:before="80" w:after="40"/>
        <w:ind w:left="170"/>
      </w:pPr>
      <w:r>
        <w:rPr>
          <w:rFonts w:ascii="Calibri" w:hAnsi="Calibri" w:cs="Calibri" w:eastAsia="微软雅黑"/>
          <w:b/>
        </w:rPr>
        <w:t>点击展开关于四次 visit 的简介</w:t>
      </w:r>
    </w:p>
    <w:p>
      <w:pPr>
        <w:spacing w:before="20" w:after="40"/>
        <w:ind w:left="425" w:hanging="312"/>
      </w:pPr>
      <w:r>
        <w:rPr>
          <w:rFonts w:ascii="Calibri" w:hAnsi="Calibri" w:cs="Calibri" w:eastAsia="宋体"/>
        </w:rPr>
        <w:t xml:space="preserve">• </w:t>
      </w:r>
      <w:r>
        <w:rPr>
          <w:rFonts w:ascii="Calibri" w:hAnsi="Calibri" w:cs="Calibri" w:eastAsia="宋体"/>
        </w:rPr>
        <w:t>Initial Visit</w:t>
      </w:r>
      <w:r>
        <w:br/>
      </w:r>
    </w:p>
    <w:p>
      <w:pPr>
        <w:spacing w:before="20" w:after="40"/>
        <w:ind w:left="822" w:hanging="312"/>
      </w:pPr>
      <w:r>
        <w:rPr>
          <w:rFonts w:ascii="Calibri" w:hAnsi="Calibri" w:cs="Calibri" w:eastAsia="宋体"/>
        </w:rPr>
        <w:t xml:space="preserve">◦ </w:t>
      </w:r>
      <w:r>
        <w:rPr>
          <w:rFonts w:ascii="Calibri" w:hAnsi="Calibri" w:cs="Calibri" w:eastAsia="宋体"/>
        </w:rPr>
        <w:t>表达你需要 HRT</w:t>
      </w:r>
    </w:p>
    <w:p>
      <w:pPr>
        <w:spacing w:before="20" w:after="40"/>
        <w:ind w:left="425" w:hanging="312"/>
      </w:pPr>
      <w:r>
        <w:rPr>
          <w:rFonts w:ascii="Calibri" w:hAnsi="Calibri" w:cs="Calibri" w:eastAsia="宋体"/>
        </w:rPr>
        <w:t xml:space="preserve">• </w:t>
      </w:r>
      <w:r>
        <w:rPr>
          <w:rFonts w:ascii="Calibri" w:hAnsi="Calibri" w:cs="Calibri" w:eastAsia="宋体"/>
        </w:rPr>
        <w:t>Second Visit (Step One)</w:t>
      </w:r>
      <w:r>
        <w:br/>
      </w:r>
    </w:p>
    <w:p>
      <w:pPr>
        <w:spacing w:before="20" w:after="40"/>
        <w:ind w:left="822" w:hanging="312"/>
      </w:pPr>
      <w:r>
        <w:rPr>
          <w:rFonts w:ascii="Calibri" w:hAnsi="Calibri" w:cs="Calibri" w:eastAsia="宋体"/>
        </w:rPr>
        <w:t xml:space="preserve">◦ </w:t>
      </w:r>
      <w:r>
        <w:rPr>
          <w:rFonts w:ascii="Calibri" w:hAnsi="Calibri" w:cs="Calibri" w:eastAsia="宋体"/>
        </w:rPr>
        <w:t>讨论你的性别经历, 健康史, gender affirming care 的目标; 以及 HRT 的风险和益处</w:t>
      </w:r>
    </w:p>
    <w:p>
      <w:pPr>
        <w:spacing w:before="20" w:after="40"/>
        <w:ind w:left="425" w:hanging="312"/>
      </w:pPr>
      <w:r>
        <w:rPr>
          <w:rFonts w:ascii="Calibri" w:hAnsi="Calibri" w:cs="Calibri" w:eastAsia="宋体"/>
        </w:rPr>
        <w:t xml:space="preserve">• </w:t>
      </w:r>
      <w:r>
        <w:rPr>
          <w:rFonts w:ascii="Calibri" w:hAnsi="Calibri" w:cs="Calibri" w:eastAsia="宋体"/>
        </w:rPr>
        <w:t>Third Visit (Step Two)</w:t>
      </w:r>
      <w:r>
        <w:br/>
      </w:r>
    </w:p>
    <w:p>
      <w:pPr>
        <w:spacing w:before="20" w:after="40"/>
        <w:ind w:left="822" w:hanging="312"/>
      </w:pPr>
      <w:r>
        <w:rPr>
          <w:rFonts w:ascii="Calibri" w:hAnsi="Calibri" w:cs="Calibri" w:eastAsia="宋体"/>
        </w:rPr>
        <w:t xml:space="preserve">◦ </w:t>
      </w:r>
      <w:r>
        <w:rPr>
          <w:rFonts w:ascii="Calibri" w:hAnsi="Calibri" w:cs="Calibri" w:eastAsia="宋体"/>
        </w:rPr>
        <w:t>讲解 HRT 同意流程 (consent process)</w:t>
      </w:r>
    </w:p>
    <w:p>
      <w:pPr>
        <w:spacing w:before="20" w:after="40"/>
        <w:ind w:left="425" w:hanging="312"/>
      </w:pPr>
      <w:r>
        <w:rPr>
          <w:rFonts w:ascii="Calibri" w:hAnsi="Calibri" w:cs="Calibri" w:eastAsia="宋体"/>
        </w:rPr>
        <w:t xml:space="preserve">• </w:t>
      </w:r>
      <w:r>
        <w:rPr>
          <w:rFonts w:ascii="Calibri" w:hAnsi="Calibri" w:cs="Calibri" w:eastAsia="宋体"/>
        </w:rPr>
        <w:t>Fourth Visit (Step Three)</w:t>
      </w:r>
      <w:r>
        <w:br/>
      </w:r>
    </w:p>
    <w:p>
      <w:pPr>
        <w:spacing w:before="20" w:after="40"/>
        <w:ind w:left="822" w:hanging="312"/>
      </w:pPr>
      <w:r>
        <w:rPr>
          <w:rFonts w:ascii="Calibri" w:hAnsi="Calibri" w:cs="Calibri" w:eastAsia="宋体"/>
        </w:rPr>
        <w:t xml:space="preserve">◦ </w:t>
      </w:r>
      <w:r>
        <w:rPr>
          <w:rFonts w:ascii="Calibri" w:hAnsi="Calibri" w:cs="Calibri" w:eastAsia="宋体"/>
        </w:rPr>
        <w:t>开始 HRT, 讨论剂量和检测</w:t>
      </w:r>
    </w:p>
    <w:p>
      <w:pPr>
        <w:spacing w:before="20" w:after="40"/>
        <w:ind w:left="822" w:hanging="312"/>
      </w:pPr>
      <w:r>
        <w:rPr>
          <w:rFonts w:ascii="Calibri" w:hAnsi="Calibri" w:cs="Calibri" w:eastAsia="宋体"/>
        </w:rPr>
        <w:t xml:space="preserve">◦ </w:t>
      </w:r>
      <w:r>
        <w:rPr>
          <w:rFonts w:ascii="Calibri" w:hAnsi="Calibri" w:cs="Calibri" w:eastAsia="宋体"/>
        </w:rPr>
        <w:t>你应该会同时得到处方和一个长期的 lab test requisition</w:t>
      </w:r>
    </w:p>
    <w:p>
      <w:pPr>
        <w:spacing w:after="100"/>
      </w:pPr>
      <w:r>
        <w:rPr>
          <w:rFonts w:ascii="Calibri" w:hAnsi="Calibri" w:cs="Calibri" w:eastAsia="宋体"/>
        </w:rPr>
        <w:t xml:space="preserve">参考 </w:t>
      </w:r>
      <w:r>
        <w:rPr>
          <w:rFonts w:ascii="Calibri" w:hAnsi="Calibri" w:cs="Calibri" w:eastAsia="宋体"/>
        </w:rPr>
        <w:t>性别肯定护理 - 阿尔伯塔大学 (英文页面)</w:t>
      </w:r>
    </w:p>
    <w:p>
      <w:pPr>
        <w:pStyle w:val="Heading4"/>
      </w:pPr>
      <w:r>
        <w:rPr>
          <w:rFonts w:ascii="Calibri" w:hAnsi="Calibri" w:cs="Calibri" w:eastAsia="宋体"/>
        </w:rPr>
        <w:t>HRT 药物开支 &amp; 保险信息</w:t>
      </w:r>
    </w:p>
    <w:p>
      <w:pPr>
        <w:spacing w:after="100"/>
      </w:pPr>
      <w:r>
        <w:rPr>
          <w:rFonts w:ascii="Calibri" w:hAnsi="Calibri" w:cs="Calibri" w:eastAsia="宋体"/>
        </w:rPr>
        <w:t xml:space="preserve">SUB 一层的 University Health Centre Pharmacy 参考价格如下 </w:t>
      </w:r>
      <w:r>
        <w:rPr>
          <w:rFonts w:ascii="Calibri" w:hAnsi="Calibri" w:cs="Calibri" w:eastAsia="宋体"/>
          <w:vertAlign w:val="superscript"/>
        </w:rPr>
        <w:t>截止 2026 年5 月</w:t>
      </w:r>
    </w:p>
    <w:tbl>
      <w:tblPr>
        <w:tblStyle w:val="TableGrid"/>
        <w:tblW w:type="auto" w:w="0"/>
        <w:jc w:val="center"/>
        <w:tblLayout w:type="fixed"/>
        <w:tblLook w:firstColumn="1" w:firstRow="1" w:lastColumn="0" w:lastRow="0" w:noHBand="0" w:noVBand="1" w:val="04A0"/>
      </w:tblPr>
      <w:tblGrid>
        <w:gridCol w:w="6051"/>
        <w:gridCol w:w="1044"/>
        <w:gridCol w:w="1044"/>
        <w:gridCol w:w="1159"/>
      </w:tblGrid>
      <w:tr>
        <w:trPr>
          <w:tblHeader/>
        </w:trPr>
        <w:tc>
          <w:tcPr>
            <w:tcW w:type="dxa" w:w="6051"/>
            <w:shd w:val="clear" w:color="auto" w:fill="EDF1F7"/>
          </w:tcPr>
          <w:p>
            <w:pPr>
              <w:spacing w:before="40" w:after="40" w:line="276" w:lineRule="auto"/>
            </w:pPr>
            <w:r>
              <w:rPr>
                <w:b/>
                <w:sz w:val="18"/>
              </w:rPr>
            </w:r>
            <w:r>
              <w:rPr>
                <w:rFonts w:ascii="Calibri" w:hAnsi="Calibri" w:cs="Calibri" w:eastAsia="宋体"/>
                <w:b/>
                <w:sz w:val="18"/>
              </w:rPr>
              <w:t>药物名称</w:t>
            </w:r>
          </w:p>
        </w:tc>
        <w:tc>
          <w:tcPr>
            <w:tcW w:type="dxa" w:w="1044"/>
            <w:shd w:val="clear" w:color="auto" w:fill="EDF1F7"/>
          </w:tcPr>
          <w:p>
            <w:pPr>
              <w:spacing w:before="40" w:after="40" w:line="276" w:lineRule="auto"/>
            </w:pPr>
            <w:r>
              <w:rPr>
                <w:b/>
                <w:sz w:val="18"/>
              </w:rPr>
            </w:r>
            <w:r>
              <w:rPr>
                <w:rFonts w:ascii="Calibri" w:hAnsi="Calibri" w:cs="Calibri" w:eastAsia="宋体"/>
                <w:b/>
                <w:sz w:val="18"/>
              </w:rPr>
              <w:t>覆盖时间</w:t>
            </w:r>
          </w:p>
        </w:tc>
        <w:tc>
          <w:tcPr>
            <w:tcW w:type="dxa" w:w="1044"/>
            <w:shd w:val="clear" w:color="auto" w:fill="EDF1F7"/>
          </w:tcPr>
          <w:p>
            <w:pPr>
              <w:spacing w:before="40" w:after="40" w:line="276" w:lineRule="auto"/>
            </w:pPr>
            <w:r>
              <w:rPr>
                <w:b/>
                <w:sz w:val="18"/>
              </w:rPr>
            </w:r>
            <w:r>
              <w:rPr>
                <w:rFonts w:ascii="Calibri" w:hAnsi="Calibri" w:cs="Calibri" w:eastAsia="宋体"/>
                <w:b/>
                <w:sz w:val="18"/>
              </w:rPr>
              <w:t>价格 (有保险)*</w:t>
            </w:r>
          </w:p>
        </w:tc>
        <w:tc>
          <w:tcPr>
            <w:tcW w:type="dxa" w:w="1159"/>
            <w:shd w:val="clear" w:color="auto" w:fill="EDF1F7"/>
          </w:tcPr>
          <w:p>
            <w:pPr>
              <w:spacing w:before="40" w:after="40" w:line="276" w:lineRule="auto"/>
            </w:pPr>
            <w:r>
              <w:rPr>
                <w:b/>
                <w:sz w:val="18"/>
              </w:rPr>
            </w:r>
            <w:r>
              <w:rPr>
                <w:rFonts w:ascii="Calibri" w:hAnsi="Calibri" w:cs="Calibri" w:eastAsia="宋体"/>
                <w:b/>
                <w:sz w:val="18"/>
              </w:rPr>
              <w:t>价格 (无保险)</w:t>
            </w:r>
          </w:p>
        </w:tc>
      </w:tr>
      <w:tr>
        <w:tc>
          <w:tcPr>
            <w:tcW w:type="dxa" w:w="6051"/>
          </w:tcPr>
          <w:p>
            <w:pPr>
              <w:spacing w:before="40" w:after="40" w:line="276" w:lineRule="auto"/>
            </w:pPr>
            <w:r>
              <w:rPr>
                <w:sz w:val="18"/>
              </w:rPr>
            </w:r>
            <w:r>
              <w:rPr>
                <w:rFonts w:ascii="Calibri" w:hAnsi="Calibri" w:cs="Calibri" w:eastAsia="宋体"/>
                <w:sz w:val="18"/>
              </w:rPr>
              <w:t>*Lupin-*Estradiol 2mg x200 (雌二醇片)</w:t>
            </w:r>
          </w:p>
        </w:tc>
        <w:tc>
          <w:tcPr>
            <w:tcW w:type="dxa" w:w="1044"/>
          </w:tcPr>
          <w:p>
            <w:pPr>
              <w:spacing w:before="40" w:after="40" w:line="276" w:lineRule="auto"/>
            </w:pPr>
            <w:r>
              <w:rPr>
                <w:sz w:val="18"/>
              </w:rPr>
            </w:r>
            <w:r>
              <w:rPr>
                <w:rFonts w:ascii="Calibri" w:hAnsi="Calibri" w:cs="Calibri" w:eastAsia="宋体"/>
                <w:sz w:val="18"/>
              </w:rPr>
              <w:t>100 天</w:t>
            </w:r>
          </w:p>
        </w:tc>
        <w:tc>
          <w:tcPr>
            <w:tcW w:type="dxa" w:w="1044"/>
          </w:tcPr>
          <w:p>
            <w:pPr>
              <w:spacing w:before="40" w:after="40" w:line="276" w:lineRule="auto"/>
            </w:pPr>
            <w:r>
              <w:rPr>
                <w:sz w:val="18"/>
              </w:rPr>
            </w:r>
            <w:r>
              <w:rPr>
                <w:rFonts w:ascii="Calibri" w:hAnsi="Calibri" w:cs="Calibri" w:eastAsia="宋体"/>
                <w:sz w:val="18"/>
              </w:rPr>
              <w:t>CA$31.15</w:t>
            </w:r>
          </w:p>
        </w:tc>
        <w:tc>
          <w:tcPr>
            <w:tcW w:type="dxa" w:w="1159"/>
          </w:tcPr>
          <w:p>
            <w:pPr>
              <w:spacing w:before="40" w:after="40" w:line="276" w:lineRule="auto"/>
            </w:pPr>
            <w:r>
              <w:rPr>
                <w:sz w:val="18"/>
              </w:rPr>
            </w:r>
            <w:r>
              <w:rPr>
                <w:rFonts w:ascii="Calibri" w:hAnsi="Calibri" w:cs="Calibri" w:eastAsia="宋体"/>
                <w:sz w:val="18"/>
              </w:rPr>
              <w:t>CA$102.15</w:t>
            </w:r>
          </w:p>
        </w:tc>
      </w:tr>
      <w:tr>
        <w:tc>
          <w:tcPr>
            <w:tcW w:type="dxa" w:w="6051"/>
          </w:tcPr>
          <w:p>
            <w:pPr>
              <w:spacing w:before="40" w:after="40" w:line="276" w:lineRule="auto"/>
            </w:pPr>
            <w:r>
              <w:rPr>
                <w:sz w:val="18"/>
              </w:rPr>
            </w:r>
            <w:r>
              <w:rPr>
                <w:rFonts w:ascii="Calibri" w:hAnsi="Calibri" w:cs="Calibri" w:eastAsia="宋体"/>
                <w:sz w:val="18"/>
              </w:rPr>
              <w:t>*Med-*Cyproterone Acetate 50mg x8 (色谱龙, CPA)</w:t>
            </w:r>
          </w:p>
        </w:tc>
        <w:tc>
          <w:tcPr>
            <w:tcW w:type="dxa" w:w="1044"/>
          </w:tcPr>
          <w:p>
            <w:pPr>
              <w:spacing w:before="40" w:after="40" w:line="276" w:lineRule="auto"/>
            </w:pPr>
            <w:r>
              <w:rPr>
                <w:sz w:val="18"/>
              </w:rPr>
            </w:r>
            <w:r>
              <w:rPr>
                <w:rFonts w:ascii="Calibri" w:hAnsi="Calibri" w:cs="Calibri" w:eastAsia="宋体"/>
                <w:sz w:val="18"/>
              </w:rPr>
              <w:t>100 天</w:t>
            </w:r>
          </w:p>
        </w:tc>
        <w:tc>
          <w:tcPr>
            <w:tcW w:type="dxa" w:w="1044"/>
          </w:tcPr>
          <w:p>
            <w:pPr>
              <w:spacing w:before="40" w:after="40" w:line="276" w:lineRule="auto"/>
            </w:pPr>
            <w:r>
              <w:rPr>
                <w:sz w:val="18"/>
              </w:rPr>
            </w:r>
            <w:r>
              <w:rPr>
                <w:rFonts w:ascii="Calibri" w:hAnsi="Calibri" w:cs="Calibri" w:eastAsia="宋体"/>
                <w:sz w:val="18"/>
              </w:rPr>
              <w:t>CA$7.86</w:t>
            </w:r>
          </w:p>
        </w:tc>
        <w:tc>
          <w:tcPr>
            <w:tcW w:type="dxa" w:w="1159"/>
          </w:tcPr>
          <w:p>
            <w:pPr>
              <w:spacing w:before="40" w:after="40" w:line="276" w:lineRule="auto"/>
            </w:pPr>
            <w:r>
              <w:rPr>
                <w:sz w:val="18"/>
              </w:rPr>
            </w:r>
            <w:r>
              <w:rPr>
                <w:rFonts w:ascii="Calibri" w:hAnsi="Calibri" w:cs="Calibri" w:eastAsia="宋体"/>
                <w:sz w:val="18"/>
              </w:rPr>
              <w:t>CA$24.50</w:t>
            </w:r>
          </w:p>
        </w:tc>
      </w:tr>
      <w:tr>
        <w:tc>
          <w:tcPr>
            <w:tcW w:type="dxa" w:w="6051"/>
          </w:tcPr>
          <w:p>
            <w:pPr>
              <w:spacing w:before="40" w:after="40" w:line="276" w:lineRule="auto"/>
            </w:pPr>
            <w:r>
              <w:rPr>
                <w:sz w:val="18"/>
              </w:rPr>
            </w:r>
            <w:r>
              <w:rPr>
                <w:rFonts w:ascii="Calibri" w:hAnsi="Calibri" w:cs="Calibri" w:eastAsia="宋体"/>
                <w:sz w:val="18"/>
              </w:rPr>
              <w:t>*Sandoz-*Estradiol Hemihydrate 4mg x8 (雌二醇贴片)</w:t>
            </w:r>
          </w:p>
        </w:tc>
        <w:tc>
          <w:tcPr>
            <w:tcW w:type="dxa" w:w="1044"/>
          </w:tcPr>
          <w:p>
            <w:pPr>
              <w:spacing w:before="40" w:after="40" w:line="276" w:lineRule="auto"/>
            </w:pPr>
            <w:r>
              <w:rPr>
                <w:sz w:val="18"/>
              </w:rPr>
            </w:r>
            <w:r>
              <w:rPr>
                <w:rFonts w:ascii="Calibri" w:hAnsi="Calibri" w:cs="Calibri" w:eastAsia="宋体"/>
                <w:sz w:val="18"/>
              </w:rPr>
              <w:t>28 天</w:t>
            </w:r>
          </w:p>
        </w:tc>
        <w:tc>
          <w:tcPr>
            <w:tcW w:type="dxa" w:w="1044"/>
          </w:tcPr>
          <w:p>
            <w:pPr>
              <w:spacing w:before="40" w:after="40" w:line="276" w:lineRule="auto"/>
            </w:pPr>
            <w:r>
              <w:rPr>
                <w:sz w:val="18"/>
              </w:rPr>
            </w:r>
            <w:r>
              <w:rPr>
                <w:rFonts w:ascii="Calibri" w:hAnsi="Calibri" w:cs="Calibri" w:eastAsia="宋体"/>
                <w:sz w:val="18"/>
              </w:rPr>
              <w:t>CA$11.18</w:t>
            </w:r>
          </w:p>
        </w:tc>
        <w:tc>
          <w:tcPr>
            <w:tcW w:type="dxa" w:w="1159"/>
          </w:tcPr>
          <w:p>
            <w:pPr>
              <w:spacing w:before="40" w:after="40" w:line="276" w:lineRule="auto"/>
            </w:pPr>
            <w:r>
              <w:rPr>
                <w:sz w:val="18"/>
              </w:rPr>
            </w:r>
            <w:r>
              <w:rPr>
                <w:rFonts w:ascii="Calibri" w:hAnsi="Calibri" w:cs="Calibri" w:eastAsia="宋体"/>
                <w:sz w:val="18"/>
              </w:rPr>
              <w:t>CA$35.59</w:t>
            </w:r>
          </w:p>
        </w:tc>
      </w:tr>
    </w:tbl>
    <w:p>
      <w:pPr>
        <w:shd w:val="clear" w:color="auto" w:fill="F7F8FA"/>
        <w:pBdr>
          <w:left w:val="single" w:sz="18" w:space="6" w:color="C9CDD4"/>
        </w:pBdr>
        <w:spacing w:after="40"/>
      </w:pPr>
      <w:r>
        <w:rPr>
          <w:rFonts w:ascii="Calibri" w:hAnsi="Calibri" w:cs="Calibri" w:eastAsia="宋体"/>
        </w:rPr>
        <w:t xml:space="preserve">UA 的默认学生补充保险报销比例 70%, 每年学费账单里包含, 提供商是 GreenShield+, 保险号是学号 </w:t>
      </w:r>
      <w:r>
        <w:rPr>
          <w:rFonts w:ascii="Consolas" w:hAnsi="Consolas" w:cs="Consolas" w:eastAsia="Consolas"/>
          <w:sz w:val="19"/>
        </w:rPr>
        <w:t>ASU-000XXXXXXX-(00)</w:t>
      </w:r>
      <w:r>
        <w:rPr>
          <w:rFonts w:ascii="Calibri" w:hAnsi="Calibri" w:cs="Calibri" w:eastAsia="宋体"/>
        </w:rPr>
        <w:t>, 校内药房只需要 ONEcard, 校外大多数药房出示 ONEcard 告知走 GreenShield / Studentcare 报销即可.</w:t>
      </w:r>
    </w:p>
    <w:p>
      <w:pPr>
        <w:spacing w:after="100"/>
      </w:pPr>
      <w:r>
        <w:rPr>
          <w:rFonts w:ascii="Calibri" w:hAnsi="Calibri" w:cs="Calibri" w:eastAsia="宋体"/>
        </w:rPr>
        <w:t>艾伯塔省所有项目大于 12 个月的国际学生, 和所有加拿大永久居民/公民均符合获得 Alberta Health Care Insurance Plan (AHCIP) 的资格, 需要携带护照 + Study Permit (大签) + 地址证明原件前往任意 registry 注册, 有些 registry 可能会要求提供大学的注册确认信, 可以在 beartracks 中获取并打印出来.</w:t>
      </w:r>
    </w:p>
    <w:p>
      <w:pPr>
        <w:spacing w:after="100"/>
      </w:pPr>
      <w:r>
        <w:rPr>
          <w:rFonts w:ascii="Calibri" w:hAnsi="Calibri" w:cs="Calibri" w:eastAsia="宋体"/>
        </w:rPr>
        <w:t>对于项目小于 12 个月的国际学生, 包括交换生和</w:t>
      </w:r>
      <w:r>
        <w:rPr>
          <w:rFonts w:ascii="Calibri" w:hAnsi="Calibri" w:cs="Calibri" w:eastAsia="宋体"/>
          <w:b/>
        </w:rPr>
        <w:t>仅</w:t>
      </w:r>
      <w:r>
        <w:rPr>
          <w:rFonts w:ascii="Calibri" w:hAnsi="Calibri" w:cs="Calibri" w:eastAsia="宋体"/>
        </w:rPr>
        <w:t>就读语言学校的学生, UA 会提供 University of Alberta Health Insurance Plan (UAHIP), 需自费注册.</w:t>
      </w:r>
    </w:p>
    <w:p>
      <w:pPr>
        <w:pStyle w:val="Heading4"/>
      </w:pPr>
      <w:r>
        <w:rPr>
          <w:rFonts w:ascii="Calibri" w:hAnsi="Calibri" w:cs="Calibri" w:eastAsia="宋体"/>
        </w:rPr>
        <w:t>其他 Gender Affirming &amp; 校园生活信息</w:t>
      </w:r>
    </w:p>
    <w:p>
      <w:pPr>
        <w:pStyle w:val="Heading5"/>
      </w:pPr>
      <w:r>
        <w:rPr>
          <w:rFonts w:ascii="Calibri" w:hAnsi="Calibri" w:cs="Calibri" w:eastAsia="宋体"/>
        </w:rPr>
        <w:t>Preferred Name &amp; Pronouns / Gender Marks</w:t>
      </w:r>
    </w:p>
    <w:p>
      <w:pPr>
        <w:spacing w:after="100"/>
      </w:pPr>
      <w:r>
        <w:rPr>
          <w:rFonts w:ascii="Calibri" w:hAnsi="Calibri" w:cs="Calibri" w:eastAsia="宋体"/>
        </w:rPr>
        <w:t>Preferred name 可以通过 beartracks 自己修改, 修改后 24~28 小时内会同步到所有的学校系统 (Canvas, eClass, Google Apps).</w:t>
      </w:r>
    </w:p>
    <w:p>
      <w:pPr>
        <w:spacing w:after="100"/>
      </w:pPr>
      <w:r>
        <w:rPr>
          <w:rFonts w:ascii="Calibri" w:hAnsi="Calibri" w:cs="Calibri" w:eastAsia="宋体"/>
        </w:rPr>
        <w:t xml:space="preserve">可以通过 </w:t>
      </w:r>
      <w:r>
        <w:rPr>
          <w:rFonts w:ascii="Calibri" w:hAnsi="Calibri" w:cs="Calibri" w:eastAsia="宋体"/>
        </w:rPr>
        <w:t>Student Service Centre</w:t>
      </w:r>
      <w:r>
        <w:rPr>
          <w:rFonts w:ascii="Calibri" w:hAnsi="Calibri" w:cs="Calibri" w:eastAsia="宋体"/>
        </w:rPr>
        <w:t xml:space="preserve"> 工单联系注册处 (Registrar's Office) 更新 beartracks 中的性别标记.</w:t>
      </w:r>
    </w:p>
    <w:p>
      <w:pPr>
        <w:pStyle w:val="Heading5"/>
      </w:pPr>
      <w:r>
        <w:rPr>
          <w:rFonts w:ascii="Calibri" w:hAnsi="Calibri" w:cs="Calibri" w:eastAsia="宋体"/>
        </w:rPr>
        <w:t>CCID &amp; 学校邮箱</w:t>
      </w:r>
    </w:p>
    <w:p>
      <w:pPr>
        <w:spacing w:after="100"/>
      </w:pPr>
      <w:r>
        <w:rPr>
          <w:rFonts w:ascii="Calibri" w:hAnsi="Calibri" w:cs="Calibri" w:eastAsia="宋体"/>
        </w:rPr>
        <w:t xml:space="preserve">阿尔伯塔大学默认根据申请时候提交的 legal name 分配 CCID, 同时 </w:t>
      </w:r>
      <w:r>
        <w:rPr>
          <w:rFonts w:ascii="Calibri" w:hAnsi="Calibri" w:cs="Calibri" w:eastAsia="宋体"/>
        </w:rPr>
        <w:t>CCID@ualberta.ca</w:t>
      </w:r>
      <w:r>
        <w:rPr>
          <w:rFonts w:ascii="Calibri" w:hAnsi="Calibri" w:cs="Calibri" w:eastAsia="宋体"/>
        </w:rPr>
        <w:t xml:space="preserve"> 是默认的主邮箱.</w:t>
      </w:r>
    </w:p>
    <w:p>
      <w:pPr>
        <w:spacing w:after="100"/>
      </w:pPr>
      <w:r>
        <w:rPr>
          <w:rFonts w:ascii="Calibri" w:hAnsi="Calibri" w:cs="Calibri" w:eastAsia="宋体"/>
        </w:rPr>
        <w:t xml:space="preserve">修改 CCID 需要通过 </w:t>
      </w:r>
      <w:r>
        <w:rPr>
          <w:rFonts w:ascii="Calibri" w:hAnsi="Calibri" w:cs="Calibri" w:eastAsia="宋体"/>
        </w:rPr>
        <w:t>Student Service Centre</w:t>
      </w:r>
      <w:r>
        <w:rPr>
          <w:rFonts w:ascii="Calibri" w:hAnsi="Calibri" w:cs="Calibri" w:eastAsia="宋体"/>
        </w:rPr>
        <w:t xml:space="preserve"> 工单联系 IST 提交 </w:t>
      </w:r>
      <w:r>
        <w:rPr>
          <w:rFonts w:ascii="Consolas" w:hAnsi="Consolas" w:cs="Consolas" w:eastAsia="Consolas"/>
          <w:sz w:val="19"/>
        </w:rPr>
        <w:t>CCID renaming request</w:t>
      </w:r>
      <w:r>
        <w:rPr>
          <w:rFonts w:ascii="Calibri" w:hAnsi="Calibri" w:cs="Calibri" w:eastAsia="宋体"/>
        </w:rPr>
        <w:t>, 一般一天内会修改完成.</w:t>
      </w:r>
    </w:p>
    <w:p>
      <w:pPr>
        <w:shd w:val="clear" w:color="auto" w:fill="F7F8FA"/>
        <w:pBdr>
          <w:left w:val="single" w:sz="18" w:space="6" w:color="C9CDD4"/>
        </w:pBdr>
        <w:spacing w:after="40"/>
      </w:pPr>
      <w:r>
        <w:rPr>
          <w:rFonts w:ascii="Calibri" w:hAnsi="Calibri" w:cs="Calibri" w:eastAsia="宋体"/>
        </w:rPr>
        <w:t>所有发往旧 CCID 邮箱的邮件会被丢弃, 但已经存在于收件箱中邮件会被保留.</w:t>
      </w:r>
    </w:p>
    <w:p>
      <w:pPr>
        <w:shd w:val="clear" w:color="auto" w:fill="F7F8FA"/>
        <w:pBdr>
          <w:left w:val="single" w:sz="18" w:space="6" w:color="C9CDD4"/>
        </w:pBdr>
        <w:spacing w:after="40"/>
      </w:pPr>
      <w:r>
        <w:rPr>
          <w:rFonts w:ascii="Calibri" w:hAnsi="Calibri" w:cs="Calibri" w:eastAsia="宋体"/>
        </w:rPr>
        <w:t>目前已知图书馆中的 ONEcard 打印机需要在 CCID 重命名后给 IST 发工单重新同步用户名.</w:t>
      </w:r>
    </w:p>
    <w:p>
      <w:pPr>
        <w:spacing w:after="100"/>
      </w:pPr>
      <w:r>
        <w:rPr>
          <w:rFonts w:ascii="Calibri" w:hAnsi="Calibri" w:cs="Calibri" w:eastAsia="宋体"/>
        </w:rPr>
        <w:t xml:space="preserve">除 CCID 邮箱外, UA 允许最多两个电子邮件别名 (alias), 通过 </w:t>
      </w:r>
      <w:r>
        <w:rPr>
          <w:rFonts w:ascii="Calibri" w:hAnsi="Calibri" w:cs="Calibri" w:eastAsia="宋体"/>
        </w:rPr>
        <w:t>myccid.ualberta.ca/emailaliases</w:t>
      </w:r>
      <w:r>
        <w:rPr>
          <w:rFonts w:ascii="Calibri" w:hAnsi="Calibri" w:cs="Calibri" w:eastAsia="宋体"/>
        </w:rPr>
        <w:t xml:space="preserve"> 申请.</w:t>
      </w:r>
    </w:p>
    <w:p>
      <w:pPr>
        <w:spacing w:after="100"/>
      </w:pPr>
      <w:r>
        <w:rPr>
          <w:rFonts w:ascii="Calibri" w:hAnsi="Calibri" w:cs="Calibri" w:eastAsia="宋体"/>
        </w:rPr>
        <w:t>部分别名 (</w:t>
      </w:r>
      <w:r>
        <w:rPr>
          <w:rFonts w:ascii="Calibri" w:hAnsi="Calibri" w:cs="Calibri" w:eastAsia="宋体"/>
        </w:rPr>
        <w:t>first.last@ualberta.ca</w:t>
      </w:r>
      <w:r>
        <w:rPr>
          <w:rFonts w:ascii="Calibri" w:hAnsi="Calibri" w:cs="Calibri" w:eastAsia="宋体"/>
        </w:rPr>
        <w:t>) 会被自动批准, 某些情况下会需要 IST 的人手动批准, 预计一天内会有回复.</w:t>
      </w:r>
    </w:p>
    <w:p>
      <w:pPr>
        <w:pStyle w:val="Heading5"/>
      </w:pPr>
      <w:r>
        <w:rPr>
          <w:rFonts w:ascii="Calibri" w:hAnsi="Calibri" w:cs="Calibri" w:eastAsia="宋体"/>
        </w:rPr>
        <w:t>修改驾照及健康卡性别</w:t>
      </w:r>
    </w:p>
    <w:p>
      <w:pPr>
        <w:spacing w:after="100"/>
      </w:pPr>
      <w:r>
        <w:rPr>
          <w:rFonts w:ascii="Calibri" w:hAnsi="Calibri" w:cs="Calibri" w:eastAsia="宋体"/>
        </w:rPr>
        <w:t>阿尔伯塔省是完全的 self-id, 如果需要修改 Photo ID, 驾照, 以及健康卡上的性别信息, 前往任意注册处携带驾照和护照并且声明你的性别认同即可修改. 目前驾照可以使用 M/F/X, 健康卡只能使用 M/F.</w:t>
      </w:r>
    </w:p>
    <w:p>
      <w:pPr>
        <w:pStyle w:val="Heading5"/>
      </w:pPr>
      <w:r>
        <w:rPr>
          <w:rFonts w:ascii="Calibri" w:hAnsi="Calibri" w:cs="Calibri" w:eastAsia="宋体"/>
        </w:rPr>
        <w:t>Mental Health &amp; Social Worker 资源</w:t>
      </w:r>
    </w:p>
    <w:p>
      <w:pPr>
        <w:spacing w:after="100"/>
      </w:pPr>
      <w:r>
        <w:rPr>
          <w:rFonts w:ascii="Calibri" w:hAnsi="Calibri" w:cs="Calibri" w:eastAsia="宋体"/>
        </w:rPr>
        <w:t>UHC 的 Dr. Malhotra 非常友好, 并且对于用药很专业, 如果你还有 mental health 相关的问诊需求, 可以在 UHC 前台登记指定他作为你的 family physician.</w:t>
      </w:r>
    </w:p>
    <w:p>
      <w:pPr>
        <w:spacing w:after="100"/>
      </w:pPr>
      <w:r>
        <w:rPr>
          <w:rFonts w:ascii="Calibri" w:hAnsi="Calibri" w:cs="Calibri" w:eastAsia="宋体"/>
        </w:rPr>
        <w:t xml:space="preserve">Social Worker Team 中有一个很温柔的姐姐, 会说普通话和广东话, 如果你需要人陪伴前往 UHC 看医生或者认为你需要社工的其他帮助, 例如和你讨论生活中遇到的挑战, 请通过邮件预约社工 </w:t>
      </w:r>
      <w:r>
        <w:rPr>
          <w:rFonts w:ascii="Consolas" w:hAnsi="Consolas" w:cs="Consolas" w:eastAsia="Consolas"/>
          <w:sz w:val="19"/>
        </w:rPr>
        <w:t>Eva CHAN</w:t>
      </w:r>
      <w:r>
        <w:rPr>
          <w:rFonts w:ascii="Calibri" w:hAnsi="Calibri" w:cs="Calibri" w:eastAsia="宋体"/>
        </w:rPr>
        <w:t>.</w:t>
      </w:r>
    </w:p>
    <w:p>
      <w:pPr>
        <w:pStyle w:val="Heading5"/>
      </w:pPr>
      <w:r>
        <w:rPr>
          <w:rFonts w:ascii="Calibri" w:hAnsi="Calibri" w:cs="Calibri" w:eastAsia="宋体"/>
        </w:rPr>
        <w:t>The Landing</w:t>
      </w:r>
    </w:p>
    <w:p>
      <w:pPr>
        <w:spacing w:after="100"/>
      </w:pPr>
      <w:r>
        <w:rPr>
          <w:rFonts w:ascii="Calibri" w:hAnsi="Calibri" w:cs="Calibri" w:eastAsia="宋体"/>
        </w:rPr>
        <w:t>SUB 地下一层的一个 queer space, 提供一对一支持, 以及声音训练转介.</w:t>
      </w:r>
    </w:p>
    <w:p>
      <w:pPr>
        <w:spacing w:after="100"/>
      </w:pPr>
      <w:r>
        <w:rPr>
          <w:rFonts w:ascii="Calibri" w:hAnsi="Calibri" w:cs="Calibri" w:eastAsia="宋体"/>
        </w:rPr>
        <w:t>The Landing - UASU</w:t>
      </w:r>
    </w:p>
    <w:p>
      <w:pPr>
        <w:spacing w:before="120" w:after="120"/>
        <w:pBdr>
          <w:bottom w:val="single" w:sz="6" w:space="1" w:color="C9CDD4"/>
        </w:pBdr>
      </w:pPr>
    </w:p>
    <w:p>
      <w:pPr>
        <w:pStyle w:val="Heading4"/>
      </w:pPr>
      <w:r>
        <w:rPr>
          <w:rFonts w:ascii="Calibri" w:hAnsi="Calibri" w:cs="Calibri" w:eastAsia="宋体"/>
        </w:rPr>
        <w:t>内容声明</w:t>
      </w:r>
    </w:p>
    <w:p>
      <w:pPr>
        <w:spacing w:after="100"/>
      </w:pPr>
      <w:r>
        <w:rPr>
          <w:rFonts w:ascii="Calibri" w:hAnsi="Calibri" w:cs="Calibri" w:eastAsia="宋体"/>
        </w:rPr>
        <w:t xml:space="preserve">本页面由 </w:t>
      </w:r>
      <w:r>
        <w:rPr>
          <w:rFonts w:ascii="Calibri" w:hAnsi="Calibri" w:cs="Calibri" w:eastAsia="宋体"/>
        </w:rPr>
        <w:t>moi@zikin.me</w:t>
      </w:r>
      <w:r>
        <w:rPr>
          <w:rFonts w:ascii="Calibri" w:hAnsi="Calibri" w:cs="Calibri" w:eastAsia="宋体"/>
        </w:rPr>
        <w:t xml:space="preserve"> Zikin</w:t>
      </w:r>
      <w:r>
        <w:rPr>
          <w:rFonts w:ascii="Calibri" w:hAnsi="Calibri" w:cs="Calibri" w:eastAsia="宋体"/>
        </w:rPr>
        <w:t xml:space="preserve"> 发布于 </w:t>
      </w:r>
      <w:r>
        <w:rPr>
          <w:rFonts w:ascii="Calibri" w:hAnsi="Calibri" w:cs="Calibri" w:eastAsia="宋体"/>
        </w:rPr>
        <w:t>MtF.wiki</w:t>
      </w:r>
      <w:r>
        <w:rPr>
          <w:rFonts w:ascii="Calibri" w:hAnsi="Calibri" w:cs="Calibri" w:eastAsia="宋体"/>
        </w:rPr>
        <w:t xml:space="preserve">; 除特殊说明外, 采用 </w:t>
      </w:r>
      <w:r>
        <w:rPr>
          <w:rFonts w:ascii="Calibri" w:hAnsi="Calibri" w:cs="Calibri" w:eastAsia="宋体"/>
        </w:rPr>
        <w:t>CC BY-NC-SA 4.0</w:t>
      </w:r>
      <w:r>
        <w:rPr>
          <w:rFonts w:ascii="Calibri" w:hAnsi="Calibri" w:cs="Calibri" w:eastAsia="宋体"/>
        </w:rPr>
        <w:t xml:space="preserve"> 许可协议.</w:t>
      </w:r>
    </w:p>
    <w:p>
      <w:pPr>
        <w:spacing w:after="100"/>
      </w:pPr>
      <w:r>
        <w:rPr>
          <w:rFonts w:ascii="Calibri" w:hAnsi="Calibri" w:cs="Calibri" w:eastAsia="宋体"/>
        </w:rPr>
        <w:t>本页面内容不构成法律、医疗或其他专业建议, 亦不代表本人所在学校和/或雇主的观点.</w:t>
      </w:r>
    </w:p>
    <w:p>
      <w:pPr>
        <w:pStyle w:val="Heading2"/>
      </w:pPr>
      <w:r>
        <w:rPr>
          <w:rFonts w:ascii="Calibri" w:hAnsi="Calibri" w:cs="Calibri" w:eastAsia="微软雅黑"/>
        </w:rPr>
        <w:t>3.15  澳大利亚</w:t>
      </w:r>
    </w:p>
    <w:p>
      <w:pPr>
        <w:spacing w:after="160"/>
      </w:pPr>
      <w:r>
        <w:rPr>
          <w:rFonts w:ascii="Calibri" w:hAnsi="Calibri" w:cs="Calibri" w:eastAsia="宋体"/>
          <w:color w:val="6B7280"/>
          <w:sz w:val="16"/>
        </w:rPr>
        <w:t>原文：https://mtf.wiki/zh-cn/docs/hrt/australia</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3.15.1  澳大利亚 HRT 综述</w:t>
      </w:r>
    </w:p>
    <w:p>
      <w:pPr>
        <w:spacing w:after="160"/>
      </w:pPr>
      <w:r>
        <w:rPr>
          <w:rFonts w:ascii="Calibri" w:hAnsi="Calibri" w:cs="Calibri" w:eastAsia="宋体"/>
          <w:color w:val="6B7280"/>
          <w:sz w:val="16"/>
        </w:rPr>
        <w:t>原文：https://mtf.wiki/zh-cn/docs/hrt/australia/au-hrt-overview · 最近更新：2025年12月8日</w:t>
      </w:r>
    </w:p>
    <w:p>
      <w:pPr>
        <w:spacing w:before="20" w:after="40"/>
        <w:ind w:left="425" w:hanging="312"/>
      </w:pPr>
      <w:r>
        <w:rPr>
          <w:rFonts w:ascii="Calibri" w:hAnsi="Calibri" w:cs="Calibri" w:eastAsia="宋体"/>
        </w:rPr>
        <w:t xml:space="preserve">• </w:t>
      </w:r>
      <w:r>
        <w:rPr>
          <w:rFonts w:ascii="Calibri" w:hAnsi="Calibri" w:cs="Calibri" w:eastAsia="宋体"/>
        </w:rPr>
        <w:t>澳大利亚HRT流程：</w:t>
      </w:r>
      <w:r>
        <w:rPr>
          <w:rFonts w:ascii="Calibri" w:hAnsi="Calibri" w:cs="Calibri" w:eastAsia="宋体"/>
        </w:rPr>
        <w:t>https://www.transhub.org.au/informed-consent</w:t>
      </w:r>
    </w:p>
    <w:p>
      <w:pPr>
        <w:spacing w:before="20" w:after="40"/>
        <w:ind w:left="425" w:hanging="312"/>
      </w:pPr>
      <w:r>
        <w:rPr>
          <w:rFonts w:ascii="Calibri" w:hAnsi="Calibri" w:cs="Calibri" w:eastAsia="宋体"/>
        </w:rPr>
        <w:t xml:space="preserve">• </w:t>
      </w:r>
      <w:r>
        <w:rPr>
          <w:rFonts w:ascii="Calibri" w:hAnsi="Calibri" w:cs="Calibri" w:eastAsia="宋体"/>
        </w:rPr>
        <w:t>澳大利亚相关医生地图资源：</w:t>
      </w:r>
      <w:r>
        <w:rPr>
          <w:rFonts w:ascii="Calibri" w:hAnsi="Calibri" w:cs="Calibri" w:eastAsia="宋体"/>
        </w:rPr>
        <w:t>https://www.transhub.org.au/doctors</w:t>
      </w:r>
    </w:p>
    <w:p>
      <w:pPr>
        <w:pStyle w:val="Heading3"/>
      </w:pPr>
      <w:r>
        <w:rPr>
          <w:rFonts w:ascii="Calibri" w:hAnsi="Calibri" w:cs="Calibri" w:eastAsia="微软雅黑"/>
        </w:rPr>
        <w:t>3.15.2  悉尼 Sydney</w:t>
      </w:r>
    </w:p>
    <w:p>
      <w:pPr>
        <w:spacing w:after="160"/>
      </w:pPr>
      <w:r>
        <w:rPr>
          <w:rFonts w:ascii="Calibri" w:hAnsi="Calibri" w:cs="Calibri" w:eastAsia="宋体"/>
          <w:color w:val="6B7280"/>
          <w:sz w:val="16"/>
        </w:rPr>
        <w:t>原文：https://mtf.wiki/zh-cn/docs/hrt/australia/Sydney · 最近更新：2025年12月8日</w:t>
      </w:r>
    </w:p>
    <w:p>
      <w:pPr>
        <w:pStyle w:val="Heading4"/>
      </w:pPr>
      <w:r>
        <w:rPr>
          <w:rFonts w:ascii="Calibri" w:hAnsi="Calibri" w:cs="Calibri" w:eastAsia="宋体"/>
        </w:rPr>
        <w:t>介绍</w:t>
      </w:r>
    </w:p>
    <w:p>
      <w:pPr>
        <w:spacing w:after="100"/>
      </w:pPr>
      <w:r>
        <w:rPr>
          <w:rFonts w:ascii="Calibri" w:hAnsi="Calibri" w:cs="Calibri" w:eastAsia="宋体"/>
        </w:rPr>
        <w:t>悉尼对HRT非常友好，可以走概论提到的</w:t>
      </w:r>
      <w:r>
        <w:rPr>
          <w:rFonts w:ascii="Calibri" w:hAnsi="Calibri" w:cs="Calibri" w:eastAsia="宋体"/>
        </w:rPr>
        <w:t>informed consent</w:t>
      </w:r>
      <w:r>
        <w:rPr>
          <w:rFonts w:ascii="Calibri" w:hAnsi="Calibri" w:cs="Calibri" w:eastAsia="宋体"/>
        </w:rPr>
        <w:t>流程进行HRT，一般如果可以约到GP（家庭医生）的话，那么只需要等待第一次看GP的时间+复诊时间（一般不超过15-20天）即可获取HRT资源。如果约不到GP也可以走Endo（内分泌科医生）的流程，大概需要25-30天(和友跨GP，一定一定和诊所确认好医生友跨）。</w:t>
      </w:r>
    </w:p>
    <w:p>
      <w:pPr>
        <w:spacing w:after="100"/>
      </w:pPr>
      <w:r>
        <w:rPr>
          <w:rFonts w:ascii="Calibri" w:hAnsi="Calibri" w:cs="Calibri" w:eastAsia="宋体"/>
        </w:rPr>
        <w:t>本人是PR，但是临时签证也是差不多的流程，只是报销需要你自己处理，并且不像Medicare是即时报销。</w:t>
      </w:r>
    </w:p>
    <w:p>
      <w:pPr>
        <w:pStyle w:val="Heading4"/>
      </w:pPr>
      <w:r>
        <w:rPr>
          <w:rFonts w:ascii="Calibri" w:hAnsi="Calibri" w:cs="Calibri" w:eastAsia="宋体"/>
        </w:rPr>
        <w:t>GP选择</w:t>
      </w:r>
    </w:p>
    <w:p>
      <w:pPr>
        <w:spacing w:after="100"/>
      </w:pPr>
      <w:r>
        <w:rPr>
          <w:rFonts w:ascii="Calibri" w:hAnsi="Calibri" w:cs="Calibri" w:eastAsia="宋体"/>
        </w:rPr>
        <w:t>以下列表为我个人亲自看过并验证过友跨的医生。目前并不多但可能会随着我搬家等进行相应补充。</w:t>
      </w:r>
    </w:p>
    <w:p>
      <w:pPr>
        <w:spacing w:after="100"/>
      </w:pPr>
      <w:r>
        <w:rPr>
          <w:rFonts w:ascii="Calibri" w:hAnsi="Calibri" w:cs="Calibri" w:eastAsia="宋体"/>
        </w:rPr>
        <w:t>Dr Caran Cheung</w:t>
      </w:r>
    </w:p>
    <w:p>
      <w:pPr>
        <w:shd w:val="clear" w:color="auto" w:fill="F7F8FA"/>
        <w:pBdr>
          <w:left w:val="single" w:sz="18" w:space="6" w:color="C9CDD4"/>
        </w:pBdr>
        <w:spacing w:after="40"/>
      </w:pPr>
      <w:r>
        <w:rPr>
          <w:rFonts w:ascii="Calibri" w:hAnsi="Calibri" w:cs="Calibri" w:eastAsia="宋体"/>
        </w:rPr>
        <w:t>位于Mascot Medical，可以乘坐T8/350/420前往也可以开车（免费停车一个半小时，足够用），非常方便。</w:t>
      </w:r>
    </w:p>
    <w:p>
      <w:pPr>
        <w:spacing w:after="100"/>
      </w:pPr>
      <w:r>
        <w:rPr>
          <w:rFonts w:ascii="Calibri" w:hAnsi="Calibri" w:cs="Calibri" w:eastAsia="宋体"/>
        </w:rPr>
        <w:t>Dr Andrew Crossman</w:t>
      </w:r>
    </w:p>
    <w:p>
      <w:pPr>
        <w:shd w:val="clear" w:color="auto" w:fill="F7F8FA"/>
        <w:pBdr>
          <w:left w:val="single" w:sz="18" w:space="6" w:color="C9CDD4"/>
        </w:pBdr>
        <w:spacing w:after="40"/>
      </w:pPr>
      <w:r>
        <w:rPr>
          <w:rFonts w:ascii="Calibri" w:hAnsi="Calibri" w:cs="Calibri" w:eastAsia="宋体"/>
        </w:rPr>
        <w:t>悉尼大学的校医，人非常友善，而且对悉尼大学学生免费，非常方便！在Wentworth Building 3楼，从Food hub右转走到头就是了。</w:t>
      </w:r>
    </w:p>
    <w:p>
      <w:pPr>
        <w:spacing w:after="100"/>
      </w:pPr>
      <w:r>
        <w:rPr>
          <w:rFonts w:ascii="Calibri" w:hAnsi="Calibri" w:cs="Calibri" w:eastAsia="宋体"/>
        </w:rPr>
        <w:t>这个列表上的医生我没看过，但据说都很友跨并可以提供informed consent，不用再refer endocrinologist。</w:t>
      </w:r>
    </w:p>
    <w:p>
      <w:pPr>
        <w:spacing w:after="100"/>
      </w:pPr>
      <w:r>
        <w:rPr>
          <w:rFonts w:ascii="Calibri" w:hAnsi="Calibri" w:cs="Calibri" w:eastAsia="宋体"/>
        </w:rPr>
        <w:t>TransHub Doctor List</w:t>
      </w:r>
    </w:p>
    <w:p>
      <w:pPr>
        <w:pStyle w:val="Heading4"/>
      </w:pPr>
      <w:r>
        <w:rPr>
          <w:rFonts w:ascii="Calibri" w:hAnsi="Calibri" w:cs="Calibri" w:eastAsia="宋体"/>
        </w:rPr>
        <w:t>走GP进行informed consent的流程</w:t>
      </w:r>
    </w:p>
    <w:p>
      <w:pPr>
        <w:pStyle w:val="Heading5"/>
      </w:pPr>
      <w:r>
        <w:rPr>
          <w:rFonts w:ascii="Calibri" w:hAnsi="Calibri" w:cs="Calibri" w:eastAsia="宋体"/>
        </w:rPr>
        <w:t>初诊</w:t>
      </w:r>
    </w:p>
    <w:p>
      <w:pPr>
        <w:spacing w:after="100"/>
      </w:pPr>
      <w:r>
        <w:rPr>
          <w:rFonts w:ascii="Calibri" w:hAnsi="Calibri" w:cs="Calibri" w:eastAsia="宋体"/>
        </w:rPr>
        <w:t>首先在</w:t>
      </w:r>
      <w:r>
        <w:rPr>
          <w:rFonts w:ascii="Calibri" w:hAnsi="Calibri" w:cs="Calibri" w:eastAsia="宋体"/>
        </w:rPr>
        <w:t>HotDoc</w:t>
      </w:r>
      <w:r>
        <w:rPr>
          <w:rFonts w:ascii="Calibri" w:hAnsi="Calibri" w:cs="Calibri" w:eastAsia="宋体"/>
        </w:rPr>
        <w:t>上预约自己想看的医生，这里以Caran为例（因为我亲自去看过，基本流程不会差太多）。一般可以约到5-7天后的时间。如果你想bulk bill（医保全包），那你想多了……因为一般都不会open patient book或者排队时间超过6个月，完全不值得因此延误HRT。</w:t>
      </w:r>
    </w:p>
    <w:p>
      <w:pPr>
        <w:spacing w:after="100"/>
      </w:pPr>
      <w:r>
        <w:rPr>
          <w:rFonts w:ascii="Calibri" w:hAnsi="Calibri" w:cs="Calibri" w:eastAsia="宋体"/>
        </w:rPr>
        <w:t>进行预约后就可以前往GP进行初诊了。记得提前15分钟到。初诊的时候可以任意穿着，我当时是戴了假发和穿了裙子丝袜并化了淡妆，是典型的女性穿着，但据反映不进行任何RLE也没有问题。</w:t>
      </w:r>
    </w:p>
    <w:p>
      <w:pPr>
        <w:spacing w:after="100"/>
      </w:pPr>
      <w:r>
        <w:rPr>
          <w:rFonts w:ascii="Calibri" w:hAnsi="Calibri" w:cs="Calibri" w:eastAsia="宋体"/>
        </w:rPr>
        <w:t>向医生表明自己有跨性别的意愿，并说明自己希望通过HRT来达成减轻性别焦虑的目的。医生会量你的身高体重血压，并询问你一些简单的问题，是否成年（informed consent需要18+）以及一些基础的个人背景（学习专业，未来规划等）。随后，医生会对HRT进行介绍，并发给</w:t>
      </w:r>
      <w:r>
        <w:rPr>
          <w:rFonts w:ascii="Calibri" w:hAnsi="Calibri" w:cs="Calibri" w:eastAsia="宋体"/>
        </w:rPr>
        <w:t>informed consent表格</w:t>
      </w:r>
      <w:r>
        <w:rPr>
          <w:rFonts w:ascii="Calibri" w:hAnsi="Calibri" w:cs="Calibri" w:eastAsia="宋体"/>
        </w:rPr>
        <w:t>供阅读和填写。然后会发给你一张查血单查一下你的baseline（即使你之前DIY过这个步骤也要做，而且未来如果发现自己两性畸形可以查这个查血单来初步判断）和生殖能力保存（如果你要求的话），然后尽快去进行查血。第一次面诊到此结束，这时候是没有处方的，但理论上就可以拿小证去改各大系统里的性别了。然后可以预约下一次面诊，但是需要隔2-3个工作日等查血结果出来（如果当天不能查到血，顺延一个工作日），所以尽量预约查血后3-5个工作日后的复诊。</w:t>
      </w:r>
    </w:p>
    <w:p>
      <w:pPr>
        <w:spacing w:after="100"/>
      </w:pPr>
      <w:r>
        <w:rPr>
          <w:rFonts w:ascii="Calibri" w:hAnsi="Calibri" w:cs="Calibri" w:eastAsia="宋体"/>
        </w:rPr>
        <w:t>查血方法很简单，前往查血中心（一般诊所里就有，但如果没有，谷歌地图搜索blood test），会给你抽血。抽完血叫你签个名就可以走了。你看完了以后可能诊所里的或者隔壁的查血点已经关门了，这样的话这里推荐</w:t>
      </w:r>
      <w:r>
        <w:rPr>
          <w:rFonts w:ascii="Calibri" w:hAnsi="Calibri" w:cs="Calibri" w:eastAsia="宋体"/>
        </w:rPr>
        <w:t>Darlinghurst Medical Centre</w:t>
      </w:r>
      <w:r>
        <w:rPr>
          <w:rFonts w:ascii="Calibri" w:hAnsi="Calibri" w:cs="Calibri" w:eastAsia="宋体"/>
        </w:rPr>
        <w:t>，7天都开（一般查血点只有工作日开）所以可以第二天查。</w:t>
      </w:r>
    </w:p>
    <w:p>
      <w:pPr>
        <w:spacing w:after="100"/>
      </w:pPr>
      <w:r>
        <w:rPr>
          <w:rFonts w:ascii="Calibri" w:hAnsi="Calibri" w:cs="Calibri" w:eastAsia="宋体"/>
          <w:b/>
        </w:rPr>
        <w:t>如果医生以非生理相关的理由在这里卡你，包括但不限于BMI，生殖能力保存，pass度，声音等，你可能被gatekeep了。建议不要再继续面诊，并更换医生。</w:t>
      </w:r>
    </w:p>
    <w:p>
      <w:pPr>
        <w:pStyle w:val="Heading6"/>
      </w:pPr>
      <w:r>
        <w:rPr>
          <w:rFonts w:ascii="Calibri" w:hAnsi="Calibri" w:cs="Calibri" w:eastAsia="宋体"/>
        </w:rPr>
        <w:t>查血单样板</w:t>
      </w:r>
    </w:p>
    <w:p>
      <w:pPr>
        <w:pStyle w:val="Heading5"/>
      </w:pPr>
      <w:r>
        <w:rPr>
          <w:rFonts w:ascii="Calibri" w:hAnsi="Calibri" w:cs="Calibri" w:eastAsia="宋体"/>
        </w:rPr>
        <w:t>复诊</w:t>
      </w:r>
    </w:p>
    <w:p>
      <w:pPr>
        <w:spacing w:after="100"/>
      </w:pPr>
      <w:r>
        <w:rPr>
          <w:rFonts w:ascii="Calibri" w:hAnsi="Calibri" w:cs="Calibri" w:eastAsia="宋体"/>
        </w:rPr>
        <w:t>拿到baseline结果后就可以去复诊了，可以打电话确定有没有拿到结果。记住：</w:t>
      </w:r>
      <w:r>
        <w:rPr>
          <w:rFonts w:ascii="Calibri" w:hAnsi="Calibri" w:cs="Calibri" w:eastAsia="宋体"/>
          <w:b/>
        </w:rPr>
        <w:t>如果没有拿到结果，去复诊也没用</w:t>
      </w:r>
      <w:r>
        <w:rPr>
          <w:rFonts w:ascii="Calibri" w:hAnsi="Calibri" w:cs="Calibri" w:eastAsia="宋体"/>
        </w:rPr>
        <w:t>，因为没有baseline level，开不了处方。</w:t>
      </w:r>
    </w:p>
    <w:p>
      <w:pPr>
        <w:spacing w:after="100"/>
      </w:pPr>
      <w:r>
        <w:rPr>
          <w:rFonts w:ascii="Calibri" w:hAnsi="Calibri" w:cs="Calibri" w:eastAsia="宋体"/>
        </w:rPr>
        <w:t>和初诊一样，提前15分钟到，RLE是可选的。</w:t>
      </w:r>
    </w:p>
    <w:p>
      <w:pPr>
        <w:spacing w:after="100"/>
      </w:pPr>
      <w:r>
        <w:rPr>
          <w:rFonts w:ascii="Calibri" w:hAnsi="Calibri" w:cs="Calibri" w:eastAsia="宋体"/>
        </w:rPr>
        <w:t>医生会再次确定你的跨性别意愿并询问性别焦虑的历史（对回答内容卡的不是太死，基本上提到你多少岁想做女生和为什么就行（据另一位跨女描述），本人性别焦虑过程相对完整所以当然就可以了。非二元的话，表示自己对男性身份的厌恶就行，这里不是为了gatekeep你，只是确认一下你真的有这个意愿不是当糖吃），确定你理解并同意informed consent表的内容。</w:t>
      </w:r>
    </w:p>
    <w:p>
      <w:pPr>
        <w:spacing w:after="100"/>
      </w:pPr>
      <w:r>
        <w:rPr>
          <w:rFonts w:ascii="Calibri" w:hAnsi="Calibri" w:cs="Calibri" w:eastAsia="宋体"/>
          <w:b/>
        </w:rPr>
        <w:t>同样的，如果医生以非生理相关理由卡你，建议不要再继续面诊，并更换医生。</w:t>
      </w:r>
    </w:p>
    <w:p>
      <w:pPr>
        <w:spacing w:after="100"/>
      </w:pPr>
      <w:r>
        <w:rPr>
          <w:rFonts w:ascii="Calibri" w:hAnsi="Calibri" w:cs="Calibri" w:eastAsia="宋体"/>
        </w:rPr>
        <w:t>然后医生会介绍各种药物的形态以及使用方法。在澳洲有以下药物可供选择（价格均为2024-11-26查询，基于Chemist Warehouse网站）：</w:t>
      </w:r>
    </w:p>
    <w:p>
      <w:pPr>
        <w:pStyle w:val="Heading6"/>
      </w:pPr>
      <w:r>
        <w:rPr>
          <w:rFonts w:ascii="Calibri" w:hAnsi="Calibri" w:cs="Calibri" w:eastAsia="宋体"/>
        </w:rPr>
        <w:t>雌二醇口服</w:t>
      </w:r>
    </w:p>
    <w:p>
      <w:pPr>
        <w:spacing w:after="100"/>
      </w:pPr>
      <w:r>
        <w:rPr>
          <w:rFonts w:ascii="Calibri" w:hAnsi="Calibri" w:cs="Calibri" w:eastAsia="宋体"/>
        </w:rPr>
        <w:t>Progynova</w:t>
      </w:r>
      <w:r>
        <w:rPr>
          <w:rFonts w:ascii="Calibri" w:hAnsi="Calibri" w:cs="Calibri" w:eastAsia="宋体"/>
        </w:rPr>
        <w:t>: 也就是补佳乐。56x2mg，</w:t>
      </w:r>
      <w:r>
        <w:rPr>
          <w:rFonts w:ascii="Consolas" w:hAnsi="Consolas" w:cs="Consolas" w:eastAsia="Consolas"/>
          <w:sz w:val="19"/>
        </w:rPr>
        <w:t>10.99，一般一天3片，折合一个月</w:t>
      </w:r>
      <w:r>
        <w:rPr>
          <w:rFonts w:ascii="Calibri" w:hAnsi="Calibri" w:cs="Calibri" w:eastAsia="宋体"/>
        </w:rPr>
        <w:t>18.25。</w:t>
      </w:r>
    </w:p>
    <w:p>
      <w:pPr>
        <w:spacing w:after="100"/>
      </w:pPr>
      <w:r>
        <w:rPr>
          <w:rFonts w:ascii="Calibri" w:hAnsi="Calibri" w:cs="Calibri" w:eastAsia="宋体"/>
        </w:rPr>
        <w:t>Zumenon</w:t>
      </w:r>
      <w:r>
        <w:rPr>
          <w:rFonts w:ascii="Calibri" w:hAnsi="Calibri" w:cs="Calibri" w:eastAsia="宋体"/>
        </w:rPr>
        <w:t>：相当于诺坤复。56x2mg，</w:t>
      </w:r>
      <w:r>
        <w:rPr>
          <w:rFonts w:ascii="Consolas" w:hAnsi="Consolas" w:cs="Consolas" w:eastAsia="Consolas"/>
          <w:sz w:val="19"/>
        </w:rPr>
        <w:t>9.99，一般一天3片，折合一个月</w:t>
      </w:r>
      <w:r>
        <w:rPr>
          <w:rFonts w:ascii="Calibri" w:hAnsi="Calibri" w:cs="Calibri" w:eastAsia="宋体"/>
        </w:rPr>
        <w:t>16.59。</w:t>
      </w:r>
    </w:p>
    <w:p>
      <w:pPr>
        <w:pStyle w:val="Heading6"/>
      </w:pPr>
      <w:r>
        <w:rPr>
          <w:rFonts w:ascii="Calibri" w:hAnsi="Calibri" w:cs="Calibri" w:eastAsia="宋体"/>
        </w:rPr>
        <w:t>雌二醇凝胶</w:t>
      </w:r>
    </w:p>
    <w:p>
      <w:pPr>
        <w:spacing w:after="100"/>
      </w:pPr>
      <w:r>
        <w:rPr>
          <w:rFonts w:ascii="Calibri" w:hAnsi="Calibri" w:cs="Calibri" w:eastAsia="宋体"/>
        </w:rPr>
        <w:t>Estrogel</w:t>
      </w:r>
      <w:r>
        <w:rPr>
          <w:rFonts w:ascii="Calibri" w:hAnsi="Calibri" w:cs="Calibri" w:eastAsia="宋体"/>
        </w:rPr>
        <w:t>：也就是凝胶。64x（1.25gx0.06%），</w:t>
      </w:r>
      <w:r>
        <w:rPr>
          <w:rFonts w:ascii="Consolas" w:hAnsi="Consolas" w:cs="Consolas" w:eastAsia="Consolas"/>
          <w:sz w:val="19"/>
        </w:rPr>
        <w:t>30.99，一般一天2泵，折合一个月</w:t>
      </w:r>
      <w:r>
        <w:rPr>
          <w:rFonts w:ascii="Calibri" w:hAnsi="Calibri" w:cs="Calibri" w:eastAsia="宋体"/>
        </w:rPr>
        <w:t>30.02。</w:t>
      </w:r>
    </w:p>
    <w:p>
      <w:pPr>
        <w:spacing w:after="100"/>
      </w:pPr>
      <w:r>
        <w:rPr>
          <w:rFonts w:ascii="Calibri" w:hAnsi="Calibri" w:cs="Calibri" w:eastAsia="宋体"/>
        </w:rPr>
        <w:t>Sandrena</w:t>
      </w:r>
      <w:r>
        <w:rPr>
          <w:rFonts w:ascii="Calibri" w:hAnsi="Calibri" w:cs="Calibri" w:eastAsia="宋体"/>
        </w:rPr>
        <w:t>：袋装的凝胶，既可以有凝胶的好处又方便携带，防止爆柜。28x1mg，$16.99，一般一天2包，折合一个月33.98。</w:t>
      </w:r>
    </w:p>
    <w:p>
      <w:pPr>
        <w:pStyle w:val="Heading6"/>
      </w:pPr>
      <w:r>
        <w:rPr>
          <w:rFonts w:ascii="Calibri" w:hAnsi="Calibri" w:cs="Calibri" w:eastAsia="宋体"/>
        </w:rPr>
        <w:t>雌二醇贴片</w:t>
      </w:r>
    </w:p>
    <w:p>
      <w:pPr>
        <w:spacing w:after="100"/>
      </w:pPr>
      <w:r>
        <w:rPr>
          <w:rFonts w:ascii="Calibri" w:hAnsi="Calibri" w:cs="Calibri" w:eastAsia="宋体"/>
        </w:rPr>
        <w:t>不建议，因为经常缺货。但是还是打出来给大家参考。我不知道用法用量，因为没用过。</w:t>
      </w:r>
    </w:p>
    <w:p>
      <w:pPr>
        <w:spacing w:after="100"/>
      </w:pPr>
      <w:r>
        <w:rPr>
          <w:rFonts w:ascii="Calibri" w:hAnsi="Calibri" w:cs="Calibri" w:eastAsia="宋体"/>
        </w:rPr>
        <w:t>Estradot</w:t>
      </w:r>
    </w:p>
    <w:p>
      <w:pPr>
        <w:pStyle w:val="Heading6"/>
      </w:pPr>
      <w:r>
        <w:rPr>
          <w:rFonts w:ascii="Calibri" w:hAnsi="Calibri" w:cs="Calibri" w:eastAsia="宋体"/>
        </w:rPr>
        <w:t>抗雄</w:t>
      </w:r>
    </w:p>
    <w:p>
      <w:pPr>
        <w:spacing w:after="100"/>
      </w:pPr>
      <w:r>
        <w:rPr>
          <w:rFonts w:ascii="Calibri" w:hAnsi="Calibri" w:cs="Calibri" w:eastAsia="宋体"/>
        </w:rPr>
        <w:t>与雌激素同时进行。因为澳洲没有针剂，单靠雌激素不太现实，所以抗雄还是需要的。</w:t>
      </w:r>
    </w:p>
    <w:p>
      <w:pPr>
        <w:spacing w:after="100"/>
      </w:pPr>
      <w:r>
        <w:rPr>
          <w:rFonts w:ascii="Calibri" w:hAnsi="Calibri" w:cs="Calibri" w:eastAsia="宋体"/>
        </w:rPr>
        <w:t>Spiractin</w:t>
      </w:r>
      <w:r>
        <w:rPr>
          <w:rFonts w:ascii="Calibri" w:hAnsi="Calibri" w:cs="Calibri" w:eastAsia="宋体"/>
        </w:rPr>
        <w:t>：也就是螺内酯。25mgx100，</w:t>
      </w:r>
      <w:r>
        <w:rPr>
          <w:rFonts w:ascii="Consolas" w:hAnsi="Consolas" w:cs="Consolas" w:eastAsia="Consolas"/>
          <w:sz w:val="19"/>
        </w:rPr>
        <w:t>12.99，一般一天4片，折合一个月</w:t>
      </w:r>
      <w:r>
        <w:rPr>
          <w:rFonts w:ascii="Calibri" w:hAnsi="Calibri" w:cs="Calibri" w:eastAsia="宋体"/>
        </w:rPr>
        <w:t>16.1。</w:t>
      </w:r>
    </w:p>
    <w:p>
      <w:pPr>
        <w:spacing w:after="100"/>
      </w:pPr>
      <w:r>
        <w:rPr>
          <w:rFonts w:ascii="Calibri" w:hAnsi="Calibri" w:cs="Calibri" w:eastAsia="宋体"/>
        </w:rPr>
        <w:t>Cyproterone Sandoz</w:t>
      </w:r>
      <w:r>
        <w:rPr>
          <w:rFonts w:ascii="Calibri" w:hAnsi="Calibri" w:cs="Calibri" w:eastAsia="宋体"/>
        </w:rPr>
        <w:t>：也就是色普龙。50mgx20，</w:t>
      </w:r>
      <w:r>
        <w:rPr>
          <w:rFonts w:ascii="Consolas" w:hAnsi="Consolas" w:cs="Consolas" w:eastAsia="Consolas"/>
          <w:sz w:val="19"/>
        </w:rPr>
        <w:t>16.99，一般一周2x12.5mg（需要另外买切药器），折合一个月</w:t>
      </w:r>
      <w:r>
        <w:rPr>
          <w:rFonts w:ascii="Calibri" w:hAnsi="Calibri" w:cs="Calibri" w:eastAsia="宋体"/>
        </w:rPr>
        <w:t>1.85。</w:t>
      </w:r>
    </w:p>
    <w:p>
      <w:pPr>
        <w:spacing w:after="100"/>
      </w:pPr>
      <w:r>
        <w:rPr>
          <w:rFonts w:ascii="Calibri" w:hAnsi="Calibri" w:cs="Calibri" w:eastAsia="宋体"/>
        </w:rPr>
        <w:t>根据个人需求自己选择就行了。医生随后会给你开处方，一般会给6个repeat。可以选择纸质处方或电子处方（临时签证需要申请</w:t>
      </w:r>
      <w:r>
        <w:rPr>
          <w:rFonts w:ascii="Calibri" w:hAnsi="Calibri" w:cs="Calibri" w:eastAsia="宋体"/>
        </w:rPr>
        <w:t>IHI</w:t>
      </w:r>
      <w:r>
        <w:rPr>
          <w:rFonts w:ascii="Calibri" w:hAnsi="Calibri" w:cs="Calibri" w:eastAsia="宋体"/>
        </w:rPr>
        <w:t>，PR可以直接要）。如果是临时签证且需要IHI，建议提前申请好IHI。</w:t>
      </w:r>
    </w:p>
    <w:p>
      <w:pPr>
        <w:pStyle w:val="Heading6"/>
      </w:pPr>
      <w:r>
        <w:rPr>
          <w:rFonts w:ascii="Calibri" w:hAnsi="Calibri" w:cs="Calibri" w:eastAsia="宋体"/>
        </w:rPr>
        <w:t>处方样板</w:t>
      </w:r>
    </w:p>
    <w:p>
      <w:pPr>
        <w:spacing w:after="100"/>
      </w:pPr>
      <w:r>
        <w:rPr>
          <w:rFonts w:ascii="Calibri" w:hAnsi="Calibri" w:cs="Calibri" w:eastAsia="宋体"/>
        </w:rPr>
        <w:t>恭喜！到这里你美妙的HRT旅程就可以开始了！</w:t>
      </w:r>
    </w:p>
    <w:p>
      <w:pPr>
        <w:pStyle w:val="Heading4"/>
      </w:pPr>
      <w:r>
        <w:rPr>
          <w:rFonts w:ascii="Calibri" w:hAnsi="Calibri" w:cs="Calibri" w:eastAsia="宋体"/>
        </w:rPr>
        <w:t>走Endo（内分泌科医生）进行informed consent的流程</w:t>
      </w:r>
    </w:p>
    <w:p>
      <w:pPr>
        <w:spacing w:after="100"/>
      </w:pPr>
      <w:r>
        <w:rPr>
          <w:rFonts w:ascii="Calibri" w:hAnsi="Calibri" w:cs="Calibri" w:eastAsia="宋体"/>
        </w:rPr>
        <w:t>如果实在找不到informed consent的GP或极其不方便，也可以走这个流程。后面所述的implant必须走endo。</w:t>
      </w:r>
    </w:p>
    <w:p>
      <w:pPr>
        <w:spacing w:after="100"/>
      </w:pPr>
      <w:r>
        <w:rPr>
          <w:rFonts w:ascii="Calibri" w:hAnsi="Calibri" w:cs="Calibri" w:eastAsia="宋体"/>
        </w:rPr>
        <w:t>以下列表为我个人亲自看过并验证过友跨的医生。目前并不多但可能会随着我搬家等进行相应补充。</w:t>
      </w:r>
    </w:p>
    <w:p>
      <w:pPr>
        <w:spacing w:after="100"/>
      </w:pPr>
      <w:r>
        <w:rPr>
          <w:rFonts w:ascii="Calibri" w:hAnsi="Calibri" w:cs="Calibri" w:eastAsia="宋体"/>
        </w:rPr>
        <w:t>Dr Jon Hayes</w:t>
      </w:r>
    </w:p>
    <w:p>
      <w:pPr>
        <w:shd w:val="clear" w:color="auto" w:fill="F7F8FA"/>
        <w:pBdr>
          <w:left w:val="single" w:sz="18" w:space="6" w:color="C9CDD4"/>
        </w:pBdr>
        <w:spacing w:after="40"/>
      </w:pPr>
      <w:r>
        <w:rPr>
          <w:rFonts w:ascii="Calibri" w:hAnsi="Calibri" w:cs="Calibri" w:eastAsia="宋体"/>
        </w:rPr>
        <w:t>位于St Leonards，可以坐车到同名火车站，下车走 5 分钟就到。或坐 M1 线到 Crows Nest 地铁站后下车倒 144 巴士往 Chatswood 坐 3 站就到（旁边有公园）。注意前台有点凶，说话最好语气缓和一点，但他人很好。</w:t>
      </w:r>
    </w:p>
    <w:p>
      <w:pPr>
        <w:spacing w:after="100"/>
      </w:pPr>
      <w:r>
        <w:rPr>
          <w:rFonts w:ascii="Calibri" w:hAnsi="Calibri" w:cs="Calibri" w:eastAsia="宋体"/>
        </w:rPr>
        <w:t>这个列表上的医生我没看过，但据说都很友跨并可以提供informed consent。</w:t>
      </w:r>
    </w:p>
    <w:p>
      <w:pPr>
        <w:spacing w:after="100"/>
      </w:pPr>
      <w:r>
        <w:rPr>
          <w:rFonts w:ascii="Calibri" w:hAnsi="Calibri" w:cs="Calibri" w:eastAsia="宋体"/>
        </w:rPr>
        <w:t>TransHub Doctor List</w:t>
      </w:r>
    </w:p>
    <w:p>
      <w:pPr>
        <w:spacing w:after="100"/>
      </w:pPr>
      <w:r>
        <w:rPr>
          <w:rFonts w:ascii="Calibri" w:hAnsi="Calibri" w:cs="Calibri" w:eastAsia="宋体"/>
        </w:rPr>
        <w:t>去你最方便的GP那里说明自己想跨性别的意愿，并要求refer到endo那里。然后过程就和GP差不多了，两次查血后会给你开处方。</w:t>
      </w:r>
    </w:p>
    <w:p>
      <w:pPr>
        <w:spacing w:after="100"/>
      </w:pPr>
      <w:r>
        <w:rPr>
          <w:rFonts w:ascii="Calibri" w:hAnsi="Calibri" w:cs="Calibri" w:eastAsia="宋体"/>
          <w:b/>
        </w:rPr>
        <w:t>如果任意一位医生以非生理相关的理由在这里卡你，包括但不限于BMI，生殖能力保存，pass度，声音等，你可能被gatekeep了。建议不要再继续面诊，并更换医生。</w:t>
      </w:r>
    </w:p>
    <w:p>
      <w:pPr>
        <w:spacing w:after="100"/>
      </w:pPr>
      <w:r>
        <w:rPr>
          <w:rFonts w:ascii="Calibri" w:hAnsi="Calibri" w:cs="Calibri" w:eastAsia="宋体"/>
        </w:rPr>
        <w:t>恭喜！到这里你美妙的HRT旅程就可以开始了！</w:t>
      </w:r>
    </w:p>
    <w:p>
      <w:pPr>
        <w:pStyle w:val="Heading4"/>
      </w:pPr>
      <w:r>
        <w:rPr>
          <w:rFonts w:ascii="Calibri" w:hAnsi="Calibri" w:cs="Calibri" w:eastAsia="宋体"/>
        </w:rPr>
        <w:t>后续随诊</w:t>
      </w:r>
    </w:p>
    <w:p>
      <w:pPr>
        <w:spacing w:after="100"/>
      </w:pPr>
      <w:r>
        <w:rPr>
          <w:rFonts w:ascii="Calibri" w:hAnsi="Calibri" w:cs="Calibri" w:eastAsia="宋体"/>
        </w:rPr>
        <w:t>建议每2-3个月去看一次医生，要新的查血单。医生会根据你的性激素水平进行对HRT适当的调整。</w:t>
      </w:r>
    </w:p>
    <w:p>
      <w:pPr>
        <w:pStyle w:val="Heading4"/>
      </w:pPr>
      <w:r>
        <w:rPr>
          <w:rFonts w:ascii="Calibri" w:hAnsi="Calibri" w:cs="Calibri" w:eastAsia="宋体"/>
        </w:rPr>
        <w:t>进阶治疗</w:t>
      </w:r>
    </w:p>
    <w:p>
      <w:pPr>
        <w:pStyle w:val="Heading5"/>
      </w:pPr>
      <w:r>
        <w:rPr>
          <w:rFonts w:ascii="Calibri" w:hAnsi="Calibri" w:cs="Calibri" w:eastAsia="宋体"/>
        </w:rPr>
        <w:t>孕激素</w:t>
      </w:r>
    </w:p>
    <w:p>
      <w:pPr>
        <w:spacing w:after="100"/>
      </w:pPr>
      <w:r>
        <w:rPr>
          <w:rFonts w:ascii="Calibri" w:hAnsi="Calibri" w:cs="Calibri" w:eastAsia="宋体"/>
        </w:rPr>
        <w:t>如果医生觉得你的女性第二青春期达到一定水平，会开具孕激素来帮助你的发育。你也可以自己提出想要孕激素。医生会和第一次复诊一样确定你的意愿，然后开具处方。处方样板和上文相同。</w:t>
      </w:r>
    </w:p>
    <w:p>
      <w:pPr>
        <w:pStyle w:val="Heading6"/>
      </w:pPr>
      <w:r>
        <w:rPr>
          <w:rFonts w:ascii="Calibri" w:hAnsi="Calibri" w:cs="Calibri" w:eastAsia="宋体"/>
        </w:rPr>
        <w:t>孕激素药物</w:t>
      </w:r>
    </w:p>
    <w:p>
      <w:pPr>
        <w:spacing w:after="100"/>
      </w:pPr>
      <w:r>
        <w:rPr>
          <w:rFonts w:ascii="Calibri" w:hAnsi="Calibri" w:cs="Calibri" w:eastAsia="宋体"/>
        </w:rPr>
        <w:t>Prometrium</w:t>
      </w:r>
      <w:r>
        <w:rPr>
          <w:rFonts w:ascii="Calibri" w:hAnsi="Calibri" w:cs="Calibri" w:eastAsia="宋体"/>
        </w:rPr>
        <w:t>，100mgx30，$38.99。一般一天一颗。这个价格也是每个月的价格。</w:t>
      </w:r>
    </w:p>
    <w:p>
      <w:pPr>
        <w:pStyle w:val="Heading5"/>
      </w:pPr>
      <w:r>
        <w:rPr>
          <w:rFonts w:ascii="Calibri" w:hAnsi="Calibri" w:cs="Calibri" w:eastAsia="宋体"/>
        </w:rPr>
        <w:t>皮下埋植</w:t>
      </w:r>
    </w:p>
    <w:p>
      <w:pPr>
        <w:spacing w:after="100"/>
      </w:pPr>
      <w:r>
        <w:rPr>
          <w:rFonts w:ascii="Calibri" w:hAnsi="Calibri" w:cs="Calibri" w:eastAsia="宋体"/>
        </w:rPr>
        <w:t>在澳洲，一种很方便的HRT方法是进行雌二醇皮下埋植(estrogen implant)。相当于在你身体里植入了卵巢，可以不需要每天吃药，多舒服！</w:t>
      </w:r>
    </w:p>
    <w:p>
      <w:pPr>
        <w:spacing w:after="100"/>
      </w:pPr>
      <w:r>
        <w:rPr>
          <w:rFonts w:ascii="Calibri" w:hAnsi="Calibri" w:cs="Calibri" w:eastAsia="宋体"/>
        </w:rPr>
        <w:t>但是，这个需要HRT 3-6个月以后才能开始，因为医生需要了解你身体对雌二醇的反应，是否有不良现象之类的，不是第一次就能皮下埋植的。而且，这个可能对生育能力造成一定的伤害，如未进行生殖能力保存且后续有相关想法，建议三思而后行。（实际上，获取处方不需要证明自己进行过生殖能力保存）</w:t>
      </w:r>
    </w:p>
    <w:p>
      <w:pPr>
        <w:spacing w:after="100"/>
      </w:pPr>
      <w:r>
        <w:rPr>
          <w:rFonts w:ascii="Calibri" w:hAnsi="Calibri" w:cs="Calibri" w:eastAsia="宋体"/>
        </w:rPr>
        <w:t>以下列表为我个人亲自看过并验证过友跨，可开具并植入皮下埋植雌二醇的医生。目前并不多但可能会随着我搬家等进行相应补充。</w:t>
      </w:r>
    </w:p>
    <w:p>
      <w:pPr>
        <w:spacing w:after="100"/>
      </w:pPr>
      <w:r>
        <w:rPr>
          <w:rFonts w:ascii="Calibri" w:hAnsi="Calibri" w:cs="Calibri" w:eastAsia="宋体"/>
        </w:rPr>
        <w:t>Dr Jon Hayes</w:t>
      </w:r>
    </w:p>
    <w:p>
      <w:pPr>
        <w:shd w:val="clear" w:color="auto" w:fill="F7F8FA"/>
        <w:pBdr>
          <w:left w:val="single" w:sz="18" w:space="6" w:color="C9CDD4"/>
        </w:pBdr>
        <w:spacing w:after="40"/>
      </w:pPr>
      <w:r>
        <w:rPr>
          <w:rFonts w:ascii="Calibri" w:hAnsi="Calibri" w:cs="Calibri" w:eastAsia="宋体"/>
        </w:rPr>
        <w:t>位于St Leonards，可以坐车到同名火车站，下车走 5 分钟就到。或坐 M1 线到 Crows Nest 地铁站后下车倒 144 巴士往 Chatswood 坐 3 站就到。注意前台有点凶，说话最好语气缓和一点，但他人很好。</w:t>
      </w:r>
    </w:p>
    <w:p>
      <w:pPr>
        <w:spacing w:after="100"/>
      </w:pPr>
      <w:r>
        <w:rPr>
          <w:rFonts w:ascii="Calibri" w:hAnsi="Calibri" w:cs="Calibri" w:eastAsia="宋体"/>
        </w:rPr>
        <w:t>这个列表上的部分医生可开具并植入皮下埋植雌二醇。选择相应选项(Estrogen implant insertion)即可。</w:t>
      </w:r>
    </w:p>
    <w:p>
      <w:pPr>
        <w:spacing w:after="100"/>
      </w:pPr>
      <w:r>
        <w:rPr>
          <w:rFonts w:ascii="Calibri" w:hAnsi="Calibri" w:cs="Calibri" w:eastAsia="宋体"/>
        </w:rPr>
        <w:t>TransHub Doctor List</w:t>
      </w:r>
    </w:p>
    <w:p>
      <w:pPr>
        <w:spacing w:after="100"/>
      </w:pPr>
      <w:r>
        <w:rPr>
          <w:rFonts w:ascii="Calibri" w:hAnsi="Calibri" w:cs="Calibri" w:eastAsia="宋体"/>
        </w:rPr>
        <w:t>在复诊过程中，直接和医生提出想要皮下埋植，医生会和第一次复诊一样确定你的意愿，然后开具处方。处方样板和上文相同。</w:t>
      </w:r>
    </w:p>
    <w:p>
      <w:pPr>
        <w:spacing w:after="100"/>
      </w:pPr>
      <w:r>
        <w:rPr>
          <w:rFonts w:ascii="Calibri" w:hAnsi="Calibri" w:cs="Calibri" w:eastAsia="宋体"/>
        </w:rPr>
        <w:t>本人已经获取皮下埋植处方，但是暂未进行以下流程。这些均为理论，本人实践后会更新。</w:t>
      </w:r>
    </w:p>
    <w:p>
      <w:pPr>
        <w:spacing w:after="100"/>
      </w:pPr>
      <w:r>
        <w:rPr>
          <w:rFonts w:ascii="Calibri" w:hAnsi="Calibri" w:cs="Calibri" w:eastAsia="宋体"/>
        </w:rPr>
        <w:t>在打电话咨询后，将你的处方邮寄（或将电子处方</w:t>
      </w:r>
      <w:r>
        <w:rPr>
          <w:rFonts w:ascii="Calibri" w:hAnsi="Calibri" w:cs="Calibri" w:eastAsia="宋体"/>
          <w:b/>
        </w:rPr>
        <w:t>截图</w:t>
      </w:r>
      <w:r>
        <w:rPr>
          <w:rFonts w:ascii="Calibri" w:hAnsi="Calibri" w:cs="Calibri" w:eastAsia="宋体"/>
        </w:rPr>
        <w:t>（也就是上述处方界面））给合成药物的厂家。合成药物厂家会给你制作皮下埋植，并寄给你（也可以寄到医生那里，省去麻烦）。你收到（或医生收到）后就可以预约复诊并植入了。</w:t>
      </w:r>
    </w:p>
    <w:p>
      <w:pPr>
        <w:pStyle w:val="Heading6"/>
      </w:pPr>
      <w:r>
        <w:rPr>
          <w:rFonts w:ascii="Calibri" w:hAnsi="Calibri" w:cs="Calibri" w:eastAsia="宋体"/>
        </w:rPr>
        <w:t>合成药厂</w:t>
      </w:r>
    </w:p>
    <w:p>
      <w:pPr>
        <w:spacing w:after="100"/>
      </w:pPr>
      <w:r>
        <w:rPr>
          <w:rFonts w:ascii="Calibri" w:hAnsi="Calibri" w:cs="Calibri" w:eastAsia="宋体"/>
        </w:rPr>
        <w:t>Stenlake</w:t>
      </w:r>
    </w:p>
    <w:p>
      <w:pPr>
        <w:spacing w:after="100"/>
      </w:pPr>
      <w:r>
        <w:rPr>
          <w:rFonts w:ascii="Calibri" w:hAnsi="Calibri" w:cs="Calibri" w:eastAsia="宋体"/>
        </w:rPr>
        <w:t>Complementary Compounding Services</w:t>
      </w:r>
    </w:p>
    <w:p>
      <w:pPr>
        <w:spacing w:after="100"/>
      </w:pPr>
      <w:r>
        <w:rPr>
          <w:rFonts w:ascii="Calibri" w:hAnsi="Calibri" w:cs="Calibri" w:eastAsia="宋体"/>
        </w:rPr>
        <w:t>两家药厂对不同的身体适应程度不同。如果雌激素水平太低，可能需要做2个皮下埋植。</w:t>
      </w:r>
    </w:p>
    <w:p>
      <w:pPr>
        <w:pStyle w:val="Heading4"/>
      </w:pPr>
      <w:r>
        <w:rPr>
          <w:rFonts w:ascii="Calibri" w:hAnsi="Calibri" w:cs="Calibri" w:eastAsia="宋体"/>
        </w:rPr>
        <w:t>生殖能力保存</w:t>
      </w:r>
    </w:p>
    <w:p>
      <w:pPr>
        <w:spacing w:after="100"/>
      </w:pPr>
      <w:r>
        <w:rPr>
          <w:rFonts w:ascii="Calibri" w:hAnsi="Calibri" w:cs="Calibri" w:eastAsia="宋体"/>
        </w:rPr>
        <w:t>如果有需要可以在HRT前/暂停HRT来进行生殖能力保存。注意</w:t>
      </w:r>
      <w:r>
        <w:rPr>
          <w:rFonts w:ascii="Calibri" w:hAnsi="Calibri" w:cs="Calibri" w:eastAsia="宋体"/>
          <w:b/>
        </w:rPr>
        <w:t>暂停HRT需要医学detrans 90天左右</w:t>
      </w:r>
      <w:r>
        <w:rPr>
          <w:rFonts w:ascii="Calibri" w:hAnsi="Calibri" w:cs="Calibri" w:eastAsia="宋体"/>
        </w:rPr>
        <w:t>，需要花费额外的精力来遮盖反雄的效果，所以建议之前就做好。</w:t>
      </w:r>
    </w:p>
    <w:p>
      <w:pPr>
        <w:pStyle w:val="Heading4"/>
      </w:pPr>
      <w:r>
        <w:rPr>
          <w:rFonts w:ascii="Calibri" w:hAnsi="Calibri" w:cs="Calibri" w:eastAsia="宋体"/>
        </w:rPr>
        <w:t>生殖能力保存机构</w:t>
      </w:r>
    </w:p>
    <w:p>
      <w:pPr>
        <w:spacing w:after="100"/>
      </w:pPr>
      <w:r>
        <w:rPr>
          <w:rFonts w:ascii="Calibri" w:hAnsi="Calibri" w:cs="Calibri" w:eastAsia="宋体"/>
        </w:rPr>
        <w:t>IVF Australia</w:t>
      </w:r>
      <w:r>
        <w:br/>
      </w:r>
      <w:r>
        <w:rPr>
          <w:rFonts w:ascii="Calibri" w:hAnsi="Calibri" w:cs="Calibri" w:eastAsia="宋体"/>
        </w:rPr>
        <w:t>Rainbow Fertility</w:t>
      </w:r>
      <w:r>
        <w:rPr>
          <w:rFonts w:ascii="Calibri" w:hAnsi="Calibri" w:cs="Calibri" w:eastAsia="宋体"/>
        </w:rPr>
        <w:t xml:space="preserve"> （性/别多元化群体为服务主体的机构） </w:t>
      </w:r>
      <w:r>
        <w:rPr>
          <w:rFonts w:ascii="Calibri" w:hAnsi="Calibri" w:cs="Calibri" w:eastAsia="宋体"/>
        </w:rPr>
        <w:t>Adora</w:t>
      </w:r>
      <w:r>
        <w:rPr>
          <w:rFonts w:ascii="Calibri" w:hAnsi="Calibri" w:cs="Calibri" w:eastAsia="宋体"/>
        </w:rPr>
        <w:t xml:space="preserve"> (目前正在看，后续会有更新)</w:t>
      </w:r>
    </w:p>
    <w:p>
      <w:pPr>
        <w:pStyle w:val="Heading3"/>
      </w:pPr>
      <w:r>
        <w:rPr>
          <w:rFonts w:ascii="Calibri" w:hAnsi="Calibri" w:cs="Calibri" w:eastAsia="微软雅黑"/>
        </w:rPr>
        <w:t>3.15.3  西澳大学 UWA / University of Western Australia</w:t>
      </w:r>
    </w:p>
    <w:p>
      <w:pPr>
        <w:spacing w:after="160"/>
      </w:pPr>
      <w:r>
        <w:rPr>
          <w:rFonts w:ascii="Calibri" w:hAnsi="Calibri" w:cs="Calibri" w:eastAsia="宋体"/>
          <w:color w:val="6B7280"/>
          <w:sz w:val="16"/>
        </w:rPr>
        <w:t>原文：https://mtf.wiki/zh-cn/docs/hrt/australia/UWA · 最近更新：2025年12月8日</w:t>
      </w:r>
    </w:p>
    <w:p>
      <w:pPr>
        <w:spacing w:after="100"/>
      </w:pPr>
      <w:r>
        <w:rPr>
          <w:rFonts w:ascii="Calibri" w:hAnsi="Calibri" w:cs="Calibri" w:eastAsia="宋体"/>
          <w:b/>
        </w:rPr>
        <w:t>UWA Health and Medical Services</w:t>
      </w:r>
    </w:p>
    <w:p>
      <w:pPr>
        <w:pStyle w:val="Heading4"/>
      </w:pPr>
      <w:r>
        <w:rPr>
          <w:rFonts w:ascii="Calibri" w:hAnsi="Calibri" w:cs="Calibri" w:eastAsia="宋体"/>
        </w:rPr>
        <w:t>流程</w:t>
      </w:r>
    </w:p>
    <w:p>
      <w:pPr>
        <w:spacing w:after="100"/>
      </w:pPr>
      <w:r>
        <w:rPr>
          <w:rFonts w:ascii="Calibri" w:hAnsi="Calibri" w:cs="Calibri" w:eastAsia="宋体"/>
        </w:rPr>
        <w:t>初抵澳洲记得激活你的</w:t>
      </w:r>
      <w:r>
        <w:rPr>
          <w:rFonts w:ascii="Calibri" w:hAnsi="Calibri" w:cs="Calibri" w:eastAsia="宋体"/>
          <w:b/>
        </w:rPr>
        <w:t>OSHC</w:t>
      </w:r>
      <w:r>
        <w:rPr>
          <w:rFonts w:ascii="Calibri" w:hAnsi="Calibri" w:cs="Calibri" w:eastAsia="宋体"/>
        </w:rPr>
        <w:t>学生保险</w:t>
      </w:r>
      <w:r>
        <w:rPr>
          <w:rFonts w:ascii="Calibri" w:hAnsi="Calibri" w:cs="Calibri" w:eastAsia="宋体"/>
          <w:b/>
        </w:rPr>
        <w:t>本校建议直接跟随offer缴纳学校推荐的Comprehensive MediBank OSHC</w:t>
      </w:r>
      <w:r>
        <w:rPr>
          <w:rFonts w:ascii="Calibri" w:hAnsi="Calibri" w:cs="Calibri" w:eastAsia="宋体"/>
        </w:rPr>
        <w:t>，填好你住宿的地址，等待邮件寄到。通常需要10天的时间，所以请确保你的租房地址稳定。</w:t>
      </w:r>
    </w:p>
    <w:p>
      <w:pPr>
        <w:spacing w:after="100"/>
      </w:pPr>
      <w:r>
        <w:rPr>
          <w:rFonts w:ascii="Calibri" w:hAnsi="Calibri" w:cs="Calibri" w:eastAsia="宋体"/>
        </w:rPr>
        <w:t>初抵学校先申领学生卡，使用Capture Me系统上传你的大头照，等待两个工作日即可前往学生中心领取。领取学生卡后不要忘记前往Guild 学生中心贴上贴纸，这样可以在学校的咖啡店获取10%折扣。</w:t>
      </w:r>
    </w:p>
    <w:p>
      <w:pPr>
        <w:spacing w:after="100"/>
      </w:pPr>
      <w:r>
        <w:rPr>
          <w:rFonts w:ascii="Calibri" w:hAnsi="Calibri" w:cs="Calibri" w:eastAsia="宋体"/>
        </w:rPr>
        <w:t>学生卡也可以在Guild中心购买或者转换你的Smart Rider公交卡成为学生公交卡，这样坐车可以打折，结合Autoload可以实现大约47折坐公交的效果。</w:t>
      </w:r>
    </w:p>
    <w:p>
      <w:pPr>
        <w:spacing w:before="120" w:after="120"/>
        <w:pBdr>
          <w:bottom w:val="single" w:sz="6" w:space="1" w:color="C9CDD4"/>
        </w:pBdr>
      </w:pPr>
    </w:p>
    <w:p>
      <w:pPr>
        <w:spacing w:after="100"/>
      </w:pPr>
      <w:r>
        <w:rPr>
          <w:rFonts w:ascii="Calibri" w:hAnsi="Calibri" w:cs="Calibri" w:eastAsia="宋体"/>
        </w:rPr>
        <w:t>等待收到OSHC卡以后,就可以前往学校的医疗中心预约GP啦，本校的医疗中心GP可以直接开处方，并且是5次有效，每次很多剂量的。所以基本上不用担心。第一次问诊会询问一些既往病史、家族病史、过敏之类的问题。</w:t>
      </w:r>
    </w:p>
    <w:p>
      <w:pPr>
        <w:spacing w:after="100"/>
      </w:pPr>
      <w:r>
        <w:rPr>
          <w:rFonts w:ascii="Calibri" w:hAnsi="Calibri" w:cs="Calibri" w:eastAsia="宋体"/>
        </w:rPr>
        <w:t>不确定没有证明能不能开药，但是从题主的经历来看，什么都没有提供的情况下，没有做检查，仅聊天直接给我开具了5次循环每次两个月剂量的处方。</w:t>
      </w:r>
      <w:r>
        <w:rPr>
          <w:rFonts w:ascii="Calibri" w:hAnsi="Calibri" w:cs="Calibri" w:eastAsia="宋体"/>
          <w:vertAlign w:val="superscript"/>
        </w:rPr>
        <w:t>术后娘</w:t>
      </w:r>
    </w:p>
    <w:p>
      <w:pPr>
        <w:spacing w:after="100"/>
      </w:pPr>
      <w:r>
        <w:rPr>
          <w:rFonts w:ascii="Calibri" w:hAnsi="Calibri" w:cs="Calibri" w:eastAsia="宋体"/>
        </w:rPr>
        <w:t>第一次前往本校的医疗中心，如果你小于26岁，可以免费当场立刻注射一针九价HPV疫苗。询问医生开具处方，然后在隔壁护士站即刻注射，不论性别。</w:t>
      </w:r>
    </w:p>
    <w:p>
      <w:pPr>
        <w:spacing w:after="100"/>
      </w:pPr>
      <w:r>
        <w:rPr>
          <w:rFonts w:ascii="Calibri" w:hAnsi="Calibri" w:cs="Calibri" w:eastAsia="宋体"/>
        </w:rPr>
        <w:t>本校医疗中心LGBTQIA友好，且彩虹旗贴纸贴在门口。</w:t>
      </w:r>
    </w:p>
    <w:p>
      <w:pPr>
        <w:pStyle w:val="Heading4"/>
      </w:pPr>
      <w:r>
        <w:rPr>
          <w:rFonts w:ascii="Calibri" w:hAnsi="Calibri" w:cs="Calibri" w:eastAsia="宋体"/>
        </w:rPr>
        <w:t>医生</w:t>
      </w:r>
    </w:p>
    <w:p>
      <w:pPr>
        <w:pStyle w:val="Heading5"/>
      </w:pPr>
      <w:r>
        <w:rPr>
          <w:rFonts w:ascii="Calibri" w:hAnsi="Calibri" w:cs="Calibri" w:eastAsia="宋体"/>
        </w:rPr>
        <w:t>Dr Elizabeth Kerr</w:t>
      </w:r>
    </w:p>
    <w:p>
      <w:pPr>
        <w:spacing w:after="100"/>
      </w:pPr>
      <w:r>
        <w:rPr>
          <w:rFonts w:ascii="Calibri" w:hAnsi="Calibri" w:cs="Calibri" w:eastAsia="宋体"/>
        </w:rPr>
        <w:t>是题主这次预约的GP医生，出乎意料的是，她佩戴一个彩虹胸牌，是LGBTQIA的彩虹。而且可以直接开具处方，不需要再预约Specialist来开具处方，省钱且省时间。因为学校的医生是和Medibank合作的，可以Direct Billiing，所以此次看诊没有花费。</w:t>
      </w:r>
    </w:p>
    <w:p>
      <w:pPr>
        <w:spacing w:after="100"/>
      </w:pPr>
      <w:r>
        <w:rPr>
          <w:rFonts w:ascii="Calibri" w:hAnsi="Calibri" w:cs="Calibri" w:eastAsia="宋体"/>
        </w:rPr>
        <w:t>在寒暄以及询问病史、过敏、家族病史后，医生非常友善的关心了我在澳大利亚如何复健，选择什么样的润滑剂，以及提出建议我可以使用Vaginal Hyaluronic Acid当作通模的润滑剂。</w:t>
      </w:r>
    </w:p>
    <w:p>
      <w:pPr>
        <w:spacing w:after="100"/>
      </w:pPr>
      <w:r>
        <w:rPr>
          <w:rFonts w:ascii="Calibri" w:hAnsi="Calibri" w:cs="Calibri" w:eastAsia="宋体"/>
        </w:rPr>
        <w:t>医生表示很少见到在上海做手术的跨性别，一般都是泰国，并且提到了大部分人没有长期保持复健的习惯，因为真的很无聊。</w:t>
      </w:r>
      <w:r>
        <w:rPr>
          <w:rFonts w:ascii="Calibri" w:hAnsi="Calibri" w:cs="Calibri" w:eastAsia="宋体"/>
          <w:vertAlign w:val="superscript"/>
        </w:rPr>
        <w:t>但是题主坚持三年啦</w:t>
      </w:r>
    </w:p>
    <w:p>
      <w:pPr>
        <w:spacing w:after="100"/>
      </w:pPr>
      <w:r>
        <w:rPr>
          <w:rFonts w:ascii="Calibri" w:hAnsi="Calibri" w:cs="Calibri" w:eastAsia="宋体"/>
        </w:rPr>
        <w:t>总之Dr Elizabeth医生非常友善，在问诊结束后还顺便询问我有没有打过HPV，题主表示没有的情况下直接顺便给了一张处方，并且表示任何性别，低于26岁都可以免费接种一针。而且是在隔壁护士站立刻接种，不要钱。很赞！</w:t>
      </w:r>
    </w:p>
    <w:p>
      <w:pPr>
        <w:pStyle w:val="Heading4"/>
      </w:pPr>
      <w:r>
        <w:rPr>
          <w:rFonts w:ascii="Calibri" w:hAnsi="Calibri" w:cs="Calibri" w:eastAsia="宋体"/>
        </w:rPr>
        <w:t>处方</w:t>
      </w:r>
    </w:p>
    <w:p>
      <w:pPr>
        <w:spacing w:after="100"/>
      </w:pPr>
      <w:r>
        <w:rPr>
          <w:rFonts w:ascii="Calibri" w:hAnsi="Calibri" w:cs="Calibri" w:eastAsia="宋体"/>
        </w:rPr>
        <w:t>医生开具的处方可以在澳大利亚的药店购买所需的药品，这里医生可以开局1mg/2mg的补佳乐类似物，50mg的雌二醇贴片以及凝胶。</w:t>
      </w:r>
    </w:p>
    <w:p>
      <w:pPr>
        <w:spacing w:after="100"/>
      </w:pPr>
      <w:r>
        <w:rPr>
          <w:rFonts w:ascii="Calibri" w:hAnsi="Calibri" w:cs="Calibri" w:eastAsia="宋体"/>
        </w:rPr>
        <w:t>因为雌二醇贴片经常遇到短缺的情况，所以医生会很贴心的帮你多做一个备用的处方，这样可以在断货时期买到补佳乐类似物来进行治疗。</w:t>
      </w:r>
    </w:p>
    <w:p>
      <w:pPr>
        <w:spacing w:after="100"/>
      </w:pPr>
      <w:r>
        <w:rPr>
          <w:rFonts w:ascii="Calibri" w:hAnsi="Calibri" w:cs="Calibri" w:eastAsia="宋体"/>
        </w:rPr>
        <w:t>注意，默认情况下开具的是补佳乐类似物，需要凝胶/贴片请主动和医生说。</w:t>
      </w:r>
    </w:p>
    <w:p>
      <w:pPr>
        <w:spacing w:after="100"/>
      </w:pPr>
      <w:r>
        <w:rPr>
          <w:rFonts w:ascii="Calibri" w:hAnsi="Calibri" w:cs="Calibri" w:eastAsia="宋体"/>
          <w:b/>
        </w:rPr>
        <w:t>处方样例：</w:t>
      </w:r>
      <w:r>
        <w:br/>
      </w:r>
    </w:p>
    <w:p>
      <w:pPr>
        <w:pStyle w:val="Heading4"/>
      </w:pPr>
      <w:r>
        <w:rPr>
          <w:rFonts w:ascii="Calibri" w:hAnsi="Calibri" w:cs="Calibri" w:eastAsia="宋体"/>
        </w:rPr>
        <w:t>药房</w:t>
      </w:r>
    </w:p>
    <w:p>
      <w:pPr>
        <w:spacing w:after="100"/>
      </w:pPr>
      <w:r>
        <w:rPr>
          <w:rFonts w:ascii="Calibri" w:hAnsi="Calibri" w:cs="Calibri" w:eastAsia="宋体"/>
        </w:rPr>
        <w:t>在澳大利亚获取处方以后可以前往药房购买你的药品，但是需要凭借处方单原件。而且原件以及购买后的黄色单子需要保存好，这样才能重复购买。</w:t>
      </w:r>
    </w:p>
    <w:p>
      <w:pPr>
        <w:spacing w:after="100"/>
      </w:pPr>
      <w:r>
        <w:rPr>
          <w:rFonts w:ascii="Calibri" w:hAnsi="Calibri" w:cs="Calibri" w:eastAsia="宋体"/>
        </w:rPr>
        <w:t>简单的带上你的处方单，前往药房询问有没有药品即可，有的话就能购买啦。</w:t>
      </w:r>
    </w:p>
    <w:p>
      <w:pPr>
        <w:pStyle w:val="Heading4"/>
      </w:pPr>
      <w:r>
        <w:rPr>
          <w:rFonts w:ascii="Calibri" w:hAnsi="Calibri" w:cs="Calibri" w:eastAsia="宋体"/>
        </w:rPr>
        <w:t>费用</w:t>
      </w:r>
    </w:p>
    <w:p>
      <w:pPr>
        <w:spacing w:after="100"/>
      </w:pPr>
      <w:r>
        <w:rPr>
          <w:rFonts w:ascii="Calibri" w:hAnsi="Calibri" w:cs="Calibri" w:eastAsia="宋体"/>
        </w:rPr>
        <w:t>通常你的OSHC保险有一个免赔额，超过免赔额的费用是可以报销的。题主购买两盒的情况下，可以报销超过免赔额30以上的全部费用，年限额1000。这取决于你的保险公司以及项目类别不同有所不同。</w:t>
      </w:r>
    </w:p>
    <w:p>
      <w:pPr>
        <w:spacing w:after="100"/>
      </w:pPr>
      <w:r>
        <w:rPr>
          <w:rFonts w:ascii="Calibri" w:hAnsi="Calibri" w:cs="Calibri" w:eastAsia="宋体"/>
          <w:b/>
        </w:rPr>
        <w:t>开具的贴片:</w:t>
      </w:r>
      <w:r>
        <w:br/>
      </w:r>
    </w:p>
    <w:p>
      <w:pPr>
        <w:pStyle w:val="Heading4"/>
      </w:pPr>
      <w:r>
        <w:rPr>
          <w:rFonts w:ascii="Calibri" w:hAnsi="Calibri" w:cs="Calibri" w:eastAsia="宋体"/>
        </w:rPr>
        <w:t>相关文档</w:t>
      </w:r>
    </w:p>
    <w:p>
      <w:pPr>
        <w:spacing w:after="100"/>
      </w:pPr>
      <w:r>
        <w:rPr>
          <w:rFonts w:ascii="Calibri" w:hAnsi="Calibri" w:cs="Calibri" w:eastAsia="宋体"/>
        </w:rPr>
        <w:t>非正式的 药品说明</w:t>
      </w:r>
    </w:p>
    <w:p>
      <w:pPr>
        <w:pStyle w:val="Heading2"/>
      </w:pPr>
      <w:r>
        <w:rPr>
          <w:rFonts w:ascii="Calibri" w:hAnsi="Calibri" w:cs="Calibri" w:eastAsia="微软雅黑"/>
        </w:rPr>
        <w:t>3.16  芬兰</w:t>
      </w:r>
    </w:p>
    <w:p>
      <w:pPr>
        <w:spacing w:after="160"/>
      </w:pPr>
      <w:r>
        <w:rPr>
          <w:rFonts w:ascii="Calibri" w:hAnsi="Calibri" w:cs="Calibri" w:eastAsia="宋体"/>
          <w:color w:val="6B7280"/>
          <w:sz w:val="16"/>
        </w:rPr>
        <w:t>原文：https://mtf.wiki/zh-cn/docs/hrt/finland · 最近更新：2025年12月8日</w:t>
      </w:r>
    </w:p>
    <w:p>
      <w:pPr>
        <w:pStyle w:val="Heading3"/>
      </w:pPr>
      <w:r>
        <w:rPr>
          <w:rFonts w:ascii="Calibri" w:hAnsi="Calibri" w:cs="Calibri" w:eastAsia="宋体"/>
        </w:rPr>
        <w:t>流程</w:t>
      </w:r>
    </w:p>
    <w:p>
      <w:pPr>
        <w:spacing w:after="100"/>
      </w:pPr>
      <w:r>
        <w:rPr>
          <w:rFonts w:ascii="Calibri" w:hAnsi="Calibri" w:cs="Calibri" w:eastAsia="宋体"/>
        </w:rPr>
        <w:t>主要针对赫尔辛基大区。</w:t>
      </w:r>
    </w:p>
    <w:p>
      <w:pPr>
        <w:spacing w:after="100"/>
      </w:pPr>
      <w:r>
        <w:rPr>
          <w:rFonts w:ascii="Calibri" w:hAnsi="Calibri" w:cs="Calibri" w:eastAsia="宋体"/>
        </w:rPr>
        <w:t>芬兰有全民医保，若您是 A 类（长期）居留许可等，即可在 KELA 申请医保卡，此卡是您获取以下福利的基础。</w:t>
      </w:r>
    </w:p>
    <w:p>
      <w:pPr>
        <w:spacing w:before="20" w:after="40"/>
        <w:ind w:left="425" w:hanging="312"/>
      </w:pPr>
      <w:r>
        <w:rPr>
          <w:rFonts w:ascii="Calibri" w:hAnsi="Calibri" w:cs="Calibri" w:eastAsia="宋体"/>
        </w:rPr>
        <w:t xml:space="preserve">• </w:t>
      </w:r>
      <w:r>
        <w:rPr>
          <w:rFonts w:ascii="Calibri" w:hAnsi="Calibri" w:cs="Calibri" w:eastAsia="宋体"/>
        </w:rPr>
        <w:t>若您已经成年，且已在境外开始 HRT，可以相对简单地在芬兰更新处方，但需要提供原处方的翻译，部分情况下需要对原处方进行公证。</w:t>
      </w:r>
      <w:r>
        <w:br/>
      </w:r>
    </w:p>
    <w:p>
      <w:pPr>
        <w:spacing w:before="20" w:after="40"/>
        <w:ind w:left="822" w:hanging="312"/>
      </w:pPr>
      <w:r>
        <w:rPr>
          <w:rFonts w:ascii="Calibri" w:hAnsi="Calibri" w:cs="Calibri" w:eastAsia="宋体"/>
        </w:rPr>
        <w:t xml:space="preserve">◦ </w:t>
      </w:r>
      <w:r>
        <w:rPr>
          <w:rFonts w:ascii="Calibri" w:hAnsi="Calibri" w:cs="Calibri" w:eastAsia="宋体"/>
        </w:rPr>
        <w:t>具体来说，作为学生可以联系 FSHS （芬兰学生健康服务）预约医生，医生会根据您的情况开具处方，然后您可以在药房购买药物。</w:t>
      </w:r>
    </w:p>
    <w:p>
      <w:pPr>
        <w:spacing w:before="20" w:after="40"/>
        <w:ind w:left="822" w:hanging="312"/>
      </w:pPr>
      <w:r>
        <w:rPr>
          <w:rFonts w:ascii="Calibri" w:hAnsi="Calibri" w:cs="Calibri" w:eastAsia="宋体"/>
        </w:rPr>
        <w:t xml:space="preserve">◦ </w:t>
      </w:r>
      <w:r>
        <w:rPr>
          <w:rFonts w:ascii="Calibri" w:hAnsi="Calibri" w:cs="Calibri" w:eastAsia="宋体"/>
        </w:rPr>
        <w:t>若您有职业医疗保险，您可以联系您的职业健康医生，请求其意见或转诊。大部分情况下会在 HUS（赫尔辛基大学医院）获得 HRT 初始处方。后续处方更新可以从职业医疗保险处更新。</w:t>
      </w:r>
    </w:p>
    <w:p>
      <w:pPr>
        <w:spacing w:before="20" w:after="40"/>
        <w:ind w:left="425" w:hanging="312"/>
      </w:pPr>
      <w:r>
        <w:rPr>
          <w:rFonts w:ascii="Calibri" w:hAnsi="Calibri" w:cs="Calibri" w:eastAsia="宋体"/>
        </w:rPr>
        <w:t xml:space="preserve">• </w:t>
      </w:r>
      <w:r>
        <w:rPr>
          <w:rFonts w:ascii="Calibri" w:hAnsi="Calibri" w:cs="Calibri" w:eastAsia="宋体"/>
        </w:rPr>
        <w:t>若您未成年，则可以尝试联系学校或自行联系社工服务，但被拒绝的可能性较大。即，芬兰很难对未成年人提供 HRT、或仅提供短时期的 HRT 且无法更新处方。</w:t>
      </w:r>
    </w:p>
    <w:p>
      <w:pPr>
        <w:spacing w:after="100"/>
      </w:pPr>
      <w:r>
        <w:rPr>
          <w:rFonts w:ascii="Calibri" w:hAnsi="Calibri" w:cs="Calibri" w:eastAsia="宋体"/>
        </w:rPr>
        <w:t>药物及报销后价格可以在</w:t>
      </w:r>
      <w:r>
        <w:rPr>
          <w:rFonts w:ascii="Calibri" w:hAnsi="Calibri" w:cs="Calibri" w:eastAsia="宋体"/>
        </w:rPr>
        <w:t>KELA 网站</w:t>
      </w:r>
      <w:r>
        <w:rPr>
          <w:rFonts w:ascii="Calibri" w:hAnsi="Calibri" w:cs="Calibri" w:eastAsia="宋体"/>
        </w:rPr>
        <w:t>查到。</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未成年及精神疾病可能导致HRT难度显著增大。</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DIY 难度较大。若需要，请从申根区内的国家购买药物。</w:t>
      </w:r>
    </w:p>
    <w:p>
      <w:pPr>
        <w:pStyle w:val="Heading2"/>
      </w:pPr>
      <w:r>
        <w:rPr>
          <w:rFonts w:ascii="Calibri" w:hAnsi="Calibri" w:cs="Calibri" w:eastAsia="微软雅黑"/>
        </w:rPr>
        <w:t>3.17  法国</w:t>
      </w:r>
    </w:p>
    <w:p>
      <w:pPr>
        <w:spacing w:after="160"/>
      </w:pPr>
      <w:r>
        <w:rPr>
          <w:rFonts w:ascii="Calibri" w:hAnsi="Calibri" w:cs="Calibri" w:eastAsia="宋体"/>
          <w:color w:val="6B7280"/>
          <w:sz w:val="16"/>
        </w:rPr>
        <w:t>原文：https://mtf.wiki/zh-cn/docs/hrt/france · 最近更新：2026年2月22日</w:t>
      </w:r>
    </w:p>
    <w:p>
      <w:pPr>
        <w:pStyle w:val="Heading3"/>
      </w:pPr>
      <w:r>
        <w:rPr>
          <w:rFonts w:ascii="Calibri" w:hAnsi="Calibri" w:cs="Calibri" w:eastAsia="宋体"/>
        </w:rPr>
        <w:t>综述</w:t>
      </w:r>
    </w:p>
    <w:p>
      <w:pPr>
        <w:spacing w:after="100"/>
      </w:pPr>
      <w:r>
        <w:rPr>
          <w:rFonts w:ascii="Calibri" w:hAnsi="Calibri" w:cs="Calibri" w:eastAsia="宋体"/>
        </w:rPr>
        <w:t>在法国，HRT处方</w:t>
      </w:r>
      <w:r>
        <w:rPr>
          <w:rFonts w:ascii="Calibri" w:hAnsi="Calibri" w:cs="Calibri" w:eastAsia="宋体"/>
          <w:b/>
        </w:rPr>
        <w:t>可以通过全科医生/内分泌科医生</w:t>
      </w:r>
      <w:r>
        <w:rPr>
          <w:rFonts w:ascii="Calibri" w:hAnsi="Calibri" w:cs="Calibri" w:eastAsia="宋体"/>
        </w:rPr>
        <w:t xml:space="preserve">开具。跨性别友好医疗从业者清单/地图册可向 </w:t>
      </w:r>
      <w:r>
        <w:rPr>
          <w:rFonts w:ascii="Calibri" w:hAnsi="Calibri" w:cs="Calibri" w:eastAsia="宋体"/>
        </w:rPr>
        <w:t>友好医疗从业者协作地图册</w:t>
      </w:r>
      <w:r>
        <w:rPr>
          <w:rFonts w:ascii="Calibri" w:hAnsi="Calibri" w:cs="Calibri" w:eastAsia="宋体"/>
        </w:rPr>
        <w:t xml:space="preserve"> 发送邮件获取。</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b/>
        </w:rPr>
        <w:t>注意该表单不是公开的，需要发邮件索取</w:t>
      </w:r>
      <w:r>
        <w:rPr>
          <w:rFonts w:ascii="Calibri" w:hAnsi="Calibri" w:cs="Calibri" w:eastAsia="宋体"/>
        </w:rPr>
        <w:t>，出于保护医生的目的，获得之后</w:t>
      </w:r>
      <w:r>
        <w:rPr>
          <w:rFonts w:ascii="Calibri" w:hAnsi="Calibri" w:cs="Calibri" w:eastAsia="宋体"/>
          <w:b/>
        </w:rPr>
        <w:t>不可以二次分享</w:t>
      </w:r>
      <w:r>
        <w:rPr>
          <w:rFonts w:ascii="Calibri" w:hAnsi="Calibri" w:cs="Calibri" w:eastAsia="宋体"/>
        </w:rPr>
        <w:t>，请</w:t>
      </w:r>
      <w:r>
        <w:rPr>
          <w:rFonts w:ascii="Calibri" w:hAnsi="Calibri" w:cs="Calibri" w:eastAsia="宋体"/>
          <w:b/>
        </w:rPr>
        <w:t>务必</w:t>
      </w:r>
      <w:r>
        <w:rPr>
          <w:rFonts w:ascii="Calibri" w:hAnsi="Calibri" w:cs="Calibri" w:eastAsia="宋体"/>
        </w:rPr>
        <w:t xml:space="preserve">遵守该规则。找到医生之后可以通过 </w:t>
      </w:r>
      <w:r>
        <w:rPr>
          <w:rFonts w:ascii="Calibri" w:hAnsi="Calibri" w:cs="Calibri" w:eastAsia="宋体"/>
        </w:rPr>
        <w:t>Doctolib</w:t>
      </w:r>
      <w:r>
        <w:rPr>
          <w:rFonts w:ascii="Calibri" w:hAnsi="Calibri" w:cs="Calibri" w:eastAsia="宋体"/>
        </w:rPr>
        <w:t xml:space="preserve"> 预约</w:t>
      </w:r>
    </w:p>
    <w:p>
      <w:pPr>
        <w:pStyle w:val="Heading4"/>
      </w:pPr>
      <w:r>
        <w:rPr>
          <w:rFonts w:ascii="Calibri" w:hAnsi="Calibri" w:cs="Calibri" w:eastAsia="宋体"/>
        </w:rPr>
        <w:t>流程概述</w:t>
      </w:r>
    </w:p>
    <w:p>
      <w:pPr>
        <w:shd w:val="clear" w:color="auto" w:fill="F7F8FA"/>
        <w:pBdr>
          <w:left w:val="single" w:sz="18" w:space="6" w:color="C9CDD4"/>
        </w:pBdr>
        <w:spacing w:after="40"/>
      </w:pPr>
      <w:r>
        <w:rPr>
          <w:rFonts w:ascii="Calibri" w:hAnsi="Calibri" w:cs="Calibri" w:eastAsia="宋体"/>
        </w:rPr>
        <w:t>获取跨性别友善医生信息 -&gt; 全科医生初诊 -&gt; HRT（法语缩写：THS）验血处方 -&gt; 实验室验血 -&gt; 全科医生复诊 -&gt; HRT药物处方 -&gt; 药房取药 -&gt; (可能：护士站注射)</w:t>
      </w:r>
    </w:p>
    <w:p>
      <w:pPr>
        <w:spacing w:after="100"/>
      </w:pPr>
      <w:r>
        <w:rPr>
          <w:rFonts w:ascii="Calibri" w:hAnsi="Calibri" w:cs="Calibri" w:eastAsia="宋体"/>
        </w:rPr>
        <w:t>该流程为以英文作为主要沟通语言的医疗流程；若完全使用法语，细节或有不同。</w:t>
      </w:r>
    </w:p>
    <w:p>
      <w:pPr>
        <w:pStyle w:val="Heading3"/>
      </w:pPr>
      <w:r>
        <w:rPr>
          <w:rFonts w:ascii="Calibri" w:hAnsi="Calibri" w:cs="Calibri" w:eastAsia="宋体"/>
        </w:rPr>
        <w:t>就诊细节</w:t>
      </w:r>
    </w:p>
    <w:p>
      <w:pPr>
        <w:pStyle w:val="Heading4"/>
      </w:pPr>
      <w:r>
        <w:rPr>
          <w:rFonts w:ascii="Calibri" w:hAnsi="Calibri" w:cs="Calibri" w:eastAsia="宋体"/>
        </w:rPr>
        <w:t>预约</w:t>
      </w:r>
    </w:p>
    <w:p>
      <w:pPr>
        <w:spacing w:after="100"/>
      </w:pPr>
      <w:r>
        <w:rPr>
          <w:rFonts w:ascii="Calibri" w:hAnsi="Calibri" w:cs="Calibri" w:eastAsia="宋体"/>
        </w:rPr>
        <w:t xml:space="preserve">找到一个跨性别友好的医生后，即可尝试进行预约。常用的预约平台包括 </w:t>
      </w:r>
      <w:r>
        <w:rPr>
          <w:rFonts w:ascii="Calibri" w:hAnsi="Calibri" w:cs="Calibri" w:eastAsia="宋体"/>
        </w:rPr>
        <w:t>Doctolib</w:t>
      </w:r>
      <w:r>
        <w:rPr>
          <w:rFonts w:ascii="Calibri" w:hAnsi="Calibri" w:cs="Calibri" w:eastAsia="宋体"/>
        </w:rPr>
        <w:t xml:space="preserve"> 。一些较大的连锁诊所也会有自己的预约网站。</w:t>
      </w:r>
    </w:p>
    <w:p>
      <w:pPr>
        <w:spacing w:after="100"/>
      </w:pPr>
      <w:r>
        <w:rPr>
          <w:rFonts w:ascii="Calibri" w:hAnsi="Calibri" w:cs="Calibri" w:eastAsia="宋体"/>
        </w:rPr>
        <w:t>跨性别友好医生的号一般较为紧缺，尤其是既友好、又会说英语、同时是 Secteur 1（第一类收费医生，价格更便宜）的医生更是少之又少，建议</w:t>
      </w:r>
      <w:r>
        <w:rPr>
          <w:rFonts w:ascii="Calibri" w:hAnsi="Calibri" w:cs="Calibri" w:eastAsia="宋体"/>
          <w:b/>
        </w:rPr>
        <w:t>尽早预约</w:t>
      </w:r>
      <w:r>
        <w:rPr>
          <w:rFonts w:ascii="Calibri" w:hAnsi="Calibri" w:cs="Calibri" w:eastAsia="宋体"/>
        </w:rPr>
        <w:t>。</w:t>
      </w:r>
    </w:p>
    <w:p>
      <w:pPr>
        <w:spacing w:after="100"/>
      </w:pPr>
      <w:r>
        <w:rPr>
          <w:rFonts w:ascii="Calibri" w:hAnsi="Calibri" w:cs="Calibri" w:eastAsia="宋体"/>
        </w:rPr>
        <w:t>若希望尽快取药，可以考虑</w:t>
      </w:r>
      <w:r>
        <w:rPr>
          <w:rFonts w:ascii="Calibri" w:hAnsi="Calibri" w:cs="Calibri" w:eastAsia="宋体"/>
          <w:b/>
        </w:rPr>
        <w:t>预约两次，间隔约一个星期</w:t>
      </w:r>
      <w:r>
        <w:rPr>
          <w:rFonts w:ascii="Calibri" w:hAnsi="Calibri" w:cs="Calibri" w:eastAsia="宋体"/>
        </w:rPr>
        <w:t>。这样如果医生友善、并且第一次就开出来了验血处方，第二个星期即可取药开始 HRT。若开不出验血处方亦可无痛取消。</w:t>
      </w:r>
    </w:p>
    <w:p>
      <w:pPr>
        <w:pStyle w:val="Heading4"/>
      </w:pPr>
      <w:r>
        <w:rPr>
          <w:rFonts w:ascii="Calibri" w:hAnsi="Calibri" w:cs="Calibri" w:eastAsia="宋体"/>
        </w:rPr>
        <w:t>第一次就诊</w:t>
      </w:r>
    </w:p>
    <w:p>
      <w:pPr>
        <w:spacing w:after="100"/>
      </w:pPr>
      <w:r>
        <w:rPr>
          <w:rFonts w:ascii="Calibri" w:hAnsi="Calibri" w:cs="Calibri" w:eastAsia="宋体"/>
        </w:rPr>
        <w:t>一部分较为友好的医生会直接为你开具 HRT 验血处方。</w:t>
      </w:r>
    </w:p>
    <w:p>
      <w:pPr>
        <w:spacing w:after="100"/>
      </w:pPr>
      <w:r>
        <w:rPr>
          <w:rFonts w:ascii="Calibri" w:hAnsi="Calibri" w:cs="Calibri" w:eastAsia="宋体"/>
        </w:rPr>
        <w:t>一部分医生会要求转诊内分泌医生以开具第一次 HRT 处方，或者要求得到精神科医生「性别不一致」的诊断。根据法国的医疗规程、以及法国当地部分跨性别协会的建议。此时，</w:t>
      </w:r>
    </w:p>
    <w:p>
      <w:pPr>
        <w:spacing w:before="20" w:after="40"/>
        <w:ind w:left="425" w:hanging="312"/>
      </w:pPr>
      <w:r>
        <w:rPr>
          <w:rFonts w:ascii="Calibri" w:hAnsi="Calibri" w:cs="Calibri" w:eastAsia="宋体"/>
        </w:rPr>
        <w:t xml:space="preserve">• </w:t>
      </w:r>
      <w:r>
        <w:rPr>
          <w:rFonts w:ascii="Calibri" w:hAnsi="Calibri" w:cs="Calibri" w:eastAsia="宋体"/>
        </w:rPr>
        <w:t>你可以选择</w:t>
      </w:r>
      <w:r>
        <w:rPr>
          <w:rFonts w:ascii="Calibri" w:hAnsi="Calibri" w:cs="Calibri" w:eastAsia="宋体"/>
          <w:b/>
        </w:rPr>
        <w:t>更换一个更友好的全科医生</w:t>
      </w:r>
      <w:r>
        <w:rPr>
          <w:rFonts w:ascii="Calibri" w:hAnsi="Calibri" w:cs="Calibri" w:eastAsia="宋体"/>
        </w:rPr>
        <w:t>，因全科医生有权直接开具处方，并不需要内分泌医生或精神科医生的诊断。</w:t>
      </w:r>
    </w:p>
    <w:p>
      <w:pPr>
        <w:spacing w:before="20" w:after="40"/>
        <w:ind w:left="425" w:hanging="312"/>
      </w:pPr>
      <w:r>
        <w:rPr>
          <w:rFonts w:ascii="Calibri" w:hAnsi="Calibri" w:cs="Calibri" w:eastAsia="宋体"/>
        </w:rPr>
        <w:t xml:space="preserve">• </w:t>
      </w:r>
      <w:r>
        <w:rPr>
          <w:rFonts w:ascii="Calibri" w:hAnsi="Calibri" w:cs="Calibri" w:eastAsia="宋体"/>
        </w:rPr>
        <w:t>你也可以转诊到内分泌科医生处开具第一次 HRT 处方，后续全科医生可以为你续期。</w:t>
      </w:r>
    </w:p>
    <w:p>
      <w:pPr>
        <w:spacing w:after="100"/>
      </w:pPr>
      <w:r>
        <w:rPr>
          <w:rFonts w:ascii="Calibri" w:hAnsi="Calibri" w:cs="Calibri" w:eastAsia="宋体"/>
        </w:rPr>
        <w:t>Secteur 1 全科医生诊金一般为 30 欧元左右。</w:t>
      </w:r>
    </w:p>
    <w:p>
      <w:pPr>
        <w:spacing w:after="100"/>
      </w:pPr>
      <w:r>
        <w:rPr>
          <w:rFonts w:ascii="Calibri" w:hAnsi="Calibri" w:cs="Calibri" w:eastAsia="宋体"/>
        </w:rPr>
        <w:t>另外，建议可以询问医生能否帮助</w:t>
      </w:r>
      <w:r>
        <w:rPr>
          <w:rFonts w:ascii="Calibri" w:hAnsi="Calibri" w:cs="Calibri" w:eastAsia="宋体"/>
          <w:b/>
        </w:rPr>
        <w:t xml:space="preserve">申请 </w:t>
      </w:r>
      <w:r>
        <w:rPr>
          <w:rFonts w:ascii="Calibri" w:hAnsi="Calibri" w:cs="Calibri" w:eastAsia="宋体"/>
          <w:b/>
        </w:rPr>
        <w:t>ALD (affection de longue durée)</w:t>
      </w:r>
      <w:r>
        <w:rPr>
          <w:rFonts w:ascii="Calibri" w:hAnsi="Calibri" w:cs="Calibri" w:eastAsia="宋体"/>
        </w:rPr>
        <w:t xml:space="preserve">。若有 ALD 则后续的 </w:t>
      </w:r>
      <w:r>
        <w:rPr>
          <w:rFonts w:ascii="Calibri" w:hAnsi="Calibri" w:cs="Calibri" w:eastAsia="宋体"/>
          <w:b/>
        </w:rPr>
        <w:t xml:space="preserve">HRT 药物、验血、激光脱毛、 FFS 、嗓音训练、 SRS </w:t>
      </w:r>
      <w:r>
        <w:rPr>
          <w:rFonts w:ascii="Calibri" w:hAnsi="Calibri" w:cs="Calibri" w:eastAsia="宋体"/>
          <w:b/>
        </w:rPr>
        <w:t>均有所帮助，能大大</w:t>
      </w:r>
      <w:r>
        <w:rPr>
          <w:rFonts w:ascii="Calibri" w:hAnsi="Calibri" w:cs="Calibri" w:eastAsia="宋体"/>
          <w:b/>
        </w:rPr>
        <w:t>减少花费甚至全额报销</w:t>
      </w:r>
      <w:r>
        <w:rPr>
          <w:rFonts w:ascii="Calibri" w:hAnsi="Calibri" w:cs="Calibri" w:eastAsia="宋体"/>
        </w:rPr>
        <w:t>。更多细节和潜在影响请参阅</w:t>
      </w:r>
      <w:r>
        <w:rPr>
          <w:rFonts w:ascii="Calibri" w:hAnsi="Calibri" w:cs="Calibri" w:eastAsia="宋体"/>
        </w:rPr>
        <w:t>补充细节</w:t>
      </w:r>
    </w:p>
    <w:p>
      <w:pPr>
        <w:spacing w:after="100"/>
      </w:pPr>
      <w:r>
        <w:rPr>
          <w:rFonts w:ascii="Calibri" w:hAnsi="Calibri" w:cs="Calibri" w:eastAsia="宋体"/>
        </w:rPr>
        <w:t>如果你对当前医生的诊疗体验很好，建议询问医生是否可以做你的</w:t>
      </w:r>
      <w:r>
        <w:rPr>
          <w:rFonts w:ascii="Calibri" w:hAnsi="Calibri" w:cs="Calibri" w:eastAsia="宋体"/>
          <w:b/>
        </w:rPr>
        <w:t>家庭医生 (Médecin Traitant)</w:t>
      </w:r>
      <w:r>
        <w:rPr>
          <w:rFonts w:ascii="Calibri" w:hAnsi="Calibri" w:cs="Calibri" w:eastAsia="宋体"/>
        </w:rPr>
        <w:t xml:space="preserve"> ，这样未来无论是性别肯定医疗还是其他医疗，通过家庭医生转诊都能提高报销比例。</w:t>
      </w:r>
    </w:p>
    <w:p>
      <w:pPr>
        <w:pStyle w:val="Heading4"/>
      </w:pPr>
      <w:r>
        <w:rPr>
          <w:rFonts w:ascii="Calibri" w:hAnsi="Calibri" w:cs="Calibri" w:eastAsia="宋体"/>
        </w:rPr>
        <w:t>血液测试</w:t>
      </w:r>
    </w:p>
    <w:p>
      <w:pPr>
        <w:spacing w:after="100"/>
      </w:pPr>
      <w:r>
        <w:rPr>
          <w:rFonts w:ascii="Calibri" w:hAnsi="Calibri" w:cs="Calibri" w:eastAsia="宋体"/>
        </w:rPr>
        <w:t>医生</w:t>
      </w:r>
      <w:r>
        <w:rPr>
          <w:rFonts w:ascii="Calibri" w:hAnsi="Calibri" w:cs="Calibri" w:eastAsia="宋体"/>
          <w:b/>
        </w:rPr>
        <w:t>认为可以开具处方时</w:t>
      </w:r>
      <w:r>
        <w:rPr>
          <w:rFonts w:ascii="Calibri" w:hAnsi="Calibri" w:cs="Calibri" w:eastAsia="宋体"/>
        </w:rPr>
        <w:t>，需要</w:t>
      </w:r>
      <w:r>
        <w:rPr>
          <w:rFonts w:ascii="Calibri" w:hAnsi="Calibri" w:cs="Calibri" w:eastAsia="宋体"/>
          <w:b/>
        </w:rPr>
        <w:t>先做一个血液测试</w:t>
      </w:r>
      <w:r>
        <w:rPr>
          <w:rFonts w:ascii="Calibri" w:hAnsi="Calibri" w:cs="Calibri" w:eastAsia="宋体"/>
        </w:rPr>
        <w:t xml:space="preserve">。全血测试一般在实验室（laboratoire d’analyses médicales）进行，验血实验室非常多，大部分情况下无需预约，选任意离家最近的直接去就可以（比较有名的有 EUROFINS），也可以通过 </w:t>
      </w:r>
      <w:r>
        <w:rPr>
          <w:rFonts w:ascii="Calibri" w:hAnsi="Calibri" w:cs="Calibri" w:eastAsia="宋体"/>
        </w:rPr>
        <w:t>Doctolib</w:t>
      </w:r>
      <w:r>
        <w:rPr>
          <w:rFonts w:ascii="Calibri" w:hAnsi="Calibri" w:cs="Calibri" w:eastAsia="宋体"/>
        </w:rPr>
        <w:t xml:space="preserve"> 预约。</w:t>
      </w:r>
    </w:p>
    <w:p>
      <w:pPr>
        <w:spacing w:after="100"/>
      </w:pPr>
      <w:r>
        <w:rPr>
          <w:rFonts w:ascii="Calibri" w:hAnsi="Calibri" w:cs="Calibri" w:eastAsia="宋体"/>
        </w:rPr>
        <w:t>建议验血前，提前写一张纸条，包括自己的姓名、邮箱、电话号码、住址、出生年月日等信息。</w:t>
      </w:r>
      <w:r>
        <w:rPr>
          <w:rFonts w:ascii="Calibri" w:hAnsi="Calibri" w:cs="Calibri" w:eastAsia="宋体"/>
          <w:b/>
        </w:rPr>
        <w:t>强烈建议背熟自己的电话号码和出生日期的法语读法</w:t>
      </w:r>
      <w:r>
        <w:rPr>
          <w:rFonts w:ascii="Calibri" w:hAnsi="Calibri" w:cs="Calibri" w:eastAsia="宋体"/>
        </w:rPr>
        <w:t>。尽可能选择在市中心（如小巴黎）或者大学城附近的实验室，因为工作人员普遍会一点英语，便于交流。</w:t>
      </w:r>
    </w:p>
    <w:p>
      <w:pPr>
        <w:spacing w:after="100"/>
      </w:pPr>
      <w:r>
        <w:rPr>
          <w:rFonts w:ascii="Calibri" w:hAnsi="Calibri" w:cs="Calibri" w:eastAsia="宋体"/>
        </w:rPr>
        <w:t>法国制度严格，验血实验室工作人员态度专业。对于女性向跨性别者：你可以并且</w:t>
      </w:r>
      <w:r>
        <w:rPr>
          <w:rFonts w:ascii="Calibri" w:hAnsi="Calibri" w:cs="Calibri" w:eastAsia="宋体"/>
          <w:b/>
        </w:rPr>
        <w:t>建议</w:t>
      </w:r>
      <w:r>
        <w:rPr>
          <w:rFonts w:ascii="Calibri" w:hAnsi="Calibri" w:cs="Calibri" w:eastAsia="宋体"/>
        </w:rPr>
        <w:t>向实验室的工作人员说明要求</w:t>
      </w:r>
      <w:r>
        <w:rPr>
          <w:rFonts w:ascii="Calibri" w:hAnsi="Calibri" w:cs="Calibri" w:eastAsia="宋体"/>
          <w:b/>
        </w:rPr>
        <w:t>将你的性别登记为女性</w:t>
      </w:r>
      <w:r>
        <w:rPr>
          <w:rFonts w:ascii="Calibri" w:hAnsi="Calibri" w:cs="Calibri" w:eastAsia="宋体"/>
        </w:rPr>
        <w:t>。如果你在验血实验室登记的性别仍然是你的指派性别，则雌二醇血样可能需要送往郊区的大型实验室用一种慢得多的方法测定，耗时往往 4-5 天；反之则次日甚至当天就会出结果。结果会发送到你留的电子邮箱。</w:t>
      </w:r>
    </w:p>
    <w:p>
      <w:pPr>
        <w:spacing w:after="100"/>
      </w:pPr>
      <w:r>
        <w:rPr>
          <w:rFonts w:ascii="Calibri" w:hAnsi="Calibri" w:cs="Calibri" w:eastAsia="宋体"/>
        </w:rPr>
        <w:t>法国在医保卡未生效的情况下，</w:t>
      </w:r>
      <w:r>
        <w:rPr>
          <w:rFonts w:ascii="Calibri" w:hAnsi="Calibri" w:cs="Calibri" w:eastAsia="宋体"/>
          <w:b/>
        </w:rPr>
        <w:t>首次</w:t>
      </w:r>
      <w:r>
        <w:rPr>
          <w:rFonts w:ascii="Calibri" w:hAnsi="Calibri" w:cs="Calibri" w:eastAsia="宋体"/>
        </w:rPr>
        <w:t>验血大概费用在 150-200 欧元左右。</w:t>
      </w:r>
    </w:p>
    <w:p>
      <w:pPr>
        <w:pStyle w:val="Heading4"/>
      </w:pPr>
      <w:r>
        <w:rPr>
          <w:rFonts w:ascii="Calibri" w:hAnsi="Calibri" w:cs="Calibri" w:eastAsia="宋体"/>
        </w:rPr>
        <w:t>全科医生复诊</w:t>
      </w:r>
    </w:p>
    <w:p>
      <w:pPr>
        <w:spacing w:after="100"/>
      </w:pPr>
      <w:r>
        <w:rPr>
          <w:rFonts w:ascii="Calibri" w:hAnsi="Calibri" w:cs="Calibri" w:eastAsia="宋体"/>
        </w:rPr>
        <w:t>带好你的验血结果直接去就行，医生会询问你想要的 HRT 方式（药物、剂型、剂量等）。</w:t>
      </w:r>
    </w:p>
    <w:p>
      <w:pPr>
        <w:spacing w:after="100"/>
      </w:pPr>
      <w:r>
        <w:rPr>
          <w:rFonts w:ascii="Calibri" w:hAnsi="Calibri" w:cs="Calibri" w:eastAsia="宋体"/>
        </w:rPr>
        <w:t>目前法国对于抗雄药物的选择存在争议。法国对于醋酸环丙孕酮（色谱龙）的使用极为谨慎，并且可能需要加做脑部的 MRI 扫描。请积极和医生讨论药物的选择。 法国目前存在的抗雄方案包括：比卡鲁胺、GnRHa、螺内酯、色谱龙等。</w:t>
      </w:r>
    </w:p>
    <w:p>
      <w:pPr>
        <w:spacing w:after="100"/>
      </w:pPr>
      <w:r>
        <w:rPr>
          <w:rFonts w:ascii="Calibri" w:hAnsi="Calibri" w:cs="Calibri" w:eastAsia="宋体"/>
        </w:rPr>
        <w:t>顺利的话当天即可获得药物处方。</w:t>
      </w:r>
    </w:p>
    <w:p>
      <w:pPr>
        <w:pStyle w:val="Heading4"/>
      </w:pPr>
      <w:r>
        <w:rPr>
          <w:rFonts w:ascii="Calibri" w:hAnsi="Calibri" w:cs="Calibri" w:eastAsia="宋体"/>
        </w:rPr>
        <w:t>取药</w:t>
      </w:r>
    </w:p>
    <w:p>
      <w:pPr>
        <w:spacing w:after="100"/>
      </w:pPr>
      <w:r>
        <w:rPr>
          <w:rFonts w:ascii="Calibri" w:hAnsi="Calibri" w:cs="Calibri" w:eastAsia="宋体"/>
        </w:rPr>
        <w:t>拿到血检报告，医生开具处方后，就可以去任何</w:t>
      </w:r>
      <w:r>
        <w:rPr>
          <w:rFonts w:ascii="Calibri" w:hAnsi="Calibri" w:cs="Calibri" w:eastAsia="宋体"/>
          <w:b/>
        </w:rPr>
        <w:t>药房（Pharmacie）</w:t>
      </w:r>
      <w:r>
        <w:rPr>
          <w:rFonts w:ascii="Calibri" w:hAnsi="Calibri" w:cs="Calibri" w:eastAsia="宋体"/>
          <w:b/>
        </w:rPr>
        <w:t>凭处方买药。药房工作人员</w:t>
      </w:r>
      <w:r>
        <w:rPr>
          <w:rFonts w:ascii="Calibri" w:hAnsi="Calibri" w:cs="Calibri" w:eastAsia="宋体"/>
          <w:b/>
        </w:rPr>
        <w:t>常常英语不好</w:t>
      </w:r>
      <w:r>
        <w:rPr>
          <w:rFonts w:ascii="Calibri" w:hAnsi="Calibri" w:cs="Calibri" w:eastAsia="宋体"/>
        </w:rPr>
        <w:t>，如果你不会法语可能会有些许交流困难。如果你的法语很差，建议在大学城附近或者游客集中的区域寻找药房。你也可以在 fransgenre 的地图上寻找友跨的药房。</w:t>
      </w:r>
    </w:p>
    <w:p>
      <w:pPr>
        <w:spacing w:after="100"/>
      </w:pPr>
      <w:r>
        <w:rPr>
          <w:rFonts w:ascii="Calibri" w:hAnsi="Calibri" w:cs="Calibri" w:eastAsia="宋体"/>
        </w:rPr>
        <w:t>药房</w:t>
      </w:r>
      <w:r>
        <w:rPr>
          <w:rFonts w:ascii="Calibri" w:hAnsi="Calibri" w:cs="Calibri" w:eastAsia="宋体"/>
          <w:b/>
        </w:rPr>
        <w:t>可能没有你需要的药物</w:t>
      </w:r>
      <w:r>
        <w:rPr>
          <w:rFonts w:ascii="Calibri" w:hAnsi="Calibri" w:cs="Calibri" w:eastAsia="宋体"/>
        </w:rPr>
        <w:t>，工作人员这么说之后</w:t>
      </w:r>
    </w:p>
    <w:p>
      <w:pPr>
        <w:spacing w:before="20" w:after="40"/>
        <w:ind w:left="425" w:hanging="312"/>
      </w:pPr>
      <w:r>
        <w:rPr>
          <w:rFonts w:ascii="Calibri" w:hAnsi="Calibri" w:cs="Calibri" w:eastAsia="宋体"/>
        </w:rPr>
        <w:t xml:space="preserve">• </w:t>
      </w:r>
      <w:r>
        <w:rPr>
          <w:rFonts w:ascii="Calibri" w:hAnsi="Calibri" w:cs="Calibri" w:eastAsia="宋体"/>
          <w:b/>
        </w:rPr>
        <w:t>你可以要求 ta 给你预定该药物</w:t>
      </w:r>
      <w:r>
        <w:rPr>
          <w:rFonts w:ascii="Calibri" w:hAnsi="Calibri" w:cs="Calibri" w:eastAsia="宋体"/>
        </w:rPr>
        <w:t>（绝大多数情况第二天送达），按照法国和欧盟法律，药房</w:t>
      </w:r>
      <w:r>
        <w:rPr>
          <w:rFonts w:ascii="Calibri" w:hAnsi="Calibri" w:cs="Calibri" w:eastAsia="宋体"/>
          <w:b/>
        </w:rPr>
        <w:t>无权拒绝</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亦可换一个药房取药。</w:t>
      </w:r>
    </w:p>
    <w:p>
      <w:pPr>
        <w:spacing w:after="100"/>
      </w:pPr>
      <w:r>
        <w:rPr>
          <w:rFonts w:ascii="Calibri" w:hAnsi="Calibri" w:cs="Calibri" w:eastAsia="宋体"/>
        </w:rPr>
        <w:t>另外由于法国雌二醇对应多个产品名，因为</w:t>
      </w:r>
      <w:r>
        <w:rPr>
          <w:rFonts w:ascii="Calibri" w:hAnsi="Calibri" w:cs="Calibri" w:eastAsia="宋体"/>
          <w:b/>
        </w:rPr>
        <w:t>如果工作人员无法搜索到特定药物</w:t>
      </w:r>
      <w:r>
        <w:rPr>
          <w:rFonts w:ascii="Calibri" w:hAnsi="Calibri" w:cs="Calibri" w:eastAsia="宋体"/>
        </w:rPr>
        <w:t>，可以</w:t>
      </w:r>
      <w:r>
        <w:rPr>
          <w:rFonts w:ascii="Calibri" w:hAnsi="Calibri" w:cs="Calibri" w:eastAsia="宋体"/>
          <w:b/>
        </w:rPr>
        <w:t>要求 ta 搜索所有品牌的</w:t>
      </w:r>
      <w:r>
        <w:rPr>
          <w:rFonts w:ascii="Calibri" w:hAnsi="Calibri" w:cs="Calibri" w:eastAsia="宋体"/>
        </w:rPr>
        <w:t>。此外，GnRHa 等较昂贵且少用的药物可能需要要求药房订购后再取药。</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 xml:space="preserve">取睾酮时需更留意 </w:t>
      </w:r>
      <w:r>
        <w:rPr>
          <w:rFonts w:ascii="Calibri" w:hAnsi="Calibri" w:cs="Calibri" w:eastAsia="宋体"/>
          <w:b/>
        </w:rPr>
        <w:t>fransgenre 中写的“不接受全科医生处方”等评价</w:t>
      </w:r>
      <w:r>
        <w:rPr>
          <w:rFonts w:ascii="Calibri" w:hAnsi="Calibri" w:cs="Calibri" w:eastAsia="宋体"/>
        </w:rPr>
        <w:t>，因此类药物受严格管制。雌二醇和抗雄药物管制相对较为宽松，一般来讲无需在意以上标签。</w:t>
      </w:r>
    </w:p>
    <w:p>
      <w:pPr>
        <w:spacing w:after="100"/>
      </w:pPr>
      <w:r>
        <w:rPr>
          <w:rFonts w:ascii="Calibri" w:hAnsi="Calibri" w:cs="Calibri" w:eastAsia="宋体"/>
          <w:b/>
        </w:rPr>
        <w:t>不使用医保的情况下</w:t>
      </w:r>
      <w:r>
        <w:rPr>
          <w:rFonts w:ascii="Calibri" w:hAnsi="Calibri" w:cs="Calibri" w:eastAsia="宋体"/>
        </w:rPr>
        <w:t>，雌二醇和醋酸环丙孕酮价格</w:t>
      </w:r>
      <w:r>
        <w:rPr>
          <w:rFonts w:ascii="Calibri" w:hAnsi="Calibri" w:cs="Calibri" w:eastAsia="宋体"/>
          <w:b/>
        </w:rPr>
        <w:t>也极低</w:t>
      </w:r>
      <w:r>
        <w:rPr>
          <w:rFonts w:ascii="Calibri" w:hAnsi="Calibri" w:cs="Calibri" w:eastAsia="宋体"/>
        </w:rPr>
        <w:t>，例如一盒 PROVAMES （雌二醇）和一盒 Androcur （醋酸环丙孕酮）收费约为 2.7 欧元和 8.2 欧元。</w:t>
      </w:r>
    </w:p>
    <w:p>
      <w:pPr>
        <w:pStyle w:val="Heading4"/>
      </w:pPr>
      <w:r>
        <w:rPr>
          <w:rFonts w:ascii="Calibri" w:hAnsi="Calibri" w:cs="Calibri" w:eastAsia="宋体"/>
        </w:rPr>
        <w:t>护士站注射</w:t>
      </w:r>
    </w:p>
    <w:p>
      <w:pPr>
        <w:spacing w:after="100"/>
      </w:pPr>
      <w:r>
        <w:rPr>
          <w:rFonts w:ascii="Calibri" w:hAnsi="Calibri" w:cs="Calibri" w:eastAsia="宋体"/>
        </w:rPr>
        <w:t>如你的抗雄方案是 GnRHa，你可能需要前往护士站进行注射。原则依然类似，选择互助站上标注为友跨的护士站，并且尽可能标注了会英语且在小巴黎或大学城。</w:t>
      </w:r>
    </w:p>
    <w:p>
      <w:pPr>
        <w:pStyle w:val="Heading3"/>
      </w:pPr>
      <w:r>
        <w:rPr>
          <w:rFonts w:ascii="Calibri" w:hAnsi="Calibri" w:cs="Calibri" w:eastAsia="宋体"/>
        </w:rPr>
        <w:t>补充细节</w:t>
      </w:r>
    </w:p>
    <w:p>
      <w:pPr>
        <w:pStyle w:val="Heading4"/>
      </w:pPr>
      <w:r>
        <w:rPr>
          <w:rFonts w:ascii="Calibri" w:hAnsi="Calibri" w:cs="Calibri" w:eastAsia="宋体"/>
        </w:rPr>
        <w:t>ALD (affection de longue durée)</w:t>
      </w:r>
    </w:p>
    <w:p>
      <w:pPr>
        <w:spacing w:after="100"/>
      </w:pPr>
      <w:r>
        <w:rPr>
          <w:rFonts w:ascii="Calibri" w:hAnsi="Calibri" w:cs="Calibri" w:eastAsia="宋体"/>
        </w:rPr>
        <w:t xml:space="preserve">获得医保卡之后可以申请 ALD（长期病补助），具体参考法国医保局 </w:t>
      </w:r>
      <w:r>
        <w:rPr>
          <w:rFonts w:ascii="Calibri" w:hAnsi="Calibri" w:cs="Calibri" w:eastAsia="宋体"/>
        </w:rPr>
        <w:t>ameli</w:t>
      </w:r>
      <w:r>
        <w:rPr>
          <w:rFonts w:ascii="Calibri" w:hAnsi="Calibri" w:cs="Calibri" w:eastAsia="宋体"/>
        </w:rPr>
        <w:t>。</w:t>
      </w:r>
    </w:p>
    <w:p>
      <w:pPr>
        <w:spacing w:after="100"/>
      </w:pPr>
      <w:r>
        <w:rPr>
          <w:rFonts w:ascii="Calibri" w:hAnsi="Calibri" w:cs="Calibri" w:eastAsia="宋体"/>
        </w:rPr>
        <w:t>原则上可以</w:t>
      </w:r>
      <w:r>
        <w:rPr>
          <w:rFonts w:ascii="Calibri" w:hAnsi="Calibri" w:cs="Calibri" w:eastAsia="宋体"/>
          <w:b/>
        </w:rPr>
        <w:t>百分之百</w:t>
      </w:r>
      <w:r>
        <w:rPr>
          <w:rFonts w:ascii="Calibri" w:hAnsi="Calibri" w:cs="Calibri" w:eastAsia="宋体"/>
        </w:rPr>
        <w:t xml:space="preserve">报销费用，甚至于就医交通费，尤其是使用较昂贵的 GnRHa 时，有很大帮助。根据2021年提出，2025年卫生局重申并加强的要求，ALD </w:t>
      </w:r>
      <w:r>
        <w:rPr>
          <w:rFonts w:ascii="Calibri" w:hAnsi="Calibri" w:cs="Calibri" w:eastAsia="宋体"/>
          <w:b/>
        </w:rPr>
        <w:t>不需要</w:t>
      </w:r>
      <w:r>
        <w:rPr>
          <w:rFonts w:ascii="Calibri" w:hAnsi="Calibri" w:cs="Calibri" w:eastAsia="宋体"/>
        </w:rPr>
        <w:t>精神科诊断。</w:t>
      </w:r>
    </w:p>
    <w:p>
      <w:pPr>
        <w:spacing w:after="100"/>
      </w:pPr>
      <w:r>
        <w:rPr>
          <w:rFonts w:ascii="Calibri" w:hAnsi="Calibri" w:cs="Calibri" w:eastAsia="宋体"/>
        </w:rPr>
        <w:t>需注意： ALD 属于个人医疗情况，在法国</w:t>
      </w:r>
      <w:r>
        <w:rPr>
          <w:rFonts w:ascii="Calibri" w:hAnsi="Calibri" w:cs="Calibri" w:eastAsia="宋体"/>
          <w:b/>
        </w:rPr>
        <w:t>申请贷款</w:t>
      </w:r>
      <w:r>
        <w:rPr>
          <w:rFonts w:ascii="Calibri" w:hAnsi="Calibri" w:cs="Calibri" w:eastAsia="宋体"/>
        </w:rPr>
        <w:t>等少数情况下需要披露，但不用担心影响医保：法国公立保险给所有人平等报销，补充险也采取费用统一的社区定价（tarification communautaire）。</w:t>
      </w:r>
    </w:p>
    <w:p>
      <w:pPr>
        <w:spacing w:after="100"/>
      </w:pPr>
      <w:r>
        <w:rPr>
          <w:rFonts w:ascii="Calibri" w:hAnsi="Calibri" w:cs="Calibri" w:eastAsia="宋体"/>
        </w:rPr>
        <w:t>此外法国医保报销 SRS，但是需要比较长的排期。</w:t>
      </w:r>
    </w:p>
    <w:p>
      <w:pPr>
        <w:pStyle w:val="Heading4"/>
      </w:pPr>
      <w:r>
        <w:rPr>
          <w:rFonts w:ascii="Calibri" w:hAnsi="Calibri" w:cs="Calibri" w:eastAsia="宋体"/>
        </w:rPr>
        <w:t>一般就诊建议</w:t>
      </w:r>
    </w:p>
    <w:p>
      <w:pPr>
        <w:spacing w:before="20" w:after="40"/>
        <w:ind w:left="425" w:hanging="312"/>
      </w:pPr>
      <w:r>
        <w:rPr>
          <w:rFonts w:ascii="Calibri" w:hAnsi="Calibri" w:cs="Calibri" w:eastAsia="宋体"/>
        </w:rPr>
        <w:t xml:space="preserve">• </w:t>
      </w:r>
      <w:r>
        <w:rPr>
          <w:rFonts w:ascii="Calibri" w:hAnsi="Calibri" w:cs="Calibri" w:eastAsia="宋体"/>
        </w:rPr>
        <w:t>建议从第一次就诊开始就整理、保存好所有的和跨性别有关的资料（处方、验血结果、病例等）。</w:t>
      </w:r>
    </w:p>
    <w:p>
      <w:pPr>
        <w:spacing w:before="20" w:after="40"/>
        <w:ind w:left="425" w:hanging="312"/>
      </w:pPr>
      <w:r>
        <w:rPr>
          <w:rFonts w:ascii="Calibri" w:hAnsi="Calibri" w:cs="Calibri" w:eastAsia="宋体"/>
        </w:rPr>
        <w:t xml:space="preserve">• </w:t>
      </w:r>
      <w:r>
        <w:rPr>
          <w:rFonts w:ascii="Calibri" w:hAnsi="Calibri" w:cs="Calibri" w:eastAsia="宋体"/>
        </w:rPr>
        <w:t>如果真的碰到不友好的医生，与其死磕，不如换人。</w:t>
      </w:r>
    </w:p>
    <w:p>
      <w:pPr>
        <w:pStyle w:val="Heading3"/>
      </w:pPr>
      <w:r>
        <w:rPr>
          <w:rFonts w:ascii="Calibri" w:hAnsi="Calibri" w:cs="Calibri" w:eastAsia="宋体"/>
        </w:rPr>
        <w:t>相关网站</w:t>
      </w:r>
    </w:p>
    <w:p>
      <w:pPr>
        <w:spacing w:before="20" w:after="40"/>
        <w:ind w:left="425" w:hanging="312"/>
      </w:pPr>
      <w:r>
        <w:rPr>
          <w:rFonts w:ascii="Calibri" w:hAnsi="Calibri" w:cs="Calibri" w:eastAsia="宋体"/>
        </w:rPr>
        <w:t xml:space="preserve">• </w:t>
      </w:r>
      <w:r>
        <w:rPr>
          <w:rFonts w:ascii="Calibri" w:hAnsi="Calibri" w:cs="Calibri" w:eastAsia="宋体"/>
        </w:rPr>
        <w:t>法语跨性别 wiki</w:t>
      </w:r>
    </w:p>
    <w:p>
      <w:pPr>
        <w:spacing w:before="20" w:after="40"/>
        <w:ind w:left="425" w:hanging="312"/>
      </w:pPr>
      <w:r>
        <w:rPr>
          <w:rFonts w:ascii="Calibri" w:hAnsi="Calibri" w:cs="Calibri" w:eastAsia="宋体"/>
        </w:rPr>
        <w:t xml:space="preserve">• </w:t>
      </w:r>
      <w:r>
        <w:rPr>
          <w:rFonts w:ascii="Calibri" w:hAnsi="Calibri" w:cs="Calibri" w:eastAsia="宋体"/>
        </w:rPr>
        <w:t>法国跨性别互助站</w:t>
      </w:r>
    </w:p>
    <w:p>
      <w:pPr>
        <w:spacing w:before="20" w:after="40"/>
        <w:ind w:left="425" w:hanging="312"/>
      </w:pPr>
      <w:r>
        <w:rPr>
          <w:rFonts w:ascii="Calibri" w:hAnsi="Calibri" w:cs="Calibri" w:eastAsia="宋体"/>
        </w:rPr>
        <w:t xml:space="preserve">• </w:t>
      </w:r>
      <w:r>
        <w:rPr>
          <w:rFonts w:ascii="Calibri" w:hAnsi="Calibri" w:cs="Calibri" w:eastAsia="宋体"/>
        </w:rPr>
        <w:t>法国成人跨性别医疗照护指南</w:t>
      </w:r>
    </w:p>
    <w:p>
      <w:pPr>
        <w:pStyle w:val="Heading2"/>
      </w:pPr>
      <w:r>
        <w:rPr>
          <w:rFonts w:ascii="Calibri" w:hAnsi="Calibri" w:cs="Calibri" w:eastAsia="微软雅黑"/>
        </w:rPr>
        <w:t>3.18  意大利</w:t>
      </w:r>
    </w:p>
    <w:p>
      <w:pPr>
        <w:spacing w:after="160"/>
      </w:pPr>
      <w:r>
        <w:rPr>
          <w:rFonts w:ascii="Calibri" w:hAnsi="Calibri" w:cs="Calibri" w:eastAsia="宋体"/>
          <w:color w:val="6B7280"/>
          <w:sz w:val="16"/>
        </w:rPr>
        <w:t>原文：https://mtf.wiki/zh-cn/docs/hrt/italia · 最近更新：2024年3月8日</w:t>
      </w:r>
    </w:p>
    <w:p>
      <w:pPr>
        <w:spacing w:after="100"/>
      </w:pPr>
      <w:r>
        <w:rPr>
          <w:rFonts w:ascii="Calibri" w:hAnsi="Calibri" w:cs="Calibri" w:eastAsia="宋体"/>
        </w:rPr>
        <w:t>外国留学生须购买大区的医疗保险方可使用公立医疗。</w:t>
      </w:r>
    </w:p>
    <w:p>
      <w:pPr>
        <w:spacing w:before="20" w:after="40"/>
        <w:ind w:left="425" w:hanging="312"/>
      </w:pPr>
      <w:r>
        <w:rPr>
          <w:rFonts w:ascii="Calibri" w:hAnsi="Calibri" w:cs="Calibri" w:eastAsia="宋体"/>
        </w:rPr>
        <w:t xml:space="preserve">1. </w:t>
      </w:r>
      <w:r>
        <w:rPr>
          <w:rFonts w:ascii="Calibri" w:hAnsi="Calibri" w:cs="Calibri" w:eastAsia="宋体"/>
        </w:rPr>
        <w:t>在 USL 选择家庭医生</w:t>
      </w:r>
    </w:p>
    <w:p>
      <w:pPr>
        <w:spacing w:before="20" w:after="40"/>
        <w:ind w:left="425" w:hanging="312"/>
      </w:pPr>
      <w:r>
        <w:rPr>
          <w:rFonts w:ascii="Calibri" w:hAnsi="Calibri" w:cs="Calibri" w:eastAsia="宋体"/>
        </w:rPr>
        <w:t xml:space="preserve">2. </w:t>
      </w:r>
      <w:r>
        <w:rPr>
          <w:rFonts w:ascii="Calibri" w:hAnsi="Calibri" w:cs="Calibri" w:eastAsia="宋体"/>
        </w:rPr>
        <w:t>与家庭医生沟通并由家庭医生开具分诊处方，预约专科医生</w:t>
      </w:r>
      <w:r>
        <w:br/>
      </w:r>
    </w:p>
    <w:p>
      <w:pPr>
        <w:spacing w:before="20" w:after="40"/>
        <w:ind w:left="822" w:hanging="312"/>
      </w:pPr>
      <w:r>
        <w:rPr>
          <w:rFonts w:ascii="Calibri" w:hAnsi="Calibri" w:cs="Calibri" w:eastAsia="宋体"/>
        </w:rPr>
        <w:t xml:space="preserve">◦ </w:t>
      </w:r>
      <w:r>
        <w:rPr>
          <w:rFonts w:ascii="Calibri" w:hAnsi="Calibri" w:cs="Calibri" w:eastAsia="宋体"/>
        </w:rPr>
        <w:t>包括心理科（Psicologia）和内分泌科（Endocrinologia）或男科（Andrologia）</w:t>
      </w:r>
    </w:p>
    <w:p>
      <w:pPr>
        <w:spacing w:before="20" w:after="40"/>
        <w:ind w:left="425" w:hanging="312"/>
      </w:pPr>
      <w:r>
        <w:rPr>
          <w:rFonts w:ascii="Calibri" w:hAnsi="Calibri" w:cs="Calibri" w:eastAsia="宋体"/>
        </w:rPr>
        <w:t xml:space="preserve">3. </w:t>
      </w:r>
      <w:r>
        <w:rPr>
          <w:rFonts w:ascii="Calibri" w:hAnsi="Calibri" w:cs="Calibri" w:eastAsia="宋体"/>
        </w:rPr>
        <w:t>与心理医生交流，获得由心理医生开具的性别焦虑证明，医生并不会评价就诊者的外表，也不会进行问卷等评测的内容持</w:t>
      </w:r>
      <w:r>
        <w:br/>
      </w:r>
    </w:p>
    <w:p>
      <w:pPr>
        <w:spacing w:before="20" w:after="40"/>
        <w:ind w:left="822" w:hanging="312"/>
      </w:pPr>
      <w:r>
        <w:rPr>
          <w:rFonts w:ascii="Calibri" w:hAnsi="Calibri" w:cs="Calibri" w:eastAsia="宋体"/>
        </w:rPr>
        <w:t xml:space="preserve">◦ </w:t>
      </w:r>
      <w:r>
        <w:rPr>
          <w:rFonts w:ascii="Calibri" w:hAnsi="Calibri" w:cs="Calibri" w:eastAsia="宋体"/>
        </w:rPr>
        <w:t>有此证明即可在意大利修改证件（如居留卡）性别</w:t>
      </w:r>
      <w:r>
        <w:rPr>
          <w:rFonts w:ascii="Calibri" w:hAnsi="Calibri" w:cs="Calibri" w:eastAsia="宋体"/>
          <w:vertAlign w:val="superscript"/>
        </w:rPr>
        <w:t>1</w:t>
      </w:r>
    </w:p>
    <w:p>
      <w:pPr>
        <w:spacing w:before="20" w:after="40"/>
        <w:ind w:left="425" w:hanging="312"/>
      </w:pPr>
      <w:r>
        <w:rPr>
          <w:rFonts w:ascii="Calibri" w:hAnsi="Calibri" w:cs="Calibri" w:eastAsia="宋体"/>
        </w:rPr>
        <w:t xml:space="preserve">4. </w:t>
      </w:r>
      <w:r>
        <w:rPr>
          <w:rFonts w:ascii="Calibri" w:hAnsi="Calibri" w:cs="Calibri" w:eastAsia="宋体"/>
        </w:rPr>
        <w:t>前往内分泌科或男科就诊，在简单了解情况后会在科室做一些基本的体检并让去做一系列检查：</w:t>
      </w:r>
      <w:r>
        <w:br/>
      </w:r>
    </w:p>
    <w:p>
      <w:pPr>
        <w:spacing w:before="20" w:after="40"/>
        <w:ind w:left="822" w:hanging="312"/>
      </w:pPr>
      <w:r>
        <w:rPr>
          <w:rFonts w:ascii="Calibri" w:hAnsi="Calibri" w:cs="Calibri" w:eastAsia="宋体"/>
        </w:rPr>
        <w:t xml:space="preserve">1. </w:t>
      </w:r>
      <w:r>
        <w:rPr>
          <w:rFonts w:ascii="Calibri" w:hAnsi="Calibri" w:cs="Calibri" w:eastAsia="宋体"/>
        </w:rPr>
        <w:t>染色体检查 analisi del cariotipo</w:t>
      </w:r>
      <w:r>
        <w:rPr>
          <w:rFonts w:ascii="Calibri" w:hAnsi="Calibri" w:cs="Calibri" w:eastAsia="宋体"/>
          <w:vertAlign w:val="superscript"/>
        </w:rPr>
        <w:t>2</w:t>
      </w:r>
    </w:p>
    <w:p>
      <w:pPr>
        <w:spacing w:before="20" w:after="40"/>
        <w:ind w:left="822" w:hanging="312"/>
      </w:pPr>
      <w:r>
        <w:rPr>
          <w:rFonts w:ascii="Calibri" w:hAnsi="Calibri" w:cs="Calibri" w:eastAsia="宋体"/>
        </w:rPr>
        <w:t xml:space="preserve">2. </w:t>
      </w:r>
      <w:r>
        <w:rPr>
          <w:rFonts w:ascii="Calibri" w:hAnsi="Calibri" w:cs="Calibri" w:eastAsia="宋体"/>
        </w:rPr>
        <w:t>荷尔蒙、血常规、尿常规</w:t>
      </w:r>
    </w:p>
    <w:p>
      <w:pPr>
        <w:spacing w:before="20" w:after="40"/>
        <w:ind w:left="822" w:hanging="312"/>
      </w:pPr>
      <w:r>
        <w:rPr>
          <w:rFonts w:ascii="Calibri" w:hAnsi="Calibri" w:cs="Calibri" w:eastAsia="宋体"/>
        </w:rPr>
        <w:t xml:space="preserve">3. </w:t>
      </w:r>
      <w:r>
        <w:rPr>
          <w:rFonts w:ascii="Calibri" w:hAnsi="Calibri" w:cs="Calibri" w:eastAsia="宋体"/>
        </w:rPr>
        <w:t>乳房和生殖系统的超声检查</w:t>
      </w:r>
    </w:p>
    <w:p>
      <w:pPr>
        <w:spacing w:before="20" w:after="40"/>
        <w:ind w:left="425" w:hanging="312"/>
      </w:pPr>
      <w:r>
        <w:rPr>
          <w:rFonts w:ascii="Calibri" w:hAnsi="Calibri" w:cs="Calibri" w:eastAsia="宋体"/>
        </w:rPr>
        <w:t xml:space="preserve">5. </w:t>
      </w:r>
      <w:r>
        <w:rPr>
          <w:rFonts w:ascii="Calibri" w:hAnsi="Calibri" w:cs="Calibri" w:eastAsia="宋体"/>
        </w:rPr>
        <w:t>取得药品</w:t>
      </w:r>
    </w:p>
    <w:p>
      <w:pPr>
        <w:spacing w:after="100"/>
      </w:pPr>
      <w:r>
        <w:rPr>
          <w:rFonts w:ascii="Calibri" w:hAnsi="Calibri" w:cs="Calibri" w:eastAsia="宋体"/>
        </w:rPr>
        <w:t>可能会获得较为落后的处方量（如过高的</w:t>
      </w:r>
      <w:r>
        <w:rPr>
          <w:rFonts w:ascii="Calibri" w:hAnsi="Calibri" w:cs="Calibri" w:eastAsia="宋体"/>
        </w:rPr>
        <w:t>色普龙</w:t>
      </w:r>
      <w:r>
        <w:rPr>
          <w:rFonts w:ascii="Calibri" w:hAnsi="Calibri" w:cs="Calibri" w:eastAsia="宋体"/>
        </w:rPr>
        <w:t>用量和较低的雌激素用量），可能需要与医生沟通曾用剂量。</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修改证件性别需要在律师的帮助下去法院修改，如有需要可以求助当地的 Arcigay 组织，他们会提供公益律师和必要的法律援助 </w:t>
      </w:r>
    </w:p>
    <w:p>
      <w:pPr>
        <w:spacing w:before="20" w:after="40"/>
        <w:ind w:left="425" w:hanging="312"/>
      </w:pPr>
      <w:r>
        <w:rPr>
          <w:rFonts w:ascii="Calibri" w:hAnsi="Calibri" w:cs="Calibri" w:eastAsia="宋体"/>
        </w:rPr>
        <w:t xml:space="preserve">2. </w:t>
      </w:r>
      <w:r>
        <w:rPr>
          <w:rFonts w:ascii="Calibri" w:hAnsi="Calibri" w:cs="Calibri" w:eastAsia="宋体"/>
        </w:rPr>
        <w:t xml:space="preserve">染色体检查排队等待时间极久，大约要半年左右（或以上），建议在刚开始就医的时候就向家庭医生请求染色体检查处方，先把队排上 </w:t>
      </w:r>
    </w:p>
    <w:p>
      <w:pPr>
        <w:pStyle w:val="Heading2"/>
      </w:pPr>
      <w:r>
        <w:rPr>
          <w:rFonts w:ascii="Calibri" w:hAnsi="Calibri" w:cs="Calibri" w:eastAsia="微软雅黑"/>
        </w:rPr>
        <w:t>3.19  日本</w:t>
      </w:r>
    </w:p>
    <w:p>
      <w:pPr>
        <w:spacing w:after="160"/>
      </w:pPr>
      <w:r>
        <w:rPr>
          <w:rFonts w:ascii="Calibri" w:hAnsi="Calibri" w:cs="Calibri" w:eastAsia="宋体"/>
          <w:color w:val="6B7280"/>
          <w:sz w:val="16"/>
        </w:rPr>
        <w:t>原文：https://mtf.wiki/zh-cn/docs/hrt/japan · 最近更新：2024年3月8日</w:t>
      </w:r>
    </w:p>
    <w:p>
      <w:pPr>
        <w:spacing w:after="100"/>
      </w:pPr>
      <w:r>
        <w:rPr>
          <w:rFonts w:ascii="Calibri" w:hAnsi="Calibri" w:cs="Calibri" w:eastAsia="宋体"/>
        </w:rPr>
        <w:t>请参考</w:t>
      </w:r>
    </w:p>
    <w:p>
      <w:pPr>
        <w:spacing w:before="20" w:after="40"/>
        <w:ind w:left="425" w:hanging="312"/>
      </w:pPr>
      <w:r>
        <w:rPr>
          <w:rFonts w:ascii="Calibri" w:hAnsi="Calibri" w:cs="Calibri" w:eastAsia="宋体"/>
        </w:rPr>
        <w:t xml:space="preserve">• </w:t>
      </w:r>
      <w:r>
        <w:rPr>
          <w:rFonts w:ascii="Calibri" w:hAnsi="Calibri" w:cs="Calibri" w:eastAsia="宋体"/>
        </w:rPr>
        <w:t>本站日语版</w:t>
      </w:r>
    </w:p>
    <w:p>
      <w:pPr>
        <w:spacing w:before="20" w:after="40"/>
        <w:ind w:left="425" w:hanging="312"/>
      </w:pPr>
      <w:r>
        <w:rPr>
          <w:rFonts w:ascii="Calibri" w:hAnsi="Calibri" w:cs="Calibri" w:eastAsia="宋体"/>
        </w:rPr>
        <w:t xml:space="preserve">• </w:t>
      </w:r>
      <w:r>
        <w:rPr>
          <w:rFonts w:ascii="Calibri" w:hAnsi="Calibri" w:cs="Calibri" w:eastAsia="宋体"/>
        </w:rPr>
        <w:t>2345.LGBT 日本站</w:t>
      </w:r>
    </w:p>
    <w:p>
      <w:pPr>
        <w:spacing w:after="100"/>
      </w:pPr>
      <w:r>
        <w:rPr>
          <w:rFonts w:ascii="Calibri" w:hAnsi="Calibri" w:cs="Calibri" w:eastAsia="宋体"/>
        </w:rPr>
        <w:t>所需证件：在留卡、保险证，住民保险于全国可用。</w:t>
      </w:r>
    </w:p>
    <w:p>
      <w:pPr>
        <w:spacing w:after="100"/>
      </w:pPr>
      <w:r>
        <w:rPr>
          <w:rFonts w:ascii="Calibri" w:hAnsi="Calibri" w:cs="Calibri" w:eastAsia="宋体"/>
        </w:rPr>
        <w:t>国民健康保险报销70%诊费，HRT药物费用和注射费用自费</w:t>
      </w:r>
    </w:p>
    <w:p>
      <w:pPr>
        <w:spacing w:before="20" w:after="40"/>
        <w:ind w:left="425" w:hanging="312"/>
      </w:pPr>
      <w:r>
        <w:rPr>
          <w:rFonts w:ascii="Calibri" w:hAnsi="Calibri" w:cs="Calibri" w:eastAsia="宋体"/>
        </w:rPr>
        <w:t xml:space="preserve">1. </w:t>
      </w:r>
      <w:r>
        <w:rPr>
          <w:rFonts w:ascii="Calibri" w:hAnsi="Calibri" w:cs="Calibri" w:eastAsia="宋体"/>
        </w:rPr>
        <w:t>可以在网络上搜索自己所在城市的有GID治疗的诊所或医院，或有可开具GID（性同一性障害）诊断书的诊所或医院。一般在该院的网站有预约方式，预约后即可去就诊。</w:t>
      </w:r>
    </w:p>
    <w:p>
      <w:pPr>
        <w:spacing w:before="20" w:after="40"/>
        <w:ind w:left="425" w:hanging="312"/>
      </w:pPr>
      <w:r>
        <w:rPr>
          <w:rFonts w:ascii="Calibri" w:hAnsi="Calibri" w:cs="Calibri" w:eastAsia="宋体"/>
        </w:rPr>
        <w:t xml:space="preserve">2. </w:t>
      </w:r>
      <w:r>
        <w:rPr>
          <w:rFonts w:ascii="Calibri" w:hAnsi="Calibri" w:cs="Calibri" w:eastAsia="宋体"/>
        </w:rPr>
        <w:t>在可同时开具跨性别诊断和HRT的诊所或医院就诊，可直接在该医院进行HRT无需其他流程。</w:t>
      </w:r>
    </w:p>
    <w:p>
      <w:pPr>
        <w:spacing w:before="20" w:after="40"/>
        <w:ind w:left="425" w:hanging="312"/>
      </w:pPr>
      <w:r>
        <w:rPr>
          <w:rFonts w:ascii="Calibri" w:hAnsi="Calibri" w:cs="Calibri" w:eastAsia="宋体"/>
        </w:rPr>
        <w:t xml:space="preserve">3. </w:t>
      </w:r>
      <w:r>
        <w:rPr>
          <w:rFonts w:ascii="Calibri" w:hAnsi="Calibri" w:cs="Calibri" w:eastAsia="宋体"/>
        </w:rPr>
        <w:t>在只能开具诊断书的诊所或医院，该院医师会有推荐的内分泌科或妇科等可进行HRT但医院或诊所进行HRT，或者在其他出具诊断书后可进行HRT的医院进行HRT。</w:t>
      </w:r>
    </w:p>
    <w:p>
      <w:pPr>
        <w:spacing w:before="20" w:after="40"/>
        <w:ind w:left="425" w:hanging="312"/>
      </w:pPr>
      <w:r>
        <w:rPr>
          <w:rFonts w:ascii="Calibri" w:hAnsi="Calibri" w:cs="Calibri" w:eastAsia="宋体"/>
        </w:rPr>
        <w:t xml:space="preserve">4. </w:t>
      </w:r>
      <w:r>
        <w:rPr>
          <w:rFonts w:ascii="Calibri" w:hAnsi="Calibri" w:cs="Calibri" w:eastAsia="宋体"/>
        </w:rPr>
        <w:t>在HRT前有些医院会进行血液检测（3000日元上下）,HRT后一般半年进行一次血液检查</w:t>
      </w:r>
    </w:p>
    <w:p>
      <w:pPr>
        <w:spacing w:after="100"/>
      </w:pPr>
      <w:r>
        <w:rPr>
          <w:rFonts w:ascii="Calibri" w:hAnsi="Calibri" w:cs="Calibri" w:eastAsia="宋体"/>
        </w:rPr>
        <w:t>药物上的选择一般有两种。可以选择在医院直接进行注射（费用一般在400到3000日元不等，含每次诊费）或开内服药物。</w:t>
      </w:r>
    </w:p>
    <w:p>
      <w:pPr>
        <w:pStyle w:val="Heading2"/>
      </w:pPr>
      <w:r>
        <w:rPr>
          <w:rFonts w:ascii="Calibri" w:hAnsi="Calibri" w:cs="Calibri" w:eastAsia="微软雅黑"/>
        </w:rPr>
        <w:t>3.20  新加坡</w:t>
      </w:r>
    </w:p>
    <w:p>
      <w:pPr>
        <w:spacing w:after="160"/>
      </w:pPr>
      <w:r>
        <w:rPr>
          <w:rFonts w:ascii="Calibri" w:hAnsi="Calibri" w:cs="Calibri" w:eastAsia="宋体"/>
          <w:color w:val="6B7280"/>
          <w:sz w:val="16"/>
        </w:rPr>
        <w:t>原文：https://mtf.wiki/zh-cn/docs/hrt/singapore · 最近更新：2026年9月22日</w:t>
      </w:r>
    </w:p>
    <w:p>
      <w:pPr>
        <w:pStyle w:val="Heading3"/>
      </w:pPr>
      <w:r>
        <w:rPr>
          <w:rFonts w:ascii="Calibri" w:hAnsi="Calibri" w:cs="Calibri" w:eastAsia="宋体"/>
        </w:rPr>
        <w:t>流程</w:t>
      </w:r>
    </w:p>
    <w:p>
      <w:pPr>
        <w:spacing w:after="100"/>
      </w:pPr>
      <w:r>
        <w:rPr>
          <w:rFonts w:ascii="Calibri" w:hAnsi="Calibri" w:cs="Calibri" w:eastAsia="宋体"/>
        </w:rPr>
        <w:t>获得 HRT 的地方一般是</w:t>
      </w:r>
      <w:r>
        <w:rPr>
          <w:rFonts w:ascii="Calibri" w:hAnsi="Calibri" w:cs="Calibri" w:eastAsia="宋体"/>
        </w:rPr>
        <w:t>樟宜综合医院</w:t>
      </w:r>
      <w:r>
        <w:rPr>
          <w:rFonts w:ascii="Calibri" w:hAnsi="Calibri" w:cs="Calibri" w:eastAsia="宋体"/>
        </w:rPr>
        <w:t>。</w:t>
      </w:r>
    </w:p>
    <w:p>
      <w:pPr>
        <w:spacing w:after="100"/>
      </w:pPr>
      <w:r>
        <w:rPr>
          <w:rFonts w:ascii="Calibri" w:hAnsi="Calibri" w:cs="Calibri" w:eastAsia="宋体"/>
        </w:rPr>
        <w:t>流程有两步：</w:t>
      </w:r>
    </w:p>
    <w:p>
      <w:pPr>
        <w:spacing w:before="20" w:after="40"/>
        <w:ind w:left="425" w:hanging="312"/>
      </w:pPr>
      <w:r>
        <w:rPr>
          <w:rFonts w:ascii="Calibri" w:hAnsi="Calibri" w:cs="Calibri" w:eastAsia="宋体"/>
        </w:rPr>
        <w:t xml:space="preserve">1. </w:t>
      </w:r>
      <w:r>
        <w:rPr>
          <w:rFonts w:ascii="Calibri" w:hAnsi="Calibri" w:cs="Calibri" w:eastAsia="宋体"/>
        </w:rPr>
        <w:t>到精神科就诊（获得性别焦虑诊断）</w:t>
      </w:r>
    </w:p>
    <w:p>
      <w:pPr>
        <w:spacing w:before="20" w:after="40"/>
        <w:ind w:left="425" w:hanging="312"/>
      </w:pPr>
      <w:r>
        <w:rPr>
          <w:rFonts w:ascii="Calibri" w:hAnsi="Calibri" w:cs="Calibri" w:eastAsia="宋体"/>
        </w:rPr>
        <w:t xml:space="preserve">2. </w:t>
      </w:r>
      <w:r>
        <w:rPr>
          <w:rFonts w:ascii="Calibri" w:hAnsi="Calibri" w:cs="Calibri" w:eastAsia="宋体"/>
        </w:rPr>
        <w:t>到内分泌科就诊（获得 HRT）</w:t>
      </w:r>
    </w:p>
    <w:p>
      <w:pPr>
        <w:spacing w:after="100"/>
      </w:pPr>
      <w:r>
        <w:rPr>
          <w:rFonts w:ascii="Calibri" w:hAnsi="Calibri" w:cs="Calibri" w:eastAsia="宋体"/>
        </w:rPr>
        <w:t>新加坡人可以先从 polyclinic 转诊到樟宜综合医院以获得政府补贴。</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21 岁以下者</w:t>
      </w:r>
    </w:p>
    <w:p>
      <w:pPr>
        <w:shd w:val="clear" w:color="auto" w:fill="FFFBEB"/>
        <w:pBdr>
          <w:left w:val="single" w:sz="18" w:space="6" w:color="F59E0B"/>
        </w:pBdr>
        <w:spacing w:after="40"/>
      </w:pPr>
      <w:r>
        <w:rPr>
          <w:rFonts w:ascii="Calibri" w:hAnsi="Calibri" w:cs="Calibri" w:eastAsia="宋体"/>
        </w:rPr>
        <w:t>根据卫生部（MOH）的治疗指引，患有性别焦虑的儿童与青少年须由多学科团队照护，心理支持为一线治疗方案：</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18 岁以下：不提供激素治疗与手术治疗。</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18～20 岁：激素治疗（不包括青春期抑制）仅在特殊情况下方可提供，且须有明确的疗效证据、多学科团队达成一致意见，并取得青少年本人及其父母的知情同意。</w:t>
      </w:r>
    </w:p>
    <w:p>
      <w:pPr>
        <w:spacing w:before="20" w:after="40"/>
        <w:ind w:left="425" w:hanging="312"/>
        <w:shd w:val="clear" w:color="auto" w:fill="FFFBEB"/>
        <w:pBdr>
          <w:left w:val="single" w:sz="18" w:space="6" w:color="F59E0B"/>
        </w:pBdr>
      </w:pPr>
      <w:r>
        <w:rPr>
          <w:rFonts w:ascii="Calibri" w:hAnsi="Calibri" w:cs="Calibri" w:eastAsia="宋体"/>
        </w:rPr>
        <w:t xml:space="preserve">• </w:t>
      </w:r>
      <w:r>
        <w:rPr>
          <w:rFonts w:ascii="Calibri" w:hAnsi="Calibri" w:cs="Calibri" w:eastAsia="宋体"/>
        </w:rPr>
        <w:t>21 岁及以上：不受上述限制，按常规流程就诊。</w:t>
      </w:r>
    </w:p>
    <w:p>
      <w:pPr>
        <w:spacing w:after="100"/>
      </w:pPr>
      <w:r>
        <w:rPr>
          <w:rFonts w:ascii="Calibri" w:hAnsi="Calibri" w:cs="Calibri" w:eastAsia="宋体"/>
        </w:rPr>
        <w:t>以上指引出自卫生部 2026 年 5 月 6 日答复国会提问的公告</w:t>
      </w:r>
      <w:r>
        <w:rPr>
          <w:rFonts w:ascii="Calibri" w:hAnsi="Calibri" w:cs="Calibri" w:eastAsia="宋体"/>
          <w:vertAlign w:val="superscript"/>
        </w:rPr>
        <w:t>1</w:t>
      </w:r>
      <w:r>
        <w:rPr>
          <w:rFonts w:ascii="Calibri" w:hAnsi="Calibri" w:cs="Calibri" w:eastAsia="宋体"/>
        </w:rPr>
        <w:t>。</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Ministry of Health (Singapore). Supporting Youths with Gender Dysphoria [EB/OL]. 2026-05-06. </w:t>
      </w:r>
      <w:r>
        <w:rPr>
          <w:rFonts w:ascii="Calibri" w:hAnsi="Calibri" w:cs="Calibri" w:eastAsia="宋体"/>
        </w:rPr>
        <w:t>https://www.moh.gov.sg/newsroom/supporting-youths-with-gender-dysphoria/</w:t>
      </w:r>
      <w:r>
        <w:rPr>
          <w:rFonts w:ascii="Calibri" w:hAnsi="Calibri" w:cs="Calibri" w:eastAsia="宋体"/>
        </w:rPr>
        <w:t xml:space="preserve"> </w:t>
      </w:r>
    </w:p>
    <w:p>
      <w:pPr>
        <w:pStyle w:val="Heading3"/>
      </w:pPr>
      <w:r>
        <w:rPr>
          <w:rFonts w:ascii="Calibri" w:hAnsi="Calibri" w:cs="Calibri" w:eastAsia="微软雅黑"/>
        </w:rPr>
        <w:t>3.20.1  伊丽莎白医院</w:t>
      </w:r>
    </w:p>
    <w:p>
      <w:pPr>
        <w:spacing w:after="160"/>
      </w:pPr>
      <w:r>
        <w:rPr>
          <w:rFonts w:ascii="Calibri" w:hAnsi="Calibri" w:cs="Calibri" w:eastAsia="宋体"/>
          <w:color w:val="6B7280"/>
          <w:sz w:val="16"/>
        </w:rPr>
        <w:t>原文：https://mtf.wiki/zh-cn/docs/hrt/singapore/mount · 最近更新：2026年9月22日</w:t>
      </w:r>
    </w:p>
    <w:p>
      <w:pPr>
        <w:spacing w:after="100"/>
      </w:pPr>
      <w:r>
        <w:rPr>
          <w:rFonts w:ascii="Calibri" w:hAnsi="Calibri" w:cs="Calibri" w:eastAsia="宋体"/>
        </w:rPr>
        <w:t>提供 HRT 指导</w:t>
      </w:r>
    </w:p>
    <w:p>
      <w:pPr>
        <w:spacing w:after="100"/>
      </w:pPr>
      <w:r>
        <w:rPr>
          <w:rFonts w:ascii="Calibri" w:hAnsi="Calibri" w:cs="Calibri" w:eastAsia="宋体"/>
        </w:rPr>
        <w:t>需家长同意</w:t>
      </w:r>
    </w:p>
    <w:p>
      <w:pPr>
        <w:pStyle w:val="Heading4"/>
      </w:pPr>
      <w:r>
        <w:rPr>
          <w:rFonts w:ascii="Calibri" w:hAnsi="Calibri" w:cs="Calibri" w:eastAsia="宋体"/>
        </w:rPr>
        <w:t>医院简介</w:t>
      </w:r>
    </w:p>
    <w:p>
      <w:pPr>
        <w:spacing w:after="100"/>
      </w:pPr>
      <w:r>
        <w:rPr>
          <w:rFonts w:ascii="Calibri" w:hAnsi="Calibri" w:cs="Calibri" w:eastAsia="宋体"/>
        </w:rPr>
        <w:t>Mount Elizabeth Medical Centre</w:t>
      </w:r>
      <w:r>
        <w:rPr>
          <w:rFonts w:ascii="Calibri" w:hAnsi="Calibri" w:cs="Calibri" w:eastAsia="宋体"/>
        </w:rPr>
        <w:t xml:space="preserve"> 伊丽莎白医院位于伊丽莎白山乌节路，是一家设施完备的私立医院和医疗中心。</w:t>
      </w:r>
    </w:p>
    <w:p>
      <w:pPr>
        <w:pStyle w:val="Heading4"/>
      </w:pPr>
      <w:r>
        <w:rPr>
          <w:rFonts w:ascii="Calibri" w:hAnsi="Calibri" w:cs="Calibri" w:eastAsia="宋体"/>
        </w:rPr>
        <w:t>医生信息</w:t>
      </w:r>
    </w:p>
    <w:p>
      <w:pPr>
        <w:spacing w:after="100"/>
      </w:pPr>
      <w:r>
        <w:rPr>
          <w:rFonts w:ascii="Calibri" w:hAnsi="Calibri" w:cs="Calibri" w:eastAsia="宋体"/>
        </w:rPr>
        <w:t>医生姓名：</w:t>
      </w:r>
      <w:r>
        <w:rPr>
          <w:rFonts w:ascii="Calibri" w:hAnsi="Calibri" w:cs="Calibri" w:eastAsia="宋体"/>
        </w:rPr>
        <w:t>Alex Fok</w:t>
      </w:r>
    </w:p>
    <w:p>
      <w:pPr>
        <w:spacing w:after="100"/>
      </w:pPr>
      <w:r>
        <w:rPr>
          <w:rFonts w:ascii="Calibri" w:hAnsi="Calibri" w:cs="Calibri" w:eastAsia="宋体"/>
        </w:rPr>
        <w:t>电话预约: + (65) 6734 6116</w:t>
      </w:r>
      <w:r>
        <w:br/>
      </w:r>
      <w:r>
        <w:br/>
      </w:r>
      <w:r>
        <w:rPr>
          <w:rFonts w:ascii="Calibri" w:hAnsi="Calibri" w:cs="Calibri" w:eastAsia="宋体"/>
        </w:rPr>
        <w:t>What’s App: + (65) 9424 4294</w:t>
      </w:r>
      <w:r>
        <w:br/>
      </w:r>
      <w:r>
        <w:br/>
      </w:r>
      <w:r>
        <w:rPr>
          <w:rFonts w:ascii="Calibri" w:hAnsi="Calibri" w:cs="Calibri" w:eastAsia="宋体"/>
        </w:rPr>
        <w:t>传真: + (65) 6235 1005</w:t>
      </w:r>
    </w:p>
    <w:p>
      <w:pPr>
        <w:spacing w:after="100"/>
      </w:pPr>
      <w:r>
        <w:rPr>
          <w:rFonts w:ascii="Calibri" w:hAnsi="Calibri" w:cs="Calibri" w:eastAsia="宋体"/>
        </w:rPr>
        <w:t xml:space="preserve">Dr Alex Fok: </w:t>
      </w:r>
      <w:r>
        <w:rPr>
          <w:rFonts w:ascii="Calibri" w:hAnsi="Calibri" w:cs="Calibri" w:eastAsia="宋体"/>
        </w:rPr>
        <w:t>alexfok@ymail.com</w:t>
      </w:r>
      <w:r>
        <w:br/>
      </w:r>
      <w:r>
        <w:br/>
      </w:r>
      <w:r>
        <w:rPr>
          <w:rFonts w:ascii="Calibri" w:hAnsi="Calibri" w:cs="Calibri" w:eastAsia="宋体"/>
        </w:rPr>
        <w:t xml:space="preserve">Webmaster: </w:t>
      </w:r>
      <w:r>
        <w:rPr>
          <w:rFonts w:ascii="Calibri" w:hAnsi="Calibri" w:cs="Calibri" w:eastAsia="宋体"/>
        </w:rPr>
        <w:t>alexfok.endocrinology@gmail.com</w:t>
      </w:r>
    </w:p>
    <w:p>
      <w:pPr>
        <w:pStyle w:val="Heading4"/>
      </w:pPr>
      <w:r>
        <w:rPr>
          <w:rFonts w:ascii="Calibri" w:hAnsi="Calibri" w:cs="Calibri" w:eastAsia="宋体"/>
        </w:rPr>
        <w:t>可开具的药品</w:t>
      </w:r>
    </w:p>
    <w:p>
      <w:pPr>
        <w:spacing w:after="100"/>
      </w:pPr>
      <w:r>
        <w:rPr>
          <w:rFonts w:ascii="Calibri" w:hAnsi="Calibri" w:cs="Calibri" w:eastAsia="宋体"/>
        </w:rPr>
        <w:t>戊酸雌二醇, 螺内酯, 其他</w:t>
      </w:r>
    </w:p>
    <w:p>
      <w:pPr>
        <w:pStyle w:val="Heading4"/>
      </w:pPr>
      <w:r>
        <w:rPr>
          <w:rFonts w:ascii="Calibri" w:hAnsi="Calibri" w:cs="Calibri" w:eastAsia="宋体"/>
        </w:rPr>
        <w:t>注意事项</w:t>
      </w:r>
    </w:p>
    <w:p>
      <w:pPr>
        <w:spacing w:after="100"/>
      </w:pPr>
      <w:r>
        <w:rPr>
          <w:rFonts w:ascii="Calibri" w:hAnsi="Calibri" w:cs="Calibri" w:eastAsia="宋体"/>
        </w:rPr>
        <w:t>预约前需要先取得 Gender Dysphoria（性别烦躁）诊断。</w:t>
      </w:r>
    </w:p>
    <w:p>
      <w:pPr>
        <w:spacing w:after="100"/>
      </w:pPr>
      <w:r>
        <w:rPr>
          <w:rFonts w:ascii="Calibri" w:hAnsi="Calibri" w:cs="Calibri" w:eastAsia="宋体"/>
        </w:rPr>
        <w:t>关于年龄，据卫生部（MOH）2026 年 5 月公布的治疗指引：18 岁以下不提供激素治疗与手术治疗；18～20 岁的激素治疗（不包括青春期抑制）仅在特殊情况下提供，且须有明确的疗效证据、多学科团队达成一致意见，并取得本人及父母的知情同意；21 岁及以上不受此限制</w:t>
      </w:r>
      <w:r>
        <w:rPr>
          <w:rFonts w:ascii="Calibri" w:hAnsi="Calibri" w:cs="Calibri" w:eastAsia="宋体"/>
          <w:vertAlign w:val="superscript"/>
        </w:rPr>
        <w:t>1</w:t>
      </w:r>
      <w:r>
        <w:rPr>
          <w:rFonts w:ascii="Calibri" w:hAnsi="Calibri" w:cs="Calibri" w:eastAsia="宋体"/>
        </w:rPr>
        <w:t>。本院为私立医疗机构，实际是否执行上述指引、能否开具处方，仍须事先与医生确认。</w:t>
      </w:r>
    </w:p>
    <w:p>
      <w:pPr>
        <w:spacing w:after="100"/>
      </w:pPr>
      <w:r>
        <w:rPr>
          <w:rFonts w:ascii="Calibri" w:hAnsi="Calibri" w:cs="Calibri" w:eastAsia="宋体"/>
        </w:rPr>
        <w:t>笔者的情况是先去 Private Space Medical 找了 Dr Kwok 获得了诊断，然后让 Dr Kwok 帮忙写推荐信和预约，最后带着父亲和推荐信去找 Alex Fok。需要注意的是父母需要同意，如果父母态度不定可能会无法获得 HRT 处方。</w:t>
      </w:r>
    </w:p>
    <w:p>
      <w:pPr>
        <w:spacing w:after="100"/>
      </w:pPr>
      <w:r>
        <w:rPr>
          <w:rFonts w:ascii="Calibri" w:hAnsi="Calibri" w:cs="Calibri" w:eastAsia="宋体"/>
        </w:rPr>
        <w:t>前置需要检查激素水平，已知医院药房没有 Androcur，可以拿到 Progynova 和 Aldactone。医院药房买三个月的 Progynova 价格是 138 新币，但 Aldactone 较贵，大概 471 新币。就诊大概花费是 200 多新币。</w:t>
      </w:r>
    </w:p>
    <w:p>
      <w:pPr>
        <w:spacing w:after="100"/>
      </w:pPr>
      <w:r>
        <w:rPr>
          <w:rFonts w:ascii="Calibri" w:hAnsi="Calibri" w:cs="Calibri" w:eastAsia="宋体"/>
        </w:rPr>
        <w:t>因为是私人医疗机构，所以偏贵。</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Ministry of Health (Singapore). Supporting Youths with Gender Dysphoria [EB/OL]. 2026-05-06. </w:t>
      </w:r>
      <w:r>
        <w:rPr>
          <w:rFonts w:ascii="Calibri" w:hAnsi="Calibri" w:cs="Calibri" w:eastAsia="宋体"/>
        </w:rPr>
        <w:t>https://www.moh.gov.sg/newsroom/supporting-youths-with-gender-dysphoria/</w:t>
      </w:r>
      <w:r>
        <w:rPr>
          <w:rFonts w:ascii="Calibri" w:hAnsi="Calibri" w:cs="Calibri" w:eastAsia="宋体"/>
        </w:rPr>
        <w:t xml:space="preserve"> </w:t>
      </w:r>
    </w:p>
    <w:p>
      <w:pPr>
        <w:pStyle w:val="Heading2"/>
      </w:pPr>
      <w:r>
        <w:rPr>
          <w:rFonts w:ascii="Calibri" w:hAnsi="Calibri" w:cs="Calibri" w:eastAsia="微软雅黑"/>
        </w:rPr>
        <w:t>3.21  西班牙</w:t>
      </w:r>
    </w:p>
    <w:p>
      <w:pPr>
        <w:spacing w:after="160"/>
      </w:pPr>
      <w:r>
        <w:rPr>
          <w:rFonts w:ascii="Calibri" w:hAnsi="Calibri" w:cs="Calibri" w:eastAsia="宋体"/>
          <w:color w:val="6B7280"/>
          <w:sz w:val="16"/>
        </w:rPr>
        <w:t>原文：https://mtf.wiki/zh-cn/docs/hrt/espana · 最近更新：2026年3月18日</w:t>
      </w:r>
    </w:p>
    <w:p>
      <w:pPr>
        <w:spacing w:after="100"/>
      </w:pPr>
      <w:r>
        <w:rPr>
          <w:rFonts w:ascii="Calibri" w:hAnsi="Calibri" w:cs="Calibri" w:eastAsia="宋体"/>
        </w:rPr>
        <w:t>西班牙各自治区的医保政策有所不同。如在马德里自治区国际学生并不能使用公共医疗系统。但非常规移民可以在</w:t>
      </w:r>
      <w:r>
        <w:rPr>
          <w:rFonts w:ascii="Calibri" w:hAnsi="Calibri" w:cs="Calibri" w:eastAsia="宋体"/>
        </w:rPr>
        <w:t>马德里</w:t>
      </w:r>
      <w:r>
        <w:rPr>
          <w:rFonts w:ascii="Calibri" w:hAnsi="Calibri" w:cs="Calibri" w:eastAsia="宋体"/>
        </w:rPr>
        <w:t>、</w:t>
      </w:r>
      <w:r>
        <w:rPr>
          <w:rFonts w:ascii="Calibri" w:hAnsi="Calibri" w:cs="Calibri" w:eastAsia="宋体"/>
        </w:rPr>
        <w:t>安达卢西亚</w:t>
      </w:r>
      <w:r>
        <w:rPr>
          <w:rFonts w:ascii="Calibri" w:hAnsi="Calibri" w:cs="Calibri" w:eastAsia="宋体"/>
        </w:rPr>
        <w:t>等地使用公共医疗系统。</w:t>
      </w:r>
    </w:p>
    <w:p>
      <w:pPr>
        <w:spacing w:after="100"/>
      </w:pPr>
      <w:r>
        <w:rPr>
          <w:rFonts w:ascii="Calibri" w:hAnsi="Calibri" w:cs="Calibri" w:eastAsia="宋体"/>
        </w:rPr>
        <w:t>在一些大城市医生有可能会英语，但一般应当准备好使用西班牙语或当地语言交流。</w:t>
      </w:r>
    </w:p>
    <w:p>
      <w:pPr>
        <w:spacing w:after="100"/>
      </w:pPr>
      <w:r>
        <w:rPr>
          <w:rFonts w:ascii="Calibri" w:hAnsi="Calibri" w:cs="Calibri" w:eastAsia="宋体"/>
        </w:rPr>
        <w:t>西班牙已经于 2023 年通过《跨性别法》（Ley Trans 4/2023），支持 self-ID，修改性别和名字已经无需任何医疗材料，截至2025年该政策事实上（de facto）仍未适用于外国人</w:t>
      </w:r>
      <w:r>
        <w:rPr>
          <w:rFonts w:ascii="Calibri" w:hAnsi="Calibri" w:cs="Calibri" w:eastAsia="宋体"/>
          <w:vertAlign w:val="superscript"/>
        </w:rPr>
        <w:t>1</w:t>
      </w:r>
    </w:p>
    <w:p>
      <w:pPr>
        <w:spacing w:after="100"/>
      </w:pPr>
      <w:r>
        <w:rPr>
          <w:rFonts w:ascii="Calibri" w:hAnsi="Calibri" w:cs="Calibri" w:eastAsia="宋体"/>
        </w:rPr>
        <w:t>https://recursos.transespdiscord.net/#/</w:t>
      </w:r>
      <w:r>
        <w:rPr>
          <w:rFonts w:ascii="Calibri" w:hAnsi="Calibri" w:cs="Calibri" w:eastAsia="宋体"/>
        </w:rPr>
        <w:t>（西班牙文） 这里有一些西班牙与拉丁美洲的资源。</w:t>
      </w:r>
    </w:p>
    <w:p>
      <w:pPr>
        <w:pStyle w:val="Heading3"/>
      </w:pPr>
      <w:r>
        <w:rPr>
          <w:rFonts w:ascii="Calibri" w:hAnsi="Calibri" w:cs="Calibri" w:eastAsia="宋体"/>
        </w:rPr>
        <w:t>加泰罗尼亚</w:t>
      </w:r>
    </w:p>
    <w:p>
      <w:pPr>
        <w:spacing w:after="100"/>
      </w:pPr>
      <w:r>
        <w:rPr>
          <w:rFonts w:ascii="Calibri" w:hAnsi="Calibri" w:cs="Calibri" w:eastAsia="宋体"/>
        </w:rPr>
        <w:t xml:space="preserve">加泰罗尼亚为所有人（也包含国际学生与非常规移民）提供公立医疗，跨性别的医疗服务是完全免费的，药物是几乎免费的。医疗服务由 CatSalut 下的 </w:t>
      </w:r>
      <w:r>
        <w:rPr>
          <w:rFonts w:ascii="Calibri" w:hAnsi="Calibri" w:cs="Calibri" w:eastAsia="宋体"/>
        </w:rPr>
        <w:t xml:space="preserve">Servei </w:t>
      </w:r>
      <w:r>
        <w:rPr>
          <w:rFonts w:ascii="Calibri" w:hAnsi="Calibri" w:cs="Calibri" w:eastAsia="宋体"/>
          <w:i/>
        </w:rPr>
        <w:t>Trànsit</w:t>
      </w:r>
      <w:r>
        <w:rPr>
          <w:rFonts w:ascii="Calibri" w:hAnsi="Calibri" w:cs="Calibri" w:eastAsia="宋体"/>
        </w:rPr>
        <w:t xml:space="preserve"> 提供。</w:t>
      </w:r>
    </w:p>
    <w:p>
      <w:pPr>
        <w:spacing w:after="100"/>
      </w:pPr>
      <w:r>
        <w:rPr>
          <w:rFonts w:ascii="Calibri" w:hAnsi="Calibri" w:cs="Calibri" w:eastAsia="宋体"/>
        </w:rPr>
        <w:t>为启动流程，需要拥有个人医疗卡（</w:t>
      </w:r>
      <w:r>
        <w:rPr>
          <w:rFonts w:ascii="Calibri" w:hAnsi="Calibri" w:cs="Calibri" w:eastAsia="宋体"/>
        </w:rPr>
        <w:t>Targeta sanitària individual (TSI)</w:t>
      </w:r>
      <w:r>
        <w:rPr>
          <w:rFonts w:ascii="Calibri" w:hAnsi="Calibri" w:cs="Calibri" w:eastAsia="宋体"/>
        </w:rPr>
        <w:t xml:space="preserve"> ），此卡可以</w:t>
      </w:r>
      <w:r>
        <w:rPr>
          <w:rFonts w:ascii="Calibri" w:hAnsi="Calibri" w:cs="Calibri" w:eastAsia="宋体"/>
        </w:rPr>
        <w:t>在网络上申请</w:t>
      </w:r>
      <w:r>
        <w:rPr>
          <w:rFonts w:ascii="Calibri" w:hAnsi="Calibri" w:cs="Calibri" w:eastAsia="宋体"/>
        </w:rPr>
        <w:t>，使用护照号申请需要提供居住证明（</w:t>
      </w:r>
      <w:r>
        <w:rPr>
          <w:rFonts w:ascii="Calibri" w:hAnsi="Calibri" w:cs="Calibri" w:eastAsia="宋体"/>
        </w:rPr>
        <w:t>empadronament</w:t>
      </w:r>
      <w:r>
        <w:rPr>
          <w:rFonts w:ascii="Calibri" w:hAnsi="Calibri" w:cs="Calibri" w:eastAsia="宋体"/>
        </w:rPr>
        <w:t>），也可以前往 CAP (</w:t>
      </w:r>
      <w:r>
        <w:rPr>
          <w:rFonts w:ascii="Calibri" w:hAnsi="Calibri" w:cs="Calibri" w:eastAsia="宋体"/>
        </w:rPr>
        <w:t>centres d'atenció primària</w:t>
      </w:r>
      <w:r>
        <w:rPr>
          <w:rFonts w:ascii="Calibri" w:hAnsi="Calibri" w:cs="Calibri" w:eastAsia="宋体"/>
        </w:rPr>
        <w:t>) 咨询。</w:t>
      </w:r>
    </w:p>
    <w:p>
      <w:pPr>
        <w:spacing w:after="100"/>
      </w:pPr>
      <w:r>
        <w:rPr>
          <w:rFonts w:ascii="Calibri" w:hAnsi="Calibri" w:cs="Calibri" w:eastAsia="宋体"/>
        </w:rPr>
        <w:t xml:space="preserve">你需要向对应的 </w:t>
      </w:r>
      <w:r>
        <w:rPr>
          <w:rFonts w:ascii="Calibri" w:hAnsi="Calibri" w:cs="Calibri" w:eastAsia="宋体"/>
          <w:i/>
        </w:rPr>
        <w:t>Trànsit</w:t>
      </w:r>
      <w:r>
        <w:rPr>
          <w:rFonts w:ascii="Calibri" w:hAnsi="Calibri" w:cs="Calibri" w:eastAsia="宋体"/>
        </w:rPr>
        <w:t xml:space="preserve"> 服务写邮件预约以向相关医疗人员咨询，联系方式见 </w:t>
      </w:r>
      <w:r>
        <w:rPr>
          <w:rFonts w:ascii="Calibri" w:hAnsi="Calibri" w:cs="Calibri" w:eastAsia="宋体"/>
        </w:rPr>
        <w:t>这里</w:t>
      </w:r>
      <w:r>
        <w:rPr>
          <w:rFonts w:ascii="Calibri" w:hAnsi="Calibri" w:cs="Calibri" w:eastAsia="宋体"/>
        </w:rPr>
        <w:t>。医疗咨询将会从非病理化的角度出发并尊重个人认同，如确定需要，可当即获得激素药物的处方。如果你在来到加泰罗尼亚之前已经正在用药并有相关资料，也可以直接找 CAP 的家庭医生医生续处方。</w:t>
      </w:r>
    </w:p>
    <w:p>
      <w:pPr>
        <w:spacing w:after="100"/>
      </w:pPr>
      <w:r>
        <w:rPr>
          <w:rFonts w:ascii="Calibri" w:hAnsi="Calibri" w:cs="Calibri" w:eastAsia="宋体"/>
        </w:rPr>
        <w:t>如果你启动激素治疗，</w:t>
      </w:r>
      <w:r>
        <w:rPr>
          <w:rFonts w:ascii="Calibri" w:hAnsi="Calibri" w:cs="Calibri" w:eastAsia="宋体"/>
          <w:i/>
        </w:rPr>
        <w:t>Trànsit</w:t>
      </w:r>
      <w:r>
        <w:rPr>
          <w:rFonts w:ascii="Calibri" w:hAnsi="Calibri" w:cs="Calibri" w:eastAsia="宋体"/>
        </w:rPr>
        <w:t xml:space="preserve"> 将会提供相关文件以在 CAP 进行各项检查，相关结果如有疑问应该回诊。</w:t>
      </w:r>
    </w:p>
    <w:p>
      <w:pPr>
        <w:pStyle w:val="Heading4"/>
      </w:pPr>
      <w:r>
        <w:rPr>
          <w:rFonts w:ascii="Calibri" w:hAnsi="Calibri" w:cs="Calibri" w:eastAsia="宋体"/>
        </w:rPr>
        <w:t>药物选项</w:t>
      </w:r>
    </w:p>
    <w:p>
      <w:pPr>
        <w:spacing w:after="100"/>
      </w:pPr>
      <w:r>
        <w:rPr>
          <w:rFonts w:ascii="Calibri" w:hAnsi="Calibri" w:cs="Calibri" w:eastAsia="宋体"/>
        </w:rPr>
        <w:t>雌激素：</w:t>
      </w:r>
    </w:p>
    <w:p>
      <w:pPr>
        <w:spacing w:before="20" w:after="40"/>
        <w:ind w:left="425" w:hanging="312"/>
      </w:pPr>
      <w:r>
        <w:rPr>
          <w:rFonts w:ascii="Calibri" w:hAnsi="Calibri" w:cs="Calibri" w:eastAsia="宋体"/>
        </w:rPr>
        <w:t xml:space="preserve">• </w:t>
      </w:r>
      <w:r>
        <w:rPr>
          <w:rFonts w:ascii="Calibri" w:hAnsi="Calibri" w:cs="Calibri" w:eastAsia="宋体"/>
        </w:rPr>
        <w:t>口服</w:t>
      </w:r>
      <w:r>
        <w:rPr>
          <w:rFonts w:ascii="Calibri" w:hAnsi="Calibri" w:cs="Calibri" w:eastAsia="宋体"/>
        </w:rPr>
        <w:t>戊酸雌二醇</w:t>
      </w:r>
    </w:p>
    <w:p>
      <w:pPr>
        <w:spacing w:before="20" w:after="40"/>
        <w:ind w:left="425" w:hanging="312"/>
      </w:pPr>
      <w:r>
        <w:rPr>
          <w:rFonts w:ascii="Calibri" w:hAnsi="Calibri" w:cs="Calibri" w:eastAsia="宋体"/>
        </w:rPr>
        <w:t xml:space="preserve">• </w:t>
      </w:r>
      <w:r>
        <w:rPr>
          <w:rFonts w:ascii="Calibri" w:hAnsi="Calibri" w:cs="Calibri" w:eastAsia="宋体"/>
        </w:rPr>
        <w:t>贴片（Evopad STT®）</w:t>
      </w:r>
    </w:p>
    <w:p>
      <w:pPr>
        <w:spacing w:before="20" w:after="40"/>
        <w:ind w:left="425" w:hanging="312"/>
      </w:pPr>
      <w:r>
        <w:rPr>
          <w:rFonts w:ascii="Calibri" w:hAnsi="Calibri" w:cs="Calibri" w:eastAsia="宋体"/>
        </w:rPr>
        <w:t xml:space="preserve">• </w:t>
      </w:r>
      <w:r>
        <w:rPr>
          <w:rFonts w:ascii="Calibri" w:hAnsi="Calibri" w:cs="Calibri" w:eastAsia="宋体"/>
        </w:rPr>
        <w:t>喷雾（Lenzetto®）</w:t>
      </w:r>
    </w:p>
    <w:p>
      <w:pPr>
        <w:spacing w:after="100"/>
      </w:pPr>
      <w:r>
        <w:rPr>
          <w:rFonts w:ascii="Calibri" w:hAnsi="Calibri" w:cs="Calibri" w:eastAsia="宋体"/>
        </w:rPr>
        <w:t>抗雄：</w:t>
      </w:r>
    </w:p>
    <w:p>
      <w:pPr>
        <w:spacing w:before="20" w:after="40"/>
        <w:ind w:left="425" w:hanging="312"/>
      </w:pPr>
      <w:r>
        <w:rPr>
          <w:rFonts w:ascii="Calibri" w:hAnsi="Calibri" w:cs="Calibri" w:eastAsia="宋体"/>
        </w:rPr>
        <w:t xml:space="preserve">• </w:t>
      </w:r>
      <w:r>
        <w:rPr>
          <w:rFonts w:ascii="Calibri" w:hAnsi="Calibri" w:cs="Calibri" w:eastAsia="宋体"/>
        </w:rPr>
        <w:t>Androcur®</w:t>
      </w:r>
    </w:p>
    <w:p>
      <w:pPr>
        <w:spacing w:before="20" w:after="40"/>
        <w:ind w:left="425" w:hanging="312"/>
      </w:pPr>
      <w:r>
        <w:rPr>
          <w:rFonts w:ascii="Calibri" w:hAnsi="Calibri" w:cs="Calibri" w:eastAsia="宋体"/>
        </w:rPr>
        <w:t xml:space="preserve">• </w:t>
      </w:r>
      <w:r>
        <w:rPr>
          <w:rFonts w:ascii="Calibri" w:hAnsi="Calibri" w:cs="Calibri" w:eastAsia="宋体"/>
        </w:rPr>
        <w:t>螺内酯</w:t>
      </w:r>
    </w:p>
    <w:p>
      <w:pPr>
        <w:pStyle w:val="Heading4"/>
      </w:pPr>
      <w:r>
        <w:rPr>
          <w:rFonts w:ascii="Calibri" w:hAnsi="Calibri" w:cs="Calibri" w:eastAsia="宋体"/>
        </w:rPr>
        <w:t>其他</w:t>
      </w:r>
    </w:p>
    <w:p>
      <w:pPr>
        <w:spacing w:before="20" w:after="40"/>
        <w:ind w:left="425" w:hanging="312"/>
      </w:pPr>
      <w:r>
        <w:rPr>
          <w:rFonts w:ascii="Calibri" w:hAnsi="Calibri" w:cs="Calibri" w:eastAsia="宋体"/>
        </w:rPr>
        <w:t xml:space="preserve">• </w:t>
      </w:r>
      <w:r>
        <w:rPr>
          <w:rFonts w:ascii="Calibri" w:hAnsi="Calibri" w:cs="Calibri" w:eastAsia="宋体"/>
        </w:rPr>
        <w:t>如果不需要激素治疗，也提供心理援助和社工援助。</w:t>
      </w:r>
    </w:p>
    <w:p>
      <w:pPr>
        <w:spacing w:before="20" w:after="40"/>
        <w:ind w:left="425" w:hanging="312"/>
      </w:pPr>
      <w:r>
        <w:rPr>
          <w:rFonts w:ascii="Calibri" w:hAnsi="Calibri" w:cs="Calibri" w:eastAsia="宋体"/>
        </w:rPr>
        <w:t xml:space="preserve">• </w:t>
      </w:r>
      <w:r>
        <w:rPr>
          <w:rFonts w:ascii="Calibri" w:hAnsi="Calibri" w:cs="Calibri" w:eastAsia="宋体"/>
        </w:rPr>
        <w:t>你也可以排队 SRS、VFS，就算暂时未决定进行激素治疗也可以先行排队，但排期一般 4 至 5 年。</w:t>
      </w:r>
    </w:p>
    <w:p>
      <w:pPr>
        <w:pStyle w:val="Heading4"/>
      </w:pPr>
      <w:r>
        <w:rPr>
          <w:rFonts w:ascii="Calibri" w:hAnsi="Calibri" w:cs="Calibri" w:eastAsia="宋体"/>
        </w:rPr>
        <w:t>参考</w:t>
      </w:r>
    </w:p>
    <w:p>
      <w:pPr>
        <w:spacing w:before="20" w:after="40"/>
        <w:ind w:left="425" w:hanging="312"/>
      </w:pPr>
      <w:r>
        <w:rPr>
          <w:rFonts w:ascii="Calibri" w:hAnsi="Calibri" w:cs="Calibri" w:eastAsia="宋体"/>
        </w:rPr>
        <w:t xml:space="preserve">1. </w:t>
      </w:r>
      <w:r>
        <w:rPr>
          <w:rFonts w:ascii="Calibri" w:hAnsi="Calibri" w:cs="Calibri" w:eastAsia="宋体"/>
        </w:rPr>
        <w:t>https://catsalut.gencat.cat/ca/serveis-sanitaris/altres-serveis/model-atencio-salut-persones-trans/</w:t>
      </w:r>
    </w:p>
    <w:p>
      <w:pPr>
        <w:spacing w:before="20" w:after="40"/>
        <w:ind w:left="425" w:hanging="312"/>
      </w:pPr>
      <w:r>
        <w:rPr>
          <w:rFonts w:ascii="Calibri" w:hAnsi="Calibri" w:cs="Calibri" w:eastAsia="宋体"/>
        </w:rPr>
        <w:t xml:space="preserve">2. </w:t>
      </w:r>
      <w:r>
        <w:rPr>
          <w:rFonts w:ascii="Calibri" w:hAnsi="Calibri" w:cs="Calibri" w:eastAsia="宋体"/>
        </w:rPr>
        <w:t>https://igualtat.gencat.cat/web/.content/Ambits/LGBTI/Servei_Atencio_Integral/11_La-salut-de-les-persones-trans-a-latencio-primaria.pdf</w:t>
      </w:r>
    </w:p>
    <w:p>
      <w:pPr>
        <w:spacing w:before="20" w:after="40"/>
        <w:ind w:left="425" w:hanging="312"/>
      </w:pPr>
      <w:r>
        <w:rPr>
          <w:rFonts w:ascii="Calibri" w:hAnsi="Calibri" w:cs="Calibri" w:eastAsia="宋体"/>
        </w:rPr>
        <w:t xml:space="preserve">3. </w:t>
      </w:r>
      <w:r>
        <w:rPr>
          <w:rFonts w:ascii="Calibri" w:hAnsi="Calibri" w:cs="Calibri" w:eastAsia="宋体"/>
        </w:rPr>
        <w:t>https://scientiasalut.gencat.cat/bitstream/handle/11351/3275/catsalut_instruccio_14_2017.pdf</w:t>
      </w:r>
    </w:p>
    <w:p>
      <w:pPr>
        <w:pStyle w:val="Heading3"/>
      </w:pPr>
      <w:r>
        <w:rPr>
          <w:rFonts w:ascii="Calibri" w:hAnsi="Calibri" w:cs="Calibri" w:eastAsia="宋体"/>
        </w:rPr>
        <w:t>安达卢西亚</w:t>
      </w:r>
    </w:p>
    <w:p>
      <w:pPr>
        <w:spacing w:after="100"/>
      </w:pPr>
      <w:r>
        <w:rPr>
          <w:rFonts w:ascii="Calibri" w:hAnsi="Calibri" w:cs="Calibri" w:eastAsia="宋体"/>
        </w:rPr>
        <w:t>安达卢西亚是最早的具有跨性别专门服务的地区之一，相关服务由 UAPT (Unidad de Atención a Personas Transexuales) 提供，需要向 CAP 的家庭医生表达需求以转诊给相关的内分泌科医生。</w:t>
      </w:r>
    </w:p>
    <w:p>
      <w:pPr>
        <w:spacing w:after="100"/>
      </w:pPr>
      <w:r>
        <w:rPr>
          <w:rFonts w:ascii="Calibri" w:hAnsi="Calibri" w:cs="Calibri" w:eastAsia="宋体"/>
        </w:rPr>
        <w:t>就诊路线图（西班牙文）</w:t>
      </w:r>
    </w:p>
    <w:p>
      <w:pPr>
        <w:pStyle w:val="Heading4"/>
      </w:pPr>
      <w:r>
        <w:rPr>
          <w:rFonts w:ascii="Calibri" w:hAnsi="Calibri" w:cs="Calibri" w:eastAsia="宋体"/>
        </w:rPr>
        <w:t>其他参考</w:t>
      </w:r>
    </w:p>
    <w:p>
      <w:pPr>
        <w:spacing w:before="20" w:after="40"/>
        <w:ind w:left="425" w:hanging="312"/>
      </w:pPr>
      <w:r>
        <w:rPr>
          <w:rFonts w:ascii="Calibri" w:hAnsi="Calibri" w:cs="Calibri" w:eastAsia="宋体"/>
        </w:rPr>
        <w:t xml:space="preserve">• </w:t>
      </w:r>
      <w:r>
        <w:rPr>
          <w:rFonts w:ascii="Calibri" w:hAnsi="Calibri" w:cs="Calibri" w:eastAsia="宋体"/>
        </w:rPr>
        <w:t>https://www.juntadeandalucia.es/export/drupaljda/salud_5af1956dbff62_trans_adultos_29_06_2017.pdf</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https://www.lavanguardia.com/nacional/20251009/11141948/plataforma-trans-denuncia-incumplimiento-gobierno-materia-derechos-personas-trans-migrantes-agenciaslv20251009.html</w:t>
      </w:r>
      <w:r>
        <w:rPr>
          <w:rFonts w:ascii="Calibri" w:hAnsi="Calibri" w:cs="Calibri" w:eastAsia="宋体"/>
        </w:rPr>
        <w:t xml:space="preserve"> </w:t>
      </w:r>
    </w:p>
    <w:p>
      <w:pPr>
        <w:pStyle w:val="Heading2"/>
      </w:pPr>
      <w:r>
        <w:rPr>
          <w:rFonts w:ascii="Calibri" w:hAnsi="Calibri" w:cs="Calibri" w:eastAsia="微软雅黑"/>
        </w:rPr>
        <w:t>3.22  美国</w:t>
      </w:r>
    </w:p>
    <w:p>
      <w:pPr>
        <w:spacing w:after="160"/>
      </w:pPr>
      <w:r>
        <w:rPr>
          <w:rFonts w:ascii="Calibri" w:hAnsi="Calibri" w:cs="Calibri" w:eastAsia="宋体"/>
          <w:color w:val="6B7280"/>
          <w:sz w:val="16"/>
        </w:rPr>
        <w:t>原文：https://mtf.wiki/zh-cn/docs/hrt/us</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3.22.1  美国 HRT 综述</w:t>
      </w:r>
    </w:p>
    <w:p>
      <w:pPr>
        <w:spacing w:after="160"/>
      </w:pPr>
      <w:r>
        <w:rPr>
          <w:rFonts w:ascii="Calibri" w:hAnsi="Calibri" w:cs="Calibri" w:eastAsia="宋体"/>
          <w:color w:val="6B7280"/>
          <w:sz w:val="16"/>
        </w:rPr>
        <w:t>原文：https://mtf.wiki/zh-cn/docs/hrt/us/overview · 最近更新：2025年12月8日</w:t>
      </w:r>
    </w:p>
    <w:p>
      <w:pPr>
        <w:pStyle w:val="Heading4"/>
      </w:pPr>
      <w:r>
        <w:rPr>
          <w:rFonts w:ascii="Calibri" w:hAnsi="Calibri" w:cs="Calibri" w:eastAsia="宋体"/>
        </w:rPr>
        <w:t>保险</w:t>
      </w:r>
    </w:p>
    <w:p>
      <w:pPr>
        <w:spacing w:after="100"/>
      </w:pPr>
      <w:r>
        <w:rPr>
          <w:rFonts w:ascii="Calibri" w:hAnsi="Calibri" w:cs="Calibri" w:eastAsia="宋体"/>
        </w:rPr>
        <w:t>在美国就医，医疗保险不可或缺。对于跨性别群体来说，选择一个好的保险至关重要。美国的保险按类型，大致分为以下三类：</w:t>
      </w:r>
    </w:p>
    <w:p>
      <w:pPr>
        <w:spacing w:before="20" w:after="40"/>
        <w:ind w:left="425" w:hanging="312"/>
      </w:pPr>
      <w:r>
        <w:rPr>
          <w:rFonts w:ascii="Calibri" w:hAnsi="Calibri" w:cs="Calibri" w:eastAsia="宋体"/>
        </w:rPr>
        <w:t xml:space="preserve">• </w:t>
      </w:r>
      <w:r>
        <w:rPr>
          <w:rFonts w:ascii="Calibri" w:hAnsi="Calibri" w:cs="Calibri" w:eastAsia="宋体"/>
        </w:rPr>
        <w:t>PPO （无需转诊可以直接去看专科医生）</w:t>
      </w:r>
    </w:p>
    <w:p>
      <w:pPr>
        <w:spacing w:before="20" w:after="40"/>
        <w:ind w:left="425" w:hanging="312"/>
      </w:pPr>
      <w:r>
        <w:rPr>
          <w:rFonts w:ascii="Calibri" w:hAnsi="Calibri" w:cs="Calibri" w:eastAsia="宋体"/>
        </w:rPr>
        <w:t xml:space="preserve">• </w:t>
      </w:r>
      <w:r>
        <w:rPr>
          <w:rFonts w:ascii="Calibri" w:hAnsi="Calibri" w:cs="Calibri" w:eastAsia="宋体"/>
        </w:rPr>
        <w:t>EPO （在网络内无需转诊（ Referral ））</w:t>
      </w:r>
    </w:p>
    <w:p>
      <w:pPr>
        <w:spacing w:before="20" w:after="40"/>
        <w:ind w:left="425" w:hanging="312"/>
      </w:pPr>
      <w:r>
        <w:rPr>
          <w:rFonts w:ascii="Calibri" w:hAnsi="Calibri" w:cs="Calibri" w:eastAsia="宋体"/>
        </w:rPr>
        <w:t xml:space="preserve">• </w:t>
      </w:r>
      <w:r>
        <w:rPr>
          <w:rFonts w:ascii="Calibri" w:hAnsi="Calibri" w:cs="Calibri" w:eastAsia="宋体"/>
        </w:rPr>
        <w:t>HMO （需要家庭医生转诊才可以去看专科医生）</w:t>
      </w:r>
    </w:p>
    <w:p>
      <w:pPr>
        <w:spacing w:after="100"/>
      </w:pPr>
      <w:r>
        <w:rPr>
          <w:rFonts w:ascii="Calibri" w:hAnsi="Calibri" w:cs="Calibri" w:eastAsia="宋体"/>
        </w:rPr>
        <w:t>对于大部分留学生群体，学校提供的学生医疗保险基本都是PPO。并且只要不是在很保守的大学/地区，保险都是可以部分报销 HRT 相关的医疗费用的。建议留学生跨性别群体不要因为图便宜而去买一些便宜的保险（这些保险很多都不是 ACA Compliant 的，很可能没办法报销 HRT 相关费用）。除非遇到特殊情况（比如公司或学校的保险根本不保 HRT 费用），笔者推荐报学校/公司支持的保险。</w:t>
      </w:r>
    </w:p>
    <w:p>
      <w:pPr>
        <w:spacing w:after="100"/>
      </w:pPr>
      <w:r>
        <w:rPr>
          <w:rFonts w:ascii="Calibri" w:hAnsi="Calibri" w:cs="Calibri" w:eastAsia="宋体"/>
        </w:rPr>
        <w:t>美国的保险是分网络的。有网络内和网络外的区别。通常来说，使用 PPO 保险看网络内的医生会比看网络外的医生便宜很多。美国几个比较大的保险网络如下：</w:t>
      </w:r>
    </w:p>
    <w:p>
      <w:pPr>
        <w:spacing w:before="20" w:after="40"/>
        <w:ind w:left="425" w:hanging="312"/>
      </w:pPr>
      <w:r>
        <w:rPr>
          <w:rFonts w:ascii="Calibri" w:hAnsi="Calibri" w:cs="Calibri" w:eastAsia="宋体"/>
        </w:rPr>
        <w:t xml:space="preserve">• </w:t>
      </w:r>
      <w:r>
        <w:rPr>
          <w:rFonts w:ascii="Calibri" w:hAnsi="Calibri" w:cs="Calibri" w:eastAsia="宋体"/>
        </w:rPr>
        <w:t>Aetna</w:t>
      </w:r>
    </w:p>
    <w:p>
      <w:pPr>
        <w:spacing w:before="20" w:after="40"/>
        <w:ind w:left="425" w:hanging="312"/>
      </w:pPr>
      <w:r>
        <w:rPr>
          <w:rFonts w:ascii="Calibri" w:hAnsi="Calibri" w:cs="Calibri" w:eastAsia="宋体"/>
        </w:rPr>
        <w:t xml:space="preserve">• </w:t>
      </w:r>
      <w:r>
        <w:rPr>
          <w:rFonts w:ascii="Calibri" w:hAnsi="Calibri" w:cs="Calibri" w:eastAsia="宋体"/>
        </w:rPr>
        <w:t>Blue Cross/Blue Shield</w:t>
      </w:r>
    </w:p>
    <w:p>
      <w:pPr>
        <w:spacing w:before="20" w:after="40"/>
        <w:ind w:left="425" w:hanging="312"/>
      </w:pPr>
      <w:r>
        <w:rPr>
          <w:rFonts w:ascii="Calibri" w:hAnsi="Calibri" w:cs="Calibri" w:eastAsia="宋体"/>
        </w:rPr>
        <w:t xml:space="preserve">• </w:t>
      </w:r>
      <w:r>
        <w:rPr>
          <w:rFonts w:ascii="Calibri" w:hAnsi="Calibri" w:cs="Calibri" w:eastAsia="宋体"/>
        </w:rPr>
        <w:t>Cigna</w:t>
      </w:r>
    </w:p>
    <w:p>
      <w:pPr>
        <w:spacing w:before="20" w:after="40"/>
        <w:ind w:left="425" w:hanging="312"/>
      </w:pPr>
      <w:r>
        <w:rPr>
          <w:rFonts w:ascii="Calibri" w:hAnsi="Calibri" w:cs="Calibri" w:eastAsia="宋体"/>
        </w:rPr>
        <w:t xml:space="preserve">• </w:t>
      </w:r>
      <w:r>
        <w:rPr>
          <w:rFonts w:ascii="Calibri" w:hAnsi="Calibri" w:cs="Calibri" w:eastAsia="宋体"/>
        </w:rPr>
        <w:t>United Healthcare</w:t>
      </w:r>
    </w:p>
    <w:p>
      <w:pPr>
        <w:spacing w:before="20" w:after="40"/>
        <w:ind w:left="425" w:hanging="312"/>
      </w:pPr>
      <w:r>
        <w:rPr>
          <w:rFonts w:ascii="Calibri" w:hAnsi="Calibri" w:cs="Calibri" w:eastAsia="宋体"/>
        </w:rPr>
        <w:t xml:space="preserve">• </w:t>
      </w:r>
      <w:r>
        <w:rPr>
          <w:rFonts w:ascii="Calibri" w:hAnsi="Calibri" w:cs="Calibri" w:eastAsia="宋体"/>
        </w:rPr>
        <w:t>Kaiser</w:t>
      </w:r>
    </w:p>
    <w:p>
      <w:pPr>
        <w:pStyle w:val="Heading5"/>
      </w:pPr>
      <w:r>
        <w:rPr>
          <w:rFonts w:ascii="Calibri" w:hAnsi="Calibri" w:cs="Calibri" w:eastAsia="宋体"/>
        </w:rPr>
        <w:t>保险的几个基本概念</w:t>
      </w:r>
    </w:p>
    <w:p>
      <w:pPr>
        <w:spacing w:before="20" w:after="40"/>
        <w:ind w:left="425" w:hanging="312"/>
      </w:pPr>
      <w:r>
        <w:rPr>
          <w:rFonts w:ascii="Calibri" w:hAnsi="Calibri" w:cs="Calibri" w:eastAsia="宋体"/>
        </w:rPr>
        <w:t xml:space="preserve">• </w:t>
      </w:r>
      <w:r>
        <w:rPr>
          <w:rFonts w:ascii="Calibri" w:hAnsi="Calibri" w:cs="Calibri" w:eastAsia="宋体"/>
        </w:rPr>
        <w:t>Deductible（起付线）： 每一年的医疗开支超过这个数字，医疗保险才会开始支付；</w:t>
      </w:r>
    </w:p>
    <w:p>
      <w:pPr>
        <w:spacing w:before="20" w:after="40"/>
        <w:ind w:left="425" w:hanging="312"/>
      </w:pPr>
      <w:r>
        <w:rPr>
          <w:rFonts w:ascii="Calibri" w:hAnsi="Calibri" w:cs="Calibri" w:eastAsia="宋体"/>
        </w:rPr>
        <w:t xml:space="preserve">• </w:t>
      </w:r>
      <w:r>
        <w:rPr>
          <w:rFonts w:ascii="Calibri" w:hAnsi="Calibri" w:cs="Calibri" w:eastAsia="宋体"/>
        </w:rPr>
        <w:t>Co-pay（共付额）：对于某些特定的诊疗项目，一口价就付这么多钱，一般不需要考虑“起付线”和“报销比例”问题，如果要考虑“起付线”会特别注明；</w:t>
      </w:r>
    </w:p>
    <w:p>
      <w:pPr>
        <w:spacing w:before="20" w:after="40"/>
        <w:ind w:left="425" w:hanging="312"/>
      </w:pPr>
      <w:r>
        <w:rPr>
          <w:rFonts w:ascii="Calibri" w:hAnsi="Calibri" w:cs="Calibri" w:eastAsia="宋体"/>
        </w:rPr>
        <w:t xml:space="preserve">• </w:t>
      </w:r>
      <w:r>
        <w:rPr>
          <w:rFonts w:ascii="Calibri" w:hAnsi="Calibri" w:cs="Calibri" w:eastAsia="宋体"/>
        </w:rPr>
        <w:t>Co-insurance（自负比例）：医疗账单扣除保险公司的“协议价”优惠后，保险公司报销的比例，通常需要超过“起付线”，也有不考虑的会特别注明；</w:t>
      </w:r>
    </w:p>
    <w:p>
      <w:pPr>
        <w:spacing w:before="20" w:after="40"/>
        <w:ind w:left="425" w:hanging="312"/>
      </w:pPr>
      <w:r>
        <w:rPr>
          <w:rFonts w:ascii="Calibri" w:hAnsi="Calibri" w:cs="Calibri" w:eastAsia="宋体"/>
        </w:rPr>
        <w:t xml:space="preserve">• </w:t>
      </w:r>
      <w:r>
        <w:rPr>
          <w:rFonts w:ascii="Calibri" w:hAnsi="Calibri" w:cs="Calibri" w:eastAsia="宋体"/>
        </w:rPr>
        <w:t>Out-of-pocket Maximum（最高医疗费用承担额）：每一年你个人最多就承担这么多钱，超过的部分都由保险公司付；计算OOPM的时候通常只计算co-pay、co-insurance和deductible三项，不包含医生/医院给你的balance billing；</w:t>
      </w:r>
    </w:p>
    <w:p>
      <w:pPr>
        <w:spacing w:before="20" w:after="40"/>
        <w:ind w:left="425" w:hanging="312"/>
      </w:pPr>
      <w:r>
        <w:rPr>
          <w:rFonts w:ascii="Calibri" w:hAnsi="Calibri" w:cs="Calibri" w:eastAsia="宋体"/>
        </w:rPr>
        <w:t xml:space="preserve">• </w:t>
      </w:r>
      <w:r>
        <w:rPr>
          <w:rFonts w:ascii="Calibri" w:hAnsi="Calibri" w:cs="Calibri" w:eastAsia="宋体"/>
        </w:rPr>
        <w:t>Balance billing（余额账单）：这个概念只适用于你在保险公司网络以外的医院/医生处就医的情况；保险公司和“网络内”的医院/医生通常都会谈判一个“协议价”，这个“协议价”一般远远低于医院/医生的官方牌价（官方牌价1000美元的服务协议价可能只有50美元）。如果你在“网络内”就医，那么保险公司会按照“协议价”进行结算，协议价和牌价之间的差价算作医院/医生给的折扣。然而，如果你在“网络外”就医，那么保险公司依然按照“网络内”的协议价进行支付，但这个价格“网络外”的医院/医生很显然是不承认的（你和别人签的“协议价”我又没签字）。那么，“协议价”和“牌价”之间的差价就必须由来诊者承担，这就称为Balance Billing。</w:t>
      </w:r>
    </w:p>
    <w:p>
      <w:pPr>
        <w:spacing w:after="100"/>
      </w:pPr>
      <w:r>
        <w:rPr>
          <w:rFonts w:ascii="Calibri" w:hAnsi="Calibri" w:cs="Calibri" w:eastAsia="宋体"/>
        </w:rPr>
        <w:t>Disclaimer: 上述几个术语的解释是从行业惯例的角度出发的，每个保险计划对于这些术语的阐释最终是根据保险合同中的法律定义，只是通常不会偏离于行业惯例。建议有兴趣的读者通读自己保险的Summary of Benefits和Benefit Plan Booklet。</w:t>
      </w:r>
    </w:p>
    <w:p>
      <w:pPr>
        <w:pStyle w:val="Heading5"/>
      </w:pPr>
      <w:r>
        <w:rPr>
          <w:rFonts w:ascii="Calibri" w:hAnsi="Calibri" w:cs="Calibri" w:eastAsia="宋体"/>
        </w:rPr>
        <w:t>以MIT2023年学生保险条款举例</w:t>
      </w:r>
    </w:p>
    <w:p>
      <w:pPr>
        <w:spacing w:before="20" w:after="40"/>
        <w:ind w:left="425" w:hanging="312"/>
      </w:pPr>
      <w:r>
        <w:rPr>
          <w:rFonts w:ascii="Calibri" w:hAnsi="Calibri" w:cs="Calibri" w:eastAsia="宋体"/>
        </w:rPr>
        <w:t xml:space="preserve">• </w:t>
      </w:r>
      <w:r>
        <w:rPr>
          <w:rFonts w:ascii="Calibri" w:hAnsi="Calibri" w:cs="Calibri" w:eastAsia="宋体"/>
        </w:rPr>
        <w:t>Deductible（起付线）：网络内的医疗服务起付线100美元，网络外的医疗服务起付线500美元。这里的意思是如果在网络内使用医疗服务，除非获得豁免，那么学生需要先花够100美元，超出的部分保险公司才结算。相反，如果在网络外使用医疗服务，除非获得豁免，那么学生需要先花够500美元，超出的部分保险公司才结算。</w:t>
      </w:r>
    </w:p>
    <w:p>
      <w:pPr>
        <w:spacing w:before="20" w:after="40"/>
        <w:ind w:left="425" w:hanging="312"/>
      </w:pPr>
      <w:r>
        <w:rPr>
          <w:rFonts w:ascii="Calibri" w:hAnsi="Calibri" w:cs="Calibri" w:eastAsia="宋体"/>
        </w:rPr>
        <w:t xml:space="preserve">• </w:t>
      </w:r>
      <w:r>
        <w:rPr>
          <w:rFonts w:ascii="Calibri" w:hAnsi="Calibri" w:cs="Calibri" w:eastAsia="宋体"/>
        </w:rPr>
        <w:t>Co-pay（共付额）：例如，Office or health center visits项目（就是中国所称的看诊），MIT Medical（校医院）</w:t>
      </w:r>
      <w:r>
        <w:rPr>
          <w:rFonts w:ascii="Consolas" w:hAnsi="Consolas" w:cs="Consolas" w:eastAsia="Consolas"/>
          <w:sz w:val="19"/>
        </w:rPr>
        <w:t>25 co-pay, no deductible，Other covered providers（其他医院）</w:t>
      </w:r>
      <w:r>
        <w:rPr>
          <w:rFonts w:ascii="Calibri" w:hAnsi="Calibri" w:cs="Calibri" w:eastAsia="宋体"/>
        </w:rPr>
        <w:t>25 co-pay, after deductible。 意思就是如果在校医院看医生，医生的诊金不论年资，都是一口价25美元，贵的部分保险公司付。相反，如果在校外的其他网络内的医院看医生（如麻省总医院），医生的诊金需要自己先承担100美元，然后才是25美元。例如，某麻省总医院著名医生（医院和医生都要在网络内）的标准诊金是一次850美元，保险公司协议价200美元，那么你去看这个医生就需要先承担200美元里的前100美元，然后再掏25美元的co-pay，余下的75美元保险公司承担。如果你第二次还去看这个医生，那你只需要掏25美元的co-pay，保险公司出剩下的175美元，因为100美元的起付线已经超过了。</w:t>
      </w:r>
    </w:p>
    <w:p>
      <w:pPr>
        <w:spacing w:before="20" w:after="40"/>
        <w:ind w:left="425" w:hanging="312"/>
      </w:pPr>
      <w:r>
        <w:rPr>
          <w:rFonts w:ascii="Calibri" w:hAnsi="Calibri" w:cs="Calibri" w:eastAsia="宋体"/>
        </w:rPr>
        <w:t xml:space="preserve">• </w:t>
      </w:r>
      <w:r>
        <w:rPr>
          <w:rFonts w:ascii="Calibri" w:hAnsi="Calibri" w:cs="Calibri" w:eastAsia="宋体"/>
        </w:rPr>
        <w:t>Co-insurance（自负比例）：还是看诊，Other covered providers（其他医院/医生）20% coinsurance after deductible。假如有个名医自己独立开诊所，挂牌价格850美元，那如果你去看这个医生，你就要先自己出前500美元，剩下的350美元里面保险公司支付网络内医生的协议价200美元的80%即160美元（因为自负比例是20%），自己还需要再掏190美元（这就是Balance Billing）。当然，也有一些医生会大手一挥豁免“Balance Billing”，但可遇不可求。所以实际上看网络外的医院/医生是非常昂贵的，看上去自负比例只有20%，但因为一没有协议价，二有Balance Billing，这个虚构的例子里，学生需要承担690美元，自负的比例占牌价850美元的81%（而不是看上去的20%）。</w:t>
      </w:r>
    </w:p>
    <w:p>
      <w:pPr>
        <w:spacing w:before="20" w:after="40"/>
        <w:ind w:left="425" w:hanging="312"/>
      </w:pPr>
      <w:r>
        <w:rPr>
          <w:rFonts w:ascii="Calibri" w:hAnsi="Calibri" w:cs="Calibri" w:eastAsia="宋体"/>
        </w:rPr>
        <w:t xml:space="preserve">• </w:t>
      </w:r>
      <w:r>
        <w:rPr>
          <w:rFonts w:ascii="Calibri" w:hAnsi="Calibri" w:cs="Calibri" w:eastAsia="宋体"/>
        </w:rPr>
        <w:t>Out-of-pocket Maximum（最高医疗费用承担额）：网络内4000美元，网络外4000美元。如果在网络内自己出的所有金额一年内已经超过4000美元，那么超过的部分都不用再由个人支付了。相反，如果是网络外自己出的金额超过4000美元，那么只是豁免co-insurance中的自负部分（例如你再去看850美元的独立名医，保险公司会给你支付200美元，而不是160美元），但Balance Billing（650美元）还是要自己出的。</w:t>
      </w:r>
    </w:p>
    <w:p>
      <w:pPr>
        <w:spacing w:before="20" w:after="40"/>
        <w:ind w:left="425" w:hanging="312"/>
      </w:pPr>
      <w:r>
        <w:rPr>
          <w:rFonts w:ascii="Calibri" w:hAnsi="Calibri" w:cs="Calibri" w:eastAsia="宋体"/>
        </w:rPr>
        <w:t xml:space="preserve">• </w:t>
      </w:r>
      <w:r>
        <w:rPr>
          <w:rFonts w:ascii="Calibri" w:hAnsi="Calibri" w:cs="Calibri" w:eastAsia="宋体"/>
          <w:b/>
        </w:rPr>
        <w:t>控制医疗费用最最重要的就是找到网络内的医院和医生</w:t>
      </w:r>
      <w:r>
        <w:rPr>
          <w:rFonts w:ascii="Calibri" w:hAnsi="Calibri" w:cs="Calibri" w:eastAsia="宋体"/>
        </w:rPr>
        <w:t xml:space="preserve"> 要做到这一点可以请自己校医院的大夫转介、咨询学校处理保险的部门、在保险公司的APP或热线电话中寻求推荐。</w:t>
      </w:r>
    </w:p>
    <w:p>
      <w:pPr>
        <w:pStyle w:val="Heading5"/>
      </w:pPr>
      <w:r>
        <w:rPr>
          <w:rFonts w:ascii="Calibri" w:hAnsi="Calibri" w:cs="Calibri" w:eastAsia="宋体"/>
        </w:rPr>
        <w:t>反歧视条款和申诉</w:t>
      </w:r>
    </w:p>
    <w:p>
      <w:pPr>
        <w:spacing w:after="100"/>
      </w:pPr>
      <w:r>
        <w:rPr>
          <w:rFonts w:ascii="Calibri" w:hAnsi="Calibri" w:cs="Calibri" w:eastAsia="宋体"/>
        </w:rPr>
        <w:t>医疗保险由各州而不是由联邦政府直接监管。因此，如果有的州法规定了“反歧视”条款，那么非常多的Gender Care项目尽管可能没有明文说明保险条款会覆盖，但州法里的“反歧视”条款会使得这些项目自动被覆盖。</w:t>
      </w:r>
    </w:p>
    <w:p>
      <w:pPr>
        <w:spacing w:after="100"/>
      </w:pPr>
      <w:r>
        <w:rPr>
          <w:rFonts w:ascii="Calibri" w:hAnsi="Calibri" w:cs="Calibri" w:eastAsia="宋体"/>
        </w:rPr>
        <w:t>例如，麻省的州法禁止基于性别认同的歧视，其保险监管部门2014年专门发文给州内各保险公司，认定“因为当事人的性别认同而拒绝支付医学上必要的治疗费用”构成“性别歧视”。换言之，如果有两个被保险人，他们除了性别认同以外的情形都一样，那么保险公司要么都支付他们的医疗费用，要么都不支付。举例而言，如果因为其他的理由（如癌症化疗）导致日后可能不育因而产生了生育力保存的“医学需要”，而保险公司选择支付生育力保存的费用；那么因为“性别认同”而进行荷尔蒙治疗导致日后可能不育因而产生的生育力保存的“医学需要”，保险公司不得拒绝支付。</w:t>
      </w:r>
    </w:p>
    <w:p>
      <w:pPr>
        <w:spacing w:after="100"/>
      </w:pPr>
      <w:r>
        <w:rPr>
          <w:rFonts w:ascii="Calibri" w:hAnsi="Calibri" w:cs="Calibri" w:eastAsia="宋体"/>
        </w:rPr>
        <w:t>因此，当遇到保险公司拒绝支付某项费用的时候，通常都会给被保险人寄一封信陈述其拒绝支付的原因，以及告知申诉的途径（通常是公司内部申诉一轮，不服再上诉到州保险监管部门）。笔者多次基于反歧视条款迫使保险公司改变其拒绝支付的决定并报销了有关费用，申诉到州保险部门的无一败绩。</w:t>
      </w:r>
    </w:p>
    <w:p>
      <w:pPr>
        <w:spacing w:after="100"/>
      </w:pPr>
      <w:r>
        <w:rPr>
          <w:rFonts w:ascii="Calibri" w:hAnsi="Calibri" w:cs="Calibri" w:eastAsia="宋体"/>
        </w:rPr>
        <w:t>Disclaimer：不构成法律意见或建议</w:t>
      </w:r>
    </w:p>
    <w:p>
      <w:pPr>
        <w:pStyle w:val="Heading4"/>
      </w:pPr>
      <w:r>
        <w:rPr>
          <w:rFonts w:ascii="Calibri" w:hAnsi="Calibri" w:cs="Calibri" w:eastAsia="宋体"/>
        </w:rPr>
        <w:t>流程</w:t>
      </w:r>
    </w:p>
    <w:p>
      <w:pPr>
        <w:spacing w:after="100"/>
      </w:pPr>
      <w:r>
        <w:rPr>
          <w:rFonts w:ascii="Calibri" w:hAnsi="Calibri" w:cs="Calibri" w:eastAsia="宋体"/>
        </w:rPr>
        <w:t>在美国开始 HRT 一般需要以下几步：</w:t>
      </w:r>
    </w:p>
    <w:p>
      <w:pPr>
        <w:spacing w:before="20" w:after="40"/>
        <w:ind w:left="425" w:hanging="312"/>
      </w:pPr>
      <w:r>
        <w:rPr>
          <w:rFonts w:ascii="Calibri" w:hAnsi="Calibri" w:cs="Calibri" w:eastAsia="宋体"/>
        </w:rPr>
        <w:t xml:space="preserve">1. </w:t>
      </w:r>
      <w:r>
        <w:rPr>
          <w:rFonts w:ascii="Calibri" w:hAnsi="Calibri" w:cs="Calibri" w:eastAsia="宋体"/>
        </w:rPr>
        <w:t>找一个可以进行 HRT 的诊所/医院（可以参考</w:t>
      </w:r>
      <w:r>
        <w:rPr>
          <w:rFonts w:ascii="Calibri" w:hAnsi="Calibri" w:cs="Calibri" w:eastAsia="宋体"/>
        </w:rPr>
        <w:t>这个链接</w:t>
      </w:r>
      <w:r>
        <w:rPr>
          <w:rFonts w:ascii="Calibri" w:hAnsi="Calibri" w:cs="Calibri" w:eastAsia="宋体"/>
        </w:rPr>
        <w:t>，也可以去搜搜看自己学校的 Student Health Center 可不可以开，还可以考虑大医院的 Gender Diversity/Gender Health Program 或者 Planned Parenthood 等机构）。</w:t>
      </w:r>
    </w:p>
    <w:p>
      <w:pPr>
        <w:spacing w:before="20" w:after="40"/>
        <w:ind w:left="425" w:hanging="312"/>
      </w:pPr>
      <w:r>
        <w:rPr>
          <w:rFonts w:ascii="Calibri" w:hAnsi="Calibri" w:cs="Calibri" w:eastAsia="宋体"/>
        </w:rPr>
        <w:t xml:space="preserve">2. </w:t>
      </w:r>
      <w:r>
        <w:rPr>
          <w:rFonts w:ascii="Calibri" w:hAnsi="Calibri" w:cs="Calibri" w:eastAsia="宋体"/>
        </w:rPr>
        <w:t>首次面诊，可能会有以下的情况</w:t>
      </w:r>
      <w:r>
        <w:br/>
      </w:r>
    </w:p>
    <w:p>
      <w:pPr>
        <w:spacing w:before="20" w:after="40"/>
        <w:ind w:left="822" w:hanging="312"/>
      </w:pPr>
      <w:r>
        <w:rPr>
          <w:rFonts w:ascii="Calibri" w:hAnsi="Calibri" w:cs="Calibri" w:eastAsia="宋体"/>
        </w:rPr>
        <w:t xml:space="preserve">1. </w:t>
      </w:r>
      <w:r>
        <w:rPr>
          <w:rFonts w:ascii="Calibri" w:hAnsi="Calibri" w:cs="Calibri" w:eastAsia="宋体"/>
        </w:rPr>
        <w:t>问一些关于性别方面的问题，给出性别不安/性别不一致的诊断</w:t>
      </w:r>
      <w:r>
        <w:br/>
      </w:r>
    </w:p>
    <w:p>
      <w:pPr>
        <w:spacing w:before="20" w:after="40"/>
        <w:ind w:left="1219" w:hanging="312"/>
      </w:pPr>
      <w:r>
        <w:rPr>
          <w:rFonts w:ascii="Calibri" w:hAnsi="Calibri" w:cs="Calibri" w:eastAsia="宋体"/>
        </w:rPr>
        <w:t xml:space="preserve">1. </w:t>
      </w:r>
      <w:r>
        <w:rPr>
          <w:rFonts w:ascii="Calibri" w:hAnsi="Calibri" w:cs="Calibri" w:eastAsia="宋体"/>
        </w:rPr>
        <w:t>可能会问到的问题，大概不会影响后续结果：</w:t>
      </w:r>
      <w:r>
        <w:br/>
      </w:r>
    </w:p>
    <w:p>
      <w:pPr>
        <w:spacing w:before="20" w:after="40"/>
        <w:ind w:left="1616" w:hanging="312"/>
      </w:pPr>
      <w:r>
        <w:rPr>
          <w:rFonts w:ascii="Calibri" w:hAnsi="Calibri" w:cs="Calibri" w:eastAsia="宋体"/>
        </w:rPr>
        <w:t xml:space="preserve">▪ </w:t>
      </w:r>
      <w:r>
        <w:rPr>
          <w:rFonts w:ascii="Calibri" w:hAnsi="Calibri" w:cs="Calibri" w:eastAsia="宋体"/>
        </w:rPr>
        <w:t>在什么时候意识到“不符合指派性别”</w:t>
      </w:r>
    </w:p>
    <w:p>
      <w:pPr>
        <w:spacing w:before="20" w:after="40"/>
        <w:ind w:left="1616" w:hanging="312"/>
      </w:pPr>
      <w:r>
        <w:rPr>
          <w:rFonts w:ascii="Calibri" w:hAnsi="Calibri" w:cs="Calibri" w:eastAsia="宋体"/>
        </w:rPr>
        <w:t xml:space="preserve">▪ </w:t>
      </w:r>
      <w:r>
        <w:rPr>
          <w:rFonts w:ascii="Calibri" w:hAnsi="Calibri" w:cs="Calibri" w:eastAsia="宋体"/>
        </w:rPr>
        <w:t>家庭、学校、公司里是否有人知情，态度如何</w:t>
      </w:r>
    </w:p>
    <w:p>
      <w:pPr>
        <w:spacing w:before="20" w:after="40"/>
        <w:ind w:left="1616" w:hanging="312"/>
      </w:pPr>
      <w:r>
        <w:rPr>
          <w:rFonts w:ascii="Calibri" w:hAnsi="Calibri" w:cs="Calibri" w:eastAsia="宋体"/>
        </w:rPr>
        <w:t xml:space="preserve">▪ </w:t>
      </w:r>
      <w:r>
        <w:rPr>
          <w:rFonts w:ascii="Calibri" w:hAnsi="Calibri" w:cs="Calibri" w:eastAsia="宋体"/>
        </w:rPr>
        <w:t>有没有 HRT 过</w:t>
      </w:r>
    </w:p>
    <w:p>
      <w:pPr>
        <w:spacing w:before="20" w:after="40"/>
        <w:ind w:left="822" w:hanging="312"/>
      </w:pPr>
      <w:r>
        <w:rPr>
          <w:rFonts w:ascii="Calibri" w:hAnsi="Calibri" w:cs="Calibri" w:eastAsia="宋体"/>
        </w:rPr>
        <w:t xml:space="preserve">2. </w:t>
      </w:r>
      <w:r>
        <w:rPr>
          <w:rFonts w:ascii="Calibri" w:hAnsi="Calibri" w:cs="Calibri" w:eastAsia="宋体"/>
        </w:rPr>
        <w:t>给一份开始 HRT 的知情同意书，并让回家熟读后选择签字</w:t>
      </w:r>
    </w:p>
    <w:p>
      <w:pPr>
        <w:spacing w:before="20" w:after="40"/>
        <w:ind w:left="822" w:hanging="312"/>
      </w:pPr>
      <w:r>
        <w:rPr>
          <w:rFonts w:ascii="Calibri" w:hAnsi="Calibri" w:cs="Calibri" w:eastAsia="宋体"/>
        </w:rPr>
        <w:t xml:space="preserve">3. </w:t>
      </w:r>
      <w:r>
        <w:rPr>
          <w:rFonts w:ascii="Calibri" w:hAnsi="Calibri" w:cs="Calibri" w:eastAsia="宋体"/>
        </w:rPr>
        <w:t>直接签知情同意书，并进行 HRT 前抽血化验</w:t>
      </w:r>
    </w:p>
    <w:p>
      <w:pPr>
        <w:spacing w:before="20" w:after="40"/>
        <w:ind w:left="425" w:hanging="312"/>
      </w:pPr>
      <w:r>
        <w:rPr>
          <w:rFonts w:ascii="Calibri" w:hAnsi="Calibri" w:cs="Calibri" w:eastAsia="宋体"/>
        </w:rPr>
        <w:t xml:space="preserve">3. </w:t>
      </w:r>
      <w:r>
        <w:rPr>
          <w:rFonts w:ascii="Calibri" w:hAnsi="Calibri" w:cs="Calibri" w:eastAsia="宋体"/>
        </w:rPr>
        <w:t>拿到诊断/签字之后进行 HRT 前的抽血化验（有些地方不需要）</w:t>
      </w:r>
    </w:p>
    <w:p>
      <w:pPr>
        <w:spacing w:before="20" w:after="40"/>
        <w:ind w:left="425" w:hanging="312"/>
      </w:pPr>
      <w:r>
        <w:rPr>
          <w:rFonts w:ascii="Calibri" w:hAnsi="Calibri" w:cs="Calibri" w:eastAsia="宋体"/>
        </w:rPr>
        <w:t xml:space="preserve">4. </w:t>
      </w:r>
      <w:r>
        <w:rPr>
          <w:rFonts w:ascii="Calibri" w:hAnsi="Calibri" w:cs="Calibri" w:eastAsia="宋体"/>
        </w:rPr>
        <w:t>开处方之后去药房拿药</w:t>
      </w:r>
    </w:p>
    <w:p>
      <w:pPr>
        <w:spacing w:before="20" w:after="40"/>
        <w:ind w:left="425" w:hanging="312"/>
      </w:pPr>
      <w:r>
        <w:rPr>
          <w:rFonts w:ascii="Calibri" w:hAnsi="Calibri" w:cs="Calibri" w:eastAsia="宋体"/>
        </w:rPr>
        <w:t xml:space="preserve">5. </w:t>
      </w:r>
      <w:r>
        <w:rPr>
          <w:rFonts w:ascii="Calibri" w:hAnsi="Calibri" w:cs="Calibri" w:eastAsia="宋体"/>
        </w:rPr>
        <w:t>开始 HRT 大约 2-3 周之后测激素水平</w:t>
      </w:r>
    </w:p>
    <w:p>
      <w:pPr>
        <w:spacing w:before="20" w:after="40"/>
        <w:ind w:left="425" w:hanging="312"/>
      </w:pPr>
      <w:r>
        <w:rPr>
          <w:rFonts w:ascii="Calibri" w:hAnsi="Calibri" w:cs="Calibri" w:eastAsia="宋体"/>
        </w:rPr>
        <w:t xml:space="preserve">6. </w:t>
      </w:r>
      <w:r>
        <w:rPr>
          <w:rFonts w:ascii="Calibri" w:hAnsi="Calibri" w:cs="Calibri" w:eastAsia="宋体"/>
        </w:rPr>
        <w:t>激素水平稳定后大约每 3 个月进行复查</w:t>
      </w:r>
    </w:p>
    <w:p>
      <w:pPr>
        <w:spacing w:after="100"/>
      </w:pPr>
      <w:r>
        <w:rPr>
          <w:rFonts w:ascii="Calibri" w:hAnsi="Calibri" w:cs="Calibri" w:eastAsia="宋体"/>
        </w:rPr>
        <w:t xml:space="preserve">绝大多数地方的 HRT 是按照 </w:t>
      </w:r>
      <w:r>
        <w:rPr>
          <w:rFonts w:ascii="Calibri" w:hAnsi="Calibri" w:cs="Calibri" w:eastAsia="宋体"/>
        </w:rPr>
        <w:t>UCSF Guideline</w:t>
      </w:r>
      <w:r>
        <w:rPr>
          <w:rFonts w:ascii="Calibri" w:hAnsi="Calibri" w:cs="Calibri" w:eastAsia="宋体"/>
        </w:rPr>
        <w:t xml:space="preserve"> 进行的，如有疑问可以参照。</w:t>
      </w:r>
    </w:p>
    <w:p>
      <w:pPr>
        <w:pStyle w:val="Heading4"/>
      </w:pPr>
      <w:r>
        <w:rPr>
          <w:rFonts w:ascii="Calibri" w:hAnsi="Calibri" w:cs="Calibri" w:eastAsia="宋体"/>
        </w:rPr>
        <w:t>HRT 常用药物</w:t>
      </w:r>
    </w:p>
    <w:p>
      <w:pPr>
        <w:spacing w:after="100"/>
      </w:pPr>
      <w:r>
        <w:rPr>
          <w:rFonts w:ascii="Calibri" w:hAnsi="Calibri" w:cs="Calibri" w:eastAsia="宋体"/>
        </w:rPr>
        <w:t>女性化 HRT 药物大致分为三类：抗雄激素、雌激素、孕激素。</w:t>
      </w:r>
    </w:p>
    <w:p>
      <w:pPr>
        <w:spacing w:after="100"/>
      </w:pPr>
      <w:r>
        <w:rPr>
          <w:rFonts w:ascii="Calibri" w:hAnsi="Calibri" w:cs="Calibri" w:eastAsia="宋体"/>
        </w:rPr>
        <w:t>在美国，抗雄激素有两种选择：</w:t>
      </w:r>
    </w:p>
    <w:p>
      <w:pPr>
        <w:spacing w:before="20" w:after="40"/>
        <w:ind w:left="425" w:hanging="312"/>
      </w:pPr>
      <w:r>
        <w:rPr>
          <w:rFonts w:ascii="Calibri" w:hAnsi="Calibri" w:cs="Calibri" w:eastAsia="宋体"/>
        </w:rPr>
        <w:t xml:space="preserve">• </w:t>
      </w:r>
      <w:r>
        <w:rPr>
          <w:rFonts w:ascii="Calibri" w:hAnsi="Calibri" w:cs="Calibri" w:eastAsia="宋体"/>
        </w:rPr>
        <w:t>螺内酯/Spironolactone</w:t>
      </w:r>
    </w:p>
    <w:p>
      <w:pPr>
        <w:spacing w:before="20" w:after="40"/>
        <w:ind w:left="425" w:hanging="312"/>
      </w:pPr>
      <w:r>
        <w:rPr>
          <w:rFonts w:ascii="Calibri" w:hAnsi="Calibri" w:cs="Calibri" w:eastAsia="宋体"/>
        </w:rPr>
        <w:t xml:space="preserve">• </w:t>
      </w:r>
      <w:r>
        <w:rPr>
          <w:rFonts w:ascii="Calibri" w:hAnsi="Calibri" w:cs="Calibri" w:eastAsia="宋体"/>
        </w:rPr>
        <w:t>比卡鲁胺/Bicalutamide</w:t>
      </w:r>
    </w:p>
    <w:p>
      <w:pPr>
        <w:spacing w:after="100"/>
      </w:pPr>
      <w:r>
        <w:rPr>
          <w:rFonts w:ascii="Calibri" w:hAnsi="Calibri" w:cs="Calibri" w:eastAsia="宋体"/>
        </w:rPr>
        <w:t>螺内酯的好处是能够解决雌激素导致的部分水钠潴留现象，并且绝大多数保险都可报销。但抗雄能力没有那么强。比卡鲁胺因为其作用机理，抗雄能力很强，但是一些保险不给报销，并且相对来说比较难监控效果。</w:t>
      </w:r>
    </w:p>
    <w:p>
      <w:pPr>
        <w:spacing w:after="100"/>
      </w:pPr>
      <w:r>
        <w:rPr>
          <w:rFonts w:ascii="Calibri" w:hAnsi="Calibri" w:cs="Calibri" w:eastAsia="宋体"/>
        </w:rPr>
        <w:t>雌激素的给药方式有以下三种：</w:t>
      </w:r>
    </w:p>
    <w:p>
      <w:pPr>
        <w:spacing w:before="20" w:after="40"/>
        <w:ind w:left="425" w:hanging="312"/>
      </w:pPr>
      <w:r>
        <w:rPr>
          <w:rFonts w:ascii="Calibri" w:hAnsi="Calibri" w:cs="Calibri" w:eastAsia="宋体"/>
        </w:rPr>
        <w:t xml:space="preserve">• </w:t>
      </w:r>
      <w:r>
        <w:rPr>
          <w:rFonts w:ascii="Calibri" w:hAnsi="Calibri" w:cs="Calibri" w:eastAsia="宋体"/>
        </w:rPr>
        <w:t>雌二醇药片/Pill</w:t>
      </w:r>
    </w:p>
    <w:p>
      <w:pPr>
        <w:spacing w:before="20" w:after="40"/>
        <w:ind w:left="425" w:hanging="312"/>
      </w:pPr>
      <w:r>
        <w:rPr>
          <w:rFonts w:ascii="Calibri" w:hAnsi="Calibri" w:cs="Calibri" w:eastAsia="宋体"/>
        </w:rPr>
        <w:t xml:space="preserve">• </w:t>
      </w:r>
      <w:r>
        <w:rPr>
          <w:rFonts w:ascii="Calibri" w:hAnsi="Calibri" w:cs="Calibri" w:eastAsia="宋体"/>
        </w:rPr>
        <w:t>雌二醇贴片/Patch</w:t>
      </w:r>
    </w:p>
    <w:p>
      <w:pPr>
        <w:spacing w:before="20" w:after="40"/>
        <w:ind w:left="425" w:hanging="312"/>
      </w:pPr>
      <w:r>
        <w:rPr>
          <w:rFonts w:ascii="Calibri" w:hAnsi="Calibri" w:cs="Calibri" w:eastAsia="宋体"/>
        </w:rPr>
        <w:t xml:space="preserve">• </w:t>
      </w:r>
      <w:r>
        <w:rPr>
          <w:rFonts w:ascii="Calibri" w:hAnsi="Calibri" w:cs="Calibri" w:eastAsia="宋体"/>
        </w:rPr>
        <w:t>戊酸雌二醇注射液/Injectable</w:t>
      </w:r>
    </w:p>
    <w:p>
      <w:pPr>
        <w:spacing w:after="100"/>
      </w:pPr>
      <w:r>
        <w:rPr>
          <w:rFonts w:ascii="Calibri" w:hAnsi="Calibri" w:cs="Calibri" w:eastAsia="宋体"/>
        </w:rPr>
        <w:t>药片可以根据吸收情况选择口服或含服，是对一般人来说比较方便的选择。使用贴片的雌二醇水平非常平稳，没有什么波动，但是贴片的胶会黏在身上不好清理，并且要一周换两次。注射液的好处是剂量可以保证并且只需要一周一次或两周一次，但是需要进行自己给自己打针的培训。不同的给药方式可以叠加使用以达到更高的雌二醇水平。</w:t>
      </w:r>
    </w:p>
    <w:p>
      <w:pPr>
        <w:spacing w:after="100"/>
      </w:pPr>
      <w:r>
        <w:rPr>
          <w:rFonts w:ascii="Calibri" w:hAnsi="Calibri" w:cs="Calibri" w:eastAsia="宋体"/>
        </w:rPr>
        <w:t>值得注意的是，美国一般情况下不会开补佳乐/戊酸雌二醇药片，或爱斯妥/雌二醇凝胶。</w:t>
      </w:r>
    </w:p>
    <w:p>
      <w:pPr>
        <w:spacing w:after="100"/>
      </w:pPr>
      <w:r>
        <w:rPr>
          <w:rFonts w:ascii="Calibri" w:hAnsi="Calibri" w:cs="Calibri" w:eastAsia="宋体"/>
        </w:rPr>
        <w:t>孕激素基本是以药片形式提供的。</w:t>
      </w:r>
    </w:p>
    <w:p>
      <w:pPr>
        <w:pStyle w:val="Heading4"/>
      </w:pPr>
      <w:r>
        <w:rPr>
          <w:rFonts w:ascii="Calibri" w:hAnsi="Calibri" w:cs="Calibri" w:eastAsia="宋体"/>
        </w:rPr>
        <w:t>费用</w:t>
      </w:r>
    </w:p>
    <w:p>
      <w:pPr>
        <w:spacing w:after="100"/>
      </w:pPr>
      <w:r>
        <w:rPr>
          <w:rFonts w:ascii="Calibri" w:hAnsi="Calibri" w:cs="Calibri" w:eastAsia="宋体"/>
        </w:rPr>
        <w:t xml:space="preserve">一般来说，有正常的保险的话开始 HRT 的费用不会很高。去看 HRT 医生属于 Office Visit 或 Specialist Visit 的范围，Copayment 通常在 </w:t>
      </w:r>
      <w:r>
        <w:rPr>
          <w:rFonts w:ascii="Calibri" w:hAnsi="Calibri" w:cs="Calibri" w:eastAsia="宋体"/>
        </w:rPr>
        <w:t>US$10.00</w:t>
      </w:r>
      <w:r>
        <w:rPr>
          <w:rFonts w:ascii="Calibri" w:hAnsi="Calibri" w:cs="Calibri" w:eastAsia="宋体"/>
        </w:rPr>
        <w:t>-</w:t>
      </w:r>
      <w:r>
        <w:rPr>
          <w:rFonts w:ascii="Calibri" w:hAnsi="Calibri" w:cs="Calibri" w:eastAsia="宋体"/>
        </w:rPr>
        <w:t>US$35.00</w:t>
      </w:r>
      <w:r>
        <w:rPr>
          <w:rFonts w:ascii="Calibri" w:hAnsi="Calibri" w:cs="Calibri" w:eastAsia="宋体"/>
        </w:rPr>
        <w:t xml:space="preserve">之间。去药房拿药的话，按一种药30天的量来算，有保险的话大概需要 </w:t>
      </w:r>
      <w:r>
        <w:rPr>
          <w:rFonts w:ascii="Calibri" w:hAnsi="Calibri" w:cs="Calibri" w:eastAsia="宋体"/>
        </w:rPr>
        <w:t>US$5.00</w:t>
      </w:r>
      <w:r>
        <w:rPr>
          <w:rFonts w:ascii="Calibri" w:hAnsi="Calibri" w:cs="Calibri" w:eastAsia="宋体"/>
        </w:rPr>
        <w:t xml:space="preserve"> - </w:t>
      </w:r>
      <w:r>
        <w:rPr>
          <w:rFonts w:ascii="Calibri" w:hAnsi="Calibri" w:cs="Calibri" w:eastAsia="宋体"/>
        </w:rPr>
        <w:t>US$20.00</w:t>
      </w:r>
      <w:r>
        <w:rPr>
          <w:rFonts w:ascii="Calibri" w:hAnsi="Calibri" w:cs="Calibri" w:eastAsia="宋体"/>
        </w:rPr>
        <w:t>。</w:t>
      </w:r>
    </w:p>
    <w:p>
      <w:pPr>
        <w:pStyle w:val="Heading4"/>
      </w:pPr>
      <w:r>
        <w:rPr>
          <w:rFonts w:ascii="Calibri" w:hAnsi="Calibri" w:cs="Calibri" w:eastAsia="宋体"/>
        </w:rPr>
        <w:t>其他</w:t>
      </w:r>
    </w:p>
    <w:p>
      <w:pPr>
        <w:spacing w:before="20" w:after="40"/>
        <w:ind w:left="425" w:hanging="312"/>
      </w:pPr>
      <w:r>
        <w:rPr>
          <w:rFonts w:ascii="Calibri" w:hAnsi="Calibri" w:cs="Calibri" w:eastAsia="宋体"/>
        </w:rPr>
        <w:t xml:space="preserve">• </w:t>
      </w:r>
      <w:r>
        <w:rPr>
          <w:rFonts w:ascii="Calibri" w:hAnsi="Calibri" w:cs="Calibri" w:eastAsia="宋体"/>
        </w:rPr>
        <w:t>建议大家勤跑校医院，找到自己熟悉的PCP（Primary Care Provider）。不一定要找医生（MD），有的州Nurse Practioner也有处方权，而且时间上更好约。PCP们能帮你很多忙（有的语音治疗师需要转介信，有的生育力保存中心需要体检报告和一些传染病血检报告，有的保险公司报销生育力保存项目需要医学必要性论证文书，这些你的PCP也都会很乐意帮你开具）</w:t>
      </w:r>
    </w:p>
    <w:p>
      <w:pPr>
        <w:pStyle w:val="Heading3"/>
      </w:pPr>
      <w:r>
        <w:rPr>
          <w:rFonts w:ascii="Calibri" w:hAnsi="Calibri" w:cs="Calibri" w:eastAsia="微软雅黑"/>
        </w:rPr>
        <w:t>3.22.2  MI | Powers Family Medicine</w:t>
      </w:r>
    </w:p>
    <w:p>
      <w:pPr>
        <w:spacing w:after="160"/>
      </w:pPr>
      <w:r>
        <w:rPr>
          <w:rFonts w:ascii="Calibri" w:hAnsi="Calibri" w:cs="Calibri" w:eastAsia="宋体"/>
          <w:color w:val="6B7280"/>
          <w:sz w:val="16"/>
        </w:rPr>
        <w:t>原文：https://mtf.wiki/zh-cn/docs/hrt/us/powers · 最近更新：2022年4月27日</w:t>
      </w:r>
    </w:p>
    <w:p>
      <w:pPr>
        <w:spacing w:after="100"/>
      </w:pPr>
      <w:r>
        <w:rPr>
          <w:rFonts w:ascii="Calibri" w:hAnsi="Calibri" w:cs="Calibri" w:eastAsia="宋体"/>
        </w:rPr>
        <w:t xml:space="preserve">网站: </w:t>
      </w:r>
      <w:r>
        <w:rPr>
          <w:rFonts w:ascii="Calibri" w:hAnsi="Calibri" w:cs="Calibri" w:eastAsia="宋体"/>
        </w:rPr>
        <w:t>https://powersfamilymedicine.com/</w:t>
      </w:r>
    </w:p>
    <w:p>
      <w:pPr>
        <w:spacing w:after="100"/>
      </w:pPr>
      <w:r>
        <w:rPr>
          <w:rFonts w:ascii="Calibri" w:hAnsi="Calibri" w:cs="Calibri" w:eastAsia="宋体"/>
        </w:rPr>
        <w:t xml:space="preserve">Reddit: </w:t>
      </w:r>
      <w:r>
        <w:rPr>
          <w:rFonts w:ascii="Calibri" w:hAnsi="Calibri" w:cs="Calibri" w:eastAsia="宋体"/>
        </w:rPr>
        <w:t>https://www.reddit.com/r/DrWillPowers/</w:t>
      </w:r>
    </w:p>
    <w:p>
      <w:pPr>
        <w:spacing w:after="100"/>
      </w:pPr>
      <w:r>
        <w:rPr>
          <w:rFonts w:ascii="Calibri" w:hAnsi="Calibri" w:cs="Calibri" w:eastAsia="宋体"/>
        </w:rPr>
        <w:t xml:space="preserve">电话: </w:t>
      </w:r>
      <w:r>
        <w:rPr>
          <w:rFonts w:ascii="Calibri" w:hAnsi="Calibri" w:cs="Calibri" w:eastAsia="宋体"/>
        </w:rPr>
        <w:t>+1 248-482-6222</w:t>
      </w:r>
    </w:p>
    <w:p>
      <w:pPr>
        <w:spacing w:after="100"/>
      </w:pPr>
      <w:r>
        <w:rPr>
          <w:rFonts w:ascii="Calibri" w:hAnsi="Calibri" w:cs="Calibri" w:eastAsia="宋体"/>
        </w:rPr>
        <w:t>地址: 23700 Orchard Lake Road, Suite M Farmington Hills, Michigan 48336</w:t>
      </w:r>
    </w:p>
    <w:p>
      <w:pPr>
        <w:spacing w:after="100"/>
      </w:pPr>
      <w:r>
        <w:rPr>
          <w:rFonts w:ascii="Calibri" w:hAnsi="Calibri" w:cs="Calibri" w:eastAsia="宋体"/>
        </w:rPr>
        <w:t>Powers Family Medicine 是坐落于密歇根州的一家全科诊所，其创始医生 William J. Powers 热衷于 LGBTQ 群体照护，为有需要的患者提供性别肯定服务和激素替代疗法。</w:t>
      </w:r>
    </w:p>
    <w:p>
      <w:pPr>
        <w:pStyle w:val="Heading4"/>
      </w:pPr>
      <w:r>
        <w:rPr>
          <w:rFonts w:ascii="Calibri" w:hAnsi="Calibri" w:cs="Calibri" w:eastAsia="宋体"/>
        </w:rPr>
        <w:t>特点</w:t>
      </w:r>
    </w:p>
    <w:p>
      <w:pPr>
        <w:spacing w:after="100"/>
      </w:pPr>
      <w:r>
        <w:rPr>
          <w:rFonts w:ascii="Calibri" w:hAnsi="Calibri" w:cs="Calibri" w:eastAsia="宋体"/>
        </w:rPr>
        <w:t>Dr. Will Powers 在 HRT 疗法方面有自己独到的见解，抗雄激素推崇使用比卡鲁胺，推崇使用较高剂量雌二醇。可远程问诊，可境外问诊，无需证明/诊断，美国境内可开药。此外，坐落于密歇根州的诊所内亦提供雌二醇皮下埋植服务。</w:t>
      </w:r>
    </w:p>
    <w:p>
      <w:pPr>
        <w:pStyle w:val="Heading4"/>
      </w:pPr>
      <w:r>
        <w:rPr>
          <w:rFonts w:ascii="Calibri" w:hAnsi="Calibri" w:cs="Calibri" w:eastAsia="宋体"/>
        </w:rPr>
        <w:t>新病人</w:t>
      </w:r>
    </w:p>
    <w:p>
      <w:pPr>
        <w:spacing w:before="20" w:after="40"/>
        <w:ind w:left="425" w:hanging="312"/>
      </w:pPr>
      <w:r>
        <w:rPr>
          <w:rFonts w:ascii="Calibri" w:hAnsi="Calibri" w:cs="Calibri" w:eastAsia="宋体"/>
        </w:rPr>
        <w:t xml:space="preserve">1. </w:t>
      </w:r>
      <w:r>
        <w:rPr>
          <w:rFonts w:ascii="Calibri" w:hAnsi="Calibri" w:cs="Calibri" w:eastAsia="宋体"/>
        </w:rPr>
        <w:t>官网填写</w:t>
      </w:r>
      <w:r>
        <w:rPr>
          <w:rFonts w:ascii="Calibri" w:hAnsi="Calibri" w:cs="Calibri" w:eastAsia="宋体"/>
        </w:rPr>
        <w:t>登记表</w:t>
      </w:r>
    </w:p>
    <w:p>
      <w:pPr>
        <w:spacing w:before="20" w:after="40"/>
        <w:ind w:left="425" w:hanging="312"/>
      </w:pPr>
      <w:r>
        <w:rPr>
          <w:rFonts w:ascii="Calibri" w:hAnsi="Calibri" w:cs="Calibri" w:eastAsia="宋体"/>
        </w:rPr>
        <w:t xml:space="preserve">2. </w:t>
      </w:r>
      <w:r>
        <w:rPr>
          <w:rFonts w:ascii="Calibri" w:hAnsi="Calibri" w:cs="Calibri" w:eastAsia="宋体"/>
        </w:rPr>
        <w:t>诊所工作人员发电子邮件联系患者</w:t>
      </w:r>
    </w:p>
    <w:p>
      <w:pPr>
        <w:spacing w:before="20" w:after="40"/>
        <w:ind w:left="425" w:hanging="312"/>
      </w:pPr>
      <w:r>
        <w:rPr>
          <w:rFonts w:ascii="Calibri" w:hAnsi="Calibri" w:cs="Calibri" w:eastAsia="宋体"/>
        </w:rPr>
        <w:t xml:space="preserve">3. </w:t>
      </w:r>
      <w:r>
        <w:rPr>
          <w:rFonts w:ascii="Calibri" w:hAnsi="Calibri" w:cs="Calibri" w:eastAsia="宋体"/>
        </w:rPr>
        <w:t>补充证件和保险卡信息</w:t>
      </w:r>
    </w:p>
    <w:p>
      <w:pPr>
        <w:spacing w:before="20" w:after="40"/>
        <w:ind w:left="425" w:hanging="312"/>
      </w:pPr>
      <w:r>
        <w:rPr>
          <w:rFonts w:ascii="Calibri" w:hAnsi="Calibri" w:cs="Calibri" w:eastAsia="宋体"/>
        </w:rPr>
        <w:t xml:space="preserve">4. </w:t>
      </w:r>
      <w:r>
        <w:rPr>
          <w:rFonts w:ascii="Calibri" w:hAnsi="Calibri" w:cs="Calibri" w:eastAsia="宋体"/>
        </w:rPr>
        <w:t>选择医生/护士（Dr. Will Powers 本人排队时间较长）</w:t>
      </w:r>
    </w:p>
    <w:p>
      <w:pPr>
        <w:spacing w:before="20" w:after="40"/>
        <w:ind w:left="425" w:hanging="312"/>
      </w:pPr>
      <w:r>
        <w:rPr>
          <w:rFonts w:ascii="Calibri" w:hAnsi="Calibri" w:cs="Calibri" w:eastAsia="宋体"/>
        </w:rPr>
        <w:t xml:space="preserve">5. </w:t>
      </w:r>
      <w:r>
        <w:rPr>
          <w:rFonts w:ascii="Calibri" w:hAnsi="Calibri" w:cs="Calibri" w:eastAsia="宋体"/>
        </w:rPr>
        <w:t>排队等待</w:t>
      </w:r>
    </w:p>
    <w:p>
      <w:pPr>
        <w:spacing w:before="20" w:after="40"/>
        <w:ind w:left="425" w:hanging="312"/>
      </w:pPr>
      <w:r>
        <w:rPr>
          <w:rFonts w:ascii="Calibri" w:hAnsi="Calibri" w:cs="Calibri" w:eastAsia="宋体"/>
        </w:rPr>
        <w:t xml:space="preserve">6. </w:t>
      </w:r>
      <w:r>
        <w:rPr>
          <w:rFonts w:ascii="Calibri" w:hAnsi="Calibri" w:cs="Calibri" w:eastAsia="宋体"/>
        </w:rPr>
        <w:t>确认首诊时间</w:t>
      </w:r>
    </w:p>
    <w:p>
      <w:pPr>
        <w:spacing w:before="20" w:after="40"/>
        <w:ind w:left="425" w:hanging="312"/>
      </w:pPr>
      <w:r>
        <w:rPr>
          <w:rFonts w:ascii="Calibri" w:hAnsi="Calibri" w:cs="Calibri" w:eastAsia="宋体"/>
        </w:rPr>
        <w:t xml:space="preserve">7. </w:t>
      </w:r>
      <w:r>
        <w:rPr>
          <w:rFonts w:ascii="Calibri" w:hAnsi="Calibri" w:cs="Calibri" w:eastAsia="宋体"/>
        </w:rPr>
        <w:t>线上/线下面诊</w:t>
      </w:r>
    </w:p>
    <w:p>
      <w:pPr>
        <w:pStyle w:val="Heading4"/>
      </w:pPr>
      <w:r>
        <w:rPr>
          <w:rFonts w:ascii="Calibri" w:hAnsi="Calibri" w:cs="Calibri" w:eastAsia="宋体"/>
        </w:rPr>
        <w:t>远程就诊的注意事项</w:t>
      </w:r>
    </w:p>
    <w:p>
      <w:pPr>
        <w:spacing w:before="20" w:after="40"/>
        <w:ind w:left="425" w:hanging="312"/>
      </w:pPr>
      <w:r>
        <w:rPr>
          <w:rFonts w:ascii="Calibri" w:hAnsi="Calibri" w:cs="Calibri" w:eastAsia="宋体"/>
        </w:rPr>
        <w:t xml:space="preserve">1. </w:t>
      </w:r>
      <w:r>
        <w:rPr>
          <w:rFonts w:ascii="Calibri" w:hAnsi="Calibri" w:cs="Calibri" w:eastAsia="宋体"/>
        </w:rPr>
        <w:t>部分州不支持远程看诊，详见</w:t>
      </w:r>
      <w:r>
        <w:rPr>
          <w:rFonts w:ascii="Calibri" w:hAnsi="Calibri" w:cs="Calibri" w:eastAsia="宋体"/>
        </w:rPr>
        <w:t>https://www.reddit.com/r/DrWillPowers/wiki/covid/telemed</w:t>
      </w:r>
    </w:p>
    <w:p>
      <w:pPr>
        <w:spacing w:before="20" w:after="40"/>
        <w:ind w:left="425" w:hanging="312"/>
      </w:pPr>
      <w:r>
        <w:rPr>
          <w:rFonts w:ascii="Calibri" w:hAnsi="Calibri" w:cs="Calibri" w:eastAsia="宋体"/>
        </w:rPr>
        <w:t xml:space="preserve">2. </w:t>
      </w:r>
      <w:r>
        <w:rPr>
          <w:rFonts w:ascii="Calibri" w:hAnsi="Calibri" w:cs="Calibri" w:eastAsia="宋体"/>
        </w:rPr>
        <w:t>在美国境内看诊可将处方发送到就近的药房取药，境外看诊不支持开药</w:t>
      </w:r>
    </w:p>
    <w:p>
      <w:pPr>
        <w:spacing w:before="20" w:after="40"/>
        <w:ind w:left="425" w:hanging="312"/>
      </w:pPr>
      <w:r>
        <w:rPr>
          <w:rFonts w:ascii="Calibri" w:hAnsi="Calibri" w:cs="Calibri" w:eastAsia="宋体"/>
        </w:rPr>
        <w:t xml:space="preserve">3. </w:t>
      </w:r>
      <w:r>
        <w:rPr>
          <w:rFonts w:ascii="Calibri" w:hAnsi="Calibri" w:cs="Calibri" w:eastAsia="宋体"/>
        </w:rPr>
        <w:t>如果需要进行抽血检验，医生会提供检验单，凭检验单到就近的 lab 检验</w:t>
      </w:r>
    </w:p>
    <w:p>
      <w:pPr>
        <w:pStyle w:val="Heading4"/>
      </w:pPr>
      <w:r>
        <w:rPr>
          <w:rFonts w:ascii="Calibri" w:hAnsi="Calibri" w:cs="Calibri" w:eastAsia="宋体"/>
        </w:rPr>
        <w:t>价格（无保险）</w:t>
      </w:r>
    </w:p>
    <w:p>
      <w:pPr>
        <w:spacing w:after="100"/>
      </w:pPr>
      <w:r>
        <w:rPr>
          <w:rFonts w:ascii="Calibri" w:hAnsi="Calibri" w:cs="Calibri" w:eastAsia="宋体"/>
        </w:rPr>
        <w:t>首诊: 175 USD 州外患者附加费（首次看诊收取）: 300 USD 复诊: 100 USD</w:t>
      </w:r>
    </w:p>
    <w:p>
      <w:pPr>
        <w:pStyle w:val="Heading4"/>
      </w:pPr>
      <w:r>
        <w:rPr>
          <w:rFonts w:ascii="Calibri" w:hAnsi="Calibri" w:cs="Calibri" w:eastAsia="宋体"/>
        </w:rPr>
        <w:t>保险</w:t>
      </w:r>
    </w:p>
    <w:p>
      <w:pPr>
        <w:spacing w:after="100"/>
      </w:pPr>
      <w:r>
        <w:rPr>
          <w:rFonts w:ascii="Calibri" w:hAnsi="Calibri" w:cs="Calibri" w:eastAsia="宋体"/>
        </w:rPr>
        <w:t>支持的保险清单</w:t>
      </w:r>
    </w:p>
    <w:p>
      <w:pPr>
        <w:spacing w:before="360" w:after="0"/>
      </w:pPr>
      <w:r>
        <w:rPr>
          <w:rFonts w:ascii="Calibri" w:hAnsi="Calibri" w:cs="Calibri" w:eastAsia="宋体"/>
          <w:i/>
          <w:color w:val="6B7280"/>
          <w:sz w:val="16"/>
        </w:rPr>
        <w:t>以上内容整理自 MtF.wiki 中文文档（https://mtf.wiki/zh-cn/docs/hrt），仅供离线阅读。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HRT 医疗资源</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HRT 医疗资源</dc:title>
  <dc:subject>MtF.wiki 中文文档 · 离线副本</dc:subject>
  <dc:creator>MtF.wiki</dc:creator>
  <cp:keywords>MtF.wiki;跨性别;文档;离线副本</cp:keywords>
  <dc:description>整理自 https://mtf.wiki/zh-cn/docs/hrt，按网站原有目录层级编排，未包含图片。</dc:description>
  <cp:lastModifiedBy/>
  <cp:revision>1</cp:revision>
  <dcterms:created xsi:type="dcterms:W3CDTF">2013-12-23T23:15:00Z</dcterms:created>
  <dcterms:modified xsi:type="dcterms:W3CDTF">2013-12-23T23:15:00Z</dcterms:modified>
  <cp:category/>
</cp:coreProperties>
</file>